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1CA" w:rsidRPr="0001451A" w:rsidRDefault="00F451CA">
      <w:pPr>
        <w:rPr>
          <w:rFonts w:asciiTheme="majorHAnsi" w:hAnsiTheme="majorHAnsi" w:cstheme="majorHAnsi"/>
          <w:sz w:val="24"/>
          <w:szCs w:val="24"/>
        </w:rPr>
      </w:pPr>
    </w:p>
    <w:p w:rsidR="00A63DB3" w:rsidRPr="0001451A" w:rsidRDefault="00A63DB3" w:rsidP="00A63DB3">
      <w:pPr>
        <w:rPr>
          <w:rFonts w:asciiTheme="majorHAnsi" w:hAnsiTheme="majorHAnsi" w:cstheme="majorHAnsi"/>
          <w:b/>
          <w:sz w:val="24"/>
          <w:szCs w:val="24"/>
          <w:u w:val="single"/>
        </w:rPr>
      </w:pPr>
      <w:r w:rsidRPr="0001451A">
        <w:rPr>
          <w:rFonts w:asciiTheme="majorHAnsi" w:hAnsiTheme="majorHAnsi" w:cstheme="majorHAnsi"/>
          <w:b/>
          <w:sz w:val="24"/>
          <w:szCs w:val="24"/>
          <w:lang w:val="en-GB"/>
        </w:rPr>
        <w:t xml:space="preserve">                                 </w:t>
      </w:r>
      <w:r w:rsidRPr="0001451A">
        <w:rPr>
          <w:rFonts w:asciiTheme="majorHAnsi" w:hAnsiTheme="majorHAnsi" w:cstheme="majorHAnsi"/>
          <w:b/>
          <w:sz w:val="24"/>
          <w:szCs w:val="24"/>
          <w:u w:val="single"/>
        </w:rPr>
        <w:t>Online Agriculture Products Store</w:t>
      </w:r>
    </w:p>
    <w:p w:rsidR="00A63DB3" w:rsidRPr="0001451A" w:rsidRDefault="00A63DB3" w:rsidP="00A63DB3">
      <w:pPr>
        <w:rPr>
          <w:rFonts w:asciiTheme="majorHAnsi" w:hAnsiTheme="majorHAnsi" w:cstheme="majorHAnsi"/>
          <w:sz w:val="24"/>
          <w:szCs w:val="24"/>
        </w:rPr>
      </w:pPr>
      <w:r w:rsidRPr="0001451A">
        <w:rPr>
          <w:rFonts w:asciiTheme="majorHAnsi" w:hAnsiTheme="majorHAnsi" w:cstheme="majorHAnsi"/>
          <w:b/>
          <w:sz w:val="24"/>
          <w:szCs w:val="24"/>
        </w:rPr>
        <w:t>Project</w:t>
      </w:r>
      <w:r w:rsidRPr="0001451A">
        <w:rPr>
          <w:rFonts w:asciiTheme="majorHAnsi" w:hAnsiTheme="majorHAnsi" w:cstheme="majorHAnsi"/>
          <w:sz w:val="24"/>
          <w:szCs w:val="24"/>
        </w:rPr>
        <w:t>: Online Agriculture Product Store</w:t>
      </w:r>
    </w:p>
    <w:p w:rsidR="00A63DB3" w:rsidRPr="0001451A" w:rsidRDefault="00A63DB3" w:rsidP="00A63DB3">
      <w:pPr>
        <w:rPr>
          <w:rFonts w:asciiTheme="majorHAnsi" w:hAnsiTheme="majorHAnsi" w:cstheme="majorHAnsi"/>
          <w:b/>
          <w:sz w:val="24"/>
          <w:szCs w:val="24"/>
          <w:u w:val="single"/>
          <w:lang w:val="en-GB"/>
        </w:rPr>
      </w:pPr>
      <w:r w:rsidRPr="0001451A">
        <w:rPr>
          <w:rFonts w:asciiTheme="majorHAnsi" w:hAnsiTheme="majorHAnsi" w:cstheme="majorHAnsi"/>
          <w:b/>
          <w:sz w:val="24"/>
          <w:szCs w:val="24"/>
          <w:u w:val="single"/>
          <w:lang w:val="en-GB"/>
        </w:rPr>
        <w:t xml:space="preserve">Project Scope: </w:t>
      </w:r>
    </w:p>
    <w:p w:rsidR="00A63DB3" w:rsidRPr="0001451A" w:rsidRDefault="00A63DB3" w:rsidP="00A63DB3">
      <w:pPr>
        <w:rPr>
          <w:rFonts w:asciiTheme="majorHAnsi" w:hAnsiTheme="majorHAnsi" w:cstheme="majorHAnsi"/>
          <w:sz w:val="24"/>
          <w:szCs w:val="24"/>
          <w:lang w:val="en-GB"/>
        </w:rPr>
      </w:pPr>
      <w:r w:rsidRPr="0001451A">
        <w:rPr>
          <w:rFonts w:asciiTheme="majorHAnsi" w:hAnsiTheme="majorHAnsi" w:cstheme="majorHAnsi"/>
          <w:sz w:val="24"/>
          <w:szCs w:val="24"/>
          <w:lang w:val="en-GB"/>
        </w:rPr>
        <w:t xml:space="preserve">This project aims to develop a user-friendly web and mobile application that enables farmers in remote areas </w:t>
      </w:r>
      <w:proofErr w:type="gramStart"/>
      <w:r w:rsidRPr="0001451A">
        <w:rPr>
          <w:rFonts w:asciiTheme="majorHAnsi" w:hAnsiTheme="majorHAnsi" w:cstheme="majorHAnsi"/>
          <w:sz w:val="24"/>
          <w:szCs w:val="24"/>
          <w:lang w:val="en-GB"/>
        </w:rPr>
        <w:t>to conveniently purchase</w:t>
      </w:r>
      <w:proofErr w:type="gramEnd"/>
      <w:r w:rsidRPr="0001451A">
        <w:rPr>
          <w:rFonts w:asciiTheme="majorHAnsi" w:hAnsiTheme="majorHAnsi" w:cstheme="majorHAnsi"/>
          <w:sz w:val="24"/>
          <w:szCs w:val="24"/>
          <w:lang w:val="en-GB"/>
        </w:rPr>
        <w:t xml:space="preserve"> fertilizers, seeds, and pesticides directly from manufacturers. It will streamline product listings, facilitate secure transactions, browsing, </w:t>
      </w:r>
      <w:proofErr w:type="gramStart"/>
      <w:r w:rsidRPr="0001451A">
        <w:rPr>
          <w:rFonts w:asciiTheme="majorHAnsi" w:hAnsiTheme="majorHAnsi" w:cstheme="majorHAnsi"/>
          <w:sz w:val="24"/>
          <w:szCs w:val="24"/>
          <w:lang w:val="en-GB"/>
        </w:rPr>
        <w:t>delivery</w:t>
      </w:r>
      <w:proofErr w:type="gramEnd"/>
      <w:r w:rsidRPr="0001451A">
        <w:rPr>
          <w:rFonts w:asciiTheme="majorHAnsi" w:hAnsiTheme="majorHAnsi" w:cstheme="majorHAnsi"/>
          <w:sz w:val="24"/>
          <w:szCs w:val="24"/>
          <w:lang w:val="en-GB"/>
        </w:rPr>
        <w:t xml:space="preserve"> management to farmer locations and ensure doorstep delivery, bridging the gap between agricultural suppliers and rural farmers through digital access.</w:t>
      </w:r>
    </w:p>
    <w:p w:rsidR="007E0147" w:rsidRPr="0001451A" w:rsidRDefault="007E0147">
      <w:pPr>
        <w:rPr>
          <w:rFonts w:asciiTheme="majorHAnsi" w:hAnsiTheme="majorHAnsi" w:cstheme="majorHAnsi"/>
          <w:b/>
          <w:sz w:val="24"/>
          <w:szCs w:val="24"/>
        </w:rPr>
      </w:pPr>
      <w:r w:rsidRPr="0001451A">
        <w:rPr>
          <w:rFonts w:asciiTheme="majorHAnsi" w:hAnsiTheme="majorHAnsi" w:cstheme="majorHAnsi"/>
          <w:b/>
          <w:sz w:val="24"/>
          <w:szCs w:val="24"/>
        </w:rPr>
        <w:t xml:space="preserve">Question 1: </w:t>
      </w:r>
    </w:p>
    <w:p w:rsidR="00895A59" w:rsidRPr="0001451A" w:rsidRDefault="00A63DB3" w:rsidP="00895A59">
      <w:pPr>
        <w:rPr>
          <w:rFonts w:asciiTheme="majorHAnsi" w:hAnsiTheme="majorHAnsi" w:cstheme="majorHAnsi"/>
          <w:sz w:val="24"/>
          <w:szCs w:val="24"/>
        </w:rPr>
      </w:pPr>
      <w:r w:rsidRPr="0001451A">
        <w:rPr>
          <w:rFonts w:asciiTheme="majorHAnsi" w:hAnsiTheme="majorHAnsi" w:cstheme="majorHAnsi"/>
          <w:sz w:val="24"/>
          <w:szCs w:val="24"/>
        </w:rPr>
        <w:t xml:space="preserve">4 Quarterly Audits are planned </w:t>
      </w:r>
      <w:proofErr w:type="gramStart"/>
      <w:r w:rsidRPr="0001451A">
        <w:rPr>
          <w:rFonts w:asciiTheme="majorHAnsi" w:hAnsiTheme="majorHAnsi" w:cstheme="majorHAnsi"/>
          <w:sz w:val="24"/>
          <w:szCs w:val="24"/>
        </w:rPr>
        <w:t>Q1 ,</w:t>
      </w:r>
      <w:proofErr w:type="gramEnd"/>
      <w:r w:rsidRPr="0001451A">
        <w:rPr>
          <w:rFonts w:asciiTheme="majorHAnsi" w:hAnsiTheme="majorHAnsi" w:cstheme="majorHAnsi"/>
          <w:sz w:val="24"/>
          <w:szCs w:val="24"/>
        </w:rPr>
        <w:t xml:space="preserve"> Q2, Q3, Q4 for this Project What is your knowledge on how these Audits will happen for a BA ?</w:t>
      </w:r>
    </w:p>
    <w:p w:rsidR="0069382C" w:rsidRPr="0001451A" w:rsidRDefault="00A3137D" w:rsidP="00A3137D">
      <w:pPr>
        <w:pStyle w:val="NormalWeb"/>
        <w:rPr>
          <w:rFonts w:asciiTheme="majorHAnsi" w:hAnsiTheme="majorHAnsi" w:cstheme="majorHAnsi"/>
          <w:b/>
        </w:rPr>
      </w:pPr>
      <w:r w:rsidRPr="0001451A">
        <w:rPr>
          <w:rFonts w:asciiTheme="majorHAnsi" w:hAnsiTheme="majorHAnsi" w:cstheme="majorHAnsi"/>
          <w:b/>
        </w:rPr>
        <w:t>Overview of the Quarterly Audit Process for a Business Analyst</w:t>
      </w:r>
    </w:p>
    <w:p w:rsidR="00B77DC2" w:rsidRPr="0001451A" w:rsidRDefault="00895A59" w:rsidP="00895A59">
      <w:pPr>
        <w:pStyle w:val="NormalWeb"/>
        <w:rPr>
          <w:rFonts w:asciiTheme="majorHAnsi" w:hAnsiTheme="majorHAnsi" w:cstheme="majorHAnsi"/>
        </w:rPr>
      </w:pPr>
      <w:r w:rsidRPr="0001451A">
        <w:rPr>
          <w:rFonts w:asciiTheme="majorHAnsi" w:hAnsiTheme="majorHAnsi" w:cstheme="majorHAnsi"/>
        </w:rPr>
        <w:t>Quarterly audits are structured reviews conducted at regular intervals (every three months) to evaluate</w:t>
      </w:r>
      <w:r w:rsidR="0069382C" w:rsidRPr="0001451A">
        <w:rPr>
          <w:rFonts w:asciiTheme="majorHAnsi" w:hAnsiTheme="majorHAnsi" w:cstheme="majorHAnsi"/>
        </w:rPr>
        <w:t>/check</w:t>
      </w:r>
      <w:r w:rsidRPr="0001451A">
        <w:rPr>
          <w:rFonts w:asciiTheme="majorHAnsi" w:hAnsiTheme="majorHAnsi" w:cstheme="majorHAnsi"/>
        </w:rPr>
        <w:t xml:space="preserve"> the</w:t>
      </w:r>
      <w:r w:rsidR="0069382C" w:rsidRPr="0001451A">
        <w:rPr>
          <w:rFonts w:asciiTheme="majorHAnsi" w:hAnsiTheme="majorHAnsi" w:cstheme="majorHAnsi"/>
        </w:rPr>
        <w:t xml:space="preserve"> quality, process,</w:t>
      </w:r>
      <w:r w:rsidRPr="0001451A">
        <w:rPr>
          <w:rFonts w:asciiTheme="majorHAnsi" w:hAnsiTheme="majorHAnsi" w:cstheme="majorHAnsi"/>
        </w:rPr>
        <w:t xml:space="preserve"> project’s progress, adher</w:t>
      </w:r>
      <w:r w:rsidR="0069382C" w:rsidRPr="0001451A">
        <w:rPr>
          <w:rFonts w:asciiTheme="majorHAnsi" w:hAnsiTheme="majorHAnsi" w:cstheme="majorHAnsi"/>
        </w:rPr>
        <w:t xml:space="preserve">ence to scope, budget, </w:t>
      </w:r>
      <w:proofErr w:type="gramStart"/>
      <w:r w:rsidR="0069382C" w:rsidRPr="0001451A">
        <w:rPr>
          <w:rFonts w:asciiTheme="majorHAnsi" w:hAnsiTheme="majorHAnsi" w:cstheme="majorHAnsi"/>
        </w:rPr>
        <w:t>timeline</w:t>
      </w:r>
      <w:proofErr w:type="gramEnd"/>
      <w:r w:rsidRPr="0001451A">
        <w:rPr>
          <w:rFonts w:asciiTheme="majorHAnsi" w:hAnsiTheme="majorHAnsi" w:cstheme="majorHAnsi"/>
        </w:rPr>
        <w:t xml:space="preserve">. </w:t>
      </w:r>
    </w:p>
    <w:p w:rsidR="00B77DC2" w:rsidRPr="0001451A" w:rsidRDefault="00895A59" w:rsidP="00895A59">
      <w:pPr>
        <w:pStyle w:val="NormalWeb"/>
        <w:rPr>
          <w:rFonts w:asciiTheme="majorHAnsi" w:hAnsiTheme="majorHAnsi" w:cstheme="majorHAnsi"/>
        </w:rPr>
      </w:pPr>
      <w:r w:rsidRPr="0001451A">
        <w:rPr>
          <w:rFonts w:asciiTheme="majorHAnsi" w:hAnsiTheme="majorHAnsi" w:cstheme="majorHAnsi"/>
        </w:rPr>
        <w:t>For a BA, these audits involve validating requirements, ensuring stakeholder alignment, assessing process efficiency, and identifying areas for improvement. The audits will assess how well the project meets the needs of farmers (like Peter, Kevin, and Ben) and manufacturers, ensuring the application is user-friendly and functional. The process typically includes planning, data collection, stakeholder engagement, analysis, reporting, and follow-up actions, with specific considerations for the BA’s responsibilities in requirements management, documentation, and stakeholder communication.</w:t>
      </w:r>
      <w:r w:rsidR="00B77DC2" w:rsidRPr="0001451A">
        <w:rPr>
          <w:rFonts w:asciiTheme="majorHAnsi" w:hAnsiTheme="majorHAnsi" w:cstheme="majorHAnsi"/>
        </w:rPr>
        <w:t xml:space="preserve"> Ensure business needs </w:t>
      </w:r>
      <w:proofErr w:type="gramStart"/>
      <w:r w:rsidR="00B77DC2" w:rsidRPr="0001451A">
        <w:rPr>
          <w:rFonts w:asciiTheme="majorHAnsi" w:hAnsiTheme="majorHAnsi" w:cstheme="majorHAnsi"/>
        </w:rPr>
        <w:t>are met</w:t>
      </w:r>
      <w:proofErr w:type="gramEnd"/>
      <w:r w:rsidR="00B77DC2" w:rsidRPr="0001451A">
        <w:rPr>
          <w:rFonts w:asciiTheme="majorHAnsi" w:hAnsiTheme="majorHAnsi" w:cstheme="majorHAnsi"/>
        </w:rPr>
        <w:t>, documentation is traceable, and communication is aligned between business and technical teams across each phase.</w:t>
      </w:r>
    </w:p>
    <w:p w:rsidR="00A3137D" w:rsidRPr="0001451A" w:rsidRDefault="00895A59" w:rsidP="00A3137D">
      <w:pPr>
        <w:pStyle w:val="NormalWeb"/>
        <w:rPr>
          <w:rFonts w:asciiTheme="majorHAnsi" w:hAnsiTheme="majorHAnsi" w:cstheme="majorHAnsi"/>
        </w:rPr>
      </w:pPr>
      <w:r w:rsidRPr="0001451A">
        <w:rPr>
          <w:rFonts w:asciiTheme="majorHAnsi" w:hAnsiTheme="majorHAnsi" w:cstheme="majorHAnsi"/>
        </w:rPr>
        <w:t xml:space="preserve">The audits will follow a systematic approach, drawing from project management and audit best practices, such as those outlined in resources like the Project Management Institute (PMI) and </w:t>
      </w:r>
      <w:proofErr w:type="spellStart"/>
      <w:r w:rsidRPr="0001451A">
        <w:rPr>
          <w:rFonts w:asciiTheme="majorHAnsi" w:hAnsiTheme="majorHAnsi" w:cstheme="majorHAnsi"/>
        </w:rPr>
        <w:t>AuditBoard</w:t>
      </w:r>
      <w:proofErr w:type="spellEnd"/>
      <w:r w:rsidRPr="0001451A">
        <w:rPr>
          <w:rFonts w:asciiTheme="majorHAnsi" w:hAnsiTheme="majorHAnsi" w:cstheme="majorHAnsi"/>
        </w:rPr>
        <w:t xml:space="preserve">. The BA’s involvement will focus on ensuring that the requirements </w:t>
      </w:r>
      <w:proofErr w:type="gramStart"/>
      <w:r w:rsidRPr="0001451A">
        <w:rPr>
          <w:rFonts w:asciiTheme="majorHAnsi" w:hAnsiTheme="majorHAnsi" w:cstheme="majorHAnsi"/>
        </w:rPr>
        <w:t>are accurately captured</w:t>
      </w:r>
      <w:proofErr w:type="gramEnd"/>
      <w:r w:rsidRPr="0001451A">
        <w:rPr>
          <w:rFonts w:asciiTheme="majorHAnsi" w:hAnsiTheme="majorHAnsi" w:cstheme="majorHAnsi"/>
        </w:rPr>
        <w:t xml:space="preserve">, validated, and implemented, and that the project delivers value to the stakeholders. Below is a detailed breakdown of each quarterly audit (Q1, Q2, Q3, </w:t>
      </w:r>
      <w:proofErr w:type="gramStart"/>
      <w:r w:rsidRPr="0001451A">
        <w:rPr>
          <w:rFonts w:asciiTheme="majorHAnsi" w:hAnsiTheme="majorHAnsi" w:cstheme="majorHAnsi"/>
        </w:rPr>
        <w:t>Q4</w:t>
      </w:r>
      <w:proofErr w:type="gramEnd"/>
      <w:r w:rsidRPr="0001451A">
        <w:rPr>
          <w:rFonts w:asciiTheme="majorHAnsi" w:hAnsiTheme="majorHAnsi" w:cstheme="majorHAnsi"/>
        </w:rPr>
        <w:t>) and the BA’s role in the process.</w:t>
      </w:r>
    </w:p>
    <w:p w:rsidR="00E32155" w:rsidRPr="0001451A" w:rsidRDefault="00E32155" w:rsidP="00A3137D">
      <w:pPr>
        <w:pStyle w:val="NormalWeb"/>
        <w:rPr>
          <w:rStyle w:val="Strong"/>
          <w:rFonts w:asciiTheme="majorHAnsi" w:hAnsiTheme="majorHAnsi" w:cstheme="majorHAnsi"/>
        </w:rPr>
      </w:pPr>
    </w:p>
    <w:p w:rsidR="00E32155" w:rsidRPr="0001451A" w:rsidRDefault="003D2A83" w:rsidP="00A3137D">
      <w:pPr>
        <w:pStyle w:val="NormalWeb"/>
        <w:rPr>
          <w:rStyle w:val="Strong"/>
          <w:rFonts w:asciiTheme="majorHAnsi" w:hAnsiTheme="majorHAnsi" w:cstheme="majorHAnsi"/>
        </w:rPr>
      </w:pPr>
      <w:r w:rsidRPr="0001451A">
        <w:rPr>
          <w:rStyle w:val="Strong"/>
          <w:rFonts w:asciiTheme="majorHAnsi" w:hAnsiTheme="majorHAnsi" w:cstheme="majorHAnsi"/>
        </w:rPr>
        <w:lastRenderedPageBreak/>
        <w:t>Q1 Audit: Project Initiation</w:t>
      </w:r>
      <w:r w:rsidRPr="0001451A">
        <w:rPr>
          <w:rStyle w:val="Strong"/>
          <w:rFonts w:asciiTheme="majorHAnsi" w:hAnsiTheme="majorHAnsi" w:cstheme="majorHAnsi"/>
          <w:b w:val="0"/>
        </w:rPr>
        <w:t xml:space="preserve"> </w:t>
      </w:r>
      <w:r w:rsidRPr="0001451A">
        <w:rPr>
          <w:rFonts w:asciiTheme="majorHAnsi" w:hAnsiTheme="majorHAnsi" w:cstheme="majorHAnsi"/>
          <w:b/>
        </w:rPr>
        <w:t>Requirement Gathering &amp; Planning Phase</w:t>
      </w:r>
      <w:r w:rsidR="00EA0A90" w:rsidRPr="0001451A">
        <w:rPr>
          <w:rFonts w:asciiTheme="majorHAnsi" w:hAnsiTheme="majorHAnsi" w:cstheme="majorHAnsi"/>
          <w:b/>
        </w:rPr>
        <w:t xml:space="preserve"> (</w:t>
      </w:r>
      <w:r w:rsidR="00EA0A90" w:rsidRPr="0001451A">
        <w:rPr>
          <w:rFonts w:asciiTheme="majorHAnsi" w:hAnsiTheme="majorHAnsi" w:cstheme="majorHAnsi"/>
        </w:rPr>
        <w:t>Months 1–3</w:t>
      </w:r>
      <w:r w:rsidR="00EA0A90" w:rsidRPr="0001451A">
        <w:rPr>
          <w:rFonts w:asciiTheme="majorHAnsi" w:hAnsiTheme="majorHAnsi" w:cstheme="majorHAnsi"/>
          <w:b/>
        </w:rPr>
        <w:t>)</w:t>
      </w:r>
    </w:p>
    <w:p w:rsidR="00A3137D" w:rsidRPr="0001451A" w:rsidRDefault="00A3137D" w:rsidP="00A3137D">
      <w:pPr>
        <w:pStyle w:val="NormalWeb"/>
        <w:rPr>
          <w:rFonts w:asciiTheme="majorHAnsi" w:hAnsiTheme="majorHAnsi" w:cstheme="majorHAnsi"/>
        </w:rPr>
      </w:pPr>
      <w:r w:rsidRPr="0001451A">
        <w:rPr>
          <w:rStyle w:val="Strong"/>
          <w:rFonts w:asciiTheme="majorHAnsi" w:hAnsiTheme="majorHAnsi" w:cstheme="majorHAnsi"/>
        </w:rPr>
        <w:t>Purpose</w:t>
      </w:r>
      <w:r w:rsidRPr="0001451A">
        <w:rPr>
          <w:rFonts w:asciiTheme="majorHAnsi" w:hAnsiTheme="majorHAnsi" w:cstheme="majorHAnsi"/>
        </w:rPr>
        <w:t>: The Q1 audit evaluates the project’s initiation phase, focusing on the clarity of objectives, stakeholder alignment, and the establishment of a robust project plan. For a BA, this audit ensures that the initial requirem</w:t>
      </w:r>
      <w:r w:rsidR="003D2A83" w:rsidRPr="0001451A">
        <w:rPr>
          <w:rFonts w:asciiTheme="majorHAnsi" w:hAnsiTheme="majorHAnsi" w:cstheme="majorHAnsi"/>
        </w:rPr>
        <w:t>ents Requirement Gathering &amp; Planning Phase.</w:t>
      </w:r>
    </w:p>
    <w:p w:rsidR="00CC5815" w:rsidRPr="0001451A" w:rsidRDefault="00CC5815" w:rsidP="00CC5815">
      <w:pPr>
        <w:pStyle w:val="NormalWeb"/>
        <w:rPr>
          <w:rFonts w:asciiTheme="majorHAnsi" w:hAnsiTheme="majorHAnsi" w:cstheme="majorHAnsi"/>
        </w:rPr>
      </w:pPr>
      <w:r w:rsidRPr="0001451A">
        <w:rPr>
          <w:rStyle w:val="Strong"/>
          <w:rFonts w:asciiTheme="majorHAnsi" w:hAnsiTheme="majorHAnsi" w:cstheme="majorHAnsi"/>
        </w:rPr>
        <w:t>Timeline:</w:t>
      </w:r>
      <w:r w:rsidRPr="0001451A">
        <w:rPr>
          <w:rFonts w:asciiTheme="majorHAnsi" w:hAnsiTheme="majorHAnsi" w:cstheme="majorHAnsi"/>
        </w:rPr>
        <w:t xml:space="preserve"> Months 1–3</w:t>
      </w:r>
      <w:r w:rsidRPr="0001451A">
        <w:rPr>
          <w:rFonts w:asciiTheme="majorHAnsi" w:hAnsiTheme="majorHAnsi" w:cstheme="majorHAnsi"/>
        </w:rPr>
        <w:br/>
      </w:r>
      <w:r w:rsidRPr="0001451A">
        <w:rPr>
          <w:rStyle w:val="Strong"/>
          <w:rFonts w:asciiTheme="majorHAnsi" w:hAnsiTheme="majorHAnsi" w:cstheme="majorHAnsi"/>
        </w:rPr>
        <w:t>Key Audit Activities &amp; Focus Area for BA:</w:t>
      </w:r>
    </w:p>
    <w:p w:rsidR="00CC5815" w:rsidRPr="0001451A" w:rsidRDefault="00CC5815" w:rsidP="00CC5815">
      <w:pPr>
        <w:pStyle w:val="NormalWeb"/>
        <w:rPr>
          <w:rFonts w:asciiTheme="majorHAnsi" w:hAnsiTheme="majorHAnsi" w:cstheme="majorHAnsi"/>
        </w:rPr>
      </w:pPr>
      <w:r w:rsidRPr="0001451A">
        <w:rPr>
          <w:rStyle w:val="Strong"/>
          <w:rFonts w:asciiTheme="majorHAnsi" w:hAnsiTheme="majorHAnsi" w:cstheme="majorHAnsi"/>
        </w:rPr>
        <w:t>Requirement Elicitation:</w:t>
      </w:r>
    </w:p>
    <w:p w:rsidR="00A23438" w:rsidRPr="0001451A" w:rsidRDefault="00A23438" w:rsidP="009C44AF">
      <w:pPr>
        <w:pStyle w:val="ListParagraph"/>
        <w:numPr>
          <w:ilvl w:val="0"/>
          <w:numId w:val="7"/>
        </w:num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As the BA, you will present the </w:t>
      </w:r>
      <w:r w:rsidRPr="0001451A">
        <w:rPr>
          <w:rFonts w:asciiTheme="majorHAnsi" w:eastAsia="Times New Roman" w:hAnsiTheme="majorHAnsi" w:cstheme="majorHAnsi"/>
          <w:b/>
          <w:bCs/>
          <w:sz w:val="24"/>
          <w:szCs w:val="24"/>
          <w:lang w:val="en-IN" w:eastAsia="en-IN"/>
        </w:rPr>
        <w:t>Business Requirements Document (BRD)</w:t>
      </w:r>
      <w:r w:rsidRPr="0001451A">
        <w:rPr>
          <w:rFonts w:asciiTheme="majorHAnsi" w:eastAsia="Times New Roman" w:hAnsiTheme="majorHAnsi" w:cstheme="majorHAnsi"/>
          <w:sz w:val="24"/>
          <w:szCs w:val="24"/>
          <w:lang w:val="en-IN" w:eastAsia="en-IN"/>
        </w:rPr>
        <w:t xml:space="preserve"> or </w:t>
      </w:r>
      <w:r w:rsidRPr="0001451A">
        <w:rPr>
          <w:rFonts w:asciiTheme="majorHAnsi" w:eastAsia="Times New Roman" w:hAnsiTheme="majorHAnsi" w:cstheme="majorHAnsi"/>
          <w:b/>
          <w:bCs/>
          <w:sz w:val="24"/>
          <w:szCs w:val="24"/>
          <w:lang w:val="en-IN" w:eastAsia="en-IN"/>
        </w:rPr>
        <w:t>Functional Requirements Specification (FRS)</w:t>
      </w:r>
      <w:r w:rsidRPr="0001451A">
        <w:rPr>
          <w:rFonts w:asciiTheme="majorHAnsi" w:eastAsia="Times New Roman" w:hAnsiTheme="majorHAnsi" w:cstheme="majorHAnsi"/>
          <w:sz w:val="24"/>
          <w:szCs w:val="24"/>
          <w:lang w:val="en-IN" w:eastAsia="en-IN"/>
        </w:rPr>
        <w:t xml:space="preserve">, which outlines the application’s features, such as product listing, browsing, ordering, and delivery tracking for farmers and manufacturers. </w:t>
      </w:r>
    </w:p>
    <w:p w:rsidR="00A23438" w:rsidRPr="0001451A" w:rsidRDefault="00A23438" w:rsidP="009C44AF">
      <w:pPr>
        <w:pStyle w:val="NormalWeb"/>
        <w:numPr>
          <w:ilvl w:val="0"/>
          <w:numId w:val="7"/>
        </w:numPr>
        <w:rPr>
          <w:rFonts w:asciiTheme="majorHAnsi" w:hAnsiTheme="majorHAnsi" w:cstheme="majorHAnsi"/>
        </w:rPr>
      </w:pPr>
      <w:r w:rsidRPr="0001451A">
        <w:rPr>
          <w:rFonts w:asciiTheme="majorHAnsi" w:hAnsiTheme="majorHAnsi" w:cstheme="majorHAnsi"/>
        </w:rPr>
        <w:t>Finalized and signed off Business Requirement Document (BRD) and Software Requirement Specification (SRS)</w:t>
      </w:r>
    </w:p>
    <w:p w:rsidR="00A23438" w:rsidRPr="0001451A" w:rsidRDefault="00A23438" w:rsidP="009C44AF">
      <w:pPr>
        <w:pStyle w:val="NormalWeb"/>
        <w:numPr>
          <w:ilvl w:val="0"/>
          <w:numId w:val="7"/>
        </w:numPr>
        <w:rPr>
          <w:rFonts w:asciiTheme="majorHAnsi" w:hAnsiTheme="majorHAnsi" w:cstheme="majorHAnsi"/>
        </w:rPr>
      </w:pPr>
      <w:r w:rsidRPr="0001451A">
        <w:rPr>
          <w:rFonts w:asciiTheme="majorHAnsi" w:hAnsiTheme="majorHAnsi" w:cstheme="majorHAnsi"/>
        </w:rPr>
        <w:t xml:space="preserve">Ensure that the requirements address the stakeholders’ needs (e.g., Peter’s need for fertilizers, Kevin’s need for seeds, </w:t>
      </w:r>
      <w:proofErr w:type="gramStart"/>
      <w:r w:rsidRPr="0001451A">
        <w:rPr>
          <w:rFonts w:asciiTheme="majorHAnsi" w:hAnsiTheme="majorHAnsi" w:cstheme="majorHAnsi"/>
        </w:rPr>
        <w:t>Ben’s</w:t>
      </w:r>
      <w:proofErr w:type="gramEnd"/>
      <w:r w:rsidRPr="0001451A">
        <w:rPr>
          <w:rFonts w:asciiTheme="majorHAnsi" w:hAnsiTheme="majorHAnsi" w:cstheme="majorHAnsi"/>
        </w:rPr>
        <w:t xml:space="preserve"> need for pesticides) and include user-friendly features like intuitive navigation and mobile accessibility.</w:t>
      </w:r>
    </w:p>
    <w:p w:rsidR="00CC5815" w:rsidRPr="0001451A" w:rsidRDefault="00CC5815" w:rsidP="009C44AF">
      <w:pPr>
        <w:pStyle w:val="NormalWeb"/>
        <w:numPr>
          <w:ilvl w:val="1"/>
          <w:numId w:val="7"/>
        </w:numPr>
        <w:rPr>
          <w:rFonts w:asciiTheme="majorHAnsi" w:hAnsiTheme="majorHAnsi" w:cstheme="majorHAnsi"/>
        </w:rPr>
      </w:pPr>
      <w:r w:rsidRPr="0001451A">
        <w:rPr>
          <w:rFonts w:asciiTheme="majorHAnsi" w:hAnsiTheme="majorHAnsi" w:cstheme="majorHAnsi"/>
        </w:rPr>
        <w:t>Co</w:t>
      </w:r>
      <w:r w:rsidR="00A23438" w:rsidRPr="0001451A">
        <w:rPr>
          <w:rFonts w:asciiTheme="majorHAnsi" w:hAnsiTheme="majorHAnsi" w:cstheme="majorHAnsi"/>
        </w:rPr>
        <w:t xml:space="preserve">nducted stakeholder interviews </w:t>
      </w:r>
      <w:r w:rsidRPr="0001451A">
        <w:rPr>
          <w:rFonts w:asciiTheme="majorHAnsi" w:hAnsiTheme="majorHAnsi" w:cstheme="majorHAnsi"/>
        </w:rPr>
        <w:t xml:space="preserve">with Peter, Kevin, Ben, </w:t>
      </w:r>
      <w:proofErr w:type="gramStart"/>
      <w:r w:rsidRPr="0001451A">
        <w:rPr>
          <w:rFonts w:asciiTheme="majorHAnsi" w:hAnsiTheme="majorHAnsi" w:cstheme="majorHAnsi"/>
        </w:rPr>
        <w:t>Mr</w:t>
      </w:r>
      <w:proofErr w:type="gramEnd"/>
      <w:r w:rsidRPr="0001451A">
        <w:rPr>
          <w:rFonts w:asciiTheme="majorHAnsi" w:hAnsiTheme="majorHAnsi" w:cstheme="majorHAnsi"/>
        </w:rPr>
        <w:t>. Henry</w:t>
      </w:r>
      <w:r w:rsidR="00A23438" w:rsidRPr="0001451A">
        <w:rPr>
          <w:rFonts w:asciiTheme="majorHAnsi" w:hAnsiTheme="majorHAnsi" w:cstheme="majorHAnsi"/>
        </w:rPr>
        <w:t>.</w:t>
      </w:r>
    </w:p>
    <w:p w:rsidR="00CC5815" w:rsidRPr="0001451A" w:rsidRDefault="00CC5815" w:rsidP="009C44AF">
      <w:pPr>
        <w:pStyle w:val="NormalWeb"/>
        <w:numPr>
          <w:ilvl w:val="1"/>
          <w:numId w:val="7"/>
        </w:numPr>
        <w:rPr>
          <w:rFonts w:asciiTheme="majorHAnsi" w:hAnsiTheme="majorHAnsi" w:cstheme="majorHAnsi"/>
        </w:rPr>
      </w:pPr>
      <w:r w:rsidRPr="0001451A">
        <w:rPr>
          <w:rFonts w:asciiTheme="majorHAnsi" w:hAnsiTheme="majorHAnsi" w:cstheme="majorHAnsi"/>
        </w:rPr>
        <w:t>Documented functional and non-functional requirements</w:t>
      </w:r>
    </w:p>
    <w:p w:rsidR="00CC5815" w:rsidRPr="0001451A" w:rsidRDefault="00A23438" w:rsidP="00CC5815">
      <w:pPr>
        <w:pStyle w:val="NormalWeb"/>
        <w:rPr>
          <w:rStyle w:val="Strong"/>
          <w:rFonts w:asciiTheme="majorHAnsi" w:hAnsiTheme="majorHAnsi" w:cstheme="majorHAnsi"/>
        </w:rPr>
      </w:pPr>
      <w:r w:rsidRPr="0001451A">
        <w:rPr>
          <w:rStyle w:val="Strong"/>
          <w:rFonts w:asciiTheme="majorHAnsi" w:hAnsiTheme="majorHAnsi" w:cstheme="majorHAnsi"/>
        </w:rPr>
        <w:t>Risk Assessment and Process Evaluation</w:t>
      </w:r>
      <w:r w:rsidR="00CC5815" w:rsidRPr="0001451A">
        <w:rPr>
          <w:rStyle w:val="Strong"/>
          <w:rFonts w:asciiTheme="majorHAnsi" w:hAnsiTheme="majorHAnsi" w:cstheme="majorHAnsi"/>
        </w:rPr>
        <w:t>:</w:t>
      </w:r>
    </w:p>
    <w:p w:rsidR="00A23438" w:rsidRPr="0001451A" w:rsidRDefault="00A23438" w:rsidP="009C44AF">
      <w:pPr>
        <w:pStyle w:val="ListParagraph"/>
        <w:numPr>
          <w:ilvl w:val="0"/>
          <w:numId w:val="9"/>
        </w:numPr>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Identify risks related to requirements, such as ambiguity, scope creep, or misalignment with user needs. </w:t>
      </w:r>
    </w:p>
    <w:p w:rsidR="00A23438" w:rsidRPr="0001451A" w:rsidRDefault="00A23438" w:rsidP="009C44AF">
      <w:pPr>
        <w:pStyle w:val="NormalWeb"/>
        <w:numPr>
          <w:ilvl w:val="0"/>
          <w:numId w:val="9"/>
        </w:numPr>
        <w:rPr>
          <w:rFonts w:asciiTheme="majorHAnsi" w:hAnsiTheme="majorHAnsi" w:cstheme="majorHAnsi"/>
        </w:rPr>
      </w:pPr>
      <w:r w:rsidRPr="0001451A">
        <w:rPr>
          <w:rFonts w:asciiTheme="majorHAnsi" w:hAnsiTheme="majorHAnsi" w:cstheme="majorHAnsi"/>
        </w:rPr>
        <w:t xml:space="preserve">For example, ensure that the application’s user interface </w:t>
      </w:r>
      <w:proofErr w:type="gramStart"/>
      <w:r w:rsidRPr="0001451A">
        <w:rPr>
          <w:rFonts w:asciiTheme="majorHAnsi" w:hAnsiTheme="majorHAnsi" w:cstheme="majorHAnsi"/>
        </w:rPr>
        <w:t>is designed</w:t>
      </w:r>
      <w:proofErr w:type="gramEnd"/>
      <w:r w:rsidRPr="0001451A">
        <w:rPr>
          <w:rFonts w:asciiTheme="majorHAnsi" w:hAnsiTheme="majorHAnsi" w:cstheme="majorHAnsi"/>
        </w:rPr>
        <w:t xml:space="preserve"> for low-tech-savvy farmers in remote areas, addressing potential usability risks.</w:t>
      </w:r>
    </w:p>
    <w:p w:rsidR="00A23438" w:rsidRPr="0001451A" w:rsidRDefault="00A23438" w:rsidP="009C44AF">
      <w:pPr>
        <w:numPr>
          <w:ilvl w:val="0"/>
          <w:numId w:val="9"/>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Assess the requirements-gathering process to ensure it follows best practices.</w:t>
      </w:r>
    </w:p>
    <w:p w:rsidR="00A23438" w:rsidRPr="0001451A" w:rsidRDefault="00A23438" w:rsidP="009C44AF">
      <w:pPr>
        <w:numPr>
          <w:ilvl w:val="0"/>
          <w:numId w:val="9"/>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Verify that you have collaborated with the project manager (Mr. </w:t>
      </w:r>
      <w:proofErr w:type="spellStart"/>
      <w:r w:rsidRPr="0001451A">
        <w:rPr>
          <w:rFonts w:asciiTheme="majorHAnsi" w:eastAsia="Times New Roman" w:hAnsiTheme="majorHAnsi" w:cstheme="majorHAnsi"/>
          <w:sz w:val="24"/>
          <w:szCs w:val="24"/>
          <w:lang w:val="en-IN" w:eastAsia="en-IN"/>
        </w:rPr>
        <w:t>Vandanam</w:t>
      </w:r>
      <w:proofErr w:type="spellEnd"/>
      <w:r w:rsidRPr="0001451A">
        <w:rPr>
          <w:rFonts w:asciiTheme="majorHAnsi" w:eastAsia="Times New Roman" w:hAnsiTheme="majorHAnsi" w:cstheme="majorHAnsi"/>
          <w:sz w:val="24"/>
          <w:szCs w:val="24"/>
          <w:lang w:val="en-IN" w:eastAsia="en-IN"/>
        </w:rPr>
        <w:t xml:space="preserve">) and developers (Ms. </w:t>
      </w:r>
      <w:proofErr w:type="spellStart"/>
      <w:r w:rsidRPr="0001451A">
        <w:rPr>
          <w:rFonts w:asciiTheme="majorHAnsi" w:eastAsia="Times New Roman" w:hAnsiTheme="majorHAnsi" w:cstheme="majorHAnsi"/>
          <w:sz w:val="24"/>
          <w:szCs w:val="24"/>
          <w:lang w:val="en-IN" w:eastAsia="en-IN"/>
        </w:rPr>
        <w:t>Juhi</w:t>
      </w:r>
      <w:proofErr w:type="spellEnd"/>
      <w:r w:rsidRPr="0001451A">
        <w:rPr>
          <w:rFonts w:asciiTheme="majorHAnsi" w:eastAsia="Times New Roman" w:hAnsiTheme="majorHAnsi" w:cstheme="majorHAnsi"/>
          <w:sz w:val="24"/>
          <w:szCs w:val="24"/>
          <w:lang w:val="en-IN" w:eastAsia="en-IN"/>
        </w:rPr>
        <w:t xml:space="preserve">, Mr. </w:t>
      </w:r>
      <w:proofErr w:type="spellStart"/>
      <w:r w:rsidRPr="0001451A">
        <w:rPr>
          <w:rFonts w:asciiTheme="majorHAnsi" w:eastAsia="Times New Roman" w:hAnsiTheme="majorHAnsi" w:cstheme="majorHAnsi"/>
          <w:sz w:val="24"/>
          <w:szCs w:val="24"/>
          <w:lang w:val="en-IN" w:eastAsia="en-IN"/>
        </w:rPr>
        <w:t>Teyson</w:t>
      </w:r>
      <w:proofErr w:type="spellEnd"/>
      <w:r w:rsidRPr="0001451A">
        <w:rPr>
          <w:rFonts w:asciiTheme="majorHAnsi" w:eastAsia="Times New Roman" w:hAnsiTheme="majorHAnsi" w:cstheme="majorHAnsi"/>
          <w:sz w:val="24"/>
          <w:szCs w:val="24"/>
          <w:lang w:val="en-IN" w:eastAsia="en-IN"/>
        </w:rPr>
        <w:t xml:space="preserve">, Ms. </w:t>
      </w:r>
      <w:proofErr w:type="spellStart"/>
      <w:r w:rsidRPr="0001451A">
        <w:rPr>
          <w:rFonts w:asciiTheme="majorHAnsi" w:eastAsia="Times New Roman" w:hAnsiTheme="majorHAnsi" w:cstheme="majorHAnsi"/>
          <w:sz w:val="24"/>
          <w:szCs w:val="24"/>
          <w:lang w:val="en-IN" w:eastAsia="en-IN"/>
        </w:rPr>
        <w:t>Lucie</w:t>
      </w:r>
      <w:proofErr w:type="spellEnd"/>
      <w:r w:rsidRPr="0001451A">
        <w:rPr>
          <w:rFonts w:asciiTheme="majorHAnsi" w:eastAsia="Times New Roman" w:hAnsiTheme="majorHAnsi" w:cstheme="majorHAnsi"/>
          <w:sz w:val="24"/>
          <w:szCs w:val="24"/>
          <w:lang w:val="en-IN" w:eastAsia="en-IN"/>
        </w:rPr>
        <w:t xml:space="preserve">, Mr. Tucker, </w:t>
      </w:r>
      <w:proofErr w:type="gramStart"/>
      <w:r w:rsidRPr="0001451A">
        <w:rPr>
          <w:rFonts w:asciiTheme="majorHAnsi" w:eastAsia="Times New Roman" w:hAnsiTheme="majorHAnsi" w:cstheme="majorHAnsi"/>
          <w:sz w:val="24"/>
          <w:szCs w:val="24"/>
          <w:lang w:val="en-IN" w:eastAsia="en-IN"/>
        </w:rPr>
        <w:t>Mr</w:t>
      </w:r>
      <w:proofErr w:type="gramEnd"/>
      <w:r w:rsidRPr="0001451A">
        <w:rPr>
          <w:rFonts w:asciiTheme="majorHAnsi" w:eastAsia="Times New Roman" w:hAnsiTheme="majorHAnsi" w:cstheme="majorHAnsi"/>
          <w:sz w:val="24"/>
          <w:szCs w:val="24"/>
          <w:lang w:val="en-IN" w:eastAsia="en-IN"/>
        </w:rPr>
        <w:t>. Bravo) to ensure requirements are feasible and technically viable.</w:t>
      </w:r>
    </w:p>
    <w:p w:rsidR="00A23438" w:rsidRPr="0001451A" w:rsidRDefault="00A23438" w:rsidP="00A23438">
      <w:pPr>
        <w:pStyle w:val="NormalWeb"/>
        <w:rPr>
          <w:rFonts w:asciiTheme="majorHAnsi" w:hAnsiTheme="majorHAnsi" w:cstheme="majorHAnsi"/>
          <w:b/>
          <w:bCs/>
        </w:rPr>
      </w:pPr>
      <w:r w:rsidRPr="0001451A">
        <w:rPr>
          <w:rFonts w:asciiTheme="majorHAnsi" w:hAnsiTheme="majorHAnsi" w:cstheme="majorHAnsi"/>
          <w:b/>
          <w:bCs/>
        </w:rPr>
        <w:t>Stakeholder Engagement</w:t>
      </w:r>
      <w:r w:rsidR="00CC5815" w:rsidRPr="0001451A">
        <w:rPr>
          <w:rFonts w:asciiTheme="majorHAnsi" w:hAnsiTheme="majorHAnsi" w:cstheme="majorHAnsi"/>
          <w:b/>
          <w:bCs/>
        </w:rPr>
        <w:t>:</w:t>
      </w:r>
    </w:p>
    <w:p w:rsidR="00A23438" w:rsidRPr="0001451A" w:rsidRDefault="00A23438" w:rsidP="009C44AF">
      <w:pPr>
        <w:numPr>
          <w:ilvl w:val="0"/>
          <w:numId w:val="8"/>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Engage with stakeholders (Peter, Kevin, Ben, Mr. Henry, Mr. Pandu, </w:t>
      </w:r>
      <w:proofErr w:type="gramStart"/>
      <w:r w:rsidRPr="0001451A">
        <w:rPr>
          <w:rFonts w:asciiTheme="majorHAnsi" w:eastAsia="Times New Roman" w:hAnsiTheme="majorHAnsi" w:cstheme="majorHAnsi"/>
          <w:sz w:val="24"/>
          <w:szCs w:val="24"/>
          <w:lang w:val="en-IN" w:eastAsia="en-IN"/>
        </w:rPr>
        <w:t>Mr</w:t>
      </w:r>
      <w:proofErr w:type="gramEnd"/>
      <w:r w:rsidRPr="0001451A">
        <w:rPr>
          <w:rFonts w:asciiTheme="majorHAnsi" w:eastAsia="Times New Roman" w:hAnsiTheme="majorHAnsi" w:cstheme="majorHAnsi"/>
          <w:sz w:val="24"/>
          <w:szCs w:val="24"/>
          <w:lang w:val="en-IN" w:eastAsia="en-IN"/>
        </w:rPr>
        <w:t xml:space="preserve">. </w:t>
      </w:r>
      <w:proofErr w:type="spellStart"/>
      <w:r w:rsidRPr="0001451A">
        <w:rPr>
          <w:rFonts w:asciiTheme="majorHAnsi" w:eastAsia="Times New Roman" w:hAnsiTheme="majorHAnsi" w:cstheme="majorHAnsi"/>
          <w:sz w:val="24"/>
          <w:szCs w:val="24"/>
          <w:lang w:val="en-IN" w:eastAsia="en-IN"/>
        </w:rPr>
        <w:t>Dooku</w:t>
      </w:r>
      <w:proofErr w:type="spellEnd"/>
      <w:r w:rsidRPr="0001451A">
        <w:rPr>
          <w:rFonts w:asciiTheme="majorHAnsi" w:eastAsia="Times New Roman" w:hAnsiTheme="majorHAnsi" w:cstheme="majorHAnsi"/>
          <w:sz w:val="24"/>
          <w:szCs w:val="24"/>
          <w:lang w:val="en-IN" w:eastAsia="en-IN"/>
        </w:rPr>
        <w:t>) to validate that their requirements are accurately captured.</w:t>
      </w:r>
    </w:p>
    <w:p w:rsidR="00A23438" w:rsidRPr="0001451A" w:rsidRDefault="00A23438" w:rsidP="009C44AF">
      <w:pPr>
        <w:numPr>
          <w:ilvl w:val="0"/>
          <w:numId w:val="8"/>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Conduct interviews or workshops to confirm that the application’s scope aligns with their expectations, such as enabling farmers to browse products from anywhere and ensuring manufacturers can upload product details easily.</w:t>
      </w:r>
    </w:p>
    <w:p w:rsidR="00CC5815" w:rsidRPr="0001451A" w:rsidRDefault="00A23438" w:rsidP="009C44AF">
      <w:pPr>
        <w:numPr>
          <w:ilvl w:val="0"/>
          <w:numId w:val="8"/>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Document stakeholder feedback and ensure stakeholder reviews and sign-offs. It is traceable to specific requirements.</w:t>
      </w:r>
    </w:p>
    <w:p w:rsidR="00CC5815" w:rsidRPr="0001451A" w:rsidRDefault="00CC5815" w:rsidP="00CC5815">
      <w:pPr>
        <w:spacing w:before="100" w:beforeAutospacing="1" w:after="100" w:afterAutospacing="1" w:line="240" w:lineRule="auto"/>
        <w:rPr>
          <w:rFonts w:asciiTheme="majorHAnsi" w:eastAsia="Times New Roman" w:hAnsiTheme="majorHAnsi" w:cstheme="majorHAnsi"/>
          <w:b/>
          <w:bCs/>
          <w:sz w:val="24"/>
          <w:szCs w:val="24"/>
          <w:lang w:val="en-IN" w:eastAsia="en-IN"/>
        </w:rPr>
      </w:pPr>
      <w:r w:rsidRPr="0001451A">
        <w:rPr>
          <w:rFonts w:asciiTheme="majorHAnsi" w:eastAsia="Times New Roman" w:hAnsiTheme="majorHAnsi" w:cstheme="majorHAnsi"/>
          <w:b/>
          <w:bCs/>
          <w:sz w:val="24"/>
          <w:szCs w:val="24"/>
          <w:lang w:val="en-IN" w:eastAsia="en-IN"/>
        </w:rPr>
        <w:t>BA Audit Checklist:</w:t>
      </w:r>
    </w:p>
    <w:p w:rsidR="00662B0D" w:rsidRPr="0001451A" w:rsidRDefault="00662B0D" w:rsidP="00662B0D">
      <w:pPr>
        <w:ind w:left="75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Prepare Documentation</w:t>
      </w:r>
      <w:r w:rsidRPr="0001451A">
        <w:rPr>
          <w:rFonts w:asciiTheme="majorHAnsi" w:eastAsia="Times New Roman" w:hAnsiTheme="majorHAnsi" w:cstheme="majorHAnsi"/>
          <w:sz w:val="24"/>
          <w:szCs w:val="24"/>
          <w:lang w:val="en-IN" w:eastAsia="en-IN"/>
        </w:rPr>
        <w:t>: Ensure the BRD/FRS is complete, clear, and approved by stakeholders. Check use cases and user stories are correctly matching with the expected business goals or not.</w:t>
      </w:r>
    </w:p>
    <w:p w:rsidR="00662B0D" w:rsidRPr="0001451A" w:rsidRDefault="00662B0D" w:rsidP="00662B0D">
      <w:pPr>
        <w:spacing w:after="0" w:line="240" w:lineRule="auto"/>
        <w:ind w:left="75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Facilitate Stakeholder Meetings</w:t>
      </w:r>
      <w:r w:rsidRPr="0001451A">
        <w:rPr>
          <w:rFonts w:asciiTheme="majorHAnsi" w:eastAsia="Times New Roman" w:hAnsiTheme="majorHAnsi" w:cstheme="majorHAnsi"/>
          <w:sz w:val="24"/>
          <w:szCs w:val="24"/>
          <w:lang w:val="en-IN" w:eastAsia="en-IN"/>
        </w:rPr>
        <w:t xml:space="preserve">: Organize and document discussions with Peter, Kevin, Ben, and the SOONY committee to validate requirements. </w:t>
      </w:r>
    </w:p>
    <w:p w:rsidR="00662B0D" w:rsidRPr="0001451A" w:rsidRDefault="00662B0D" w:rsidP="00662B0D">
      <w:pPr>
        <w:spacing w:after="0" w:line="240" w:lineRule="auto"/>
        <w:ind w:left="75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Address Audit Findings</w:t>
      </w:r>
      <w:r w:rsidRPr="0001451A">
        <w:rPr>
          <w:rFonts w:asciiTheme="majorHAnsi" w:eastAsia="Times New Roman" w:hAnsiTheme="majorHAnsi" w:cstheme="majorHAnsi"/>
          <w:sz w:val="24"/>
          <w:szCs w:val="24"/>
          <w:lang w:val="en-IN" w:eastAsia="en-IN"/>
        </w:rPr>
        <w:t xml:space="preserve">: If the audit identifies incomplete or unclear requirements, Use cases and </w:t>
      </w:r>
    </w:p>
    <w:p w:rsidR="00662B0D" w:rsidRPr="0001451A" w:rsidRDefault="00662B0D" w:rsidP="00662B0D">
      <w:pPr>
        <w:spacing w:before="100" w:beforeAutospacing="1" w:after="100" w:afterAutospacing="1" w:line="240" w:lineRule="auto"/>
        <w:ind w:left="75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Collaborate with the Team</w:t>
      </w:r>
      <w:r w:rsidRPr="0001451A">
        <w:rPr>
          <w:rFonts w:asciiTheme="majorHAnsi" w:eastAsia="Times New Roman" w:hAnsiTheme="majorHAnsi" w:cstheme="majorHAnsi"/>
          <w:sz w:val="24"/>
          <w:szCs w:val="24"/>
          <w:lang w:val="en-IN" w:eastAsia="en-IN"/>
        </w:rPr>
        <w:t xml:space="preserve">: Work with Mr. </w:t>
      </w:r>
      <w:proofErr w:type="spellStart"/>
      <w:r w:rsidRPr="0001451A">
        <w:rPr>
          <w:rFonts w:asciiTheme="majorHAnsi" w:eastAsia="Times New Roman" w:hAnsiTheme="majorHAnsi" w:cstheme="majorHAnsi"/>
          <w:sz w:val="24"/>
          <w:szCs w:val="24"/>
          <w:lang w:val="en-IN" w:eastAsia="en-IN"/>
        </w:rPr>
        <w:t>Vandanam</w:t>
      </w:r>
      <w:proofErr w:type="spellEnd"/>
      <w:r w:rsidRPr="0001451A">
        <w:rPr>
          <w:rFonts w:asciiTheme="majorHAnsi" w:eastAsia="Times New Roman" w:hAnsiTheme="majorHAnsi" w:cstheme="majorHAnsi"/>
          <w:sz w:val="24"/>
          <w:szCs w:val="24"/>
          <w:lang w:val="en-IN" w:eastAsia="en-IN"/>
        </w:rPr>
        <w:t xml:space="preserve"> (Project Manager) to ensure the project plan incorporates your requirements and with Ms. </w:t>
      </w:r>
      <w:proofErr w:type="spellStart"/>
      <w:r w:rsidRPr="0001451A">
        <w:rPr>
          <w:rFonts w:asciiTheme="majorHAnsi" w:eastAsia="Times New Roman" w:hAnsiTheme="majorHAnsi" w:cstheme="majorHAnsi"/>
          <w:sz w:val="24"/>
          <w:szCs w:val="24"/>
          <w:lang w:val="en-IN" w:eastAsia="en-IN"/>
        </w:rPr>
        <w:t>Juhi</w:t>
      </w:r>
      <w:proofErr w:type="spellEnd"/>
      <w:r w:rsidRPr="0001451A">
        <w:rPr>
          <w:rFonts w:asciiTheme="majorHAnsi" w:eastAsia="Times New Roman" w:hAnsiTheme="majorHAnsi" w:cstheme="majorHAnsi"/>
          <w:sz w:val="24"/>
          <w:szCs w:val="24"/>
          <w:lang w:val="en-IN" w:eastAsia="en-IN"/>
        </w:rPr>
        <w:t xml:space="preserve"> (Senior Java Developer) to validate technical feasibility.</w:t>
      </w:r>
    </w:p>
    <w:p w:rsidR="00CC5815" w:rsidRPr="0001451A" w:rsidRDefault="00CC5815" w:rsidP="00CC5815">
      <w:pPr>
        <w:pStyle w:val="NormalWeb"/>
        <w:rPr>
          <w:rFonts w:asciiTheme="majorHAnsi" w:hAnsiTheme="majorHAnsi" w:cstheme="majorHAnsi"/>
        </w:rPr>
      </w:pPr>
    </w:p>
    <w:p w:rsidR="00662B0D" w:rsidRPr="0001451A" w:rsidRDefault="00662B0D" w:rsidP="00662B0D">
      <w:pPr>
        <w:rPr>
          <w:rFonts w:asciiTheme="majorHAnsi" w:hAnsiTheme="majorHAnsi" w:cstheme="majorHAnsi"/>
          <w:b/>
          <w:sz w:val="24"/>
          <w:szCs w:val="24"/>
        </w:rPr>
      </w:pPr>
      <w:r w:rsidRPr="0001451A">
        <w:rPr>
          <w:rFonts w:asciiTheme="majorHAnsi" w:hAnsiTheme="majorHAnsi" w:cstheme="majorHAnsi"/>
          <w:b/>
          <w:sz w:val="24"/>
          <w:szCs w:val="24"/>
        </w:rPr>
        <w:t>Q2 Audit: Design and Development Phase (Months 4-6)</w:t>
      </w:r>
    </w:p>
    <w:p w:rsidR="00662B0D" w:rsidRPr="0001451A" w:rsidRDefault="00662B0D" w:rsidP="00662B0D">
      <w:pPr>
        <w:pStyle w:val="NormalWeb"/>
        <w:rPr>
          <w:rFonts w:asciiTheme="majorHAnsi" w:hAnsiTheme="majorHAnsi" w:cstheme="majorHAnsi"/>
        </w:rPr>
      </w:pPr>
      <w:r w:rsidRPr="0001451A">
        <w:rPr>
          <w:rStyle w:val="Strong"/>
          <w:rFonts w:asciiTheme="majorHAnsi" w:hAnsiTheme="majorHAnsi" w:cstheme="majorHAnsi"/>
        </w:rPr>
        <w:t>Purpose</w:t>
      </w:r>
      <w:r w:rsidRPr="0001451A">
        <w:rPr>
          <w:rFonts w:asciiTheme="majorHAnsi" w:hAnsiTheme="majorHAnsi" w:cstheme="majorHAnsi"/>
        </w:rPr>
        <w:t xml:space="preserve">: The Q2 audit focuses on the design and early development phases, ensuring that the application’s design aligns with requirements and that development is on track. As a BA, you will validate that the design meets stakeholder expectations and that requirements </w:t>
      </w:r>
      <w:proofErr w:type="gramStart"/>
      <w:r w:rsidRPr="0001451A">
        <w:rPr>
          <w:rFonts w:asciiTheme="majorHAnsi" w:hAnsiTheme="majorHAnsi" w:cstheme="majorHAnsi"/>
        </w:rPr>
        <w:t>are being accurately implemented</w:t>
      </w:r>
      <w:proofErr w:type="gramEnd"/>
      <w:r w:rsidRPr="0001451A">
        <w:rPr>
          <w:rFonts w:asciiTheme="majorHAnsi" w:hAnsiTheme="majorHAnsi" w:cstheme="majorHAnsi"/>
        </w:rPr>
        <w:t>.</w:t>
      </w:r>
    </w:p>
    <w:p w:rsidR="00662B0D" w:rsidRPr="0001451A" w:rsidRDefault="00662B0D" w:rsidP="00662B0D">
      <w:pPr>
        <w:pStyle w:val="NormalWeb"/>
        <w:rPr>
          <w:rFonts w:asciiTheme="majorHAnsi" w:hAnsiTheme="majorHAnsi" w:cstheme="majorHAnsi"/>
        </w:rPr>
      </w:pPr>
      <w:r w:rsidRPr="0001451A">
        <w:rPr>
          <w:rStyle w:val="Strong"/>
          <w:rFonts w:asciiTheme="majorHAnsi" w:hAnsiTheme="majorHAnsi" w:cstheme="majorHAnsi"/>
        </w:rPr>
        <w:t>Key Audit Activities</w:t>
      </w:r>
      <w:r w:rsidRPr="0001451A">
        <w:rPr>
          <w:rFonts w:asciiTheme="majorHAnsi" w:hAnsiTheme="majorHAnsi" w:cstheme="majorHAnsi"/>
        </w:rPr>
        <w:t>:</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 xml:space="preserve">Review of Design </w:t>
      </w:r>
      <w:proofErr w:type="spellStart"/>
      <w:r w:rsidRPr="0001451A">
        <w:rPr>
          <w:rFonts w:asciiTheme="majorHAnsi" w:eastAsia="Times New Roman" w:hAnsiTheme="majorHAnsi" w:cstheme="majorHAnsi"/>
          <w:b/>
          <w:bCs/>
          <w:sz w:val="24"/>
          <w:szCs w:val="24"/>
          <w:lang w:val="en-IN" w:eastAsia="en-IN"/>
        </w:rPr>
        <w:t>Artifacts</w:t>
      </w:r>
      <w:proofErr w:type="spellEnd"/>
      <w:r w:rsidRPr="0001451A">
        <w:rPr>
          <w:rFonts w:asciiTheme="majorHAnsi" w:eastAsia="Times New Roman" w:hAnsiTheme="majorHAnsi" w:cstheme="majorHAnsi"/>
          <w:sz w:val="24"/>
          <w:szCs w:val="24"/>
          <w:lang w:val="en-IN" w:eastAsia="en-IN"/>
        </w:rPr>
        <w:t xml:space="preserve">: </w:t>
      </w:r>
    </w:p>
    <w:p w:rsidR="00662B0D" w:rsidRPr="0001451A" w:rsidRDefault="00662B0D" w:rsidP="009C44AF">
      <w:pPr>
        <w:pStyle w:val="ListParagraph"/>
        <w:numPr>
          <w:ilvl w:val="0"/>
          <w:numId w:val="12"/>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 audit team will review wireframes, </w:t>
      </w:r>
      <w:proofErr w:type="spellStart"/>
      <w:r w:rsidRPr="0001451A">
        <w:rPr>
          <w:rFonts w:asciiTheme="majorHAnsi" w:eastAsia="Times New Roman" w:hAnsiTheme="majorHAnsi" w:cstheme="majorHAnsi"/>
          <w:sz w:val="24"/>
          <w:szCs w:val="24"/>
          <w:lang w:val="en-IN" w:eastAsia="en-IN"/>
        </w:rPr>
        <w:t>mockups</w:t>
      </w:r>
      <w:proofErr w:type="spellEnd"/>
      <w:r w:rsidRPr="0001451A">
        <w:rPr>
          <w:rFonts w:asciiTheme="majorHAnsi" w:eastAsia="Times New Roman" w:hAnsiTheme="majorHAnsi" w:cstheme="majorHAnsi"/>
          <w:sz w:val="24"/>
          <w:szCs w:val="24"/>
          <w:lang w:val="en-IN" w:eastAsia="en-IN"/>
        </w:rPr>
        <w:t>, or prototypes developed based on your requirements.</w:t>
      </w:r>
    </w:p>
    <w:p w:rsidR="00662B0D" w:rsidRPr="0001451A" w:rsidRDefault="00662B0D" w:rsidP="009C44AF">
      <w:pPr>
        <w:pStyle w:val="ListParagraph"/>
        <w:numPr>
          <w:ilvl w:val="0"/>
          <w:numId w:val="12"/>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Verify that the application’s user interface (UI) is user-friendly for farmers (e.g., simple navigation, multilingual support for remote users) and functional for manufacturers (e.g., easy product upload and management features).</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Requirements Validation</w:t>
      </w:r>
      <w:r w:rsidRPr="0001451A">
        <w:rPr>
          <w:rFonts w:asciiTheme="majorHAnsi" w:eastAsia="Times New Roman" w:hAnsiTheme="majorHAnsi" w:cstheme="majorHAnsi"/>
          <w:sz w:val="24"/>
          <w:szCs w:val="24"/>
          <w:lang w:val="en-IN" w:eastAsia="en-IN"/>
        </w:rPr>
        <w:t xml:space="preserve">: </w:t>
      </w:r>
    </w:p>
    <w:p w:rsidR="00662B0D" w:rsidRPr="0001451A" w:rsidRDefault="00662B0D" w:rsidP="009C44AF">
      <w:pPr>
        <w:pStyle w:val="ListParagraph"/>
        <w:numPr>
          <w:ilvl w:val="0"/>
          <w:numId w:val="13"/>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Present the updated RTM to show how requirements </w:t>
      </w:r>
      <w:proofErr w:type="gramStart"/>
      <w:r w:rsidRPr="0001451A">
        <w:rPr>
          <w:rFonts w:asciiTheme="majorHAnsi" w:eastAsia="Times New Roman" w:hAnsiTheme="majorHAnsi" w:cstheme="majorHAnsi"/>
          <w:sz w:val="24"/>
          <w:szCs w:val="24"/>
          <w:lang w:val="en-IN" w:eastAsia="en-IN"/>
        </w:rPr>
        <w:t>are translated</w:t>
      </w:r>
      <w:proofErr w:type="gramEnd"/>
      <w:r w:rsidRPr="0001451A">
        <w:rPr>
          <w:rFonts w:asciiTheme="majorHAnsi" w:eastAsia="Times New Roman" w:hAnsiTheme="majorHAnsi" w:cstheme="majorHAnsi"/>
          <w:sz w:val="24"/>
          <w:szCs w:val="24"/>
          <w:lang w:val="en-IN" w:eastAsia="en-IN"/>
        </w:rPr>
        <w:t xml:space="preserve"> into design and development tasks.</w:t>
      </w:r>
    </w:p>
    <w:p w:rsidR="00662B0D" w:rsidRPr="0001451A" w:rsidRDefault="00662B0D" w:rsidP="009C44AF">
      <w:pPr>
        <w:pStyle w:val="ListParagraph"/>
        <w:numPr>
          <w:ilvl w:val="0"/>
          <w:numId w:val="13"/>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Validate that the development team (led by Ms. </w:t>
      </w:r>
      <w:proofErr w:type="spellStart"/>
      <w:r w:rsidRPr="0001451A">
        <w:rPr>
          <w:rFonts w:asciiTheme="majorHAnsi" w:eastAsia="Times New Roman" w:hAnsiTheme="majorHAnsi" w:cstheme="majorHAnsi"/>
          <w:sz w:val="24"/>
          <w:szCs w:val="24"/>
          <w:lang w:val="en-IN" w:eastAsia="en-IN"/>
        </w:rPr>
        <w:t>Juhi</w:t>
      </w:r>
      <w:proofErr w:type="spellEnd"/>
      <w:r w:rsidRPr="0001451A">
        <w:rPr>
          <w:rFonts w:asciiTheme="majorHAnsi" w:eastAsia="Times New Roman" w:hAnsiTheme="majorHAnsi" w:cstheme="majorHAnsi"/>
          <w:sz w:val="24"/>
          <w:szCs w:val="24"/>
          <w:lang w:val="en-IN" w:eastAsia="en-IN"/>
        </w:rPr>
        <w:t>) is building features as per the agreed specifications, such as product search, order placement, and delivery tracking.</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lastRenderedPageBreak/>
        <w:t>Process and Collaboration Review</w:t>
      </w:r>
      <w:r w:rsidRPr="0001451A">
        <w:rPr>
          <w:rFonts w:asciiTheme="majorHAnsi" w:eastAsia="Times New Roman" w:hAnsiTheme="majorHAnsi" w:cstheme="majorHAnsi"/>
          <w:sz w:val="24"/>
          <w:szCs w:val="24"/>
          <w:lang w:val="en-IN" w:eastAsia="en-IN"/>
        </w:rPr>
        <w:t xml:space="preserve">: </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Assess how effectively you are collaborating with the development team, network admin (Mr. Mike), and database admin (Mr. John) to ensure requirements are technically feasible.</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For example, verify that the database design supports efficient product data storage and retrieval, as per John’s input.</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Risk and Quality Assessment</w:t>
      </w:r>
      <w:r w:rsidRPr="0001451A">
        <w:rPr>
          <w:rFonts w:asciiTheme="majorHAnsi" w:eastAsia="Times New Roman" w:hAnsiTheme="majorHAnsi" w:cstheme="majorHAnsi"/>
          <w:sz w:val="24"/>
          <w:szCs w:val="24"/>
          <w:lang w:val="en-IN" w:eastAsia="en-IN"/>
        </w:rPr>
        <w:t xml:space="preserve">: </w:t>
      </w:r>
    </w:p>
    <w:p w:rsidR="00662B0D" w:rsidRPr="0001451A" w:rsidRDefault="00662B0D" w:rsidP="009C44AF">
      <w:pPr>
        <w:pStyle w:val="ListParagraph"/>
        <w:numPr>
          <w:ilvl w:val="0"/>
          <w:numId w:val="14"/>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Identify risks related to design or development deviations, such as features that do not meet usability standards for farmers.</w:t>
      </w:r>
    </w:p>
    <w:p w:rsidR="00662B0D" w:rsidRPr="0001451A" w:rsidRDefault="00662B0D" w:rsidP="009C44AF">
      <w:pPr>
        <w:pStyle w:val="ListParagraph"/>
        <w:numPr>
          <w:ilvl w:val="0"/>
          <w:numId w:val="14"/>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Ensure that the project adheres to the budget (</w:t>
      </w:r>
      <w:proofErr w:type="gramStart"/>
      <w:r w:rsidRPr="0001451A">
        <w:rPr>
          <w:rFonts w:asciiTheme="majorHAnsi" w:eastAsia="Times New Roman" w:hAnsiTheme="majorHAnsi" w:cstheme="majorHAnsi"/>
          <w:sz w:val="24"/>
          <w:szCs w:val="24"/>
          <w:lang w:val="en-IN" w:eastAsia="en-IN"/>
        </w:rPr>
        <w:t>2</w:t>
      </w:r>
      <w:proofErr w:type="gramEnd"/>
      <w:r w:rsidRPr="0001451A">
        <w:rPr>
          <w:rFonts w:asciiTheme="majorHAnsi" w:eastAsia="Times New Roman" w:hAnsiTheme="majorHAnsi" w:cstheme="majorHAnsi"/>
          <w:sz w:val="24"/>
          <w:szCs w:val="24"/>
          <w:lang w:val="en-IN" w:eastAsia="en-IN"/>
        </w:rPr>
        <w:t xml:space="preserve"> Crores INR) and timeline (18 months) by reviewing resource allocation and progress with Mr. </w:t>
      </w:r>
      <w:proofErr w:type="spellStart"/>
      <w:r w:rsidRPr="0001451A">
        <w:rPr>
          <w:rFonts w:asciiTheme="majorHAnsi" w:eastAsia="Times New Roman" w:hAnsiTheme="majorHAnsi" w:cstheme="majorHAnsi"/>
          <w:sz w:val="24"/>
          <w:szCs w:val="24"/>
          <w:lang w:val="en-IN" w:eastAsia="en-IN"/>
        </w:rPr>
        <w:t>Vandanam</w:t>
      </w:r>
      <w:proofErr w:type="spellEnd"/>
      <w:r w:rsidRPr="0001451A">
        <w:rPr>
          <w:rFonts w:asciiTheme="majorHAnsi" w:eastAsia="Times New Roman" w:hAnsiTheme="majorHAnsi" w:cstheme="majorHAnsi"/>
          <w:sz w:val="24"/>
          <w:szCs w:val="24"/>
          <w:lang w:val="en-IN" w:eastAsia="en-IN"/>
        </w:rPr>
        <w:t>.</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Audit Deliverables</w:t>
      </w:r>
      <w:r w:rsidRPr="0001451A">
        <w:rPr>
          <w:rFonts w:asciiTheme="majorHAnsi" w:eastAsia="Times New Roman" w:hAnsiTheme="majorHAnsi" w:cstheme="majorHAnsi"/>
          <w:sz w:val="24"/>
          <w:szCs w:val="24"/>
          <w:lang w:val="en-IN" w:eastAsia="en-IN"/>
        </w:rPr>
        <w:t xml:space="preserve">: </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Provide updated documentation, including design specifications, updated BRD/FRS, and stakeholder feedback summaries.</w:t>
      </w:r>
    </w:p>
    <w:p w:rsidR="00662B0D" w:rsidRPr="0001451A" w:rsidRDefault="00662B0D"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Submit a report on how requirements </w:t>
      </w:r>
      <w:proofErr w:type="gramStart"/>
      <w:r w:rsidRPr="0001451A">
        <w:rPr>
          <w:rFonts w:asciiTheme="majorHAnsi" w:eastAsia="Times New Roman" w:hAnsiTheme="majorHAnsi" w:cstheme="majorHAnsi"/>
          <w:sz w:val="24"/>
          <w:szCs w:val="24"/>
          <w:lang w:val="en-IN" w:eastAsia="en-IN"/>
        </w:rPr>
        <w:t>are being implemented</w:t>
      </w:r>
      <w:proofErr w:type="gramEnd"/>
      <w:r w:rsidRPr="0001451A">
        <w:rPr>
          <w:rFonts w:asciiTheme="majorHAnsi" w:eastAsia="Times New Roman" w:hAnsiTheme="majorHAnsi" w:cstheme="majorHAnsi"/>
          <w:sz w:val="24"/>
          <w:szCs w:val="24"/>
          <w:lang w:val="en-IN" w:eastAsia="en-IN"/>
        </w:rPr>
        <w:t xml:space="preserve"> and any identified issues or risks.</w:t>
      </w:r>
    </w:p>
    <w:p w:rsidR="00662B0D" w:rsidRPr="0001451A" w:rsidRDefault="00662B0D" w:rsidP="00662B0D">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BA’s Role</w:t>
      </w:r>
      <w:r w:rsidRPr="0001451A">
        <w:rPr>
          <w:rFonts w:asciiTheme="majorHAnsi" w:eastAsia="Times New Roman" w:hAnsiTheme="majorHAnsi" w:cstheme="majorHAnsi"/>
          <w:sz w:val="24"/>
          <w:szCs w:val="24"/>
          <w:lang w:val="en-IN" w:eastAsia="en-IN"/>
        </w:rPr>
        <w:t>:</w:t>
      </w:r>
    </w:p>
    <w:p w:rsidR="00662B0D" w:rsidRPr="0001451A" w:rsidRDefault="00662B0D" w:rsidP="009C44AF">
      <w:pPr>
        <w:numPr>
          <w:ilvl w:val="0"/>
          <w:numId w:val="11"/>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Validate Design</w:t>
      </w:r>
      <w:r w:rsidRPr="0001451A">
        <w:rPr>
          <w:rFonts w:asciiTheme="majorHAnsi" w:eastAsia="Times New Roman" w:hAnsiTheme="majorHAnsi" w:cstheme="majorHAnsi"/>
          <w:sz w:val="24"/>
          <w:szCs w:val="24"/>
          <w:lang w:val="en-IN" w:eastAsia="en-IN"/>
        </w:rPr>
        <w:t>: Work with the development team to ensure the UI/UX design aligns with requirements and is user-friendly for farmers and manufacturers.</w:t>
      </w:r>
      <w:r w:rsidR="00C24000" w:rsidRPr="0001451A">
        <w:rPr>
          <w:rFonts w:asciiTheme="majorHAnsi" w:eastAsia="Times New Roman" w:hAnsiTheme="majorHAnsi" w:cstheme="majorHAnsi"/>
          <w:sz w:val="24"/>
          <w:szCs w:val="24"/>
          <w:lang w:val="en-IN" w:eastAsia="en-IN"/>
        </w:rPr>
        <w:t xml:space="preserve"> Validation that the design aligns with stakeholder requirements.</w:t>
      </w:r>
    </w:p>
    <w:p w:rsidR="00662B0D" w:rsidRPr="0001451A" w:rsidRDefault="00662B0D" w:rsidP="009C44AF">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Facilitate Prototype Reviews</w:t>
      </w:r>
      <w:r w:rsidRPr="0001451A">
        <w:rPr>
          <w:rFonts w:asciiTheme="majorHAnsi" w:eastAsia="Times New Roman" w:hAnsiTheme="majorHAnsi" w:cstheme="majorHAnsi"/>
          <w:sz w:val="24"/>
          <w:szCs w:val="24"/>
          <w:lang w:val="en-IN" w:eastAsia="en-IN"/>
        </w:rPr>
        <w:t>: Organize demo sessions with stakeholders to gather feedback and ensure alignment.</w:t>
      </w:r>
    </w:p>
    <w:p w:rsidR="00662B0D" w:rsidRPr="0001451A" w:rsidRDefault="00662B0D" w:rsidP="009C44AF">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Update Requirements</w:t>
      </w:r>
      <w:r w:rsidRPr="0001451A">
        <w:rPr>
          <w:rFonts w:asciiTheme="majorHAnsi" w:eastAsia="Times New Roman" w:hAnsiTheme="majorHAnsi" w:cstheme="majorHAnsi"/>
          <w:sz w:val="24"/>
          <w:szCs w:val="24"/>
          <w:lang w:val="en-IN" w:eastAsia="en-IN"/>
        </w:rPr>
        <w:t xml:space="preserve">: Refine requirements based on audit findings or stakeholder feedback, ensuring changes </w:t>
      </w:r>
      <w:proofErr w:type="gramStart"/>
      <w:r w:rsidRPr="0001451A">
        <w:rPr>
          <w:rFonts w:asciiTheme="majorHAnsi" w:eastAsia="Times New Roman" w:hAnsiTheme="majorHAnsi" w:cstheme="majorHAnsi"/>
          <w:sz w:val="24"/>
          <w:szCs w:val="24"/>
          <w:lang w:val="en-IN" w:eastAsia="en-IN"/>
        </w:rPr>
        <w:t>are documented and approved</w:t>
      </w:r>
      <w:proofErr w:type="gramEnd"/>
      <w:r w:rsidRPr="0001451A">
        <w:rPr>
          <w:rFonts w:asciiTheme="majorHAnsi" w:eastAsia="Times New Roman" w:hAnsiTheme="majorHAnsi" w:cstheme="majorHAnsi"/>
          <w:sz w:val="24"/>
          <w:szCs w:val="24"/>
          <w:lang w:val="en-IN" w:eastAsia="en-IN"/>
        </w:rPr>
        <w:t>.</w:t>
      </w:r>
    </w:p>
    <w:p w:rsidR="00C24000" w:rsidRPr="0001451A" w:rsidRDefault="00662B0D" w:rsidP="009C44AF">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Mitigate Risks</w:t>
      </w:r>
      <w:r w:rsidRPr="0001451A">
        <w:rPr>
          <w:rFonts w:asciiTheme="majorHAnsi" w:eastAsia="Times New Roman" w:hAnsiTheme="majorHAnsi" w:cstheme="majorHAnsi"/>
          <w:sz w:val="24"/>
          <w:szCs w:val="24"/>
          <w:lang w:val="en-IN" w:eastAsia="en-IN"/>
        </w:rPr>
        <w:t xml:space="preserve">: Address any identified risks, such as usability issues or scope creep, by collaborating with Mr. </w:t>
      </w:r>
      <w:proofErr w:type="spellStart"/>
      <w:r w:rsidRPr="0001451A">
        <w:rPr>
          <w:rFonts w:asciiTheme="majorHAnsi" w:eastAsia="Times New Roman" w:hAnsiTheme="majorHAnsi" w:cstheme="majorHAnsi"/>
          <w:sz w:val="24"/>
          <w:szCs w:val="24"/>
          <w:lang w:val="en-IN" w:eastAsia="en-IN"/>
        </w:rPr>
        <w:t>Vandanam</w:t>
      </w:r>
      <w:proofErr w:type="spellEnd"/>
      <w:r w:rsidRPr="0001451A">
        <w:rPr>
          <w:rFonts w:asciiTheme="majorHAnsi" w:eastAsia="Times New Roman" w:hAnsiTheme="majorHAnsi" w:cstheme="majorHAnsi"/>
          <w:sz w:val="24"/>
          <w:szCs w:val="24"/>
          <w:lang w:val="en-IN" w:eastAsia="en-IN"/>
        </w:rPr>
        <w:t xml:space="preserve"> and the development team.</w:t>
      </w:r>
      <w:r w:rsidR="00C24000" w:rsidRPr="0001451A">
        <w:rPr>
          <w:rFonts w:asciiTheme="majorHAnsi" w:eastAsia="Times New Roman" w:hAnsiTheme="majorHAnsi" w:cstheme="majorHAnsi"/>
          <w:sz w:val="24"/>
          <w:szCs w:val="24"/>
          <w:lang w:val="en-IN" w:eastAsia="en-IN"/>
        </w:rPr>
        <w:t xml:space="preserve"> Identification of any design or development issues that need correction</w:t>
      </w:r>
    </w:p>
    <w:p w:rsidR="00662B0D" w:rsidRPr="0001451A" w:rsidRDefault="00662B0D" w:rsidP="009C44AF">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Assurance that the project remains on track for budget and timeline.</w:t>
      </w:r>
    </w:p>
    <w:p w:rsidR="00C24000" w:rsidRPr="0001451A" w:rsidRDefault="00C24000" w:rsidP="00C24000">
      <w:pPr>
        <w:pStyle w:val="NormalWeb"/>
        <w:rPr>
          <w:rFonts w:asciiTheme="majorHAnsi" w:hAnsiTheme="majorHAnsi" w:cstheme="majorHAnsi"/>
          <w:b/>
        </w:rPr>
      </w:pPr>
      <w:r w:rsidRPr="0001451A">
        <w:rPr>
          <w:rFonts w:asciiTheme="majorHAnsi" w:hAnsiTheme="majorHAnsi" w:cstheme="majorHAnsi"/>
          <w:b/>
        </w:rPr>
        <w:t>Q3 Audit: Development and Testing Phase</w:t>
      </w:r>
      <w:r w:rsidR="00EA0A90" w:rsidRPr="0001451A">
        <w:rPr>
          <w:rFonts w:asciiTheme="majorHAnsi" w:hAnsiTheme="majorHAnsi" w:cstheme="majorHAnsi"/>
          <w:b/>
        </w:rPr>
        <w:t xml:space="preserve"> (Months 7–12</w:t>
      </w:r>
      <w:r w:rsidRPr="0001451A">
        <w:rPr>
          <w:rFonts w:asciiTheme="majorHAnsi" w:hAnsiTheme="majorHAnsi" w:cstheme="majorHAnsi"/>
          <w:b/>
        </w:rPr>
        <w:t>)</w:t>
      </w:r>
    </w:p>
    <w:p w:rsidR="00C24000" w:rsidRPr="0001451A" w:rsidRDefault="00C24000"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Key Audit Activities</w:t>
      </w:r>
      <w:r w:rsidRPr="0001451A">
        <w:rPr>
          <w:rFonts w:asciiTheme="majorHAnsi" w:eastAsia="Times New Roman" w:hAnsiTheme="majorHAnsi" w:cstheme="majorHAnsi"/>
          <w:sz w:val="24"/>
          <w:szCs w:val="24"/>
          <w:lang w:val="en-IN" w:eastAsia="en-IN"/>
        </w:rPr>
        <w:t>:</w:t>
      </w:r>
    </w:p>
    <w:p w:rsidR="00C24000" w:rsidRPr="0001451A" w:rsidRDefault="00C24000"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Development Progress Review</w:t>
      </w:r>
      <w:r w:rsidRPr="0001451A">
        <w:rPr>
          <w:rFonts w:asciiTheme="majorHAnsi" w:eastAsia="Times New Roman" w:hAnsiTheme="majorHAnsi" w:cstheme="majorHAnsi"/>
          <w:sz w:val="24"/>
          <w:szCs w:val="24"/>
          <w:lang w:val="en-IN" w:eastAsia="en-IN"/>
        </w:rPr>
        <w:t xml:space="preserve">: </w:t>
      </w:r>
    </w:p>
    <w:p w:rsidR="00C24000" w:rsidRPr="0001451A" w:rsidRDefault="00C24000" w:rsidP="009C44AF">
      <w:pPr>
        <w:pStyle w:val="ListParagraph"/>
        <w:numPr>
          <w:ilvl w:val="0"/>
          <w:numId w:val="1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The audit team will assess the development progress, including completed features like product browsing, ordering, and delivery tracking.</w:t>
      </w:r>
    </w:p>
    <w:p w:rsidR="00C24000" w:rsidRPr="0001451A" w:rsidRDefault="00C24000" w:rsidP="009C44AF">
      <w:pPr>
        <w:pStyle w:val="ListParagraph"/>
        <w:numPr>
          <w:ilvl w:val="0"/>
          <w:numId w:val="1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Verify that the application supports the CSR objectives, such as enabling farmers to order products from anywhere and ensuring manufacturers can manage their inventory.</w:t>
      </w:r>
    </w:p>
    <w:p w:rsidR="00C24000" w:rsidRPr="0001451A" w:rsidRDefault="00C24000" w:rsidP="00C2400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Testing Alignment</w:t>
      </w:r>
      <w:r w:rsidRPr="0001451A">
        <w:rPr>
          <w:rFonts w:asciiTheme="majorHAnsi" w:eastAsia="Times New Roman" w:hAnsiTheme="majorHAnsi" w:cstheme="majorHAnsi"/>
          <w:sz w:val="24"/>
          <w:szCs w:val="24"/>
          <w:lang w:val="en-IN" w:eastAsia="en-IN"/>
        </w:rPr>
        <w:t xml:space="preserve">: </w:t>
      </w:r>
    </w:p>
    <w:p w:rsidR="00C24000" w:rsidRPr="0001451A" w:rsidRDefault="00C24000" w:rsidP="009C44AF">
      <w:pPr>
        <w:pStyle w:val="ListParagraph"/>
        <w:numPr>
          <w:ilvl w:val="0"/>
          <w:numId w:val="16"/>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Work with testers (Mr. Jason and Ms. </w:t>
      </w:r>
      <w:proofErr w:type="spellStart"/>
      <w:r w:rsidRPr="0001451A">
        <w:rPr>
          <w:rFonts w:asciiTheme="majorHAnsi" w:eastAsia="Times New Roman" w:hAnsiTheme="majorHAnsi" w:cstheme="majorHAnsi"/>
          <w:sz w:val="24"/>
          <w:szCs w:val="24"/>
          <w:lang w:val="en-IN" w:eastAsia="en-IN"/>
        </w:rPr>
        <w:t>Alekya</w:t>
      </w:r>
      <w:proofErr w:type="spellEnd"/>
      <w:r w:rsidRPr="0001451A">
        <w:rPr>
          <w:rFonts w:asciiTheme="majorHAnsi" w:eastAsia="Times New Roman" w:hAnsiTheme="majorHAnsi" w:cstheme="majorHAnsi"/>
          <w:sz w:val="24"/>
          <w:szCs w:val="24"/>
          <w:lang w:val="en-IN" w:eastAsia="en-IN"/>
        </w:rPr>
        <w:t xml:space="preserve">) to ensure that test cases are derived from the requirements documented in the RTM. </w:t>
      </w:r>
    </w:p>
    <w:p w:rsidR="00C24000" w:rsidRPr="0001451A" w:rsidRDefault="00C24000" w:rsidP="009C44AF">
      <w:pPr>
        <w:pStyle w:val="NormalWeb"/>
        <w:numPr>
          <w:ilvl w:val="0"/>
          <w:numId w:val="16"/>
        </w:numPr>
        <w:rPr>
          <w:rFonts w:asciiTheme="majorHAnsi" w:hAnsiTheme="majorHAnsi" w:cstheme="majorHAnsi"/>
        </w:rPr>
      </w:pPr>
      <w:r w:rsidRPr="0001451A">
        <w:rPr>
          <w:rFonts w:asciiTheme="majorHAnsi" w:hAnsiTheme="majorHAnsi" w:cstheme="majorHAnsi"/>
        </w:rPr>
        <w:t>Created or reviewed test scenarios</w:t>
      </w:r>
      <w:r w:rsidR="00655ACB" w:rsidRPr="0001451A">
        <w:rPr>
          <w:rFonts w:asciiTheme="majorHAnsi" w:hAnsiTheme="majorHAnsi" w:cstheme="majorHAnsi"/>
        </w:rPr>
        <w:t xml:space="preserve">. </w:t>
      </w:r>
      <w:r w:rsidRPr="0001451A">
        <w:rPr>
          <w:rFonts w:asciiTheme="majorHAnsi" w:hAnsiTheme="majorHAnsi" w:cstheme="majorHAnsi"/>
        </w:rPr>
        <w:t>Participated in UAT planning</w:t>
      </w:r>
      <w:r w:rsidR="00655ACB" w:rsidRPr="0001451A">
        <w:rPr>
          <w:rFonts w:asciiTheme="majorHAnsi" w:hAnsiTheme="majorHAnsi" w:cstheme="majorHAnsi"/>
        </w:rPr>
        <w:t xml:space="preserve">. </w:t>
      </w:r>
      <w:r w:rsidRPr="0001451A">
        <w:rPr>
          <w:rFonts w:asciiTheme="majorHAnsi" w:hAnsiTheme="majorHAnsi" w:cstheme="majorHAnsi"/>
        </w:rPr>
        <w:t xml:space="preserve">Supported QA team (Jason and </w:t>
      </w:r>
      <w:proofErr w:type="spellStart"/>
      <w:r w:rsidRPr="0001451A">
        <w:rPr>
          <w:rFonts w:asciiTheme="majorHAnsi" w:hAnsiTheme="majorHAnsi" w:cstheme="majorHAnsi"/>
        </w:rPr>
        <w:t>Alekya</w:t>
      </w:r>
      <w:proofErr w:type="spellEnd"/>
      <w:r w:rsidRPr="0001451A">
        <w:rPr>
          <w:rFonts w:asciiTheme="majorHAnsi" w:hAnsiTheme="majorHAnsi" w:cstheme="majorHAnsi"/>
        </w:rPr>
        <w:t>) with business context</w:t>
      </w:r>
    </w:p>
    <w:p w:rsidR="00C24000" w:rsidRPr="0001451A" w:rsidRDefault="00C24000" w:rsidP="009C44AF">
      <w:pPr>
        <w:pStyle w:val="ListParagraph"/>
        <w:numPr>
          <w:ilvl w:val="0"/>
          <w:numId w:val="16"/>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Validate </w:t>
      </w:r>
      <w:proofErr w:type="gramStart"/>
      <w:r w:rsidRPr="0001451A">
        <w:rPr>
          <w:rFonts w:asciiTheme="majorHAnsi" w:eastAsia="Times New Roman" w:hAnsiTheme="majorHAnsi" w:cstheme="majorHAnsi"/>
          <w:sz w:val="24"/>
          <w:szCs w:val="24"/>
          <w:lang w:val="en-IN" w:eastAsia="en-IN"/>
        </w:rPr>
        <w:t>that testing covers critical functionalities</w:t>
      </w:r>
      <w:proofErr w:type="gramEnd"/>
      <w:r w:rsidRPr="0001451A">
        <w:rPr>
          <w:rFonts w:asciiTheme="majorHAnsi" w:eastAsia="Times New Roman" w:hAnsiTheme="majorHAnsi" w:cstheme="majorHAnsi"/>
          <w:sz w:val="24"/>
          <w:szCs w:val="24"/>
          <w:lang w:val="en-IN" w:eastAsia="en-IN"/>
        </w:rPr>
        <w:t>, such as secure payment processing, product search, and delivery tracking.</w:t>
      </w:r>
    </w:p>
    <w:p w:rsidR="00C24000" w:rsidRPr="0001451A" w:rsidRDefault="00C24000" w:rsidP="00655ACB">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Compliance and Quality Check</w:t>
      </w:r>
      <w:r w:rsidRPr="0001451A">
        <w:rPr>
          <w:rFonts w:asciiTheme="majorHAnsi" w:eastAsia="Times New Roman" w:hAnsiTheme="majorHAnsi" w:cstheme="majorHAnsi"/>
          <w:sz w:val="24"/>
          <w:szCs w:val="24"/>
          <w:lang w:val="en-IN" w:eastAsia="en-IN"/>
        </w:rPr>
        <w:t xml:space="preserve">: </w:t>
      </w:r>
    </w:p>
    <w:p w:rsidR="00C24000" w:rsidRPr="0001451A" w:rsidRDefault="00C24000" w:rsidP="009C44AF">
      <w:pPr>
        <w:pStyle w:val="ListParagraph"/>
        <w:numPr>
          <w:ilvl w:val="0"/>
          <w:numId w:val="17"/>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Ensure that the application complies with relevant standards, such as data security (e.g., secure storage of farmer and manufacturer data, as managed by Mr. Mike and Mr. John).</w:t>
      </w:r>
    </w:p>
    <w:p w:rsidR="00C24000" w:rsidRPr="0001451A" w:rsidRDefault="00C24000" w:rsidP="009C44AF">
      <w:pPr>
        <w:pStyle w:val="ListParagraph"/>
        <w:numPr>
          <w:ilvl w:val="0"/>
          <w:numId w:val="17"/>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Verify that the application </w:t>
      </w:r>
      <w:proofErr w:type="gramStart"/>
      <w:r w:rsidRPr="0001451A">
        <w:rPr>
          <w:rFonts w:asciiTheme="majorHAnsi" w:eastAsia="Times New Roman" w:hAnsiTheme="majorHAnsi" w:cstheme="majorHAnsi"/>
          <w:sz w:val="24"/>
          <w:szCs w:val="24"/>
          <w:lang w:val="en-IN" w:eastAsia="en-IN"/>
        </w:rPr>
        <w:t>is tested</w:t>
      </w:r>
      <w:proofErr w:type="gramEnd"/>
      <w:r w:rsidRPr="0001451A">
        <w:rPr>
          <w:rFonts w:asciiTheme="majorHAnsi" w:eastAsia="Times New Roman" w:hAnsiTheme="majorHAnsi" w:cstheme="majorHAnsi"/>
          <w:sz w:val="24"/>
          <w:szCs w:val="24"/>
          <w:lang w:val="en-IN" w:eastAsia="en-IN"/>
        </w:rPr>
        <w:t xml:space="preserve"> for performance under low-bandwidth conditions, critical for remote farmers.</w:t>
      </w:r>
    </w:p>
    <w:p w:rsidR="00655ACB" w:rsidRPr="0001451A" w:rsidRDefault="00655ACB" w:rsidP="00655ACB">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BA’s Role</w:t>
      </w:r>
      <w:r w:rsidRPr="0001451A">
        <w:rPr>
          <w:rFonts w:asciiTheme="majorHAnsi" w:eastAsia="Times New Roman" w:hAnsiTheme="majorHAnsi" w:cstheme="majorHAnsi"/>
          <w:sz w:val="24"/>
          <w:szCs w:val="24"/>
          <w:lang w:val="en-IN" w:eastAsia="en-IN"/>
        </w:rPr>
        <w:t>:</w:t>
      </w:r>
    </w:p>
    <w:p w:rsidR="00655ACB" w:rsidRPr="0001451A" w:rsidRDefault="00655ACB" w:rsidP="00655ACB">
      <w:pPr>
        <w:spacing w:before="100" w:beforeAutospacing="1" w:after="100" w:afterAutospacing="1" w:line="240" w:lineRule="auto"/>
        <w:ind w:left="36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Validate Development</w:t>
      </w:r>
      <w:r w:rsidRPr="0001451A">
        <w:rPr>
          <w:rFonts w:asciiTheme="majorHAnsi" w:eastAsia="Times New Roman" w:hAnsiTheme="majorHAnsi" w:cstheme="majorHAnsi"/>
          <w:sz w:val="24"/>
          <w:szCs w:val="24"/>
          <w:lang w:val="en-IN" w:eastAsia="en-IN"/>
        </w:rPr>
        <w:t>: Ensure that developed features align with requirements and stakeholder expectations.</w:t>
      </w:r>
    </w:p>
    <w:p w:rsidR="00655ACB" w:rsidRPr="0001451A" w:rsidRDefault="00655ACB" w:rsidP="00655ACB">
      <w:pPr>
        <w:spacing w:before="100" w:beforeAutospacing="1" w:after="100" w:afterAutospacing="1" w:line="240" w:lineRule="auto"/>
        <w:ind w:left="36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Support Testing</w:t>
      </w:r>
      <w:r w:rsidRPr="0001451A">
        <w:rPr>
          <w:rFonts w:asciiTheme="majorHAnsi" w:eastAsia="Times New Roman" w:hAnsiTheme="majorHAnsi" w:cstheme="majorHAnsi"/>
          <w:sz w:val="24"/>
          <w:szCs w:val="24"/>
          <w:lang w:val="en-IN" w:eastAsia="en-IN"/>
        </w:rPr>
        <w:t>: Collaborate with testers to ensure test cases cover all requirements and address stakeholder needs.</w:t>
      </w:r>
    </w:p>
    <w:p w:rsidR="00655ACB" w:rsidRPr="0001451A" w:rsidRDefault="00655ACB" w:rsidP="00655ACB">
      <w:pPr>
        <w:spacing w:before="100" w:beforeAutospacing="1" w:after="100" w:afterAutospacing="1" w:line="240" w:lineRule="auto"/>
        <w:ind w:left="36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Facilitate Stakeholder Demos</w:t>
      </w:r>
      <w:r w:rsidRPr="0001451A">
        <w:rPr>
          <w:rFonts w:asciiTheme="majorHAnsi" w:eastAsia="Times New Roman" w:hAnsiTheme="majorHAnsi" w:cstheme="majorHAnsi"/>
          <w:sz w:val="24"/>
          <w:szCs w:val="24"/>
          <w:lang w:val="en-IN" w:eastAsia="en-IN"/>
        </w:rPr>
        <w:t>: Organize demo sessions and document feedback to guide further development.</w:t>
      </w:r>
    </w:p>
    <w:p w:rsidR="00655ACB" w:rsidRPr="0001451A" w:rsidRDefault="00655ACB" w:rsidP="00655ACB">
      <w:pPr>
        <w:spacing w:before="100" w:beforeAutospacing="1" w:after="100" w:afterAutospacing="1" w:line="240" w:lineRule="auto"/>
        <w:ind w:left="36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Address Audit Findings</w:t>
      </w:r>
      <w:r w:rsidRPr="0001451A">
        <w:rPr>
          <w:rFonts w:asciiTheme="majorHAnsi" w:eastAsia="Times New Roman" w:hAnsiTheme="majorHAnsi" w:cstheme="majorHAnsi"/>
          <w:sz w:val="24"/>
          <w:szCs w:val="24"/>
          <w:lang w:val="en-IN" w:eastAsia="en-IN"/>
        </w:rPr>
        <w:t>: Update requirements or processes based on audit recommendations, ensuring alignment with project goals.</w:t>
      </w:r>
    </w:p>
    <w:p w:rsidR="00026E81" w:rsidRPr="0001451A" w:rsidRDefault="00026E81" w:rsidP="00026E81">
      <w:pPr>
        <w:pStyle w:val="NormalWeb"/>
        <w:rPr>
          <w:rFonts w:asciiTheme="majorHAnsi" w:hAnsiTheme="majorHAnsi" w:cstheme="majorHAnsi"/>
        </w:rPr>
      </w:pPr>
      <w:r w:rsidRPr="0001451A">
        <w:rPr>
          <w:rFonts w:asciiTheme="majorHAnsi" w:hAnsiTheme="majorHAnsi" w:cstheme="majorHAnsi"/>
          <w:b/>
        </w:rPr>
        <w:t>Q4 Audit: UAT, Post-Implementation and Go-Live Readiness Phase (Months</w:t>
      </w:r>
      <w:r w:rsidR="00EA0A90" w:rsidRPr="0001451A">
        <w:rPr>
          <w:rFonts w:asciiTheme="majorHAnsi" w:hAnsiTheme="majorHAnsi" w:cstheme="majorHAnsi"/>
          <w:b/>
        </w:rPr>
        <w:t xml:space="preserve"> 13-</w:t>
      </w:r>
      <w:proofErr w:type="gramStart"/>
      <w:r w:rsidR="00EA0A90" w:rsidRPr="0001451A">
        <w:rPr>
          <w:rFonts w:asciiTheme="majorHAnsi" w:hAnsiTheme="majorHAnsi" w:cstheme="majorHAnsi"/>
          <w:b/>
        </w:rPr>
        <w:t>18</w:t>
      </w:r>
      <w:r w:rsidRPr="0001451A">
        <w:rPr>
          <w:rFonts w:asciiTheme="majorHAnsi" w:hAnsiTheme="majorHAnsi" w:cstheme="majorHAnsi"/>
        </w:rPr>
        <w:t xml:space="preserve"> )</w:t>
      </w:r>
      <w:proofErr w:type="gramEnd"/>
    </w:p>
    <w:p w:rsidR="00026E81" w:rsidRPr="0001451A" w:rsidRDefault="00026E81" w:rsidP="00152E4C">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Key Audit Activities</w:t>
      </w:r>
      <w:r w:rsidRPr="0001451A">
        <w:rPr>
          <w:rFonts w:asciiTheme="majorHAnsi" w:eastAsia="Times New Roman" w:hAnsiTheme="majorHAnsi" w:cstheme="majorHAnsi"/>
          <w:sz w:val="24"/>
          <w:szCs w:val="24"/>
          <w:lang w:val="en-IN" w:eastAsia="en-IN"/>
        </w:rPr>
        <w:t>:</w:t>
      </w:r>
    </w:p>
    <w:p w:rsidR="00026E81" w:rsidRPr="0001451A" w:rsidRDefault="00026E81" w:rsidP="00152E4C">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Final Feature Validation</w:t>
      </w:r>
      <w:r w:rsidRPr="0001451A">
        <w:rPr>
          <w:rFonts w:asciiTheme="majorHAnsi" w:eastAsia="Times New Roman" w:hAnsiTheme="majorHAnsi" w:cstheme="majorHAnsi"/>
          <w:sz w:val="24"/>
          <w:szCs w:val="24"/>
          <w:lang w:val="en-IN" w:eastAsia="en-IN"/>
        </w:rPr>
        <w:t>:</w:t>
      </w:r>
    </w:p>
    <w:p w:rsidR="00026E81" w:rsidRPr="0001451A" w:rsidRDefault="00026E81" w:rsidP="009C44AF">
      <w:pPr>
        <w:pStyle w:val="ListParagraph"/>
        <w:numPr>
          <w:ilvl w:val="0"/>
          <w:numId w:val="18"/>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The audit team will review the fully developed application to ensure all features (e.g., product listing, ordering, delivery tracking) are implemented as per requirements.</w:t>
      </w:r>
    </w:p>
    <w:p w:rsidR="00026E81" w:rsidRPr="0001451A" w:rsidRDefault="00026E81" w:rsidP="009C44AF">
      <w:pPr>
        <w:pStyle w:val="ListParagraph"/>
        <w:numPr>
          <w:ilvl w:val="0"/>
          <w:numId w:val="18"/>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Verify that the application is user-friendly, accessible, and functional for remote farmers and manufacturers.</w:t>
      </w:r>
    </w:p>
    <w:p w:rsidR="00026E81" w:rsidRPr="0001451A" w:rsidRDefault="00026E81" w:rsidP="00152E4C">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Testing Completion</w:t>
      </w:r>
      <w:r w:rsidRPr="0001451A">
        <w:rPr>
          <w:rFonts w:asciiTheme="majorHAnsi" w:eastAsia="Times New Roman" w:hAnsiTheme="majorHAnsi" w:cstheme="majorHAnsi"/>
          <w:sz w:val="24"/>
          <w:szCs w:val="24"/>
          <w:lang w:val="en-IN" w:eastAsia="en-IN"/>
        </w:rPr>
        <w:t xml:space="preserve">: </w:t>
      </w:r>
    </w:p>
    <w:p w:rsidR="00026E81" w:rsidRPr="0001451A" w:rsidRDefault="00026E81" w:rsidP="009C44AF">
      <w:pPr>
        <w:pStyle w:val="ListParagraph"/>
        <w:numPr>
          <w:ilvl w:val="0"/>
          <w:numId w:val="19"/>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Confirm with testers (Mr. Jason and Ms. </w:t>
      </w:r>
      <w:proofErr w:type="spellStart"/>
      <w:r w:rsidRPr="0001451A">
        <w:rPr>
          <w:rFonts w:asciiTheme="majorHAnsi" w:eastAsia="Times New Roman" w:hAnsiTheme="majorHAnsi" w:cstheme="majorHAnsi"/>
          <w:sz w:val="24"/>
          <w:szCs w:val="24"/>
          <w:lang w:val="en-IN" w:eastAsia="en-IN"/>
        </w:rPr>
        <w:t>Alekya</w:t>
      </w:r>
      <w:proofErr w:type="spellEnd"/>
      <w:r w:rsidRPr="0001451A">
        <w:rPr>
          <w:rFonts w:asciiTheme="majorHAnsi" w:eastAsia="Times New Roman" w:hAnsiTheme="majorHAnsi" w:cstheme="majorHAnsi"/>
          <w:sz w:val="24"/>
          <w:szCs w:val="24"/>
          <w:lang w:val="en-IN" w:eastAsia="en-IN"/>
        </w:rPr>
        <w:t xml:space="preserve">) that all test cases </w:t>
      </w:r>
      <w:proofErr w:type="gramStart"/>
      <w:r w:rsidRPr="0001451A">
        <w:rPr>
          <w:rFonts w:asciiTheme="majorHAnsi" w:eastAsia="Times New Roman" w:hAnsiTheme="majorHAnsi" w:cstheme="majorHAnsi"/>
          <w:sz w:val="24"/>
          <w:szCs w:val="24"/>
          <w:lang w:val="en-IN" w:eastAsia="en-IN"/>
        </w:rPr>
        <w:t>have been executed</w:t>
      </w:r>
      <w:proofErr w:type="gramEnd"/>
      <w:r w:rsidRPr="0001451A">
        <w:rPr>
          <w:rFonts w:asciiTheme="majorHAnsi" w:eastAsia="Times New Roman" w:hAnsiTheme="majorHAnsi" w:cstheme="majorHAnsi"/>
          <w:sz w:val="24"/>
          <w:szCs w:val="24"/>
          <w:lang w:val="en-IN" w:eastAsia="en-IN"/>
        </w:rPr>
        <w:t xml:space="preserve"> and defects have been resolved.</w:t>
      </w:r>
    </w:p>
    <w:p w:rsidR="00026E81" w:rsidRPr="0001451A" w:rsidRDefault="00026E81" w:rsidP="009C44AF">
      <w:pPr>
        <w:pStyle w:val="ListParagraph"/>
        <w:numPr>
          <w:ilvl w:val="0"/>
          <w:numId w:val="19"/>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Ensure that user acceptance testing (UAT) </w:t>
      </w:r>
      <w:proofErr w:type="gramStart"/>
      <w:r w:rsidRPr="0001451A">
        <w:rPr>
          <w:rFonts w:asciiTheme="majorHAnsi" w:eastAsia="Times New Roman" w:hAnsiTheme="majorHAnsi" w:cstheme="majorHAnsi"/>
          <w:sz w:val="24"/>
          <w:szCs w:val="24"/>
          <w:lang w:val="en-IN" w:eastAsia="en-IN"/>
        </w:rPr>
        <w:t>is conducted</w:t>
      </w:r>
      <w:proofErr w:type="gramEnd"/>
      <w:r w:rsidRPr="0001451A">
        <w:rPr>
          <w:rFonts w:asciiTheme="majorHAnsi" w:eastAsia="Times New Roman" w:hAnsiTheme="majorHAnsi" w:cstheme="majorHAnsi"/>
          <w:sz w:val="24"/>
          <w:szCs w:val="24"/>
          <w:lang w:val="en-IN" w:eastAsia="en-IN"/>
        </w:rPr>
        <w:t xml:space="preserve"> with stakeholders (Peter, Kevin, Ben) to validate usability and functionality.</w:t>
      </w:r>
    </w:p>
    <w:p w:rsidR="00026E81" w:rsidRPr="0001451A" w:rsidRDefault="00026E81" w:rsidP="00152E4C">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Stakeholder Acceptance</w:t>
      </w:r>
      <w:r w:rsidRPr="0001451A">
        <w:rPr>
          <w:rFonts w:asciiTheme="majorHAnsi" w:eastAsia="Times New Roman" w:hAnsiTheme="majorHAnsi" w:cstheme="majorHAnsi"/>
          <w:sz w:val="24"/>
          <w:szCs w:val="24"/>
          <w:lang w:val="en-IN" w:eastAsia="en-IN"/>
        </w:rPr>
        <w:t xml:space="preserve">: </w:t>
      </w:r>
    </w:p>
    <w:p w:rsidR="00152E4C" w:rsidRPr="0001451A" w:rsidRDefault="00152E4C" w:rsidP="009C44AF">
      <w:pPr>
        <w:pStyle w:val="ListParagraph"/>
        <w:numPr>
          <w:ilvl w:val="0"/>
          <w:numId w:val="20"/>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Facilitated UAT with Peter, Kevin, Ben (farmers) and committee</w:t>
      </w:r>
    </w:p>
    <w:p w:rsidR="00152E4C" w:rsidRPr="0001451A" w:rsidRDefault="00152E4C" w:rsidP="009C44AF">
      <w:pPr>
        <w:pStyle w:val="ListParagraph"/>
        <w:numPr>
          <w:ilvl w:val="0"/>
          <w:numId w:val="20"/>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Captured and resolved UAT feedback</w:t>
      </w:r>
    </w:p>
    <w:p w:rsidR="00026E81" w:rsidRPr="0001451A" w:rsidRDefault="00026E81" w:rsidP="00152E4C">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Organize UAT sessions with stakeholders to confirm that the application meets their needs.</w:t>
      </w:r>
    </w:p>
    <w:p w:rsidR="00152E4C" w:rsidRPr="0001451A" w:rsidRDefault="00026E81" w:rsidP="00152E4C">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Document feedback and ensure any final changes </w:t>
      </w:r>
      <w:proofErr w:type="gramStart"/>
      <w:r w:rsidRPr="0001451A">
        <w:rPr>
          <w:rFonts w:asciiTheme="majorHAnsi" w:eastAsia="Times New Roman" w:hAnsiTheme="majorHAnsi" w:cstheme="majorHAnsi"/>
          <w:sz w:val="24"/>
          <w:szCs w:val="24"/>
          <w:lang w:val="en-IN" w:eastAsia="en-IN"/>
        </w:rPr>
        <w:t>are incorporated</w:t>
      </w:r>
      <w:proofErr w:type="gramEnd"/>
      <w:r w:rsidRPr="0001451A">
        <w:rPr>
          <w:rFonts w:asciiTheme="majorHAnsi" w:eastAsia="Times New Roman" w:hAnsiTheme="majorHAnsi" w:cstheme="majorHAnsi"/>
          <w:sz w:val="24"/>
          <w:szCs w:val="24"/>
          <w:lang w:val="en-IN" w:eastAsia="en-IN"/>
        </w:rPr>
        <w:t xml:space="preserve"> before launch.</w:t>
      </w:r>
    </w:p>
    <w:p w:rsidR="00152E4C" w:rsidRPr="0001451A" w:rsidRDefault="00EA0A90" w:rsidP="00152E4C">
      <w:pPr>
        <w:spacing w:before="100" w:beforeAutospacing="1" w:after="100" w:afterAutospacing="1" w:line="240" w:lineRule="auto"/>
        <w:rPr>
          <w:rFonts w:asciiTheme="majorHAnsi" w:eastAsia="Times New Roman" w:hAnsiTheme="majorHAnsi" w:cstheme="majorHAnsi"/>
          <w:b/>
          <w:sz w:val="24"/>
          <w:szCs w:val="24"/>
          <w:lang w:val="en-IN" w:eastAsia="en-IN"/>
        </w:rPr>
      </w:pPr>
      <w:r w:rsidRPr="0001451A">
        <w:rPr>
          <w:rFonts w:asciiTheme="majorHAnsi" w:eastAsia="Times New Roman" w:hAnsiTheme="majorHAnsi" w:cstheme="majorHAnsi"/>
          <w:b/>
          <w:sz w:val="24"/>
          <w:szCs w:val="24"/>
          <w:lang w:val="en-IN" w:eastAsia="en-IN"/>
        </w:rPr>
        <w:t>Conclusion for BA during the Audit Phase:</w:t>
      </w:r>
    </w:p>
    <w:p w:rsidR="00EA0A90" w:rsidRPr="0001451A" w:rsidRDefault="00EA0A90" w:rsidP="009C44AF">
      <w:pPr>
        <w:pStyle w:val="NormalWeb"/>
        <w:numPr>
          <w:ilvl w:val="0"/>
          <w:numId w:val="21"/>
        </w:numPr>
        <w:rPr>
          <w:rFonts w:asciiTheme="majorHAnsi" w:hAnsiTheme="majorHAnsi" w:cstheme="majorHAnsi"/>
        </w:rPr>
      </w:pPr>
      <w:r w:rsidRPr="0001451A">
        <w:rPr>
          <w:rFonts w:asciiTheme="majorHAnsi" w:hAnsiTheme="majorHAnsi" w:cstheme="majorHAnsi"/>
        </w:rPr>
        <w:t xml:space="preserve">Validate that </w:t>
      </w:r>
      <w:r w:rsidRPr="0001451A">
        <w:rPr>
          <w:rFonts w:asciiTheme="majorHAnsi" w:hAnsiTheme="majorHAnsi" w:cstheme="majorHAnsi"/>
          <w:b/>
          <w:bCs/>
        </w:rPr>
        <w:t>requirements gathering</w:t>
      </w:r>
      <w:r w:rsidRPr="0001451A">
        <w:rPr>
          <w:rFonts w:asciiTheme="majorHAnsi" w:hAnsiTheme="majorHAnsi" w:cstheme="majorHAnsi"/>
        </w:rPr>
        <w:t xml:space="preserve"> and </w:t>
      </w:r>
      <w:r w:rsidRPr="0001451A">
        <w:rPr>
          <w:rFonts w:asciiTheme="majorHAnsi" w:hAnsiTheme="majorHAnsi" w:cstheme="majorHAnsi"/>
          <w:b/>
          <w:bCs/>
        </w:rPr>
        <w:t>documentation</w:t>
      </w:r>
      <w:r w:rsidRPr="0001451A">
        <w:rPr>
          <w:rFonts w:asciiTheme="majorHAnsi" w:hAnsiTheme="majorHAnsi" w:cstheme="majorHAnsi"/>
        </w:rPr>
        <w:t xml:space="preserve"> are complete</w:t>
      </w:r>
    </w:p>
    <w:p w:rsidR="00EA0A90" w:rsidRPr="0001451A" w:rsidRDefault="00EA0A90" w:rsidP="009C44AF">
      <w:pPr>
        <w:pStyle w:val="ListParagraph"/>
        <w:numPr>
          <w:ilvl w:val="0"/>
          <w:numId w:val="21"/>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Ensure </w:t>
      </w:r>
      <w:r w:rsidRPr="0001451A">
        <w:rPr>
          <w:rFonts w:asciiTheme="majorHAnsi" w:eastAsia="Times New Roman" w:hAnsiTheme="majorHAnsi" w:cstheme="majorHAnsi"/>
          <w:b/>
          <w:bCs/>
          <w:sz w:val="24"/>
          <w:szCs w:val="24"/>
          <w:lang w:val="en-IN" w:eastAsia="en-IN"/>
        </w:rPr>
        <w:t>traceability</w:t>
      </w:r>
      <w:r w:rsidRPr="0001451A">
        <w:rPr>
          <w:rFonts w:asciiTheme="majorHAnsi" w:eastAsia="Times New Roman" w:hAnsiTheme="majorHAnsi" w:cstheme="majorHAnsi"/>
          <w:sz w:val="24"/>
          <w:szCs w:val="24"/>
          <w:lang w:val="en-IN" w:eastAsia="en-IN"/>
        </w:rPr>
        <w:t xml:space="preserve"> between business needs and solution delivery</w:t>
      </w:r>
    </w:p>
    <w:p w:rsidR="00EA0A90" w:rsidRPr="0001451A" w:rsidRDefault="00EA0A90" w:rsidP="009C44AF">
      <w:pPr>
        <w:pStyle w:val="ListParagraph"/>
        <w:numPr>
          <w:ilvl w:val="0"/>
          <w:numId w:val="21"/>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Demonstrate alignment with </w:t>
      </w:r>
      <w:r w:rsidRPr="0001451A">
        <w:rPr>
          <w:rFonts w:asciiTheme="majorHAnsi" w:eastAsia="Times New Roman" w:hAnsiTheme="majorHAnsi" w:cstheme="majorHAnsi"/>
          <w:b/>
          <w:bCs/>
          <w:sz w:val="24"/>
          <w:szCs w:val="24"/>
          <w:lang w:val="en-IN" w:eastAsia="en-IN"/>
        </w:rPr>
        <w:t>project goals</w:t>
      </w:r>
      <w:r w:rsidRPr="0001451A">
        <w:rPr>
          <w:rFonts w:asciiTheme="majorHAnsi" w:eastAsia="Times New Roman" w:hAnsiTheme="majorHAnsi" w:cstheme="majorHAnsi"/>
          <w:sz w:val="24"/>
          <w:szCs w:val="24"/>
          <w:lang w:val="en-IN" w:eastAsia="en-IN"/>
        </w:rPr>
        <w:t xml:space="preserve"> and </w:t>
      </w:r>
      <w:r w:rsidRPr="0001451A">
        <w:rPr>
          <w:rFonts w:asciiTheme="majorHAnsi" w:eastAsia="Times New Roman" w:hAnsiTheme="majorHAnsi" w:cstheme="majorHAnsi"/>
          <w:b/>
          <w:bCs/>
          <w:sz w:val="24"/>
          <w:szCs w:val="24"/>
          <w:lang w:val="en-IN" w:eastAsia="en-IN"/>
        </w:rPr>
        <w:t>stakeholder expectations</w:t>
      </w:r>
    </w:p>
    <w:p w:rsidR="00EA0A90" w:rsidRPr="0001451A" w:rsidRDefault="00EA0A90" w:rsidP="009C44AF">
      <w:pPr>
        <w:pStyle w:val="ListParagraph"/>
        <w:numPr>
          <w:ilvl w:val="0"/>
          <w:numId w:val="21"/>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Help identify missed </w:t>
      </w:r>
      <w:r w:rsidRPr="0001451A">
        <w:rPr>
          <w:rFonts w:asciiTheme="majorHAnsi" w:eastAsia="Times New Roman" w:hAnsiTheme="majorHAnsi" w:cstheme="majorHAnsi"/>
          <w:b/>
          <w:bCs/>
          <w:sz w:val="24"/>
          <w:szCs w:val="24"/>
          <w:lang w:val="en-IN" w:eastAsia="en-IN"/>
        </w:rPr>
        <w:t>scope items</w:t>
      </w:r>
      <w:r w:rsidRPr="0001451A">
        <w:rPr>
          <w:rFonts w:asciiTheme="majorHAnsi" w:eastAsia="Times New Roman" w:hAnsiTheme="majorHAnsi" w:cstheme="majorHAnsi"/>
          <w:sz w:val="24"/>
          <w:szCs w:val="24"/>
          <w:lang w:val="en-IN" w:eastAsia="en-IN"/>
        </w:rPr>
        <w:t xml:space="preserve">, </w:t>
      </w:r>
      <w:r w:rsidRPr="0001451A">
        <w:rPr>
          <w:rFonts w:asciiTheme="majorHAnsi" w:eastAsia="Times New Roman" w:hAnsiTheme="majorHAnsi" w:cstheme="majorHAnsi"/>
          <w:b/>
          <w:bCs/>
          <w:sz w:val="24"/>
          <w:szCs w:val="24"/>
          <w:lang w:val="en-IN" w:eastAsia="en-IN"/>
        </w:rPr>
        <w:t>compliance issues</w:t>
      </w:r>
      <w:r w:rsidRPr="0001451A">
        <w:rPr>
          <w:rFonts w:asciiTheme="majorHAnsi" w:eastAsia="Times New Roman" w:hAnsiTheme="majorHAnsi" w:cstheme="majorHAnsi"/>
          <w:sz w:val="24"/>
          <w:szCs w:val="24"/>
          <w:lang w:val="en-IN" w:eastAsia="en-IN"/>
        </w:rPr>
        <w:t xml:space="preserve">, or </w:t>
      </w:r>
      <w:r w:rsidRPr="0001451A">
        <w:rPr>
          <w:rFonts w:asciiTheme="majorHAnsi" w:eastAsia="Times New Roman" w:hAnsiTheme="majorHAnsi" w:cstheme="majorHAnsi"/>
          <w:b/>
          <w:bCs/>
          <w:sz w:val="24"/>
          <w:szCs w:val="24"/>
          <w:lang w:val="en-IN" w:eastAsia="en-IN"/>
        </w:rPr>
        <w:t>risks</w:t>
      </w:r>
    </w:p>
    <w:p w:rsidR="00152E4C" w:rsidRPr="0001451A" w:rsidRDefault="00152E4C" w:rsidP="009C44AF">
      <w:pPr>
        <w:pStyle w:val="NormalWeb"/>
        <w:numPr>
          <w:ilvl w:val="0"/>
          <w:numId w:val="21"/>
        </w:numPr>
        <w:rPr>
          <w:rFonts w:asciiTheme="majorHAnsi" w:hAnsiTheme="majorHAnsi" w:cstheme="majorHAnsi"/>
        </w:rPr>
      </w:pPr>
      <w:r w:rsidRPr="0001451A">
        <w:rPr>
          <w:rFonts w:asciiTheme="majorHAnsi" w:hAnsiTheme="majorHAnsi" w:cstheme="majorHAnsi"/>
        </w:rPr>
        <w:t xml:space="preserve">Maintain </w:t>
      </w:r>
      <w:r w:rsidRPr="0001451A">
        <w:rPr>
          <w:rStyle w:val="Strong"/>
          <w:rFonts w:asciiTheme="majorHAnsi" w:hAnsiTheme="majorHAnsi" w:cstheme="majorHAnsi"/>
        </w:rPr>
        <w:t>traceability</w:t>
      </w:r>
      <w:r w:rsidRPr="0001451A">
        <w:rPr>
          <w:rFonts w:asciiTheme="majorHAnsi" w:hAnsiTheme="majorHAnsi" w:cstheme="majorHAnsi"/>
        </w:rPr>
        <w:t xml:space="preserve"> from BRD → Design → Development → Testing → Deployment</w:t>
      </w:r>
    </w:p>
    <w:p w:rsidR="00152E4C" w:rsidRPr="0001451A" w:rsidRDefault="00152E4C" w:rsidP="009C44AF">
      <w:pPr>
        <w:pStyle w:val="NormalWeb"/>
        <w:numPr>
          <w:ilvl w:val="0"/>
          <w:numId w:val="21"/>
        </w:numPr>
        <w:rPr>
          <w:rFonts w:asciiTheme="majorHAnsi" w:hAnsiTheme="majorHAnsi" w:cstheme="majorHAnsi"/>
        </w:rPr>
      </w:pPr>
      <w:r w:rsidRPr="0001451A">
        <w:rPr>
          <w:rFonts w:asciiTheme="majorHAnsi" w:hAnsiTheme="majorHAnsi" w:cstheme="majorHAnsi"/>
        </w:rPr>
        <w:t xml:space="preserve">Ensure </w:t>
      </w:r>
      <w:r w:rsidRPr="0001451A">
        <w:rPr>
          <w:rStyle w:val="Strong"/>
          <w:rFonts w:asciiTheme="majorHAnsi" w:hAnsiTheme="majorHAnsi" w:cstheme="majorHAnsi"/>
        </w:rPr>
        <w:t>stakeholder engagement</w:t>
      </w:r>
      <w:r w:rsidRPr="0001451A">
        <w:rPr>
          <w:rFonts w:asciiTheme="majorHAnsi" w:hAnsiTheme="majorHAnsi" w:cstheme="majorHAnsi"/>
        </w:rPr>
        <w:t xml:space="preserve"> is visible and well-documented</w:t>
      </w:r>
    </w:p>
    <w:p w:rsidR="00152E4C" w:rsidRPr="0001451A" w:rsidRDefault="00152E4C" w:rsidP="009C44AF">
      <w:pPr>
        <w:pStyle w:val="NormalWeb"/>
        <w:numPr>
          <w:ilvl w:val="0"/>
          <w:numId w:val="21"/>
        </w:numPr>
        <w:rPr>
          <w:rFonts w:asciiTheme="majorHAnsi" w:hAnsiTheme="majorHAnsi" w:cstheme="majorHAnsi"/>
        </w:rPr>
      </w:pPr>
      <w:r w:rsidRPr="0001451A">
        <w:rPr>
          <w:rFonts w:asciiTheme="majorHAnsi" w:hAnsiTheme="majorHAnsi" w:cstheme="majorHAnsi"/>
        </w:rPr>
        <w:t xml:space="preserve">Validate that all </w:t>
      </w:r>
      <w:r w:rsidRPr="0001451A">
        <w:rPr>
          <w:rStyle w:val="Strong"/>
          <w:rFonts w:asciiTheme="majorHAnsi" w:hAnsiTheme="majorHAnsi" w:cstheme="majorHAnsi"/>
        </w:rPr>
        <w:t>business goals</w:t>
      </w:r>
      <w:r w:rsidRPr="0001451A">
        <w:rPr>
          <w:rFonts w:asciiTheme="majorHAnsi" w:hAnsiTheme="majorHAnsi" w:cstheme="majorHAnsi"/>
        </w:rPr>
        <w:t xml:space="preserve"> (ease of use, access to products, rural connectivity) are met</w:t>
      </w:r>
    </w:p>
    <w:p w:rsidR="00152E4C" w:rsidRPr="0001451A" w:rsidRDefault="00152E4C" w:rsidP="009C44AF">
      <w:pPr>
        <w:pStyle w:val="NormalWeb"/>
        <w:numPr>
          <w:ilvl w:val="0"/>
          <w:numId w:val="21"/>
        </w:numPr>
        <w:rPr>
          <w:rFonts w:asciiTheme="majorHAnsi" w:hAnsiTheme="majorHAnsi" w:cstheme="majorHAnsi"/>
        </w:rPr>
      </w:pPr>
      <w:r w:rsidRPr="0001451A">
        <w:rPr>
          <w:rFonts w:asciiTheme="majorHAnsi" w:hAnsiTheme="majorHAnsi" w:cstheme="majorHAnsi"/>
        </w:rPr>
        <w:t xml:space="preserve">Support the </w:t>
      </w:r>
      <w:r w:rsidRPr="0001451A">
        <w:rPr>
          <w:rStyle w:val="Strong"/>
          <w:rFonts w:asciiTheme="majorHAnsi" w:hAnsiTheme="majorHAnsi" w:cstheme="majorHAnsi"/>
        </w:rPr>
        <w:t>audit team</w:t>
      </w:r>
      <w:r w:rsidRPr="0001451A">
        <w:rPr>
          <w:rFonts w:asciiTheme="majorHAnsi" w:hAnsiTheme="majorHAnsi" w:cstheme="majorHAnsi"/>
        </w:rPr>
        <w:t xml:space="preserve"> with documentation, sign-offs, and explain business decisions or changes</w:t>
      </w:r>
    </w:p>
    <w:p w:rsidR="00152E4C" w:rsidRPr="0001451A" w:rsidRDefault="00133509" w:rsidP="00152E4C">
      <w:pPr>
        <w:spacing w:before="100" w:beforeAutospacing="1" w:after="100" w:afterAutospacing="1" w:line="240" w:lineRule="auto"/>
        <w:rPr>
          <w:rFonts w:asciiTheme="majorHAnsi" w:eastAsia="Times New Roman" w:hAnsiTheme="majorHAnsi" w:cstheme="majorHAnsi"/>
          <w:b/>
          <w:sz w:val="24"/>
          <w:szCs w:val="24"/>
          <w:lang w:val="en-IN" w:eastAsia="en-IN"/>
        </w:rPr>
      </w:pPr>
      <w:r w:rsidRPr="0001451A">
        <w:rPr>
          <w:rFonts w:asciiTheme="majorHAnsi" w:hAnsiTheme="majorHAnsi" w:cstheme="majorHAnsi"/>
          <w:b/>
          <w:sz w:val="24"/>
          <w:szCs w:val="24"/>
        </w:rPr>
        <w:t>Question 2: Business Analyst Approach Strategy</w:t>
      </w:r>
    </w:p>
    <w:p w:rsidR="00026E81" w:rsidRPr="0001451A" w:rsidRDefault="00133509" w:rsidP="00133509">
      <w:pPr>
        <w:spacing w:before="100" w:beforeAutospacing="1" w:after="100" w:afterAutospacing="1" w:line="240" w:lineRule="auto"/>
        <w:rPr>
          <w:rFonts w:asciiTheme="majorHAnsi" w:eastAsia="Times New Roman" w:hAnsiTheme="majorHAnsi" w:cstheme="majorHAnsi"/>
          <w:b/>
          <w:sz w:val="24"/>
          <w:szCs w:val="24"/>
          <w:lang w:val="en-IN" w:eastAsia="en-IN"/>
        </w:rPr>
      </w:pPr>
      <w:r w:rsidRPr="0001451A">
        <w:rPr>
          <w:rFonts w:asciiTheme="majorHAnsi" w:hAnsiTheme="majorHAnsi" w:cstheme="majorHAnsi"/>
          <w:b/>
          <w:sz w:val="24"/>
          <w:szCs w:val="24"/>
        </w:rPr>
        <w:t>1. Introduction and Understanding the Project and Preparing for Elicitation</w:t>
      </w:r>
    </w:p>
    <w:p w:rsidR="00133509" w:rsidRPr="0001451A" w:rsidRDefault="00133509" w:rsidP="00133509">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 project, initiated by Mr. Henry’s company SOONY under a CSR initiative, aims to facilitate farmers (e.g., Peter, Kevin, Ben) and manufacturers to buy and sell agricultural products (seeds, fertilizers, pesticides) through a 3-tier architecture-based web/mobile </w:t>
      </w:r>
      <w:r w:rsidRPr="0001451A">
        <w:rPr>
          <w:rFonts w:asciiTheme="majorHAnsi" w:eastAsia="Times New Roman" w:hAnsiTheme="majorHAnsi" w:cstheme="majorHAnsi"/>
          <w:sz w:val="24"/>
          <w:szCs w:val="24"/>
          <w:lang w:val="en-IN" w:eastAsia="en-IN"/>
        </w:rPr>
        <w:lastRenderedPageBreak/>
        <w:t xml:space="preserve">application. Review the </w:t>
      </w:r>
      <w:r w:rsidRPr="0001451A">
        <w:rPr>
          <w:rFonts w:asciiTheme="majorHAnsi" w:eastAsia="Times New Roman" w:hAnsiTheme="majorHAnsi" w:cstheme="majorHAnsi"/>
          <w:b/>
          <w:bCs/>
          <w:sz w:val="24"/>
          <w:szCs w:val="24"/>
          <w:lang w:val="en-IN" w:eastAsia="en-IN"/>
        </w:rPr>
        <w:t>project charter</w:t>
      </w:r>
      <w:r w:rsidRPr="0001451A">
        <w:rPr>
          <w:rFonts w:asciiTheme="majorHAnsi" w:eastAsia="Times New Roman" w:hAnsiTheme="majorHAnsi" w:cstheme="majorHAnsi"/>
          <w:sz w:val="24"/>
          <w:szCs w:val="24"/>
          <w:lang w:val="en-IN" w:eastAsia="en-IN"/>
        </w:rPr>
        <w:t xml:space="preserve">, CSR goals, and budget/time constraints (₹2 Cr, 18 months). Understand the </w:t>
      </w:r>
      <w:r w:rsidRPr="0001451A">
        <w:rPr>
          <w:rFonts w:asciiTheme="majorHAnsi" w:eastAsia="Times New Roman" w:hAnsiTheme="majorHAnsi" w:cstheme="majorHAnsi"/>
          <w:b/>
          <w:bCs/>
          <w:sz w:val="24"/>
          <w:szCs w:val="24"/>
          <w:lang w:val="en-IN" w:eastAsia="en-IN"/>
        </w:rPr>
        <w:t>problem statement</w:t>
      </w:r>
      <w:r w:rsidRPr="0001451A">
        <w:rPr>
          <w:rFonts w:asciiTheme="majorHAnsi" w:eastAsia="Times New Roman" w:hAnsiTheme="majorHAnsi" w:cstheme="majorHAnsi"/>
          <w:sz w:val="24"/>
          <w:szCs w:val="24"/>
          <w:lang w:val="en-IN" w:eastAsia="en-IN"/>
        </w:rPr>
        <w:t xml:space="preserve"> (difficulty in procuring seeds, fertilizers, pesticides in remote areas).</w:t>
      </w:r>
    </w:p>
    <w:p w:rsidR="00861AE1" w:rsidRPr="0001451A" w:rsidRDefault="00133509" w:rsidP="00861AE1">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This strategy covers elicitation techniques, stakeholder analysis, documentation, sign-off processes, approvals, communication channels, change management, progress updates, and UAT sign-off.</w:t>
      </w:r>
    </w:p>
    <w:p w:rsidR="00EA789F" w:rsidRPr="0001451A" w:rsidRDefault="00EA789F" w:rsidP="00EA789F">
      <w:pPr>
        <w:pStyle w:val="NormalWeb"/>
        <w:rPr>
          <w:rFonts w:asciiTheme="majorHAnsi" w:hAnsiTheme="majorHAnsi" w:cstheme="majorHAnsi"/>
          <w:b/>
        </w:rPr>
      </w:pPr>
      <w:r w:rsidRPr="0001451A">
        <w:rPr>
          <w:rFonts w:asciiTheme="majorHAnsi" w:hAnsiTheme="majorHAnsi" w:cstheme="majorHAnsi"/>
          <w:b/>
        </w:rPr>
        <w:t>Elicitation Techniques:</w:t>
      </w:r>
    </w:p>
    <w:p w:rsidR="00EA789F" w:rsidRPr="0001451A" w:rsidRDefault="00EA789F" w:rsidP="00EA789F">
      <w:pPr>
        <w:pStyle w:val="NormalWeb"/>
        <w:rPr>
          <w:rFonts w:asciiTheme="majorHAnsi" w:hAnsiTheme="majorHAnsi" w:cstheme="majorHAnsi"/>
        </w:rPr>
      </w:pPr>
      <w:r w:rsidRPr="0001451A">
        <w:rPr>
          <w:rFonts w:asciiTheme="majorHAnsi" w:hAnsiTheme="majorHAnsi" w:cstheme="majorHAnsi"/>
        </w:rPr>
        <w:t xml:space="preserve">To gather accurate and comprehensive requirements from stakeholders (Peter, Kevin, Ben, Mr. Henry, Mr. Pandu, </w:t>
      </w:r>
      <w:proofErr w:type="gramStart"/>
      <w:r w:rsidRPr="0001451A">
        <w:rPr>
          <w:rFonts w:asciiTheme="majorHAnsi" w:hAnsiTheme="majorHAnsi" w:cstheme="majorHAnsi"/>
        </w:rPr>
        <w:t>Mr</w:t>
      </w:r>
      <w:proofErr w:type="gramEnd"/>
      <w:r w:rsidRPr="0001451A">
        <w:rPr>
          <w:rFonts w:asciiTheme="majorHAnsi" w:hAnsiTheme="majorHAnsi" w:cstheme="majorHAnsi"/>
        </w:rPr>
        <w:t xml:space="preserve">. </w:t>
      </w:r>
      <w:proofErr w:type="spellStart"/>
      <w:r w:rsidRPr="0001451A">
        <w:rPr>
          <w:rFonts w:asciiTheme="majorHAnsi" w:hAnsiTheme="majorHAnsi" w:cstheme="majorHAnsi"/>
        </w:rPr>
        <w:t>Dooku</w:t>
      </w:r>
      <w:proofErr w:type="spellEnd"/>
      <w:r w:rsidRPr="0001451A">
        <w:rPr>
          <w:rFonts w:asciiTheme="majorHAnsi" w:hAnsiTheme="majorHAnsi" w:cstheme="majorHAnsi"/>
        </w:rPr>
        <w:t>), the following elicitation techniques will be applied:</w:t>
      </w:r>
    </w:p>
    <w:p w:rsidR="00EA789F" w:rsidRPr="0001451A" w:rsidRDefault="00EA789F" w:rsidP="009C44AF">
      <w:pPr>
        <w:pStyle w:val="NormalWeb"/>
        <w:numPr>
          <w:ilvl w:val="0"/>
          <w:numId w:val="26"/>
        </w:numPr>
        <w:rPr>
          <w:rFonts w:asciiTheme="majorHAnsi" w:hAnsiTheme="majorHAnsi" w:cstheme="majorHAnsi"/>
        </w:rPr>
      </w:pPr>
      <w:r w:rsidRPr="0001451A">
        <w:rPr>
          <w:rStyle w:val="Strong"/>
          <w:rFonts w:asciiTheme="majorHAnsi" w:hAnsiTheme="majorHAnsi" w:cstheme="majorHAnsi"/>
        </w:rPr>
        <w:t>Interviews</w:t>
      </w:r>
      <w:r w:rsidRPr="0001451A">
        <w:rPr>
          <w:rFonts w:asciiTheme="majorHAnsi" w:hAnsiTheme="majorHAnsi" w:cstheme="majorHAnsi"/>
        </w:rPr>
        <w:t>: Conduct one-on-one sessions with stakeholders to understand their needs (e.g., Peter’s need for fertilizers, Kevin’s need for seeds, Ben’s need for pesticides). Use structured questions to capture specific requirements, such as user-friendly navigation for farmers and product management for manufacturers.</w:t>
      </w:r>
    </w:p>
    <w:p w:rsidR="00EA789F" w:rsidRPr="0001451A" w:rsidRDefault="00EA789F" w:rsidP="009C44AF">
      <w:pPr>
        <w:pStyle w:val="NormalWeb"/>
        <w:numPr>
          <w:ilvl w:val="0"/>
          <w:numId w:val="26"/>
        </w:numPr>
        <w:rPr>
          <w:rFonts w:asciiTheme="majorHAnsi" w:hAnsiTheme="majorHAnsi" w:cstheme="majorHAnsi"/>
        </w:rPr>
      </w:pPr>
      <w:r w:rsidRPr="0001451A">
        <w:rPr>
          <w:rStyle w:val="Strong"/>
          <w:rFonts w:asciiTheme="majorHAnsi" w:hAnsiTheme="majorHAnsi" w:cstheme="majorHAnsi"/>
        </w:rPr>
        <w:t>Workshops</w:t>
      </w:r>
      <w:r w:rsidRPr="0001451A">
        <w:rPr>
          <w:rFonts w:asciiTheme="majorHAnsi" w:hAnsiTheme="majorHAnsi" w:cstheme="majorHAnsi"/>
        </w:rPr>
        <w:t>: Organize collaborative workshops with stakeholders to brainstorm features (e.g., multilingual support, low-bandwidth compatibility) and prioritize requirements.</w:t>
      </w:r>
    </w:p>
    <w:p w:rsidR="00EA789F" w:rsidRPr="0001451A" w:rsidRDefault="00EA789F" w:rsidP="009C44AF">
      <w:pPr>
        <w:pStyle w:val="NormalWeb"/>
        <w:numPr>
          <w:ilvl w:val="0"/>
          <w:numId w:val="26"/>
        </w:numPr>
        <w:rPr>
          <w:rFonts w:asciiTheme="majorHAnsi" w:hAnsiTheme="majorHAnsi" w:cstheme="majorHAnsi"/>
        </w:rPr>
      </w:pPr>
      <w:r w:rsidRPr="0001451A">
        <w:rPr>
          <w:rStyle w:val="Strong"/>
          <w:rFonts w:asciiTheme="majorHAnsi" w:hAnsiTheme="majorHAnsi" w:cstheme="majorHAnsi"/>
        </w:rPr>
        <w:t>Surveys/Questionnaires</w:t>
      </w:r>
      <w:r w:rsidRPr="0001451A">
        <w:rPr>
          <w:rFonts w:asciiTheme="majorHAnsi" w:hAnsiTheme="majorHAnsi" w:cstheme="majorHAnsi"/>
        </w:rPr>
        <w:t>: Distribute surveys to farmers in remote areas to gather insights on usability preferences and connectivity challenges.</w:t>
      </w:r>
    </w:p>
    <w:p w:rsidR="00EA789F" w:rsidRPr="0001451A" w:rsidRDefault="00EA789F" w:rsidP="009C44AF">
      <w:pPr>
        <w:pStyle w:val="NormalWeb"/>
        <w:numPr>
          <w:ilvl w:val="0"/>
          <w:numId w:val="26"/>
        </w:numPr>
        <w:rPr>
          <w:rFonts w:asciiTheme="majorHAnsi" w:hAnsiTheme="majorHAnsi" w:cstheme="majorHAnsi"/>
        </w:rPr>
      </w:pPr>
      <w:r w:rsidRPr="0001451A">
        <w:rPr>
          <w:rStyle w:val="Strong"/>
          <w:rFonts w:asciiTheme="majorHAnsi" w:hAnsiTheme="majorHAnsi" w:cstheme="majorHAnsi"/>
        </w:rPr>
        <w:t>Observation</w:t>
      </w:r>
      <w:r w:rsidRPr="0001451A">
        <w:rPr>
          <w:rFonts w:asciiTheme="majorHAnsi" w:hAnsiTheme="majorHAnsi" w:cstheme="majorHAnsi"/>
        </w:rPr>
        <w:t>: Visit farms to observe farmers’ workflows and identify pain points in procuring agricultural products, ensuring the application addresses real-world needs.</w:t>
      </w:r>
    </w:p>
    <w:p w:rsidR="00EA789F" w:rsidRPr="0001451A" w:rsidRDefault="00EA789F" w:rsidP="009C44AF">
      <w:pPr>
        <w:pStyle w:val="NormalWeb"/>
        <w:numPr>
          <w:ilvl w:val="0"/>
          <w:numId w:val="26"/>
        </w:numPr>
        <w:rPr>
          <w:rFonts w:asciiTheme="majorHAnsi" w:hAnsiTheme="majorHAnsi" w:cstheme="majorHAnsi"/>
        </w:rPr>
      </w:pPr>
      <w:r w:rsidRPr="0001451A">
        <w:rPr>
          <w:rStyle w:val="Strong"/>
          <w:rFonts w:asciiTheme="majorHAnsi" w:hAnsiTheme="majorHAnsi" w:cstheme="majorHAnsi"/>
        </w:rPr>
        <w:t>Prototyping</w:t>
      </w:r>
      <w:r w:rsidRPr="0001451A">
        <w:rPr>
          <w:rFonts w:asciiTheme="majorHAnsi" w:hAnsiTheme="majorHAnsi" w:cstheme="majorHAnsi"/>
        </w:rPr>
        <w:t xml:space="preserve">: Develop wireframes or </w:t>
      </w:r>
      <w:proofErr w:type="spellStart"/>
      <w:r w:rsidRPr="0001451A">
        <w:rPr>
          <w:rFonts w:asciiTheme="majorHAnsi" w:hAnsiTheme="majorHAnsi" w:cstheme="majorHAnsi"/>
        </w:rPr>
        <w:t>mockups</w:t>
      </w:r>
      <w:proofErr w:type="spellEnd"/>
      <w:r w:rsidRPr="0001451A">
        <w:rPr>
          <w:rFonts w:asciiTheme="majorHAnsi" w:hAnsiTheme="majorHAnsi" w:cstheme="majorHAnsi"/>
        </w:rPr>
        <w:t xml:space="preserve"> to validate UI/UX requirements with stakeholders, ensuring the application is intuitive for low-tech-savvy users.</w:t>
      </w:r>
    </w:p>
    <w:p w:rsidR="00EA789F" w:rsidRPr="0001451A" w:rsidRDefault="00EA789F" w:rsidP="009C44AF">
      <w:pPr>
        <w:pStyle w:val="NormalWeb"/>
        <w:numPr>
          <w:ilvl w:val="0"/>
          <w:numId w:val="26"/>
        </w:numPr>
        <w:rPr>
          <w:rFonts w:asciiTheme="majorHAnsi" w:hAnsiTheme="majorHAnsi" w:cstheme="majorHAnsi"/>
        </w:rPr>
      </w:pPr>
      <w:r w:rsidRPr="0001451A">
        <w:rPr>
          <w:rStyle w:val="Strong"/>
          <w:rFonts w:asciiTheme="majorHAnsi" w:hAnsiTheme="majorHAnsi" w:cstheme="majorHAnsi"/>
        </w:rPr>
        <w:t>Document Analysis</w:t>
      </w:r>
      <w:r w:rsidRPr="0001451A">
        <w:rPr>
          <w:rFonts w:asciiTheme="majorHAnsi" w:hAnsiTheme="majorHAnsi" w:cstheme="majorHAnsi"/>
        </w:rPr>
        <w:t>: Review existing agricultural e-commerce platforms to identify best practices and gaps that the application can address.</w:t>
      </w:r>
    </w:p>
    <w:p w:rsidR="00EA789F" w:rsidRPr="0001451A" w:rsidRDefault="00EA789F" w:rsidP="00861AE1">
      <w:pPr>
        <w:spacing w:before="100" w:beforeAutospacing="1" w:after="100" w:afterAutospacing="1" w:line="240" w:lineRule="auto"/>
        <w:rPr>
          <w:rFonts w:asciiTheme="majorHAnsi" w:eastAsia="Times New Roman" w:hAnsiTheme="majorHAnsi" w:cstheme="majorHAnsi"/>
          <w:sz w:val="24"/>
          <w:szCs w:val="24"/>
          <w:lang w:val="en-IN" w:eastAsia="en-IN"/>
        </w:rPr>
      </w:pPr>
    </w:p>
    <w:p w:rsidR="00D92380" w:rsidRPr="0001451A" w:rsidRDefault="00D92380" w:rsidP="00D92380">
      <w:pPr>
        <w:pStyle w:val="NormalWeb"/>
        <w:rPr>
          <w:rStyle w:val="Strong"/>
          <w:rFonts w:asciiTheme="majorHAnsi" w:hAnsiTheme="majorHAnsi" w:cstheme="majorHAnsi"/>
        </w:rPr>
      </w:pPr>
      <w:r w:rsidRPr="0001451A">
        <w:rPr>
          <w:rStyle w:val="Strong"/>
          <w:rFonts w:asciiTheme="majorHAnsi" w:hAnsiTheme="majorHAnsi" w:cstheme="majorHAnsi"/>
        </w:rPr>
        <w:t>Stakeholder Analysis (RACI/ILS):</w:t>
      </w:r>
    </w:p>
    <w:p w:rsidR="00D92380" w:rsidRPr="0001451A" w:rsidRDefault="00D92380" w:rsidP="00D92380">
      <w:pPr>
        <w:pStyle w:val="NormalWeb"/>
        <w:rPr>
          <w:rFonts w:asciiTheme="majorHAnsi" w:hAnsiTheme="majorHAnsi" w:cstheme="majorHAnsi"/>
        </w:rPr>
      </w:pPr>
      <w:r w:rsidRPr="0001451A">
        <w:rPr>
          <w:rStyle w:val="Strong"/>
          <w:rFonts w:asciiTheme="majorHAnsi" w:hAnsiTheme="majorHAnsi" w:cstheme="majorHAnsi"/>
        </w:rPr>
        <w:t xml:space="preserve">First Identity the </w:t>
      </w:r>
      <w:r w:rsidR="008F513B" w:rsidRPr="0001451A">
        <w:rPr>
          <w:rStyle w:val="Strong"/>
          <w:rFonts w:asciiTheme="majorHAnsi" w:hAnsiTheme="majorHAnsi" w:cstheme="majorHAnsi"/>
        </w:rPr>
        <w:t>Stakeholders</w:t>
      </w:r>
      <w:r w:rsidRPr="0001451A">
        <w:rPr>
          <w:rStyle w:val="Strong"/>
          <w:rFonts w:asciiTheme="majorHAnsi" w:hAnsiTheme="majorHAnsi" w:cstheme="majorHAnsi"/>
        </w:rPr>
        <w:t>:</w:t>
      </w:r>
    </w:p>
    <w:p w:rsidR="00861AE1" w:rsidRPr="0001451A" w:rsidRDefault="00861AE1" w:rsidP="00D92380">
      <w:pPr>
        <w:pStyle w:val="NormalWeb"/>
        <w:ind w:left="1080"/>
        <w:rPr>
          <w:rFonts w:asciiTheme="majorHAnsi" w:hAnsiTheme="majorHAnsi" w:cstheme="majorHAnsi"/>
        </w:rPr>
      </w:pPr>
      <w:r w:rsidRPr="0001451A">
        <w:rPr>
          <w:rStyle w:val="Strong"/>
          <w:rFonts w:asciiTheme="majorHAnsi" w:hAnsiTheme="majorHAnsi" w:cstheme="majorHAnsi"/>
        </w:rPr>
        <w:t>Primary</w:t>
      </w:r>
      <w:r w:rsidR="00D92380" w:rsidRPr="0001451A">
        <w:rPr>
          <w:rStyle w:val="Strong"/>
          <w:rFonts w:asciiTheme="majorHAnsi" w:hAnsiTheme="majorHAnsi" w:cstheme="majorHAnsi"/>
        </w:rPr>
        <w:t xml:space="preserve"> </w:t>
      </w:r>
      <w:r w:rsidR="008F513B" w:rsidRPr="0001451A">
        <w:rPr>
          <w:rStyle w:val="Strong"/>
          <w:rFonts w:asciiTheme="majorHAnsi" w:hAnsiTheme="majorHAnsi" w:cstheme="majorHAnsi"/>
        </w:rPr>
        <w:t>Stakeholders</w:t>
      </w:r>
      <w:r w:rsidRPr="0001451A">
        <w:rPr>
          <w:rStyle w:val="Strong"/>
          <w:rFonts w:asciiTheme="majorHAnsi" w:hAnsiTheme="majorHAnsi" w:cstheme="majorHAnsi"/>
        </w:rPr>
        <w:t>:</w:t>
      </w:r>
      <w:r w:rsidRPr="0001451A">
        <w:rPr>
          <w:rFonts w:asciiTheme="majorHAnsi" w:hAnsiTheme="majorHAnsi" w:cstheme="majorHAnsi"/>
        </w:rPr>
        <w:t xml:space="preserve"> Farmers (Peter, Kevin, Ben), Manufacturers (Fertilizer, Seed, Pesticide companies).</w:t>
      </w:r>
    </w:p>
    <w:p w:rsidR="00861AE1" w:rsidRPr="0001451A" w:rsidRDefault="00861AE1" w:rsidP="00D92380">
      <w:pPr>
        <w:pStyle w:val="NormalWeb"/>
        <w:ind w:left="1080"/>
        <w:rPr>
          <w:rFonts w:asciiTheme="majorHAnsi" w:hAnsiTheme="majorHAnsi" w:cstheme="majorHAnsi"/>
        </w:rPr>
      </w:pPr>
      <w:r w:rsidRPr="0001451A">
        <w:rPr>
          <w:rStyle w:val="Strong"/>
          <w:rFonts w:asciiTheme="majorHAnsi" w:hAnsiTheme="majorHAnsi" w:cstheme="majorHAnsi"/>
        </w:rPr>
        <w:t>Internal</w:t>
      </w:r>
      <w:r w:rsidR="00D92380" w:rsidRPr="0001451A">
        <w:rPr>
          <w:rStyle w:val="Strong"/>
          <w:rFonts w:asciiTheme="majorHAnsi" w:hAnsiTheme="majorHAnsi" w:cstheme="majorHAnsi"/>
        </w:rPr>
        <w:t xml:space="preserve"> </w:t>
      </w:r>
      <w:r w:rsidR="008F513B" w:rsidRPr="0001451A">
        <w:rPr>
          <w:rStyle w:val="Strong"/>
          <w:rFonts w:asciiTheme="majorHAnsi" w:hAnsiTheme="majorHAnsi" w:cstheme="majorHAnsi"/>
        </w:rPr>
        <w:t>Stakeholders</w:t>
      </w:r>
      <w:r w:rsidRPr="0001451A">
        <w:rPr>
          <w:rStyle w:val="Strong"/>
          <w:rFonts w:asciiTheme="majorHAnsi" w:hAnsiTheme="majorHAnsi" w:cstheme="majorHAnsi"/>
        </w:rPr>
        <w:t>:</w:t>
      </w:r>
      <w:r w:rsidRPr="0001451A">
        <w:rPr>
          <w:rFonts w:asciiTheme="majorHAnsi" w:hAnsiTheme="majorHAnsi" w:cstheme="majorHAnsi"/>
        </w:rPr>
        <w:t xml:space="preserve"> Mr Henry (Sponsor), Committee, Project Manager, Development team, Testers.</w:t>
      </w:r>
    </w:p>
    <w:p w:rsidR="00861AE1" w:rsidRPr="0001451A" w:rsidRDefault="00861AE1" w:rsidP="00D92380">
      <w:pPr>
        <w:pStyle w:val="NormalWeb"/>
        <w:ind w:left="1080"/>
        <w:rPr>
          <w:rFonts w:asciiTheme="majorHAnsi" w:hAnsiTheme="majorHAnsi" w:cstheme="majorHAnsi"/>
        </w:rPr>
      </w:pPr>
      <w:r w:rsidRPr="0001451A">
        <w:rPr>
          <w:rStyle w:val="Strong"/>
          <w:rFonts w:asciiTheme="majorHAnsi" w:hAnsiTheme="majorHAnsi" w:cstheme="majorHAnsi"/>
        </w:rPr>
        <w:lastRenderedPageBreak/>
        <w:t>External</w:t>
      </w:r>
      <w:r w:rsidR="00D92380" w:rsidRPr="0001451A">
        <w:rPr>
          <w:rStyle w:val="Strong"/>
          <w:rFonts w:asciiTheme="majorHAnsi" w:hAnsiTheme="majorHAnsi" w:cstheme="majorHAnsi"/>
        </w:rPr>
        <w:t xml:space="preserve"> </w:t>
      </w:r>
      <w:r w:rsidR="008F513B" w:rsidRPr="0001451A">
        <w:rPr>
          <w:rStyle w:val="Strong"/>
          <w:rFonts w:asciiTheme="majorHAnsi" w:hAnsiTheme="majorHAnsi" w:cstheme="majorHAnsi"/>
        </w:rPr>
        <w:t>Stakeholders</w:t>
      </w:r>
      <w:r w:rsidRPr="0001451A">
        <w:rPr>
          <w:rStyle w:val="Strong"/>
          <w:rFonts w:asciiTheme="majorHAnsi" w:hAnsiTheme="majorHAnsi" w:cstheme="majorHAnsi"/>
        </w:rPr>
        <w:t>:</w:t>
      </w:r>
      <w:r w:rsidRPr="0001451A">
        <w:rPr>
          <w:rFonts w:asciiTheme="majorHAnsi" w:hAnsiTheme="majorHAnsi" w:cstheme="majorHAnsi"/>
        </w:rPr>
        <w:t xml:space="preserve"> End-users, logistic partners.</w:t>
      </w:r>
    </w:p>
    <w:p w:rsidR="00C24000" w:rsidRPr="0001451A" w:rsidRDefault="00C24000" w:rsidP="00861AE1">
      <w:pPr>
        <w:spacing w:before="100" w:beforeAutospacing="1" w:after="100" w:afterAutospacing="1" w:line="240" w:lineRule="auto"/>
        <w:rPr>
          <w:rFonts w:asciiTheme="majorHAnsi" w:eastAsia="Times New Roman" w:hAnsiTheme="majorHAnsi" w:cstheme="majorHAnsi"/>
          <w:sz w:val="24"/>
          <w:szCs w:val="24"/>
          <w:lang w:val="en-IN" w:eastAsia="en-IN"/>
        </w:rPr>
      </w:pPr>
    </w:p>
    <w:p w:rsidR="00507F0F" w:rsidRPr="0001451A" w:rsidRDefault="00507F0F" w:rsidP="005F0D28">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To ensure effective collaboration, a stakeholder analysis will be conducted using the </w:t>
      </w:r>
      <w:r w:rsidRPr="0001451A">
        <w:rPr>
          <w:rFonts w:asciiTheme="majorHAnsi" w:eastAsia="Times New Roman" w:hAnsiTheme="majorHAnsi" w:cstheme="majorHAnsi"/>
          <w:b/>
          <w:bCs/>
          <w:sz w:val="24"/>
          <w:szCs w:val="24"/>
          <w:lang w:val="en-IN" w:eastAsia="en-IN"/>
        </w:rPr>
        <w:t xml:space="preserve">RACI (Responsible, Accountable, Consulted, </w:t>
      </w:r>
      <w:proofErr w:type="gramStart"/>
      <w:r w:rsidRPr="0001451A">
        <w:rPr>
          <w:rFonts w:asciiTheme="majorHAnsi" w:eastAsia="Times New Roman" w:hAnsiTheme="majorHAnsi" w:cstheme="majorHAnsi"/>
          <w:b/>
          <w:bCs/>
          <w:sz w:val="24"/>
          <w:szCs w:val="24"/>
          <w:lang w:val="en-IN" w:eastAsia="en-IN"/>
        </w:rPr>
        <w:t>Informed</w:t>
      </w:r>
      <w:proofErr w:type="gramEnd"/>
      <w:r w:rsidRPr="0001451A">
        <w:rPr>
          <w:rFonts w:asciiTheme="majorHAnsi" w:eastAsia="Times New Roman" w:hAnsiTheme="majorHAnsi" w:cstheme="majorHAnsi"/>
          <w:b/>
          <w:bCs/>
          <w:sz w:val="24"/>
          <w:szCs w:val="24"/>
          <w:lang w:val="en-IN" w:eastAsia="en-IN"/>
        </w:rPr>
        <w:t>)</w:t>
      </w:r>
      <w:r w:rsidRPr="0001451A">
        <w:rPr>
          <w:rFonts w:asciiTheme="majorHAnsi" w:eastAsia="Times New Roman" w:hAnsiTheme="majorHAnsi" w:cstheme="majorHAnsi"/>
          <w:sz w:val="24"/>
          <w:szCs w:val="24"/>
          <w:lang w:val="en-IN" w:eastAsia="en-IN"/>
        </w:rPr>
        <w:t xml:space="preserve"> matrix and </w:t>
      </w:r>
      <w:r w:rsidRPr="0001451A">
        <w:rPr>
          <w:rFonts w:asciiTheme="majorHAnsi" w:eastAsia="Times New Roman" w:hAnsiTheme="majorHAnsi" w:cstheme="majorHAnsi"/>
          <w:b/>
          <w:bCs/>
          <w:sz w:val="24"/>
          <w:szCs w:val="24"/>
          <w:lang w:val="en-IN" w:eastAsia="en-IN"/>
        </w:rPr>
        <w:t>ILS (Influence, Legitimacy, Stake)</w:t>
      </w:r>
      <w:r w:rsidRPr="0001451A">
        <w:rPr>
          <w:rFonts w:asciiTheme="majorHAnsi" w:eastAsia="Times New Roman" w:hAnsiTheme="majorHAnsi" w:cstheme="majorHAnsi"/>
          <w:sz w:val="24"/>
          <w:szCs w:val="24"/>
          <w:lang w:val="en-IN" w:eastAsia="en-IN"/>
        </w:rPr>
        <w:t xml:space="preserve"> framework.</w:t>
      </w:r>
    </w:p>
    <w:p w:rsidR="008F7EAA" w:rsidRPr="0001451A" w:rsidRDefault="008F7EAA" w:rsidP="005F0D28">
      <w:pPr>
        <w:spacing w:before="100" w:beforeAutospacing="1" w:after="100" w:afterAutospacing="1" w:line="240" w:lineRule="auto"/>
        <w:rPr>
          <w:rFonts w:asciiTheme="majorHAnsi" w:eastAsia="Times New Roman" w:hAnsiTheme="majorHAnsi" w:cstheme="majorHAnsi"/>
          <w:b/>
          <w:sz w:val="24"/>
          <w:szCs w:val="24"/>
          <w:lang w:val="en-IN" w:eastAsia="en-IN"/>
        </w:rPr>
      </w:pPr>
      <w:r w:rsidRPr="0001451A">
        <w:rPr>
          <w:rFonts w:asciiTheme="majorHAnsi" w:eastAsia="Times New Roman" w:hAnsiTheme="majorHAnsi" w:cstheme="majorHAnsi"/>
          <w:b/>
          <w:sz w:val="24"/>
          <w:szCs w:val="24"/>
          <w:lang w:val="en-IN" w:eastAsia="en-IN"/>
        </w:rPr>
        <w:t>RACI Matrix: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17"/>
        <w:gridCol w:w="1201"/>
        <w:gridCol w:w="1748"/>
        <w:gridCol w:w="810"/>
        <w:gridCol w:w="1297"/>
        <w:gridCol w:w="1286"/>
        <w:gridCol w:w="1191"/>
      </w:tblGrid>
      <w:tr w:rsidR="00507F0F" w:rsidRPr="0001451A" w:rsidTr="00507F0F">
        <w:trPr>
          <w:tblCellSpacing w:w="15" w:type="dxa"/>
        </w:trPr>
        <w:tc>
          <w:tcPr>
            <w:tcW w:w="1172"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Stakeholder</w:t>
            </w:r>
          </w:p>
        </w:tc>
        <w:tc>
          <w:tcPr>
            <w:tcW w:w="1171"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Role/</w:t>
            </w:r>
          </w:p>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Designator</w:t>
            </w:r>
          </w:p>
        </w:tc>
        <w:tc>
          <w:tcPr>
            <w:tcW w:w="1718"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Requirements Gathering</w:t>
            </w:r>
          </w:p>
        </w:tc>
        <w:tc>
          <w:tcPr>
            <w:tcW w:w="780"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Design Validation</w:t>
            </w:r>
          </w:p>
        </w:tc>
        <w:tc>
          <w:tcPr>
            <w:tcW w:w="1267"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Development Review</w:t>
            </w:r>
          </w:p>
        </w:tc>
        <w:tc>
          <w:tcPr>
            <w:tcW w:w="1256"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Testing/UAT</w:t>
            </w:r>
          </w:p>
        </w:tc>
        <w:tc>
          <w:tcPr>
            <w:tcW w:w="1146" w:type="dxa"/>
            <w:vAlign w:val="center"/>
            <w:hideMark/>
          </w:tcPr>
          <w:p w:rsidR="00507F0F" w:rsidRPr="0001451A" w:rsidRDefault="00507F0F">
            <w:pPr>
              <w:pStyle w:val="NormalWeb"/>
              <w:jc w:val="center"/>
              <w:rPr>
                <w:rFonts w:asciiTheme="majorHAnsi" w:hAnsiTheme="majorHAnsi" w:cstheme="majorHAnsi"/>
                <w:b/>
                <w:bCs/>
              </w:rPr>
            </w:pPr>
            <w:r w:rsidRPr="0001451A">
              <w:rPr>
                <w:rFonts w:asciiTheme="majorHAnsi" w:hAnsiTheme="majorHAnsi" w:cstheme="majorHAnsi"/>
                <w:b/>
                <w:bCs/>
              </w:rPr>
              <w:t>Sign-Off</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Mr. Henry (SOONY)</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Sponsor</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Mr. Pandu (SOONY)</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Financial Head</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 xml:space="preserve">Mr. </w:t>
            </w:r>
            <w:proofErr w:type="spellStart"/>
            <w:r w:rsidRPr="0001451A">
              <w:rPr>
                <w:rFonts w:asciiTheme="majorHAnsi" w:hAnsiTheme="majorHAnsi" w:cstheme="majorHAnsi"/>
              </w:rPr>
              <w:t>Dooku</w:t>
            </w:r>
            <w:proofErr w:type="spellEnd"/>
            <w:r w:rsidRPr="0001451A">
              <w:rPr>
                <w:rFonts w:asciiTheme="majorHAnsi" w:hAnsiTheme="majorHAnsi" w:cstheme="majorHAnsi"/>
              </w:rPr>
              <w:t xml:space="preserve"> (SOONY)</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Project Coordinator</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Peter, Kevin, Ben</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Stakeholders (Farmers)</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 xml:space="preserve">Mr. </w:t>
            </w:r>
            <w:proofErr w:type="spellStart"/>
            <w:r w:rsidRPr="0001451A">
              <w:rPr>
                <w:rFonts w:asciiTheme="majorHAnsi" w:hAnsiTheme="majorHAnsi" w:cstheme="majorHAnsi"/>
              </w:rPr>
              <w:t>Vandanam</w:t>
            </w:r>
            <w:proofErr w:type="spellEnd"/>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Project Manager</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Accountable</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You (BA)</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Business Analyst</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 xml:space="preserve">Ms. </w:t>
            </w:r>
            <w:proofErr w:type="spellStart"/>
            <w:r w:rsidRPr="0001451A">
              <w:rPr>
                <w:rFonts w:asciiTheme="majorHAnsi" w:hAnsiTheme="majorHAnsi" w:cstheme="majorHAnsi"/>
              </w:rPr>
              <w:t>Juhi</w:t>
            </w:r>
            <w:proofErr w:type="spellEnd"/>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Senior Java Developer</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 xml:space="preserve">Mr. </w:t>
            </w:r>
            <w:proofErr w:type="spellStart"/>
            <w:r w:rsidRPr="0001451A">
              <w:rPr>
                <w:rFonts w:asciiTheme="majorHAnsi" w:hAnsiTheme="majorHAnsi" w:cstheme="majorHAnsi"/>
              </w:rPr>
              <w:t>Teyson</w:t>
            </w:r>
            <w:proofErr w:type="spellEnd"/>
            <w:r w:rsidRPr="0001451A">
              <w:rPr>
                <w:rFonts w:asciiTheme="majorHAnsi" w:hAnsiTheme="majorHAnsi" w:cstheme="majorHAnsi"/>
              </w:rPr>
              <w:t xml:space="preserve">, Ms. </w:t>
            </w:r>
            <w:proofErr w:type="spellStart"/>
            <w:r w:rsidRPr="0001451A">
              <w:rPr>
                <w:rFonts w:asciiTheme="majorHAnsi" w:hAnsiTheme="majorHAnsi" w:cstheme="majorHAnsi"/>
              </w:rPr>
              <w:t>Lucie</w:t>
            </w:r>
            <w:proofErr w:type="spellEnd"/>
            <w:r w:rsidRPr="0001451A">
              <w:rPr>
                <w:rFonts w:asciiTheme="majorHAnsi" w:hAnsiTheme="majorHAnsi" w:cstheme="majorHAnsi"/>
              </w:rPr>
              <w:t>, Mr. Tucker, Mr. Bravo</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Java Developers</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Mr. Mike</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Network Admin</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Mr. John</w:t>
            </w:r>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DB Admin</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r>
      <w:tr w:rsidR="00507F0F" w:rsidRPr="0001451A" w:rsidTr="00507F0F">
        <w:trPr>
          <w:tblCellSpacing w:w="15" w:type="dxa"/>
        </w:trPr>
        <w:tc>
          <w:tcPr>
            <w:tcW w:w="1172"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 xml:space="preserve">Mr. Jason, Ms. </w:t>
            </w:r>
            <w:proofErr w:type="spellStart"/>
            <w:r w:rsidRPr="0001451A">
              <w:rPr>
                <w:rFonts w:asciiTheme="majorHAnsi" w:hAnsiTheme="majorHAnsi" w:cstheme="majorHAnsi"/>
              </w:rPr>
              <w:t>Alekya</w:t>
            </w:r>
            <w:proofErr w:type="spellEnd"/>
          </w:p>
        </w:tc>
        <w:tc>
          <w:tcPr>
            <w:tcW w:w="1171"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Testers</w:t>
            </w:r>
          </w:p>
        </w:tc>
        <w:tc>
          <w:tcPr>
            <w:tcW w:w="1718"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Informed</w:t>
            </w:r>
          </w:p>
        </w:tc>
        <w:tc>
          <w:tcPr>
            <w:tcW w:w="780"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67"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c>
          <w:tcPr>
            <w:tcW w:w="125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Responsible</w:t>
            </w:r>
          </w:p>
        </w:tc>
        <w:tc>
          <w:tcPr>
            <w:tcW w:w="1146" w:type="dxa"/>
            <w:vAlign w:val="center"/>
            <w:hideMark/>
          </w:tcPr>
          <w:p w:rsidR="00507F0F" w:rsidRPr="0001451A" w:rsidRDefault="00507F0F">
            <w:pPr>
              <w:pStyle w:val="NormalWeb"/>
              <w:rPr>
                <w:rFonts w:asciiTheme="majorHAnsi" w:hAnsiTheme="majorHAnsi" w:cstheme="majorHAnsi"/>
              </w:rPr>
            </w:pPr>
            <w:r w:rsidRPr="0001451A">
              <w:rPr>
                <w:rFonts w:asciiTheme="majorHAnsi" w:hAnsiTheme="majorHAnsi" w:cstheme="majorHAnsi"/>
              </w:rPr>
              <w:t>Consulted</w:t>
            </w:r>
          </w:p>
        </w:tc>
      </w:tr>
    </w:tbl>
    <w:p w:rsidR="00CC5815" w:rsidRPr="0001451A" w:rsidRDefault="007D58A9" w:rsidP="009924B5">
      <w:pPr>
        <w:pStyle w:val="NormalWeb"/>
        <w:jc w:val="both"/>
        <w:rPr>
          <w:rFonts w:asciiTheme="majorHAnsi" w:hAnsiTheme="majorHAnsi" w:cstheme="majorHAnsi"/>
          <w:b/>
          <w:i/>
        </w:rPr>
      </w:pPr>
      <w:r w:rsidRPr="0001451A">
        <w:rPr>
          <w:rFonts w:asciiTheme="majorHAnsi" w:hAnsiTheme="majorHAnsi" w:cstheme="majorHAnsi"/>
          <w:b/>
        </w:rPr>
        <w:lastRenderedPageBreak/>
        <w:t>ILS</w:t>
      </w:r>
    </w:p>
    <w:p w:rsidR="009924B5" w:rsidRPr="0001451A" w:rsidRDefault="009924B5" w:rsidP="009C44AF">
      <w:pPr>
        <w:pStyle w:val="NormalWeb"/>
        <w:numPr>
          <w:ilvl w:val="0"/>
          <w:numId w:val="22"/>
        </w:numPr>
        <w:rPr>
          <w:rFonts w:asciiTheme="majorHAnsi" w:hAnsiTheme="majorHAnsi" w:cstheme="majorHAnsi"/>
        </w:rPr>
      </w:pPr>
      <w:r w:rsidRPr="0001451A">
        <w:rPr>
          <w:rStyle w:val="Strong"/>
          <w:rFonts w:asciiTheme="majorHAnsi" w:hAnsiTheme="majorHAnsi" w:cstheme="majorHAnsi"/>
        </w:rPr>
        <w:t>Influence</w:t>
      </w:r>
      <w:r w:rsidRPr="0001451A">
        <w:rPr>
          <w:rFonts w:asciiTheme="majorHAnsi" w:hAnsiTheme="majorHAnsi" w:cstheme="majorHAnsi"/>
        </w:rPr>
        <w:t xml:space="preserve">: Mr. Henry, Mr. Pandu, and Mr. </w:t>
      </w:r>
      <w:proofErr w:type="spellStart"/>
      <w:r w:rsidRPr="0001451A">
        <w:rPr>
          <w:rFonts w:asciiTheme="majorHAnsi" w:hAnsiTheme="majorHAnsi" w:cstheme="majorHAnsi"/>
        </w:rPr>
        <w:t>Dooku</w:t>
      </w:r>
      <w:proofErr w:type="spellEnd"/>
      <w:r w:rsidRPr="0001451A">
        <w:rPr>
          <w:rFonts w:asciiTheme="majorHAnsi" w:hAnsiTheme="majorHAnsi" w:cstheme="majorHAnsi"/>
        </w:rPr>
        <w:t xml:space="preserve"> have high influence due to their roles in SOONY. Peter, Kevin, and Ben have moderate influence as key stakeholders representing farmers.</w:t>
      </w:r>
    </w:p>
    <w:p w:rsidR="009924B5" w:rsidRPr="0001451A" w:rsidRDefault="009924B5" w:rsidP="009C44AF">
      <w:pPr>
        <w:pStyle w:val="NormalWeb"/>
        <w:numPr>
          <w:ilvl w:val="0"/>
          <w:numId w:val="22"/>
        </w:numPr>
        <w:rPr>
          <w:rFonts w:asciiTheme="majorHAnsi" w:hAnsiTheme="majorHAnsi" w:cstheme="majorHAnsi"/>
        </w:rPr>
      </w:pPr>
      <w:r w:rsidRPr="0001451A">
        <w:rPr>
          <w:rStyle w:val="Strong"/>
          <w:rFonts w:asciiTheme="majorHAnsi" w:hAnsiTheme="majorHAnsi" w:cstheme="majorHAnsi"/>
        </w:rPr>
        <w:t>Legitimacy</w:t>
      </w:r>
      <w:r w:rsidRPr="0001451A">
        <w:rPr>
          <w:rFonts w:asciiTheme="majorHAnsi" w:hAnsiTheme="majorHAnsi" w:cstheme="majorHAnsi"/>
        </w:rPr>
        <w:t xml:space="preserve">: All stakeholders have legitimate stakes as they </w:t>
      </w:r>
      <w:proofErr w:type="gramStart"/>
      <w:r w:rsidRPr="0001451A">
        <w:rPr>
          <w:rFonts w:asciiTheme="majorHAnsi" w:hAnsiTheme="majorHAnsi" w:cstheme="majorHAnsi"/>
        </w:rPr>
        <w:t>are either</w:t>
      </w:r>
      <w:proofErr w:type="gramEnd"/>
      <w:r w:rsidRPr="0001451A">
        <w:rPr>
          <w:rFonts w:asciiTheme="majorHAnsi" w:hAnsiTheme="majorHAnsi" w:cstheme="majorHAnsi"/>
        </w:rPr>
        <w:t xml:space="preserve"> funding the project (SOONY) or are end-users (farmers).</w:t>
      </w:r>
    </w:p>
    <w:p w:rsidR="009924B5" w:rsidRPr="0001451A" w:rsidRDefault="009924B5" w:rsidP="009C44AF">
      <w:pPr>
        <w:pStyle w:val="NormalWeb"/>
        <w:numPr>
          <w:ilvl w:val="0"/>
          <w:numId w:val="22"/>
        </w:numPr>
        <w:rPr>
          <w:rFonts w:asciiTheme="majorHAnsi" w:hAnsiTheme="majorHAnsi" w:cstheme="majorHAnsi"/>
        </w:rPr>
      </w:pPr>
      <w:r w:rsidRPr="0001451A">
        <w:rPr>
          <w:rStyle w:val="Strong"/>
          <w:rFonts w:asciiTheme="majorHAnsi" w:hAnsiTheme="majorHAnsi" w:cstheme="majorHAnsi"/>
        </w:rPr>
        <w:t>Stake</w:t>
      </w:r>
      <w:r w:rsidRPr="0001451A">
        <w:rPr>
          <w:rFonts w:asciiTheme="majorHAnsi" w:hAnsiTheme="majorHAnsi" w:cstheme="majorHAnsi"/>
        </w:rPr>
        <w:t>: Farmers (Peter, Kevin, Ben) have a high stake in usability and accessibility. SOONY has a high stake in CSR alignment and project success.</w:t>
      </w:r>
    </w:p>
    <w:p w:rsidR="009924B5" w:rsidRPr="0001451A" w:rsidRDefault="009924B5" w:rsidP="009924B5">
      <w:pPr>
        <w:pStyle w:val="NormalWeb"/>
        <w:rPr>
          <w:rFonts w:asciiTheme="majorHAnsi" w:hAnsiTheme="majorHAnsi" w:cstheme="majorHAnsi"/>
        </w:rPr>
      </w:pPr>
      <w:r w:rsidRPr="0001451A">
        <w:rPr>
          <w:rStyle w:val="Strong"/>
          <w:rFonts w:asciiTheme="majorHAnsi" w:hAnsiTheme="majorHAnsi" w:cstheme="majorHAnsi"/>
        </w:rPr>
        <w:t>Process</w:t>
      </w:r>
      <w:r w:rsidRPr="0001451A">
        <w:rPr>
          <w:rFonts w:asciiTheme="majorHAnsi" w:hAnsiTheme="majorHAnsi" w:cstheme="majorHAnsi"/>
        </w:rPr>
        <w:t>:</w:t>
      </w:r>
    </w:p>
    <w:p w:rsidR="009924B5" w:rsidRPr="0001451A" w:rsidRDefault="009924B5" w:rsidP="009C44AF">
      <w:pPr>
        <w:pStyle w:val="NormalWeb"/>
        <w:numPr>
          <w:ilvl w:val="0"/>
          <w:numId w:val="23"/>
        </w:numPr>
        <w:rPr>
          <w:rFonts w:asciiTheme="majorHAnsi" w:hAnsiTheme="majorHAnsi" w:cstheme="majorHAnsi"/>
        </w:rPr>
      </w:pPr>
      <w:r w:rsidRPr="0001451A">
        <w:rPr>
          <w:rFonts w:asciiTheme="majorHAnsi" w:hAnsiTheme="majorHAnsi" w:cstheme="majorHAnsi"/>
        </w:rPr>
        <w:t xml:space="preserve">Create the RACI matrix during the project initiation phase and share it with Mr. </w:t>
      </w:r>
      <w:proofErr w:type="spellStart"/>
      <w:r w:rsidRPr="0001451A">
        <w:rPr>
          <w:rFonts w:asciiTheme="majorHAnsi" w:hAnsiTheme="majorHAnsi" w:cstheme="majorHAnsi"/>
        </w:rPr>
        <w:t>Vandanam</w:t>
      </w:r>
      <w:proofErr w:type="spellEnd"/>
      <w:r w:rsidRPr="0001451A">
        <w:rPr>
          <w:rFonts w:asciiTheme="majorHAnsi" w:hAnsiTheme="majorHAnsi" w:cstheme="majorHAnsi"/>
        </w:rPr>
        <w:t xml:space="preserve"> for approval.</w:t>
      </w:r>
    </w:p>
    <w:p w:rsidR="009924B5" w:rsidRPr="0001451A" w:rsidRDefault="009924B5" w:rsidP="009C44AF">
      <w:pPr>
        <w:pStyle w:val="NormalWeb"/>
        <w:numPr>
          <w:ilvl w:val="0"/>
          <w:numId w:val="23"/>
        </w:numPr>
        <w:rPr>
          <w:rFonts w:asciiTheme="majorHAnsi" w:hAnsiTheme="majorHAnsi" w:cstheme="majorHAnsi"/>
        </w:rPr>
      </w:pPr>
      <w:r w:rsidRPr="0001451A">
        <w:rPr>
          <w:rFonts w:asciiTheme="majorHAnsi" w:hAnsiTheme="majorHAnsi" w:cstheme="majorHAnsi"/>
        </w:rPr>
        <w:t>Use the ILS framework to prioritize stakeholder engagement based on their influence and stake.</w:t>
      </w:r>
    </w:p>
    <w:p w:rsidR="0018091E" w:rsidRPr="0001451A" w:rsidRDefault="009924B5" w:rsidP="009C44AF">
      <w:pPr>
        <w:pStyle w:val="NormalWeb"/>
        <w:numPr>
          <w:ilvl w:val="0"/>
          <w:numId w:val="23"/>
        </w:numPr>
        <w:rPr>
          <w:rFonts w:asciiTheme="majorHAnsi" w:hAnsiTheme="majorHAnsi" w:cstheme="majorHAnsi"/>
        </w:rPr>
      </w:pPr>
      <w:r w:rsidRPr="0001451A">
        <w:rPr>
          <w:rFonts w:asciiTheme="majorHAnsi" w:hAnsiTheme="majorHAnsi" w:cstheme="majorHAnsi"/>
        </w:rPr>
        <w:t>Update the RACI matrix quarterly to reflect changes in roles or responsibilities.</w:t>
      </w:r>
    </w:p>
    <w:p w:rsidR="00540C7D" w:rsidRPr="0001451A" w:rsidRDefault="00540C7D" w:rsidP="00540C7D">
      <w:pPr>
        <w:pStyle w:val="NormalWeb"/>
        <w:rPr>
          <w:rFonts w:asciiTheme="majorHAnsi" w:hAnsiTheme="majorHAnsi" w:cstheme="majorHAnsi"/>
          <w:b/>
        </w:rPr>
      </w:pPr>
      <w:r w:rsidRPr="0001451A">
        <w:rPr>
          <w:rFonts w:asciiTheme="majorHAnsi" w:hAnsiTheme="majorHAnsi" w:cstheme="majorHAnsi"/>
          <w:b/>
        </w:rPr>
        <w:t>Documents to Write:</w:t>
      </w:r>
    </w:p>
    <w:p w:rsidR="0018091E" w:rsidRPr="0001451A" w:rsidRDefault="0018091E" w:rsidP="0018091E">
      <w:pPr>
        <w:pStyle w:val="NormalWeb"/>
        <w:rPr>
          <w:rFonts w:asciiTheme="majorHAnsi" w:hAnsiTheme="majorHAnsi" w:cstheme="majorHAnsi"/>
        </w:rPr>
      </w:pPr>
      <w:r w:rsidRPr="0001451A">
        <w:rPr>
          <w:rFonts w:asciiTheme="majorHAnsi" w:hAnsiTheme="majorHAnsi" w:cstheme="majorHAnsi"/>
        </w:rPr>
        <w:t xml:space="preserve">The following documents </w:t>
      </w:r>
      <w:proofErr w:type="gramStart"/>
      <w:r w:rsidRPr="0001451A">
        <w:rPr>
          <w:rFonts w:asciiTheme="majorHAnsi" w:hAnsiTheme="majorHAnsi" w:cstheme="majorHAnsi"/>
        </w:rPr>
        <w:t>will be created</w:t>
      </w:r>
      <w:proofErr w:type="gramEnd"/>
      <w:r w:rsidRPr="0001451A">
        <w:rPr>
          <w:rFonts w:asciiTheme="majorHAnsi" w:hAnsiTheme="majorHAnsi" w:cstheme="majorHAnsi"/>
        </w:rPr>
        <w:t xml:space="preserve"> to ensure clarity, traceability, and alignment with project goals:</w:t>
      </w:r>
    </w:p>
    <w:p w:rsidR="0018091E" w:rsidRPr="0001451A" w:rsidRDefault="0018091E" w:rsidP="009C44AF">
      <w:pPr>
        <w:pStyle w:val="NormalWeb"/>
        <w:numPr>
          <w:ilvl w:val="0"/>
          <w:numId w:val="24"/>
        </w:numPr>
        <w:rPr>
          <w:rFonts w:asciiTheme="majorHAnsi" w:hAnsiTheme="majorHAnsi" w:cstheme="majorHAnsi"/>
        </w:rPr>
      </w:pPr>
      <w:r w:rsidRPr="0001451A">
        <w:rPr>
          <w:rStyle w:val="Strong"/>
          <w:rFonts w:asciiTheme="majorHAnsi" w:hAnsiTheme="majorHAnsi" w:cstheme="majorHAnsi"/>
        </w:rPr>
        <w:t>Business Requirements Document (BRD)</w:t>
      </w:r>
      <w:r w:rsidRPr="0001451A">
        <w:rPr>
          <w:rFonts w:asciiTheme="majorHAnsi" w:hAnsiTheme="majorHAnsi" w:cstheme="majorHAnsi"/>
        </w:rPr>
        <w:t>: Outlines high-level requirements, including CSR objectives (e.g., facilitating farmers, manufacturer integration), business rules, and success criteria.</w:t>
      </w:r>
    </w:p>
    <w:p w:rsidR="0018091E" w:rsidRPr="0001451A" w:rsidRDefault="0018091E" w:rsidP="009C44AF">
      <w:pPr>
        <w:pStyle w:val="NormalWeb"/>
        <w:numPr>
          <w:ilvl w:val="0"/>
          <w:numId w:val="24"/>
        </w:numPr>
        <w:rPr>
          <w:rFonts w:asciiTheme="majorHAnsi" w:hAnsiTheme="majorHAnsi" w:cstheme="majorHAnsi"/>
        </w:rPr>
      </w:pPr>
      <w:r w:rsidRPr="0001451A">
        <w:rPr>
          <w:rStyle w:val="Strong"/>
          <w:rFonts w:asciiTheme="majorHAnsi" w:hAnsiTheme="majorHAnsi" w:cstheme="majorHAnsi"/>
        </w:rPr>
        <w:t>Functional Requirements Specification (FRS)</w:t>
      </w:r>
      <w:r w:rsidRPr="0001451A">
        <w:rPr>
          <w:rFonts w:asciiTheme="majorHAnsi" w:hAnsiTheme="majorHAnsi" w:cstheme="majorHAnsi"/>
        </w:rPr>
        <w:t>: Details functional requirements (e.g., product browsing, order tracking) and non-functional requirements (e.g., low-bandwidth performance, security).</w:t>
      </w:r>
    </w:p>
    <w:p w:rsidR="005F14CB" w:rsidRPr="0001451A" w:rsidRDefault="00540C7D" w:rsidP="009C44AF">
      <w:pPr>
        <w:pStyle w:val="ListParagraph"/>
        <w:numPr>
          <w:ilvl w:val="0"/>
          <w:numId w:val="24"/>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UAT Plan and Report</w:t>
      </w:r>
      <w:r w:rsidRPr="0001451A">
        <w:rPr>
          <w:rFonts w:asciiTheme="majorHAnsi" w:eastAsia="Times New Roman" w:hAnsiTheme="majorHAnsi" w:cstheme="majorHAnsi"/>
          <w:sz w:val="24"/>
          <w:szCs w:val="24"/>
          <w:lang w:val="en-IN" w:eastAsia="en-IN"/>
        </w:rPr>
        <w:t>: Defines UAT scope, test scenarios, and results, including stakeholder feedback.</w:t>
      </w:r>
    </w:p>
    <w:p w:rsidR="00F270AA" w:rsidRPr="0001451A" w:rsidRDefault="00F270AA" w:rsidP="00F270AA">
      <w:pPr>
        <w:spacing w:before="100" w:beforeAutospacing="1" w:after="100" w:afterAutospacing="1" w:line="240" w:lineRule="auto"/>
        <w:rPr>
          <w:rFonts w:asciiTheme="majorHAnsi" w:eastAsia="Times New Roman" w:hAnsiTheme="majorHAnsi" w:cstheme="majorHAnsi"/>
          <w:b/>
          <w:sz w:val="24"/>
          <w:szCs w:val="24"/>
          <w:lang w:val="en-IN" w:eastAsia="en-IN"/>
        </w:rPr>
      </w:pPr>
      <w:r w:rsidRPr="0001451A">
        <w:rPr>
          <w:rFonts w:asciiTheme="majorHAnsi" w:eastAsia="Times New Roman" w:hAnsiTheme="majorHAnsi" w:cstheme="majorHAnsi"/>
          <w:b/>
          <w:sz w:val="24"/>
          <w:szCs w:val="24"/>
          <w:lang w:val="en-IN" w:eastAsia="en-IN"/>
        </w:rPr>
        <w:t>Process to Sign-off on Documents:</w:t>
      </w:r>
    </w:p>
    <w:p w:rsidR="005F14CB" w:rsidRPr="0001451A" w:rsidRDefault="005F14CB" w:rsidP="005F14CB">
      <w:pPr>
        <w:pStyle w:val="NormalWeb"/>
        <w:rPr>
          <w:rFonts w:asciiTheme="majorHAnsi" w:hAnsiTheme="majorHAnsi" w:cstheme="majorHAnsi"/>
        </w:rPr>
      </w:pPr>
      <w:r w:rsidRPr="0001451A">
        <w:rPr>
          <w:rFonts w:asciiTheme="majorHAnsi" w:hAnsiTheme="majorHAnsi" w:cstheme="majorHAnsi"/>
        </w:rPr>
        <w:t>To ensure documents are validated and approved:</w:t>
      </w:r>
    </w:p>
    <w:p w:rsidR="005F14CB" w:rsidRPr="0001451A" w:rsidRDefault="005F14CB" w:rsidP="009C44AF">
      <w:pPr>
        <w:pStyle w:val="NormalWeb"/>
        <w:numPr>
          <w:ilvl w:val="0"/>
          <w:numId w:val="25"/>
        </w:numPr>
        <w:rPr>
          <w:rFonts w:asciiTheme="majorHAnsi" w:hAnsiTheme="majorHAnsi" w:cstheme="majorHAnsi"/>
        </w:rPr>
      </w:pPr>
      <w:r w:rsidRPr="0001451A">
        <w:rPr>
          <w:rStyle w:val="Strong"/>
          <w:rFonts w:asciiTheme="majorHAnsi" w:hAnsiTheme="majorHAnsi" w:cstheme="majorHAnsi"/>
        </w:rPr>
        <w:t>Draft and Review</w:t>
      </w:r>
      <w:r w:rsidRPr="0001451A">
        <w:rPr>
          <w:rFonts w:asciiTheme="majorHAnsi" w:hAnsiTheme="majorHAnsi" w:cstheme="majorHAnsi"/>
        </w:rPr>
        <w:t xml:space="preserve">: Prepare documents (e.g., BRD, FRS) and conduct internal reviews with Mr. </w:t>
      </w:r>
      <w:proofErr w:type="spellStart"/>
      <w:r w:rsidRPr="0001451A">
        <w:rPr>
          <w:rFonts w:asciiTheme="majorHAnsi" w:hAnsiTheme="majorHAnsi" w:cstheme="majorHAnsi"/>
        </w:rPr>
        <w:t>Vandanam</w:t>
      </w:r>
      <w:proofErr w:type="spellEnd"/>
      <w:r w:rsidRPr="0001451A">
        <w:rPr>
          <w:rFonts w:asciiTheme="majorHAnsi" w:hAnsiTheme="majorHAnsi" w:cstheme="majorHAnsi"/>
        </w:rPr>
        <w:t xml:space="preserve"> and Ms. </w:t>
      </w:r>
      <w:proofErr w:type="spellStart"/>
      <w:r w:rsidRPr="0001451A">
        <w:rPr>
          <w:rFonts w:asciiTheme="majorHAnsi" w:hAnsiTheme="majorHAnsi" w:cstheme="majorHAnsi"/>
        </w:rPr>
        <w:t>Juhi</w:t>
      </w:r>
      <w:proofErr w:type="spellEnd"/>
      <w:r w:rsidRPr="0001451A">
        <w:rPr>
          <w:rFonts w:asciiTheme="majorHAnsi" w:hAnsiTheme="majorHAnsi" w:cstheme="majorHAnsi"/>
        </w:rPr>
        <w:t xml:space="preserve"> to ensure technical feasibility.</w:t>
      </w:r>
    </w:p>
    <w:p w:rsidR="00EA789F" w:rsidRPr="0001451A" w:rsidRDefault="005F14CB" w:rsidP="009C44AF">
      <w:pPr>
        <w:pStyle w:val="NormalWeb"/>
        <w:numPr>
          <w:ilvl w:val="0"/>
          <w:numId w:val="25"/>
        </w:numPr>
        <w:rPr>
          <w:rFonts w:asciiTheme="majorHAnsi" w:hAnsiTheme="majorHAnsi" w:cstheme="majorHAnsi"/>
        </w:rPr>
      </w:pPr>
      <w:r w:rsidRPr="0001451A">
        <w:rPr>
          <w:rStyle w:val="Strong"/>
          <w:rFonts w:asciiTheme="majorHAnsi" w:hAnsiTheme="majorHAnsi" w:cstheme="majorHAnsi"/>
        </w:rPr>
        <w:t>Stakeholder Review</w:t>
      </w:r>
      <w:r w:rsidRPr="0001451A">
        <w:rPr>
          <w:rFonts w:asciiTheme="majorHAnsi" w:hAnsiTheme="majorHAnsi" w:cstheme="majorHAnsi"/>
        </w:rPr>
        <w:t xml:space="preserve">: Share documents with stakeholders (Peter, Kevin, Ben, </w:t>
      </w:r>
      <w:proofErr w:type="gramStart"/>
      <w:r w:rsidRPr="0001451A">
        <w:rPr>
          <w:rFonts w:asciiTheme="majorHAnsi" w:hAnsiTheme="majorHAnsi" w:cstheme="majorHAnsi"/>
        </w:rPr>
        <w:t>SOONY</w:t>
      </w:r>
      <w:proofErr w:type="gramEnd"/>
      <w:r w:rsidRPr="0001451A">
        <w:rPr>
          <w:rFonts w:asciiTheme="majorHAnsi" w:hAnsiTheme="majorHAnsi" w:cstheme="majorHAnsi"/>
        </w:rPr>
        <w:t xml:space="preserve"> Committee) via email or workshops for feedback.</w:t>
      </w:r>
    </w:p>
    <w:p w:rsidR="00102F1C" w:rsidRPr="0001451A" w:rsidRDefault="00102F1C" w:rsidP="00102F1C">
      <w:pPr>
        <w:pStyle w:val="NormalWeb"/>
        <w:rPr>
          <w:rFonts w:asciiTheme="majorHAnsi" w:hAnsiTheme="majorHAnsi" w:cstheme="majorHAnsi"/>
        </w:rPr>
      </w:pPr>
      <w:r w:rsidRPr="0001451A">
        <w:rPr>
          <w:rStyle w:val="Strong"/>
          <w:rFonts w:asciiTheme="majorHAnsi" w:hAnsiTheme="majorHAnsi" w:cstheme="majorHAnsi"/>
        </w:rPr>
        <w:t xml:space="preserve">Approval </w:t>
      </w:r>
      <w:proofErr w:type="gramStart"/>
      <w:r w:rsidRPr="0001451A">
        <w:rPr>
          <w:rStyle w:val="Strong"/>
          <w:rFonts w:asciiTheme="majorHAnsi" w:hAnsiTheme="majorHAnsi" w:cstheme="majorHAnsi"/>
        </w:rPr>
        <w:t>And</w:t>
      </w:r>
      <w:proofErr w:type="gramEnd"/>
      <w:r w:rsidRPr="0001451A">
        <w:rPr>
          <w:rStyle w:val="Strong"/>
          <w:rFonts w:asciiTheme="majorHAnsi" w:hAnsiTheme="majorHAnsi" w:cstheme="majorHAnsi"/>
        </w:rPr>
        <w:t xml:space="preserve"> Sign</w:t>
      </w:r>
      <w:r w:rsidRPr="0001451A">
        <w:rPr>
          <w:rFonts w:asciiTheme="majorHAnsi" w:hAnsiTheme="majorHAnsi" w:cstheme="majorHAnsi"/>
        </w:rPr>
        <w:t>-</w:t>
      </w:r>
      <w:r w:rsidRPr="0001451A">
        <w:rPr>
          <w:rFonts w:asciiTheme="majorHAnsi" w:hAnsiTheme="majorHAnsi" w:cstheme="majorHAnsi"/>
          <w:b/>
        </w:rPr>
        <w:t>off Process</w:t>
      </w:r>
      <w:r w:rsidRPr="0001451A">
        <w:rPr>
          <w:rFonts w:asciiTheme="majorHAnsi" w:hAnsiTheme="majorHAnsi" w:cstheme="majorHAnsi"/>
        </w:rPr>
        <w:t>:</w:t>
      </w:r>
    </w:p>
    <w:p w:rsidR="00102F1C" w:rsidRPr="0001451A" w:rsidRDefault="00102F1C" w:rsidP="009C44AF">
      <w:pPr>
        <w:pStyle w:val="NormalWeb"/>
        <w:numPr>
          <w:ilvl w:val="0"/>
          <w:numId w:val="27"/>
        </w:numPr>
        <w:rPr>
          <w:rFonts w:asciiTheme="majorHAnsi" w:hAnsiTheme="majorHAnsi" w:cstheme="majorHAnsi"/>
        </w:rPr>
      </w:pPr>
      <w:r w:rsidRPr="0001451A">
        <w:rPr>
          <w:rFonts w:asciiTheme="majorHAnsi" w:hAnsiTheme="majorHAnsi" w:cstheme="majorHAnsi"/>
          <w:b/>
          <w:bCs/>
        </w:rPr>
        <w:lastRenderedPageBreak/>
        <w:t>Prepare Approval Packages</w:t>
      </w:r>
      <w:r w:rsidRPr="0001451A">
        <w:rPr>
          <w:rFonts w:asciiTheme="majorHAnsi" w:hAnsiTheme="majorHAnsi" w:cstheme="majorHAnsi"/>
        </w:rPr>
        <w:t>: Compile documents (e.g., BRD, FRS, prototypes) with a cover letter summarizing key points and alignment with CSR goals.</w:t>
      </w:r>
    </w:p>
    <w:p w:rsidR="00EA789F"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Circulate draft documents to relevant stakeholders.</w:t>
      </w:r>
    </w:p>
    <w:p w:rsidR="00102F1C" w:rsidRPr="0001451A" w:rsidRDefault="00102F1C" w:rsidP="009C44AF">
      <w:pPr>
        <w:pStyle w:val="ListParagraph"/>
        <w:numPr>
          <w:ilvl w:val="0"/>
          <w:numId w:val="27"/>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Stakeholder Review</w:t>
      </w:r>
      <w:r w:rsidRPr="0001451A">
        <w:rPr>
          <w:rFonts w:asciiTheme="majorHAnsi" w:eastAsia="Times New Roman" w:hAnsiTheme="majorHAnsi" w:cstheme="majorHAnsi"/>
          <w:sz w:val="24"/>
          <w:szCs w:val="24"/>
          <w:lang w:val="en-IN" w:eastAsia="en-IN"/>
        </w:rPr>
        <w:t xml:space="preserve">: Share documents with stakeholders (Peter, Kevin, Ben, </w:t>
      </w:r>
      <w:proofErr w:type="gramStart"/>
      <w:r w:rsidRPr="0001451A">
        <w:rPr>
          <w:rFonts w:asciiTheme="majorHAnsi" w:eastAsia="Times New Roman" w:hAnsiTheme="majorHAnsi" w:cstheme="majorHAnsi"/>
          <w:sz w:val="24"/>
          <w:szCs w:val="24"/>
          <w:lang w:val="en-IN" w:eastAsia="en-IN"/>
        </w:rPr>
        <w:t>SOONY</w:t>
      </w:r>
      <w:proofErr w:type="gramEnd"/>
      <w:r w:rsidRPr="0001451A">
        <w:rPr>
          <w:rFonts w:asciiTheme="majorHAnsi" w:eastAsia="Times New Roman" w:hAnsiTheme="majorHAnsi" w:cstheme="majorHAnsi"/>
          <w:sz w:val="24"/>
          <w:szCs w:val="24"/>
          <w:lang w:val="en-IN" w:eastAsia="en-IN"/>
        </w:rPr>
        <w:t xml:space="preserve"> Committee) via email or workshops for feedback.</w:t>
      </w:r>
    </w:p>
    <w:p w:rsidR="00EA789F"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Conduct review meetings to address feedback.</w:t>
      </w:r>
    </w:p>
    <w:p w:rsidR="00EA789F"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 xml:space="preserve">Obtain </w:t>
      </w:r>
      <w:r w:rsidRPr="0001451A">
        <w:rPr>
          <w:rStyle w:val="Strong"/>
          <w:rFonts w:asciiTheme="majorHAnsi" w:hAnsiTheme="majorHAnsi" w:cstheme="majorHAnsi"/>
        </w:rPr>
        <w:t>formal email or signed approval</w:t>
      </w:r>
      <w:r w:rsidRPr="0001451A">
        <w:rPr>
          <w:rFonts w:asciiTheme="majorHAnsi" w:hAnsiTheme="majorHAnsi" w:cstheme="majorHAnsi"/>
        </w:rPr>
        <w:t xml:space="preserve"> from:</w:t>
      </w:r>
    </w:p>
    <w:p w:rsidR="00EA789F"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Project Sponsor (Mr Henry)</w:t>
      </w:r>
    </w:p>
    <w:p w:rsidR="00EA789F"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 xml:space="preserve">Project Manager (Mr </w:t>
      </w:r>
      <w:proofErr w:type="spellStart"/>
      <w:r w:rsidRPr="0001451A">
        <w:rPr>
          <w:rFonts w:asciiTheme="majorHAnsi" w:hAnsiTheme="majorHAnsi" w:cstheme="majorHAnsi"/>
        </w:rPr>
        <w:t>Vandanam</w:t>
      </w:r>
      <w:proofErr w:type="spellEnd"/>
      <w:r w:rsidRPr="0001451A">
        <w:rPr>
          <w:rFonts w:asciiTheme="majorHAnsi" w:hAnsiTheme="majorHAnsi" w:cstheme="majorHAnsi"/>
        </w:rPr>
        <w:t>)</w:t>
      </w:r>
    </w:p>
    <w:p w:rsidR="00EA789F"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Technical Leads (for technical feasibility)</w:t>
      </w:r>
    </w:p>
    <w:p w:rsidR="00393DA0" w:rsidRPr="0001451A" w:rsidRDefault="00EA789F" w:rsidP="009C44AF">
      <w:pPr>
        <w:pStyle w:val="NormalWeb"/>
        <w:numPr>
          <w:ilvl w:val="0"/>
          <w:numId w:val="27"/>
        </w:numPr>
        <w:rPr>
          <w:rFonts w:asciiTheme="majorHAnsi" w:hAnsiTheme="majorHAnsi" w:cstheme="majorHAnsi"/>
        </w:rPr>
      </w:pPr>
      <w:r w:rsidRPr="0001451A">
        <w:rPr>
          <w:rFonts w:asciiTheme="majorHAnsi" w:hAnsiTheme="majorHAnsi" w:cstheme="majorHAnsi"/>
        </w:rPr>
        <w:t>Store signed versions in the project repository.</w:t>
      </w:r>
    </w:p>
    <w:p w:rsidR="00B4516F" w:rsidRPr="0001451A" w:rsidRDefault="00B4516F" w:rsidP="00B4516F">
      <w:pPr>
        <w:pStyle w:val="NormalWeb"/>
        <w:rPr>
          <w:rFonts w:asciiTheme="majorHAnsi" w:hAnsiTheme="majorHAnsi" w:cstheme="majorHAnsi"/>
          <w:b/>
        </w:rPr>
      </w:pPr>
      <w:r w:rsidRPr="0001451A">
        <w:rPr>
          <w:rFonts w:asciiTheme="majorHAnsi" w:hAnsiTheme="majorHAnsi" w:cstheme="majorHAnsi"/>
          <w:b/>
        </w:rPr>
        <w:t>Communication Plan</w:t>
      </w:r>
    </w:p>
    <w:p w:rsidR="00393DA0" w:rsidRPr="0001451A" w:rsidRDefault="00393DA0" w:rsidP="009C44AF">
      <w:pPr>
        <w:pStyle w:val="NormalWeb"/>
        <w:numPr>
          <w:ilvl w:val="0"/>
          <w:numId w:val="28"/>
        </w:numPr>
        <w:rPr>
          <w:rFonts w:asciiTheme="majorHAnsi" w:hAnsiTheme="majorHAnsi" w:cstheme="majorHAnsi"/>
        </w:rPr>
      </w:pPr>
      <w:r w:rsidRPr="0001451A">
        <w:rPr>
          <w:rStyle w:val="Strong"/>
          <w:rFonts w:asciiTheme="majorHAnsi" w:hAnsiTheme="majorHAnsi" w:cstheme="majorHAnsi"/>
          <w:b w:val="0"/>
        </w:rPr>
        <w:t>Weekly Status Calls</w:t>
      </w:r>
      <w:r w:rsidRPr="0001451A">
        <w:rPr>
          <w:rFonts w:asciiTheme="majorHAnsi" w:hAnsiTheme="majorHAnsi" w:cstheme="majorHAnsi"/>
        </w:rPr>
        <w:t xml:space="preserve"> with the project team.</w:t>
      </w:r>
    </w:p>
    <w:p w:rsidR="00393DA0" w:rsidRPr="0001451A" w:rsidRDefault="00393DA0" w:rsidP="009C44AF">
      <w:pPr>
        <w:pStyle w:val="NormalWeb"/>
        <w:numPr>
          <w:ilvl w:val="0"/>
          <w:numId w:val="28"/>
        </w:numPr>
        <w:rPr>
          <w:rFonts w:asciiTheme="majorHAnsi" w:hAnsiTheme="majorHAnsi" w:cstheme="majorHAnsi"/>
        </w:rPr>
      </w:pPr>
      <w:r w:rsidRPr="0001451A">
        <w:rPr>
          <w:rStyle w:val="Strong"/>
          <w:rFonts w:asciiTheme="majorHAnsi" w:hAnsiTheme="majorHAnsi" w:cstheme="majorHAnsi"/>
          <w:b w:val="0"/>
        </w:rPr>
        <w:t>Bi-weekly Progress Reports</w:t>
      </w:r>
      <w:r w:rsidRPr="0001451A">
        <w:rPr>
          <w:rFonts w:asciiTheme="majorHAnsi" w:hAnsiTheme="majorHAnsi" w:cstheme="majorHAnsi"/>
        </w:rPr>
        <w:t xml:space="preserve"> to the committee.</w:t>
      </w:r>
    </w:p>
    <w:p w:rsidR="00393DA0" w:rsidRPr="0001451A" w:rsidRDefault="00393DA0" w:rsidP="009C44AF">
      <w:pPr>
        <w:pStyle w:val="NormalWeb"/>
        <w:numPr>
          <w:ilvl w:val="0"/>
          <w:numId w:val="28"/>
        </w:numPr>
        <w:rPr>
          <w:rFonts w:asciiTheme="majorHAnsi" w:hAnsiTheme="majorHAnsi" w:cstheme="majorHAnsi"/>
        </w:rPr>
      </w:pPr>
      <w:r w:rsidRPr="0001451A">
        <w:rPr>
          <w:rStyle w:val="Strong"/>
          <w:rFonts w:asciiTheme="majorHAnsi" w:hAnsiTheme="majorHAnsi" w:cstheme="majorHAnsi"/>
          <w:b w:val="0"/>
        </w:rPr>
        <w:t>Monthly Steering Committee Reviews</w:t>
      </w:r>
      <w:r w:rsidRPr="0001451A">
        <w:rPr>
          <w:rFonts w:asciiTheme="majorHAnsi" w:hAnsiTheme="majorHAnsi" w:cstheme="majorHAnsi"/>
        </w:rPr>
        <w:t xml:space="preserve"> for decision-making.</w:t>
      </w:r>
    </w:p>
    <w:p w:rsidR="00393DA0" w:rsidRPr="0001451A" w:rsidRDefault="00393DA0" w:rsidP="009C44AF">
      <w:pPr>
        <w:pStyle w:val="NormalWeb"/>
        <w:numPr>
          <w:ilvl w:val="0"/>
          <w:numId w:val="28"/>
        </w:numPr>
        <w:rPr>
          <w:rFonts w:asciiTheme="majorHAnsi" w:hAnsiTheme="majorHAnsi" w:cstheme="majorHAnsi"/>
        </w:rPr>
      </w:pPr>
      <w:r w:rsidRPr="0001451A">
        <w:rPr>
          <w:rFonts w:asciiTheme="majorHAnsi" w:hAnsiTheme="majorHAnsi" w:cstheme="majorHAnsi"/>
        </w:rPr>
        <w:t xml:space="preserve">Use </w:t>
      </w:r>
      <w:r w:rsidRPr="0001451A">
        <w:rPr>
          <w:rStyle w:val="Strong"/>
          <w:rFonts w:asciiTheme="majorHAnsi" w:hAnsiTheme="majorHAnsi" w:cstheme="majorHAnsi"/>
          <w:b w:val="0"/>
        </w:rPr>
        <w:t>email, MS Teams/Zoom</w:t>
      </w:r>
      <w:r w:rsidRPr="0001451A">
        <w:rPr>
          <w:rFonts w:asciiTheme="majorHAnsi" w:hAnsiTheme="majorHAnsi" w:cstheme="majorHAnsi"/>
        </w:rPr>
        <w:t>, and project management tools like JIRA or Trello.</w:t>
      </w:r>
    </w:p>
    <w:p w:rsidR="00393DA0" w:rsidRPr="0001451A" w:rsidRDefault="00393DA0" w:rsidP="009C44AF">
      <w:pPr>
        <w:pStyle w:val="NormalWeb"/>
        <w:numPr>
          <w:ilvl w:val="0"/>
          <w:numId w:val="28"/>
        </w:numPr>
        <w:rPr>
          <w:rFonts w:asciiTheme="majorHAnsi" w:hAnsiTheme="majorHAnsi" w:cstheme="majorHAnsi"/>
        </w:rPr>
      </w:pPr>
      <w:r w:rsidRPr="0001451A">
        <w:rPr>
          <w:rFonts w:asciiTheme="majorHAnsi" w:hAnsiTheme="majorHAnsi" w:cstheme="majorHAnsi"/>
        </w:rPr>
        <w:t xml:space="preserve">Maintain a </w:t>
      </w:r>
      <w:r w:rsidRPr="0001451A">
        <w:rPr>
          <w:rStyle w:val="Strong"/>
          <w:rFonts w:asciiTheme="majorHAnsi" w:hAnsiTheme="majorHAnsi" w:cstheme="majorHAnsi"/>
          <w:b w:val="0"/>
        </w:rPr>
        <w:t>project dashboard</w:t>
      </w:r>
      <w:r w:rsidRPr="0001451A">
        <w:rPr>
          <w:rFonts w:asciiTheme="majorHAnsi" w:hAnsiTheme="majorHAnsi" w:cstheme="majorHAnsi"/>
        </w:rPr>
        <w:t xml:space="preserve"> for real-time updates.</w:t>
      </w:r>
    </w:p>
    <w:p w:rsidR="00393DA0" w:rsidRPr="0001451A" w:rsidRDefault="00B4516F" w:rsidP="00B4516F">
      <w:pPr>
        <w:rPr>
          <w:rFonts w:asciiTheme="majorHAnsi" w:hAnsiTheme="majorHAnsi" w:cstheme="majorHAnsi"/>
          <w:b/>
          <w:sz w:val="24"/>
          <w:szCs w:val="24"/>
        </w:rPr>
      </w:pPr>
      <w:r w:rsidRPr="0001451A">
        <w:rPr>
          <w:rFonts w:asciiTheme="majorHAnsi" w:hAnsiTheme="majorHAnsi" w:cstheme="majorHAnsi"/>
          <w:b/>
          <w:sz w:val="24"/>
          <w:szCs w:val="24"/>
        </w:rPr>
        <w:t>Change Request Handling</w:t>
      </w:r>
    </w:p>
    <w:p w:rsidR="00393DA0" w:rsidRPr="0001451A" w:rsidRDefault="00393DA0" w:rsidP="009C44AF">
      <w:pPr>
        <w:pStyle w:val="NormalWeb"/>
        <w:numPr>
          <w:ilvl w:val="0"/>
          <w:numId w:val="30"/>
        </w:numPr>
        <w:rPr>
          <w:rFonts w:asciiTheme="majorHAnsi" w:hAnsiTheme="majorHAnsi" w:cstheme="majorHAnsi"/>
        </w:rPr>
      </w:pPr>
      <w:r w:rsidRPr="0001451A">
        <w:rPr>
          <w:rFonts w:asciiTheme="majorHAnsi" w:hAnsiTheme="majorHAnsi" w:cstheme="majorHAnsi"/>
        </w:rPr>
        <w:t xml:space="preserve">Use a </w:t>
      </w:r>
      <w:r w:rsidRPr="0001451A">
        <w:rPr>
          <w:rStyle w:val="Strong"/>
          <w:rFonts w:asciiTheme="majorHAnsi" w:hAnsiTheme="majorHAnsi" w:cstheme="majorHAnsi"/>
          <w:b w:val="0"/>
        </w:rPr>
        <w:t>Change Request Form</w:t>
      </w:r>
      <w:r w:rsidRPr="0001451A">
        <w:rPr>
          <w:rFonts w:asciiTheme="majorHAnsi" w:hAnsiTheme="majorHAnsi" w:cstheme="majorHAnsi"/>
        </w:rPr>
        <w:t xml:space="preserve"> detailing:</w:t>
      </w:r>
    </w:p>
    <w:p w:rsidR="00393DA0" w:rsidRPr="0001451A" w:rsidRDefault="00393DA0" w:rsidP="009C44AF">
      <w:pPr>
        <w:pStyle w:val="NormalWeb"/>
        <w:numPr>
          <w:ilvl w:val="0"/>
          <w:numId w:val="30"/>
        </w:numPr>
        <w:rPr>
          <w:rFonts w:asciiTheme="majorHAnsi" w:hAnsiTheme="majorHAnsi" w:cstheme="majorHAnsi"/>
        </w:rPr>
      </w:pPr>
      <w:r w:rsidRPr="0001451A">
        <w:rPr>
          <w:rFonts w:asciiTheme="majorHAnsi" w:hAnsiTheme="majorHAnsi" w:cstheme="majorHAnsi"/>
        </w:rPr>
        <w:t>Requested change</w:t>
      </w:r>
    </w:p>
    <w:p w:rsidR="00393DA0" w:rsidRPr="0001451A" w:rsidRDefault="00393DA0" w:rsidP="009C44AF">
      <w:pPr>
        <w:pStyle w:val="NormalWeb"/>
        <w:numPr>
          <w:ilvl w:val="0"/>
          <w:numId w:val="30"/>
        </w:numPr>
        <w:rPr>
          <w:rFonts w:asciiTheme="majorHAnsi" w:hAnsiTheme="majorHAnsi" w:cstheme="majorHAnsi"/>
        </w:rPr>
      </w:pPr>
      <w:r w:rsidRPr="0001451A">
        <w:rPr>
          <w:rFonts w:asciiTheme="majorHAnsi" w:hAnsiTheme="majorHAnsi" w:cstheme="majorHAnsi"/>
        </w:rPr>
        <w:t>Impact on cost, schedule, scope</w:t>
      </w:r>
    </w:p>
    <w:p w:rsidR="00393DA0" w:rsidRPr="0001451A" w:rsidRDefault="00393DA0" w:rsidP="009C44AF">
      <w:pPr>
        <w:pStyle w:val="NormalWeb"/>
        <w:numPr>
          <w:ilvl w:val="0"/>
          <w:numId w:val="30"/>
        </w:numPr>
        <w:rPr>
          <w:rFonts w:asciiTheme="majorHAnsi" w:hAnsiTheme="majorHAnsi" w:cstheme="majorHAnsi"/>
        </w:rPr>
      </w:pPr>
      <w:r w:rsidRPr="0001451A">
        <w:rPr>
          <w:rFonts w:asciiTheme="majorHAnsi" w:hAnsiTheme="majorHAnsi" w:cstheme="majorHAnsi"/>
        </w:rPr>
        <w:t>Risk analysis</w:t>
      </w:r>
    </w:p>
    <w:p w:rsidR="00393DA0" w:rsidRPr="0001451A" w:rsidRDefault="00393DA0" w:rsidP="009C44AF">
      <w:pPr>
        <w:pStyle w:val="NormalWeb"/>
        <w:numPr>
          <w:ilvl w:val="0"/>
          <w:numId w:val="30"/>
        </w:numPr>
        <w:rPr>
          <w:rFonts w:asciiTheme="majorHAnsi" w:hAnsiTheme="majorHAnsi" w:cstheme="majorHAnsi"/>
        </w:rPr>
      </w:pPr>
      <w:r w:rsidRPr="0001451A">
        <w:rPr>
          <w:rFonts w:asciiTheme="majorHAnsi" w:hAnsiTheme="majorHAnsi" w:cstheme="majorHAnsi"/>
        </w:rPr>
        <w:t xml:space="preserve">Review with PM &amp; tech leads → Get </w:t>
      </w:r>
      <w:r w:rsidRPr="0001451A">
        <w:rPr>
          <w:rStyle w:val="Strong"/>
          <w:rFonts w:asciiTheme="majorHAnsi" w:hAnsiTheme="majorHAnsi" w:cstheme="majorHAnsi"/>
          <w:b w:val="0"/>
        </w:rPr>
        <w:t>committee</w:t>
      </w:r>
      <w:r w:rsidRPr="0001451A">
        <w:rPr>
          <w:rStyle w:val="Strong"/>
          <w:rFonts w:asciiTheme="majorHAnsi" w:hAnsiTheme="majorHAnsi" w:cstheme="majorHAnsi"/>
        </w:rPr>
        <w:t xml:space="preserve"> </w:t>
      </w:r>
      <w:r w:rsidRPr="0001451A">
        <w:rPr>
          <w:rStyle w:val="Strong"/>
          <w:rFonts w:asciiTheme="majorHAnsi" w:hAnsiTheme="majorHAnsi" w:cstheme="majorHAnsi"/>
          <w:b w:val="0"/>
        </w:rPr>
        <w:t>approval</w:t>
      </w:r>
      <w:r w:rsidRPr="0001451A">
        <w:rPr>
          <w:rFonts w:asciiTheme="majorHAnsi" w:hAnsiTheme="majorHAnsi" w:cstheme="majorHAnsi"/>
        </w:rPr>
        <w:t xml:space="preserve"> before implementation.</w:t>
      </w:r>
    </w:p>
    <w:p w:rsidR="00393DA0" w:rsidRPr="0001451A" w:rsidRDefault="00393DA0" w:rsidP="009C44AF">
      <w:pPr>
        <w:pStyle w:val="NormalWeb"/>
        <w:numPr>
          <w:ilvl w:val="0"/>
          <w:numId w:val="30"/>
        </w:numPr>
        <w:rPr>
          <w:rFonts w:asciiTheme="majorHAnsi" w:hAnsiTheme="majorHAnsi" w:cstheme="majorHAnsi"/>
        </w:rPr>
      </w:pPr>
      <w:r w:rsidRPr="0001451A">
        <w:rPr>
          <w:rFonts w:asciiTheme="majorHAnsi" w:hAnsiTheme="majorHAnsi" w:cstheme="majorHAnsi"/>
        </w:rPr>
        <w:t xml:space="preserve">Update </w:t>
      </w:r>
      <w:r w:rsidRPr="0001451A">
        <w:rPr>
          <w:rStyle w:val="Strong"/>
          <w:rFonts w:asciiTheme="majorHAnsi" w:hAnsiTheme="majorHAnsi" w:cstheme="majorHAnsi"/>
          <w:b w:val="0"/>
        </w:rPr>
        <w:t>version</w:t>
      </w:r>
      <w:r w:rsidRPr="0001451A">
        <w:rPr>
          <w:rStyle w:val="Strong"/>
          <w:rFonts w:asciiTheme="majorHAnsi" w:hAnsiTheme="majorHAnsi" w:cstheme="majorHAnsi"/>
        </w:rPr>
        <w:t xml:space="preserve"> </w:t>
      </w:r>
      <w:r w:rsidRPr="0001451A">
        <w:rPr>
          <w:rStyle w:val="Strong"/>
          <w:rFonts w:asciiTheme="majorHAnsi" w:hAnsiTheme="majorHAnsi" w:cstheme="majorHAnsi"/>
          <w:b w:val="0"/>
        </w:rPr>
        <w:t>control</w:t>
      </w:r>
      <w:r w:rsidRPr="0001451A">
        <w:rPr>
          <w:rFonts w:asciiTheme="majorHAnsi" w:hAnsiTheme="majorHAnsi" w:cstheme="majorHAnsi"/>
        </w:rPr>
        <w:t xml:space="preserve"> for all impacted documents.</w:t>
      </w:r>
    </w:p>
    <w:p w:rsidR="00393DA0" w:rsidRPr="0001451A" w:rsidRDefault="00B4516F" w:rsidP="00B4516F">
      <w:pPr>
        <w:rPr>
          <w:rFonts w:asciiTheme="majorHAnsi" w:hAnsiTheme="majorHAnsi" w:cstheme="majorHAnsi"/>
          <w:b/>
          <w:sz w:val="24"/>
          <w:szCs w:val="24"/>
        </w:rPr>
      </w:pPr>
      <w:r w:rsidRPr="0001451A">
        <w:rPr>
          <w:rFonts w:asciiTheme="majorHAnsi" w:hAnsiTheme="majorHAnsi" w:cstheme="majorHAnsi"/>
          <w:b/>
          <w:sz w:val="24"/>
          <w:szCs w:val="24"/>
        </w:rPr>
        <w:t>Progress Updates:</w:t>
      </w:r>
    </w:p>
    <w:p w:rsidR="00393DA0" w:rsidRPr="0001451A" w:rsidRDefault="00393DA0" w:rsidP="009C44AF">
      <w:pPr>
        <w:pStyle w:val="NormalWeb"/>
        <w:numPr>
          <w:ilvl w:val="0"/>
          <w:numId w:val="29"/>
        </w:numPr>
        <w:rPr>
          <w:rFonts w:asciiTheme="majorHAnsi" w:hAnsiTheme="majorHAnsi" w:cstheme="majorHAnsi"/>
        </w:rPr>
      </w:pPr>
      <w:r w:rsidRPr="0001451A">
        <w:rPr>
          <w:rFonts w:asciiTheme="majorHAnsi" w:hAnsiTheme="majorHAnsi" w:cstheme="majorHAnsi"/>
        </w:rPr>
        <w:t>Maintain a</w:t>
      </w:r>
      <w:r w:rsidRPr="0001451A">
        <w:rPr>
          <w:rFonts w:asciiTheme="majorHAnsi" w:hAnsiTheme="majorHAnsi" w:cstheme="majorHAnsi"/>
          <w:b/>
        </w:rPr>
        <w:t xml:space="preserve"> </w:t>
      </w:r>
      <w:r w:rsidRPr="0001451A">
        <w:rPr>
          <w:rStyle w:val="Strong"/>
          <w:rFonts w:asciiTheme="majorHAnsi" w:hAnsiTheme="majorHAnsi" w:cstheme="majorHAnsi"/>
          <w:b w:val="0"/>
        </w:rPr>
        <w:t>Requirements Traceability Matrix (RTM)</w:t>
      </w:r>
      <w:r w:rsidRPr="0001451A">
        <w:rPr>
          <w:rFonts w:asciiTheme="majorHAnsi" w:hAnsiTheme="majorHAnsi" w:cstheme="majorHAnsi"/>
          <w:b/>
        </w:rPr>
        <w:t xml:space="preserve"> </w:t>
      </w:r>
      <w:r w:rsidRPr="0001451A">
        <w:rPr>
          <w:rFonts w:asciiTheme="majorHAnsi" w:hAnsiTheme="majorHAnsi" w:cstheme="majorHAnsi"/>
        </w:rPr>
        <w:t>to track coverage from requirements to delivery.</w:t>
      </w:r>
    </w:p>
    <w:p w:rsidR="00393DA0" w:rsidRPr="0001451A" w:rsidRDefault="00393DA0" w:rsidP="009C44AF">
      <w:pPr>
        <w:pStyle w:val="NormalWeb"/>
        <w:numPr>
          <w:ilvl w:val="0"/>
          <w:numId w:val="29"/>
        </w:numPr>
        <w:rPr>
          <w:rFonts w:asciiTheme="majorHAnsi" w:hAnsiTheme="majorHAnsi" w:cstheme="majorHAnsi"/>
        </w:rPr>
      </w:pPr>
      <w:r w:rsidRPr="0001451A">
        <w:rPr>
          <w:rFonts w:asciiTheme="majorHAnsi" w:hAnsiTheme="majorHAnsi" w:cstheme="majorHAnsi"/>
        </w:rPr>
        <w:t xml:space="preserve">Share </w:t>
      </w:r>
      <w:r w:rsidRPr="0001451A">
        <w:rPr>
          <w:rStyle w:val="Strong"/>
          <w:rFonts w:asciiTheme="majorHAnsi" w:hAnsiTheme="majorHAnsi" w:cstheme="majorHAnsi"/>
          <w:b w:val="0"/>
        </w:rPr>
        <w:t>progress reports</w:t>
      </w:r>
      <w:r w:rsidRPr="0001451A">
        <w:rPr>
          <w:rFonts w:asciiTheme="majorHAnsi" w:hAnsiTheme="majorHAnsi" w:cstheme="majorHAnsi"/>
        </w:rPr>
        <w:t xml:space="preserve"> showing completed, in-progress, and pending items.</w:t>
      </w:r>
    </w:p>
    <w:p w:rsidR="00393DA0" w:rsidRPr="0001451A" w:rsidRDefault="00393DA0" w:rsidP="009C44AF">
      <w:pPr>
        <w:pStyle w:val="NormalWeb"/>
        <w:numPr>
          <w:ilvl w:val="0"/>
          <w:numId w:val="29"/>
        </w:numPr>
        <w:rPr>
          <w:rFonts w:asciiTheme="majorHAnsi" w:hAnsiTheme="majorHAnsi" w:cstheme="majorHAnsi"/>
        </w:rPr>
      </w:pPr>
      <w:r w:rsidRPr="0001451A">
        <w:rPr>
          <w:rFonts w:asciiTheme="majorHAnsi" w:hAnsiTheme="majorHAnsi" w:cstheme="majorHAnsi"/>
        </w:rPr>
        <w:t xml:space="preserve">Highlight </w:t>
      </w:r>
      <w:r w:rsidRPr="0001451A">
        <w:rPr>
          <w:rStyle w:val="Strong"/>
          <w:rFonts w:asciiTheme="majorHAnsi" w:hAnsiTheme="majorHAnsi" w:cstheme="majorHAnsi"/>
          <w:b w:val="0"/>
        </w:rPr>
        <w:t>risks/issues</w:t>
      </w:r>
      <w:r w:rsidRPr="0001451A">
        <w:rPr>
          <w:rFonts w:asciiTheme="majorHAnsi" w:hAnsiTheme="majorHAnsi" w:cstheme="majorHAnsi"/>
        </w:rPr>
        <w:t xml:space="preserve"> with mitigation plans.</w:t>
      </w:r>
    </w:p>
    <w:p w:rsidR="00393DA0" w:rsidRPr="0001451A" w:rsidRDefault="00B4516F" w:rsidP="00B4516F">
      <w:pPr>
        <w:rPr>
          <w:rFonts w:asciiTheme="majorHAnsi" w:hAnsiTheme="majorHAnsi" w:cstheme="majorHAnsi"/>
          <w:b/>
          <w:sz w:val="24"/>
          <w:szCs w:val="24"/>
        </w:rPr>
      </w:pPr>
      <w:r w:rsidRPr="0001451A">
        <w:rPr>
          <w:rFonts w:asciiTheme="majorHAnsi" w:hAnsiTheme="majorHAnsi" w:cstheme="majorHAnsi"/>
          <w:b/>
          <w:sz w:val="24"/>
          <w:szCs w:val="24"/>
        </w:rPr>
        <w:t>UAT &amp; Project Closure:</w:t>
      </w:r>
    </w:p>
    <w:p w:rsidR="00393DA0" w:rsidRPr="0001451A" w:rsidRDefault="00393DA0" w:rsidP="009C44AF">
      <w:pPr>
        <w:pStyle w:val="NormalWeb"/>
        <w:numPr>
          <w:ilvl w:val="0"/>
          <w:numId w:val="31"/>
        </w:numPr>
        <w:rPr>
          <w:rFonts w:asciiTheme="majorHAnsi" w:hAnsiTheme="majorHAnsi" w:cstheme="majorHAnsi"/>
        </w:rPr>
      </w:pPr>
      <w:r w:rsidRPr="0001451A">
        <w:rPr>
          <w:rFonts w:asciiTheme="majorHAnsi" w:hAnsiTheme="majorHAnsi" w:cstheme="majorHAnsi"/>
        </w:rPr>
        <w:t xml:space="preserve">Prepare </w:t>
      </w:r>
      <w:r w:rsidRPr="0001451A">
        <w:rPr>
          <w:rStyle w:val="Strong"/>
          <w:rFonts w:asciiTheme="majorHAnsi" w:hAnsiTheme="majorHAnsi" w:cstheme="majorHAnsi"/>
          <w:b w:val="0"/>
        </w:rPr>
        <w:t>UAT Test Cases</w:t>
      </w:r>
      <w:r w:rsidRPr="0001451A">
        <w:rPr>
          <w:rFonts w:asciiTheme="majorHAnsi" w:hAnsiTheme="majorHAnsi" w:cstheme="majorHAnsi"/>
        </w:rPr>
        <w:t xml:space="preserve"> aligned with requirements.</w:t>
      </w:r>
    </w:p>
    <w:p w:rsidR="00393DA0" w:rsidRPr="0001451A" w:rsidRDefault="00393DA0" w:rsidP="009C44AF">
      <w:pPr>
        <w:pStyle w:val="NormalWeb"/>
        <w:numPr>
          <w:ilvl w:val="0"/>
          <w:numId w:val="31"/>
        </w:numPr>
        <w:rPr>
          <w:rFonts w:asciiTheme="majorHAnsi" w:hAnsiTheme="majorHAnsi" w:cstheme="majorHAnsi"/>
        </w:rPr>
      </w:pPr>
      <w:r w:rsidRPr="0001451A">
        <w:rPr>
          <w:rFonts w:asciiTheme="majorHAnsi" w:hAnsiTheme="majorHAnsi" w:cstheme="majorHAnsi"/>
        </w:rPr>
        <w:t>Support testers &amp; client during UAT phase.</w:t>
      </w:r>
    </w:p>
    <w:p w:rsidR="00393DA0" w:rsidRPr="0001451A" w:rsidRDefault="00393DA0" w:rsidP="009C44AF">
      <w:pPr>
        <w:pStyle w:val="NormalWeb"/>
        <w:numPr>
          <w:ilvl w:val="0"/>
          <w:numId w:val="31"/>
        </w:numPr>
        <w:rPr>
          <w:rFonts w:asciiTheme="majorHAnsi" w:hAnsiTheme="majorHAnsi" w:cstheme="majorHAnsi"/>
        </w:rPr>
      </w:pPr>
      <w:r w:rsidRPr="0001451A">
        <w:rPr>
          <w:rFonts w:asciiTheme="majorHAnsi" w:hAnsiTheme="majorHAnsi" w:cstheme="majorHAnsi"/>
        </w:rPr>
        <w:t>Document issues found in UAT &amp; track resolution.</w:t>
      </w:r>
    </w:p>
    <w:p w:rsidR="00393DA0" w:rsidRPr="0001451A" w:rsidRDefault="00393DA0" w:rsidP="009C44AF">
      <w:pPr>
        <w:pStyle w:val="NormalWeb"/>
        <w:numPr>
          <w:ilvl w:val="0"/>
          <w:numId w:val="31"/>
        </w:numPr>
        <w:rPr>
          <w:rFonts w:asciiTheme="majorHAnsi" w:hAnsiTheme="majorHAnsi" w:cstheme="majorHAnsi"/>
        </w:rPr>
      </w:pPr>
      <w:r w:rsidRPr="0001451A">
        <w:rPr>
          <w:rFonts w:asciiTheme="majorHAnsi" w:hAnsiTheme="majorHAnsi" w:cstheme="majorHAnsi"/>
        </w:rPr>
        <w:t>Once all tests pass:</w:t>
      </w:r>
    </w:p>
    <w:p w:rsidR="00393DA0" w:rsidRPr="0001451A" w:rsidRDefault="00393DA0" w:rsidP="009C44AF">
      <w:pPr>
        <w:pStyle w:val="NormalWeb"/>
        <w:numPr>
          <w:ilvl w:val="0"/>
          <w:numId w:val="31"/>
        </w:numPr>
        <w:rPr>
          <w:rFonts w:asciiTheme="majorHAnsi" w:hAnsiTheme="majorHAnsi" w:cstheme="majorHAnsi"/>
        </w:rPr>
      </w:pPr>
      <w:r w:rsidRPr="0001451A">
        <w:rPr>
          <w:rFonts w:asciiTheme="majorHAnsi" w:hAnsiTheme="majorHAnsi" w:cstheme="majorHAnsi"/>
        </w:rPr>
        <w:lastRenderedPageBreak/>
        <w:t xml:space="preserve">Get </w:t>
      </w:r>
      <w:r w:rsidRPr="0001451A">
        <w:rPr>
          <w:rStyle w:val="Strong"/>
          <w:rFonts w:asciiTheme="majorHAnsi" w:hAnsiTheme="majorHAnsi" w:cstheme="majorHAnsi"/>
          <w:b w:val="0"/>
        </w:rPr>
        <w:t>Client Project Acceptance Form</w:t>
      </w:r>
      <w:r w:rsidRPr="0001451A">
        <w:rPr>
          <w:rFonts w:asciiTheme="majorHAnsi" w:hAnsiTheme="majorHAnsi" w:cstheme="majorHAnsi"/>
          <w:b/>
        </w:rPr>
        <w:t xml:space="preserve"> </w:t>
      </w:r>
      <w:r w:rsidRPr="0001451A">
        <w:rPr>
          <w:rFonts w:asciiTheme="majorHAnsi" w:hAnsiTheme="majorHAnsi" w:cstheme="majorHAnsi"/>
        </w:rPr>
        <w:t>signed by Mr Henry and committee.</w:t>
      </w:r>
    </w:p>
    <w:p w:rsidR="00B4516F" w:rsidRPr="0001451A" w:rsidRDefault="00393DA0" w:rsidP="009C44AF">
      <w:pPr>
        <w:pStyle w:val="NormalWeb"/>
        <w:numPr>
          <w:ilvl w:val="0"/>
          <w:numId w:val="31"/>
        </w:numPr>
        <w:rPr>
          <w:rFonts w:asciiTheme="majorHAnsi" w:hAnsiTheme="majorHAnsi" w:cstheme="majorHAnsi"/>
        </w:rPr>
      </w:pPr>
      <w:r w:rsidRPr="0001451A">
        <w:rPr>
          <w:rFonts w:asciiTheme="majorHAnsi" w:hAnsiTheme="majorHAnsi" w:cstheme="majorHAnsi"/>
        </w:rPr>
        <w:t>Archive all project documentation for future reference.</w:t>
      </w:r>
    </w:p>
    <w:p w:rsidR="00AF7C6B" w:rsidRPr="0001451A" w:rsidRDefault="00AF7C6B" w:rsidP="00B4516F">
      <w:pPr>
        <w:pStyle w:val="NormalWeb"/>
        <w:rPr>
          <w:rFonts w:asciiTheme="majorHAnsi" w:hAnsiTheme="majorHAnsi" w:cstheme="majorHAnsi"/>
          <w:b/>
        </w:rPr>
      </w:pPr>
      <w:r w:rsidRPr="0001451A">
        <w:rPr>
          <w:rFonts w:asciiTheme="majorHAnsi" w:hAnsiTheme="majorHAnsi" w:cstheme="majorHAnsi"/>
          <w:b/>
        </w:rPr>
        <w:t>Alignment with 3-Tier Architecture:</w:t>
      </w:r>
    </w:p>
    <w:p w:rsidR="00B4516F" w:rsidRPr="0001451A" w:rsidRDefault="00B4516F" w:rsidP="00B4516F">
      <w:pPr>
        <w:pStyle w:val="NormalWeb"/>
        <w:rPr>
          <w:rFonts w:asciiTheme="majorHAnsi" w:hAnsiTheme="majorHAnsi" w:cstheme="majorHAnsi"/>
        </w:rPr>
      </w:pPr>
      <w:r w:rsidRPr="0001451A">
        <w:rPr>
          <w:rFonts w:asciiTheme="majorHAnsi" w:hAnsiTheme="majorHAnsi" w:cstheme="majorHAnsi"/>
        </w:rPr>
        <w:t xml:space="preserve">The technical team’s decision to use a 3-tier architecture (presentation, application, data layers) </w:t>
      </w:r>
      <w:proofErr w:type="gramStart"/>
      <w:r w:rsidRPr="0001451A">
        <w:rPr>
          <w:rFonts w:asciiTheme="majorHAnsi" w:hAnsiTheme="majorHAnsi" w:cstheme="majorHAnsi"/>
        </w:rPr>
        <w:t>will be integrated</w:t>
      </w:r>
      <w:proofErr w:type="gramEnd"/>
      <w:r w:rsidRPr="0001451A">
        <w:rPr>
          <w:rFonts w:asciiTheme="majorHAnsi" w:hAnsiTheme="majorHAnsi" w:cstheme="majorHAnsi"/>
        </w:rPr>
        <w:t xml:space="preserve"> into the BA approach:</w:t>
      </w:r>
    </w:p>
    <w:p w:rsidR="00B4516F" w:rsidRPr="0001451A" w:rsidRDefault="00B4516F" w:rsidP="009C44AF">
      <w:pPr>
        <w:pStyle w:val="NormalWeb"/>
        <w:numPr>
          <w:ilvl w:val="0"/>
          <w:numId w:val="32"/>
        </w:numPr>
        <w:rPr>
          <w:rFonts w:asciiTheme="majorHAnsi" w:hAnsiTheme="majorHAnsi" w:cstheme="majorHAnsi"/>
        </w:rPr>
      </w:pPr>
      <w:r w:rsidRPr="0001451A">
        <w:rPr>
          <w:rStyle w:val="Strong"/>
          <w:rFonts w:asciiTheme="majorHAnsi" w:hAnsiTheme="majorHAnsi" w:cstheme="majorHAnsi"/>
        </w:rPr>
        <w:t>Presentation Layer</w:t>
      </w:r>
      <w:r w:rsidRPr="0001451A">
        <w:rPr>
          <w:rFonts w:asciiTheme="majorHAnsi" w:hAnsiTheme="majorHAnsi" w:cstheme="majorHAnsi"/>
        </w:rPr>
        <w:t xml:space="preserve">: Ensure UI requirements (e.g., intuitive navigation, multilingual support) align with stakeholder needs and </w:t>
      </w:r>
      <w:proofErr w:type="gramStart"/>
      <w:r w:rsidRPr="0001451A">
        <w:rPr>
          <w:rFonts w:asciiTheme="majorHAnsi" w:hAnsiTheme="majorHAnsi" w:cstheme="majorHAnsi"/>
        </w:rPr>
        <w:t>are validated</w:t>
      </w:r>
      <w:proofErr w:type="gramEnd"/>
      <w:r w:rsidRPr="0001451A">
        <w:rPr>
          <w:rFonts w:asciiTheme="majorHAnsi" w:hAnsiTheme="majorHAnsi" w:cstheme="majorHAnsi"/>
        </w:rPr>
        <w:t xml:space="preserve"> through prototypes.</w:t>
      </w:r>
    </w:p>
    <w:p w:rsidR="00B4516F" w:rsidRPr="0001451A" w:rsidRDefault="00B4516F" w:rsidP="009C44AF">
      <w:pPr>
        <w:pStyle w:val="NormalWeb"/>
        <w:numPr>
          <w:ilvl w:val="0"/>
          <w:numId w:val="32"/>
        </w:numPr>
        <w:rPr>
          <w:rFonts w:asciiTheme="majorHAnsi" w:hAnsiTheme="majorHAnsi" w:cstheme="majorHAnsi"/>
        </w:rPr>
      </w:pPr>
      <w:r w:rsidRPr="0001451A">
        <w:rPr>
          <w:rStyle w:val="Strong"/>
          <w:rFonts w:asciiTheme="majorHAnsi" w:hAnsiTheme="majorHAnsi" w:cstheme="majorHAnsi"/>
        </w:rPr>
        <w:t>Application Layer</w:t>
      </w:r>
      <w:r w:rsidRPr="0001451A">
        <w:rPr>
          <w:rFonts w:asciiTheme="majorHAnsi" w:hAnsiTheme="majorHAnsi" w:cstheme="majorHAnsi"/>
        </w:rPr>
        <w:t xml:space="preserve">: Collaborate with Ms. </w:t>
      </w:r>
      <w:proofErr w:type="spellStart"/>
      <w:proofErr w:type="gramStart"/>
      <w:r w:rsidRPr="0001451A">
        <w:rPr>
          <w:rFonts w:asciiTheme="majorHAnsi" w:hAnsiTheme="majorHAnsi" w:cstheme="majorHAnsi"/>
        </w:rPr>
        <w:t>Juhi</w:t>
      </w:r>
      <w:proofErr w:type="spellEnd"/>
      <w:r w:rsidRPr="0001451A">
        <w:rPr>
          <w:rFonts w:asciiTheme="majorHAnsi" w:hAnsiTheme="majorHAnsi" w:cstheme="majorHAnsi"/>
        </w:rPr>
        <w:t xml:space="preserve"> and developers to ensure business logic supports features like order processing</w:t>
      </w:r>
      <w:proofErr w:type="gramEnd"/>
      <w:r w:rsidRPr="0001451A">
        <w:rPr>
          <w:rFonts w:asciiTheme="majorHAnsi" w:hAnsiTheme="majorHAnsi" w:cstheme="majorHAnsi"/>
        </w:rPr>
        <w:t xml:space="preserve"> and product management.</w:t>
      </w:r>
    </w:p>
    <w:p w:rsidR="00B4516F" w:rsidRPr="0001451A" w:rsidRDefault="00B4516F" w:rsidP="009C44AF">
      <w:pPr>
        <w:pStyle w:val="NormalWeb"/>
        <w:numPr>
          <w:ilvl w:val="0"/>
          <w:numId w:val="32"/>
        </w:numPr>
        <w:rPr>
          <w:rFonts w:asciiTheme="majorHAnsi" w:hAnsiTheme="majorHAnsi" w:cstheme="majorHAnsi"/>
        </w:rPr>
      </w:pPr>
      <w:r w:rsidRPr="0001451A">
        <w:rPr>
          <w:rStyle w:val="Strong"/>
          <w:rFonts w:asciiTheme="majorHAnsi" w:hAnsiTheme="majorHAnsi" w:cstheme="majorHAnsi"/>
        </w:rPr>
        <w:t>Data Layer</w:t>
      </w:r>
      <w:r w:rsidRPr="0001451A">
        <w:rPr>
          <w:rFonts w:asciiTheme="majorHAnsi" w:hAnsiTheme="majorHAnsi" w:cstheme="majorHAnsi"/>
        </w:rPr>
        <w:t>: Work with Mr. John (DB Admin) to ensure the database schema supports secure and efficient storage of product and order data.</w:t>
      </w:r>
    </w:p>
    <w:p w:rsidR="00AF7C6B" w:rsidRPr="0001451A" w:rsidRDefault="00B4516F" w:rsidP="009C44AF">
      <w:pPr>
        <w:pStyle w:val="NormalWeb"/>
        <w:numPr>
          <w:ilvl w:val="0"/>
          <w:numId w:val="32"/>
        </w:numPr>
        <w:rPr>
          <w:rFonts w:asciiTheme="majorHAnsi" w:hAnsiTheme="majorHAnsi" w:cstheme="majorHAnsi"/>
        </w:rPr>
      </w:pPr>
      <w:r w:rsidRPr="0001451A">
        <w:rPr>
          <w:rStyle w:val="Strong"/>
          <w:rFonts w:asciiTheme="majorHAnsi" w:hAnsiTheme="majorHAnsi" w:cstheme="majorHAnsi"/>
        </w:rPr>
        <w:t>Validation</w:t>
      </w:r>
      <w:r w:rsidRPr="0001451A">
        <w:rPr>
          <w:rFonts w:asciiTheme="majorHAnsi" w:hAnsiTheme="majorHAnsi" w:cstheme="majorHAnsi"/>
        </w:rPr>
        <w:t>: Verify that requirements are feasible within the 3-tier architecture during elicitation and design phases.</w:t>
      </w:r>
    </w:p>
    <w:p w:rsidR="00AF7C6B" w:rsidRPr="0001451A" w:rsidRDefault="007E05B2" w:rsidP="007E05B2">
      <w:pPr>
        <w:pStyle w:val="NormalWeb"/>
        <w:rPr>
          <w:rFonts w:asciiTheme="majorHAnsi" w:hAnsiTheme="majorHAnsi" w:cstheme="majorHAnsi"/>
          <w:b/>
        </w:rPr>
      </w:pPr>
      <w:r w:rsidRPr="0001451A">
        <w:rPr>
          <w:rFonts w:asciiTheme="majorHAnsi" w:hAnsiTheme="majorHAnsi" w:cstheme="majorHAnsi"/>
          <w:b/>
        </w:rPr>
        <w:t>Conclusion</w:t>
      </w:r>
      <w:r w:rsidR="00AF7C6B" w:rsidRPr="0001451A">
        <w:rPr>
          <w:rFonts w:asciiTheme="majorHAnsi" w:hAnsiTheme="majorHAnsi" w:cstheme="majorHAnsi"/>
          <w:b/>
        </w:rPr>
        <w:t xml:space="preserve"> </w:t>
      </w:r>
    </w:p>
    <w:p w:rsidR="004E62A5" w:rsidRPr="0001451A" w:rsidRDefault="00AF7C6B" w:rsidP="009808F6">
      <w:pPr>
        <w:pStyle w:val="NormalWeb"/>
        <w:rPr>
          <w:rFonts w:asciiTheme="majorHAnsi" w:hAnsiTheme="majorHAnsi" w:cstheme="majorHAnsi"/>
        </w:rPr>
      </w:pPr>
      <w:r w:rsidRPr="0001451A">
        <w:rPr>
          <w:rFonts w:asciiTheme="majorHAnsi" w:hAnsiTheme="majorHAnsi" w:cstheme="majorHAnsi"/>
        </w:rPr>
        <w:t xml:space="preserve">This BA Approach Strategy ensures the Online Agriculture Products Store project delivers a user-friendly, accessible application that meets stakeholder needs and CSR goals. By applying structured elicitation techniques, maintaining clear documentation, establishing robust communication channels, and following disciplined change and sign-off processes, the BA will facilitate successful project delivery within the 18-month timeline and </w:t>
      </w:r>
      <w:proofErr w:type="gramStart"/>
      <w:r w:rsidRPr="0001451A">
        <w:rPr>
          <w:rFonts w:asciiTheme="majorHAnsi" w:hAnsiTheme="majorHAnsi" w:cstheme="majorHAnsi"/>
        </w:rPr>
        <w:t>2</w:t>
      </w:r>
      <w:proofErr w:type="gramEnd"/>
      <w:r w:rsidRPr="0001451A">
        <w:rPr>
          <w:rFonts w:asciiTheme="majorHAnsi" w:hAnsiTheme="majorHAnsi" w:cstheme="majorHAnsi"/>
        </w:rPr>
        <w:t xml:space="preserve"> Crores INR budget.</w:t>
      </w:r>
    </w:p>
    <w:p w:rsidR="004E62A5" w:rsidRPr="0001451A" w:rsidRDefault="004E62A5" w:rsidP="009808F6">
      <w:pPr>
        <w:pStyle w:val="NormalWeb"/>
        <w:rPr>
          <w:rFonts w:asciiTheme="majorHAnsi" w:hAnsiTheme="majorHAnsi" w:cstheme="majorHAnsi"/>
          <w:b/>
        </w:rPr>
      </w:pPr>
      <w:r w:rsidRPr="0001451A">
        <w:rPr>
          <w:rFonts w:asciiTheme="majorHAnsi" w:hAnsiTheme="majorHAnsi" w:cstheme="majorHAnsi"/>
          <w:b/>
        </w:rPr>
        <w:t xml:space="preserve">Question 3: </w:t>
      </w:r>
    </w:p>
    <w:p w:rsidR="004E62A5" w:rsidRPr="0001451A" w:rsidRDefault="004E62A5" w:rsidP="009808F6">
      <w:pPr>
        <w:pStyle w:val="NormalWeb"/>
        <w:rPr>
          <w:rFonts w:asciiTheme="majorHAnsi" w:hAnsiTheme="majorHAnsi" w:cstheme="majorHAnsi"/>
          <w:b/>
        </w:rPr>
      </w:pPr>
    </w:p>
    <w:p w:rsidR="009808F6" w:rsidRPr="0001451A" w:rsidRDefault="004E62A5" w:rsidP="00FE0705">
      <w:pPr>
        <w:pStyle w:val="NormalWeb"/>
        <w:rPr>
          <w:rFonts w:asciiTheme="majorHAnsi" w:hAnsiTheme="majorHAnsi" w:cstheme="majorHAnsi"/>
          <w:b/>
        </w:rPr>
      </w:pPr>
      <w:r w:rsidRPr="0001451A">
        <w:rPr>
          <w:rFonts w:asciiTheme="majorHAnsi" w:hAnsiTheme="majorHAnsi" w:cstheme="majorHAnsi"/>
          <w:b/>
        </w:rPr>
        <w:t>3</w:t>
      </w:r>
      <w:r w:rsidR="009808F6" w:rsidRPr="0001451A">
        <w:rPr>
          <w:rFonts w:asciiTheme="majorHAnsi" w:hAnsiTheme="majorHAnsi" w:cstheme="majorHAnsi"/>
          <w:b/>
        </w:rPr>
        <w:t>-Tier Architecture for Online Agriculture Products Store</w:t>
      </w:r>
    </w:p>
    <w:p w:rsidR="00FE0705" w:rsidRPr="0001451A" w:rsidRDefault="00FE0705" w:rsidP="00FE0705">
      <w:pPr>
        <w:pStyle w:val="NormalWeb"/>
        <w:rPr>
          <w:rFonts w:asciiTheme="majorHAnsi" w:hAnsiTheme="majorHAnsi" w:cstheme="majorHAnsi"/>
        </w:rPr>
      </w:pPr>
      <w:r w:rsidRPr="0001451A">
        <w:rPr>
          <w:rFonts w:asciiTheme="majorHAnsi" w:hAnsiTheme="majorHAnsi" w:cstheme="majorHAnsi"/>
        </w:rPr>
        <w:t xml:space="preserve">The 3-tier architecture is a widely adopted design pattern for building scalable, maintainable, and modular web and mobile applications. It separates the application into three logical layers: </w:t>
      </w:r>
      <w:r w:rsidRPr="0001451A">
        <w:rPr>
          <w:rStyle w:val="Strong"/>
          <w:rFonts w:asciiTheme="majorHAnsi" w:hAnsiTheme="majorHAnsi" w:cstheme="majorHAnsi"/>
        </w:rPr>
        <w:t>Application Layer</w:t>
      </w:r>
      <w:r w:rsidRPr="0001451A">
        <w:rPr>
          <w:rFonts w:asciiTheme="majorHAnsi" w:hAnsiTheme="majorHAnsi" w:cstheme="majorHAnsi"/>
        </w:rPr>
        <w:t xml:space="preserve">, </w:t>
      </w:r>
      <w:r w:rsidR="004E62A5" w:rsidRPr="0001451A">
        <w:rPr>
          <w:rFonts w:asciiTheme="majorHAnsi" w:hAnsiTheme="majorHAnsi" w:cstheme="majorHAnsi"/>
          <w:b/>
        </w:rPr>
        <w:t>Business Logic Layer</w:t>
      </w:r>
      <w:r w:rsidR="004E62A5" w:rsidRPr="0001451A">
        <w:rPr>
          <w:rFonts w:asciiTheme="majorHAnsi" w:hAnsiTheme="majorHAnsi" w:cstheme="majorHAnsi"/>
        </w:rPr>
        <w:t xml:space="preserve"> </w:t>
      </w:r>
      <w:r w:rsidRPr="0001451A">
        <w:rPr>
          <w:rFonts w:asciiTheme="majorHAnsi" w:hAnsiTheme="majorHAnsi" w:cstheme="majorHAnsi"/>
        </w:rPr>
        <w:t xml:space="preserve">and </w:t>
      </w:r>
      <w:r w:rsidRPr="0001451A">
        <w:rPr>
          <w:rStyle w:val="Strong"/>
          <w:rFonts w:asciiTheme="majorHAnsi" w:hAnsiTheme="majorHAnsi" w:cstheme="majorHAnsi"/>
        </w:rPr>
        <w:t>Data Layer</w:t>
      </w:r>
      <w:r w:rsidRPr="0001451A">
        <w:rPr>
          <w:rFonts w:asciiTheme="majorHAnsi" w:hAnsiTheme="majorHAnsi" w:cstheme="majorHAnsi"/>
        </w:rPr>
        <w:t xml:space="preserve">. Each layer has distinct responsibilities, ensuring separation of concerns, ease of maintenance, and scalability. </w:t>
      </w:r>
      <w:r w:rsidR="009D067F" w:rsidRPr="0001451A">
        <w:rPr>
          <w:rFonts w:asciiTheme="majorHAnsi" w:hAnsiTheme="majorHAnsi" w:cstheme="majorHAnsi"/>
        </w:rPr>
        <w:t xml:space="preserve">3-Tier Architecture is a </w:t>
      </w:r>
      <w:r w:rsidR="009D067F" w:rsidRPr="0001451A">
        <w:rPr>
          <w:rStyle w:val="Strong"/>
          <w:rFonts w:asciiTheme="majorHAnsi" w:hAnsiTheme="majorHAnsi" w:cstheme="majorHAnsi"/>
        </w:rPr>
        <w:t>client-server software architecture pattern</w:t>
      </w:r>
      <w:r w:rsidR="009D067F" w:rsidRPr="0001451A">
        <w:rPr>
          <w:rFonts w:asciiTheme="majorHAnsi" w:hAnsiTheme="majorHAnsi" w:cstheme="majorHAnsi"/>
        </w:rPr>
        <w:t xml:space="preserve"> that separates an application into </w:t>
      </w:r>
      <w:r w:rsidR="009D067F" w:rsidRPr="0001451A">
        <w:rPr>
          <w:rStyle w:val="Strong"/>
          <w:rFonts w:asciiTheme="majorHAnsi" w:hAnsiTheme="majorHAnsi" w:cstheme="majorHAnsi"/>
        </w:rPr>
        <w:t>three logical layers</w:t>
      </w:r>
      <w:r w:rsidR="009D067F" w:rsidRPr="0001451A">
        <w:rPr>
          <w:rFonts w:asciiTheme="majorHAnsi" w:hAnsiTheme="majorHAnsi" w:cstheme="majorHAnsi"/>
        </w:rPr>
        <w:t xml:space="preserve">. </w:t>
      </w:r>
      <w:r w:rsidRPr="0001451A">
        <w:rPr>
          <w:rFonts w:asciiTheme="majorHAnsi" w:hAnsiTheme="majorHAnsi" w:cstheme="majorHAnsi"/>
        </w:rPr>
        <w:t>For the Online Agriculture Products Store, this architecture supports the project’s goals of providing a user-friendly platform for farmers (e.g., Peter, Kevin, Ben) to browse and order agricultural products (seeds, fertilizers, pesticides) and for manufacturers to manage product listings, while aligning with the CSR objectives of accessibility and efficiency.</w:t>
      </w:r>
    </w:p>
    <w:p w:rsidR="004E62A5" w:rsidRPr="0001451A" w:rsidRDefault="004E62A5" w:rsidP="00FE0705">
      <w:pPr>
        <w:pStyle w:val="NormalWeb"/>
        <w:rPr>
          <w:rFonts w:asciiTheme="majorHAnsi" w:hAnsiTheme="majorHAnsi" w:cstheme="majorHAnsi"/>
        </w:rPr>
      </w:pPr>
    </w:p>
    <w:p w:rsidR="004E62A5" w:rsidRPr="0001451A" w:rsidRDefault="004E62A5" w:rsidP="00FE0705">
      <w:pPr>
        <w:pStyle w:val="NormalWeb"/>
        <w:rPr>
          <w:rFonts w:asciiTheme="majorHAnsi" w:hAnsiTheme="majorHAnsi" w:cstheme="majorHAnsi"/>
        </w:rPr>
      </w:pPr>
      <w:r w:rsidRPr="0001451A">
        <w:rPr>
          <w:rFonts w:asciiTheme="majorHAnsi" w:hAnsiTheme="majorHAnsi" w:cstheme="majorHAnsi"/>
        </w:rPr>
        <w:t xml:space="preserve">This divided the application into 3 logical layers – </w:t>
      </w:r>
    </w:p>
    <w:p w:rsidR="004E62A5" w:rsidRPr="0001451A" w:rsidRDefault="004E62A5" w:rsidP="009C44AF">
      <w:pPr>
        <w:pStyle w:val="NormalWeb"/>
        <w:numPr>
          <w:ilvl w:val="1"/>
          <w:numId w:val="29"/>
        </w:numPr>
        <w:rPr>
          <w:rFonts w:asciiTheme="majorHAnsi" w:hAnsiTheme="majorHAnsi" w:cstheme="majorHAnsi"/>
        </w:rPr>
      </w:pPr>
      <w:r w:rsidRPr="0001451A">
        <w:rPr>
          <w:rFonts w:asciiTheme="majorHAnsi" w:hAnsiTheme="majorHAnsi" w:cstheme="majorHAnsi"/>
          <w:b/>
        </w:rPr>
        <w:t>Application Layer:</w:t>
      </w:r>
      <w:r w:rsidRPr="0001451A">
        <w:rPr>
          <w:rFonts w:asciiTheme="majorHAnsi" w:hAnsiTheme="majorHAnsi" w:cstheme="majorHAnsi"/>
        </w:rPr>
        <w:t xml:space="preserve"> topmost layer of the architecture – also known as “Presentation Layer – It handles user interface (UI) components such as screens, pages.</w:t>
      </w:r>
    </w:p>
    <w:p w:rsidR="00C546FE" w:rsidRPr="0001451A" w:rsidRDefault="001551EC" w:rsidP="00C546FE">
      <w:pPr>
        <w:pStyle w:val="NormalWeb"/>
        <w:ind w:left="1440"/>
        <w:rPr>
          <w:rFonts w:asciiTheme="majorHAnsi" w:hAnsiTheme="majorHAnsi" w:cstheme="majorHAnsi"/>
        </w:rPr>
      </w:pPr>
      <w:r w:rsidRPr="0001451A">
        <w:rPr>
          <w:rFonts w:asciiTheme="majorHAnsi" w:hAnsiTheme="majorHAnsi" w:cstheme="majorHAnsi"/>
        </w:rPr>
        <w:t>T</w:t>
      </w:r>
      <w:r w:rsidR="00C546FE" w:rsidRPr="0001451A">
        <w:rPr>
          <w:rFonts w:asciiTheme="majorHAnsi" w:hAnsiTheme="majorHAnsi" w:cstheme="majorHAnsi"/>
        </w:rPr>
        <w:t xml:space="preserve">he front-end interface the user interacts </w:t>
      </w:r>
      <w:proofErr w:type="gramStart"/>
      <w:r w:rsidR="00C546FE" w:rsidRPr="0001451A">
        <w:rPr>
          <w:rFonts w:asciiTheme="majorHAnsi" w:hAnsiTheme="majorHAnsi" w:cstheme="majorHAnsi"/>
        </w:rPr>
        <w:t>with</w:t>
      </w:r>
      <w:proofErr w:type="gramEnd"/>
      <w:r w:rsidR="00C546FE" w:rsidRPr="0001451A">
        <w:rPr>
          <w:rFonts w:asciiTheme="majorHAnsi" w:hAnsiTheme="majorHAnsi" w:cstheme="majorHAnsi"/>
        </w:rPr>
        <w:t>.</w:t>
      </w:r>
    </w:p>
    <w:p w:rsidR="004E62A5" w:rsidRPr="0001451A" w:rsidRDefault="004E62A5" w:rsidP="004E62A5">
      <w:pPr>
        <w:pStyle w:val="NormalWeb"/>
        <w:ind w:left="1080"/>
        <w:rPr>
          <w:rFonts w:asciiTheme="majorHAnsi" w:hAnsiTheme="majorHAnsi" w:cstheme="majorHAnsi"/>
        </w:rPr>
      </w:pPr>
      <w:r w:rsidRPr="0001451A">
        <w:rPr>
          <w:rFonts w:asciiTheme="majorHAnsi" w:hAnsiTheme="majorHAnsi" w:cstheme="majorHAnsi"/>
        </w:rPr>
        <w:t>Ex</w:t>
      </w:r>
      <w:proofErr w:type="gramStart"/>
      <w:r w:rsidRPr="0001451A">
        <w:rPr>
          <w:rFonts w:asciiTheme="majorHAnsi" w:hAnsiTheme="majorHAnsi" w:cstheme="majorHAnsi"/>
        </w:rPr>
        <w:t>:-</w:t>
      </w:r>
      <w:proofErr w:type="gramEnd"/>
      <w:r w:rsidRPr="0001451A">
        <w:rPr>
          <w:rFonts w:asciiTheme="majorHAnsi" w:hAnsiTheme="majorHAnsi" w:cstheme="majorHAnsi"/>
        </w:rPr>
        <w:t xml:space="preserve"> E-commerce Website.</w:t>
      </w:r>
    </w:p>
    <w:p w:rsidR="004E62A5" w:rsidRPr="0001451A" w:rsidRDefault="004E62A5" w:rsidP="009C44AF">
      <w:pPr>
        <w:pStyle w:val="NormalWeb"/>
        <w:numPr>
          <w:ilvl w:val="1"/>
          <w:numId w:val="29"/>
        </w:numPr>
        <w:rPr>
          <w:rFonts w:asciiTheme="majorHAnsi" w:hAnsiTheme="majorHAnsi" w:cstheme="majorHAnsi"/>
        </w:rPr>
      </w:pPr>
      <w:r w:rsidRPr="0001451A">
        <w:rPr>
          <w:rFonts w:asciiTheme="majorHAnsi" w:hAnsiTheme="majorHAnsi" w:cstheme="majorHAnsi"/>
          <w:b/>
        </w:rPr>
        <w:t>Business Logic Layer</w:t>
      </w:r>
      <w:r w:rsidRPr="0001451A">
        <w:rPr>
          <w:rFonts w:asciiTheme="majorHAnsi" w:hAnsiTheme="majorHAnsi" w:cstheme="majorHAnsi"/>
        </w:rPr>
        <w:t>: middle layer of the architecture – acts as an intermediary between the presentation layer and the data storage layer – layer contains the core logic of the application.</w:t>
      </w:r>
    </w:p>
    <w:p w:rsidR="0033061D" w:rsidRPr="0001451A" w:rsidRDefault="0033061D" w:rsidP="0033061D">
      <w:pPr>
        <w:pStyle w:val="NormalWeb"/>
        <w:ind w:left="720"/>
        <w:rPr>
          <w:rFonts w:asciiTheme="majorHAnsi" w:hAnsiTheme="majorHAnsi" w:cstheme="majorHAnsi"/>
        </w:rPr>
      </w:pPr>
      <w:r w:rsidRPr="0001451A">
        <w:rPr>
          <w:rFonts w:asciiTheme="majorHAnsi" w:hAnsiTheme="majorHAnsi" w:cstheme="majorHAnsi"/>
        </w:rPr>
        <w:t xml:space="preserve">           Purpose: Executes business logic, processes inputs, and controls </w:t>
      </w:r>
      <w:r w:rsidR="00F042EF" w:rsidRPr="0001451A">
        <w:rPr>
          <w:rFonts w:asciiTheme="majorHAnsi" w:hAnsiTheme="majorHAnsi" w:cstheme="majorHAnsi"/>
        </w:rPr>
        <w:t xml:space="preserve">  </w:t>
      </w:r>
      <w:r w:rsidRPr="0001451A">
        <w:rPr>
          <w:rFonts w:asciiTheme="majorHAnsi" w:hAnsiTheme="majorHAnsi" w:cstheme="majorHAnsi"/>
        </w:rPr>
        <w:t>application workflow.</w:t>
      </w:r>
    </w:p>
    <w:p w:rsidR="004E62A5" w:rsidRPr="0001451A" w:rsidRDefault="004E62A5" w:rsidP="004E62A5">
      <w:pPr>
        <w:pStyle w:val="NormalWeb"/>
        <w:ind w:left="1440"/>
        <w:rPr>
          <w:rFonts w:asciiTheme="majorHAnsi" w:hAnsiTheme="majorHAnsi" w:cstheme="majorHAnsi"/>
        </w:rPr>
      </w:pPr>
      <w:r w:rsidRPr="0001451A">
        <w:rPr>
          <w:rFonts w:asciiTheme="majorHAnsi" w:hAnsiTheme="majorHAnsi" w:cstheme="majorHAnsi"/>
        </w:rPr>
        <w:t xml:space="preserve">Ex: </w:t>
      </w:r>
      <w:proofErr w:type="gramStart"/>
      <w:r w:rsidRPr="0001451A">
        <w:rPr>
          <w:rFonts w:asciiTheme="majorHAnsi" w:hAnsiTheme="majorHAnsi" w:cstheme="majorHAnsi"/>
        </w:rPr>
        <w:t>Printer ,</w:t>
      </w:r>
      <w:proofErr w:type="gramEnd"/>
      <w:r w:rsidRPr="0001451A">
        <w:rPr>
          <w:rFonts w:asciiTheme="majorHAnsi" w:hAnsiTheme="majorHAnsi" w:cstheme="majorHAnsi"/>
        </w:rPr>
        <w:t xml:space="preserve"> payment gateways.</w:t>
      </w:r>
    </w:p>
    <w:p w:rsidR="00EF1362" w:rsidRPr="0001451A" w:rsidRDefault="004E62A5" w:rsidP="009C44AF">
      <w:pPr>
        <w:pStyle w:val="NormalWeb"/>
        <w:numPr>
          <w:ilvl w:val="1"/>
          <w:numId w:val="29"/>
        </w:numPr>
        <w:rPr>
          <w:rFonts w:asciiTheme="majorHAnsi" w:hAnsiTheme="majorHAnsi" w:cstheme="majorHAnsi"/>
        </w:rPr>
      </w:pPr>
      <w:r w:rsidRPr="0001451A">
        <w:rPr>
          <w:rFonts w:asciiTheme="majorHAnsi" w:hAnsiTheme="majorHAnsi" w:cstheme="majorHAnsi"/>
          <w:b/>
        </w:rPr>
        <w:t>Database Layer</w:t>
      </w:r>
      <w:r w:rsidR="00FA7466" w:rsidRPr="0001451A">
        <w:rPr>
          <w:rFonts w:asciiTheme="majorHAnsi" w:hAnsiTheme="majorHAnsi" w:cstheme="majorHAnsi"/>
        </w:rPr>
        <w:t>:</w:t>
      </w:r>
      <w:r w:rsidRPr="0001451A">
        <w:rPr>
          <w:rFonts w:asciiTheme="majorHAnsi" w:hAnsiTheme="majorHAnsi" w:cstheme="majorHAnsi"/>
        </w:rPr>
        <w:t xml:space="preserve"> bottom-most layer of the architecture – responsible for storing and retrieving data.</w:t>
      </w:r>
      <w:r w:rsidR="00EF1362" w:rsidRPr="0001451A">
        <w:rPr>
          <w:rFonts w:asciiTheme="majorHAnsi" w:hAnsiTheme="majorHAnsi" w:cstheme="majorHAnsi"/>
        </w:rPr>
        <w:t xml:space="preserve"> </w:t>
      </w:r>
    </w:p>
    <w:p w:rsidR="00EF1362" w:rsidRPr="0001451A" w:rsidRDefault="00EF1362" w:rsidP="00204FB3">
      <w:pPr>
        <w:pStyle w:val="NormalWeb"/>
        <w:ind w:left="1440"/>
        <w:rPr>
          <w:rFonts w:asciiTheme="majorHAnsi" w:hAnsiTheme="majorHAnsi" w:cstheme="majorHAnsi"/>
        </w:rPr>
      </w:pPr>
      <w:r w:rsidRPr="0001451A">
        <w:rPr>
          <w:rFonts w:asciiTheme="majorHAnsi" w:hAnsiTheme="majorHAnsi" w:cstheme="majorHAnsi"/>
        </w:rPr>
        <w:t>Stores product lists, user accounts, transaction history.</w:t>
      </w:r>
    </w:p>
    <w:p w:rsidR="00A3415C" w:rsidRPr="0001451A" w:rsidRDefault="004E62A5" w:rsidP="000E0DE6">
      <w:pPr>
        <w:pStyle w:val="NormalWeb"/>
        <w:ind w:left="1440"/>
        <w:rPr>
          <w:rFonts w:asciiTheme="majorHAnsi" w:hAnsiTheme="majorHAnsi" w:cstheme="majorHAnsi"/>
        </w:rPr>
      </w:pPr>
      <w:r w:rsidRPr="0001451A">
        <w:rPr>
          <w:rFonts w:asciiTheme="majorHAnsi" w:hAnsiTheme="majorHAnsi" w:cstheme="majorHAnsi"/>
        </w:rPr>
        <w:t>Ex: MySQL, Or</w:t>
      </w:r>
      <w:r w:rsidR="00210329" w:rsidRPr="0001451A">
        <w:rPr>
          <w:rFonts w:asciiTheme="majorHAnsi" w:hAnsiTheme="majorHAnsi" w:cstheme="majorHAnsi"/>
        </w:rPr>
        <w:t>a</w:t>
      </w:r>
      <w:r w:rsidRPr="0001451A">
        <w:rPr>
          <w:rFonts w:asciiTheme="majorHAnsi" w:hAnsiTheme="majorHAnsi" w:cstheme="majorHAnsi"/>
        </w:rPr>
        <w:t>cle database.</w:t>
      </w:r>
    </w:p>
    <w:p w:rsidR="00E470CF" w:rsidRPr="0001451A" w:rsidRDefault="00E470CF" w:rsidP="000E0DE6">
      <w:pPr>
        <w:pStyle w:val="NormalWeb"/>
        <w:ind w:left="1440"/>
        <w:rPr>
          <w:rFonts w:asciiTheme="majorHAnsi" w:hAnsiTheme="majorHAnsi" w:cstheme="majorHAnsi"/>
        </w:rPr>
      </w:pPr>
    </w:p>
    <w:p w:rsidR="00E470CF" w:rsidRPr="0001451A" w:rsidRDefault="00E470CF" w:rsidP="000E0DE6">
      <w:pPr>
        <w:pStyle w:val="NormalWeb"/>
        <w:ind w:left="1440"/>
        <w:rPr>
          <w:rFonts w:asciiTheme="majorHAnsi" w:hAnsiTheme="majorHAnsi" w:cstheme="majorHAnsi"/>
        </w:rPr>
      </w:pPr>
      <w:r w:rsidRPr="0001451A">
        <w:rPr>
          <w:rFonts w:asciiTheme="majorHAnsi" w:hAnsiTheme="majorHAnsi" w:cstheme="majorHAnsi"/>
          <w:noProof/>
        </w:rPr>
        <w:lastRenderedPageBreak/>
        <w:drawing>
          <wp:anchor distT="0" distB="0" distL="114300" distR="114300" simplePos="0" relativeHeight="251657216" behindDoc="1" locked="0" layoutInCell="1" allowOverlap="1">
            <wp:simplePos x="0" y="0"/>
            <wp:positionH relativeFrom="column">
              <wp:posOffset>-809625</wp:posOffset>
            </wp:positionH>
            <wp:positionV relativeFrom="paragraph">
              <wp:posOffset>-635</wp:posOffset>
            </wp:positionV>
            <wp:extent cx="7038975" cy="76866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38975" cy="7686675"/>
                    </a:xfrm>
                    <a:prstGeom prst="rect">
                      <a:avLst/>
                    </a:prstGeom>
                  </pic:spPr>
                </pic:pic>
              </a:graphicData>
            </a:graphic>
            <wp14:sizeRelH relativeFrom="margin">
              <wp14:pctWidth>0</wp14:pctWidth>
            </wp14:sizeRelH>
            <wp14:sizeRelV relativeFrom="margin">
              <wp14:pctHeight>0</wp14:pctHeight>
            </wp14:sizeRelV>
          </wp:anchor>
        </w:drawing>
      </w:r>
    </w:p>
    <w:p w:rsidR="00E470CF" w:rsidRPr="0001451A" w:rsidRDefault="00E470CF" w:rsidP="000E0DE6">
      <w:pPr>
        <w:pStyle w:val="NormalWeb"/>
        <w:ind w:left="1440"/>
        <w:rPr>
          <w:rFonts w:asciiTheme="majorHAnsi" w:hAnsiTheme="majorHAnsi" w:cstheme="majorHAnsi"/>
        </w:rPr>
      </w:pPr>
    </w:p>
    <w:p w:rsidR="00EA6A65" w:rsidRPr="0001451A" w:rsidRDefault="00EA6A65" w:rsidP="00EA6A65">
      <w:pPr>
        <w:pStyle w:val="NormalWeb"/>
        <w:rPr>
          <w:rFonts w:asciiTheme="majorHAnsi" w:hAnsiTheme="majorHAnsi" w:cstheme="majorHAnsi"/>
          <w:b/>
        </w:rPr>
      </w:pPr>
      <w:r w:rsidRPr="0001451A">
        <w:rPr>
          <w:rFonts w:asciiTheme="majorHAnsi" w:hAnsiTheme="majorHAnsi" w:cstheme="majorHAnsi"/>
          <w:b/>
        </w:rPr>
        <w:t>Benefits of 3-tier Architecture for the project</w:t>
      </w:r>
    </w:p>
    <w:p w:rsidR="00A3415C" w:rsidRPr="0001451A" w:rsidRDefault="00A3415C" w:rsidP="009C44AF">
      <w:pPr>
        <w:pStyle w:val="NormalWeb"/>
        <w:numPr>
          <w:ilvl w:val="0"/>
          <w:numId w:val="33"/>
        </w:numPr>
        <w:rPr>
          <w:rFonts w:asciiTheme="majorHAnsi" w:hAnsiTheme="majorHAnsi" w:cstheme="majorHAnsi"/>
        </w:rPr>
      </w:pPr>
      <w:r w:rsidRPr="0001451A">
        <w:rPr>
          <w:rStyle w:val="Strong"/>
          <w:rFonts w:asciiTheme="majorHAnsi" w:hAnsiTheme="majorHAnsi" w:cstheme="majorHAnsi"/>
        </w:rPr>
        <w:t>Scalability</w:t>
      </w:r>
      <w:r w:rsidRPr="0001451A">
        <w:rPr>
          <w:rFonts w:asciiTheme="majorHAnsi" w:hAnsiTheme="majorHAnsi" w:cstheme="majorHAnsi"/>
        </w:rPr>
        <w:t xml:space="preserve">: Each layer </w:t>
      </w:r>
      <w:proofErr w:type="gramStart"/>
      <w:r w:rsidRPr="0001451A">
        <w:rPr>
          <w:rFonts w:asciiTheme="majorHAnsi" w:hAnsiTheme="majorHAnsi" w:cstheme="majorHAnsi"/>
        </w:rPr>
        <w:t>can be scaled</w:t>
      </w:r>
      <w:proofErr w:type="gramEnd"/>
      <w:r w:rsidRPr="0001451A">
        <w:rPr>
          <w:rFonts w:asciiTheme="majorHAnsi" w:hAnsiTheme="majorHAnsi" w:cstheme="majorHAnsi"/>
        </w:rPr>
        <w:t xml:space="preserve"> independently (e.g., adding more servers for the Application Layer to handle increased traffic).</w:t>
      </w:r>
    </w:p>
    <w:p w:rsidR="00A3415C" w:rsidRPr="0001451A" w:rsidRDefault="00A3415C" w:rsidP="009C44AF">
      <w:pPr>
        <w:pStyle w:val="NormalWeb"/>
        <w:numPr>
          <w:ilvl w:val="0"/>
          <w:numId w:val="33"/>
        </w:numPr>
        <w:rPr>
          <w:rFonts w:asciiTheme="majorHAnsi" w:hAnsiTheme="majorHAnsi" w:cstheme="majorHAnsi"/>
        </w:rPr>
      </w:pPr>
      <w:r w:rsidRPr="0001451A">
        <w:rPr>
          <w:rStyle w:val="Strong"/>
          <w:rFonts w:asciiTheme="majorHAnsi" w:hAnsiTheme="majorHAnsi" w:cstheme="majorHAnsi"/>
        </w:rPr>
        <w:t>Maintainability</w:t>
      </w:r>
      <w:r w:rsidRPr="0001451A">
        <w:rPr>
          <w:rFonts w:asciiTheme="majorHAnsi" w:hAnsiTheme="majorHAnsi" w:cstheme="majorHAnsi"/>
        </w:rPr>
        <w:t>: Separation of concerns allows developers to update the UI, logic, or database without affecting other layers.</w:t>
      </w:r>
    </w:p>
    <w:p w:rsidR="00A3415C" w:rsidRPr="0001451A" w:rsidRDefault="00A3415C" w:rsidP="009C44AF">
      <w:pPr>
        <w:pStyle w:val="NormalWeb"/>
        <w:numPr>
          <w:ilvl w:val="0"/>
          <w:numId w:val="33"/>
        </w:numPr>
        <w:rPr>
          <w:rFonts w:asciiTheme="majorHAnsi" w:hAnsiTheme="majorHAnsi" w:cstheme="majorHAnsi"/>
        </w:rPr>
      </w:pPr>
      <w:r w:rsidRPr="0001451A">
        <w:rPr>
          <w:rStyle w:val="Strong"/>
          <w:rFonts w:asciiTheme="majorHAnsi" w:hAnsiTheme="majorHAnsi" w:cstheme="majorHAnsi"/>
        </w:rPr>
        <w:t>Security</w:t>
      </w:r>
      <w:r w:rsidRPr="0001451A">
        <w:rPr>
          <w:rFonts w:asciiTheme="majorHAnsi" w:hAnsiTheme="majorHAnsi" w:cstheme="majorHAnsi"/>
        </w:rPr>
        <w:t>: The Data Layer enforces encryption and access controls, while the Application Layer handles authentication, protecting sensitive farmer and manufacturer data.</w:t>
      </w:r>
    </w:p>
    <w:p w:rsidR="00A3415C" w:rsidRPr="0001451A" w:rsidRDefault="00A3415C" w:rsidP="009C44AF">
      <w:pPr>
        <w:pStyle w:val="NormalWeb"/>
        <w:numPr>
          <w:ilvl w:val="0"/>
          <w:numId w:val="33"/>
        </w:numPr>
        <w:rPr>
          <w:rFonts w:asciiTheme="majorHAnsi" w:hAnsiTheme="majorHAnsi" w:cstheme="majorHAnsi"/>
        </w:rPr>
      </w:pPr>
      <w:r w:rsidRPr="0001451A">
        <w:rPr>
          <w:rStyle w:val="Strong"/>
          <w:rFonts w:asciiTheme="majorHAnsi" w:hAnsiTheme="majorHAnsi" w:cstheme="majorHAnsi"/>
        </w:rPr>
        <w:t>Flexibility</w:t>
      </w:r>
      <w:r w:rsidRPr="0001451A">
        <w:rPr>
          <w:rFonts w:asciiTheme="majorHAnsi" w:hAnsiTheme="majorHAnsi" w:cstheme="majorHAnsi"/>
        </w:rPr>
        <w:t>: Supports both web and mobile interfaces, critical for farmers in remote areas with varying devices.</w:t>
      </w:r>
    </w:p>
    <w:p w:rsidR="00A3415C" w:rsidRPr="0001451A" w:rsidRDefault="00A3415C" w:rsidP="009C44AF">
      <w:pPr>
        <w:pStyle w:val="NormalWeb"/>
        <w:numPr>
          <w:ilvl w:val="0"/>
          <w:numId w:val="33"/>
        </w:numPr>
        <w:rPr>
          <w:rFonts w:asciiTheme="majorHAnsi" w:hAnsiTheme="majorHAnsi" w:cstheme="majorHAnsi"/>
        </w:rPr>
      </w:pPr>
      <w:r w:rsidRPr="0001451A">
        <w:rPr>
          <w:rStyle w:val="Strong"/>
          <w:rFonts w:asciiTheme="majorHAnsi" w:hAnsiTheme="majorHAnsi" w:cstheme="majorHAnsi"/>
        </w:rPr>
        <w:t>Alignment with CSR Goals</w:t>
      </w:r>
      <w:r w:rsidRPr="0001451A">
        <w:rPr>
          <w:rFonts w:asciiTheme="majorHAnsi" w:hAnsiTheme="majorHAnsi" w:cstheme="majorHAnsi"/>
        </w:rPr>
        <w:t>: Enables a user-friendly, accessible platform that performs efficiently under low-bandwidth conditions, benefiting remote farmers.</w:t>
      </w:r>
    </w:p>
    <w:p w:rsidR="00E0451F" w:rsidRPr="0001451A" w:rsidRDefault="00E0451F" w:rsidP="00E0451F">
      <w:pPr>
        <w:pStyle w:val="NormalWeb"/>
        <w:rPr>
          <w:rFonts w:asciiTheme="majorHAnsi" w:hAnsiTheme="majorHAnsi" w:cstheme="majorHAnsi"/>
        </w:rPr>
      </w:pPr>
      <w:r w:rsidRPr="0001451A">
        <w:rPr>
          <w:rFonts w:asciiTheme="majorHAnsi" w:hAnsiTheme="majorHAnsi" w:cstheme="majorHAnsi"/>
          <w:b/>
        </w:rPr>
        <w:t>Conclusion</w:t>
      </w:r>
      <w:r w:rsidRPr="0001451A">
        <w:rPr>
          <w:rFonts w:asciiTheme="majorHAnsi" w:hAnsiTheme="majorHAnsi" w:cstheme="majorHAnsi"/>
        </w:rPr>
        <w:t>:</w:t>
      </w:r>
    </w:p>
    <w:p w:rsidR="00E0451F" w:rsidRPr="0001451A" w:rsidRDefault="00E0451F" w:rsidP="00E0451F">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 3-tier architecture provides a robust framework for the Online Agriculture Products Store, enabling a scalable, secure, and user-friendly application that meets the needs of farmers and manufacturers. By separating the Presentation, Application, and Data Layers, the architecture ensures maintainability, supports the project’s CSR objectives, and aligns with the technical team’s capabilities, delivering a high-quality platform within the 18-month timeline and </w:t>
      </w:r>
      <w:proofErr w:type="gramStart"/>
      <w:r w:rsidRPr="0001451A">
        <w:rPr>
          <w:rFonts w:asciiTheme="majorHAnsi" w:eastAsia="Times New Roman" w:hAnsiTheme="majorHAnsi" w:cstheme="majorHAnsi"/>
          <w:sz w:val="24"/>
          <w:szCs w:val="24"/>
          <w:lang w:val="en-IN" w:eastAsia="en-IN"/>
        </w:rPr>
        <w:t>2</w:t>
      </w:r>
      <w:proofErr w:type="gramEnd"/>
      <w:r w:rsidRPr="0001451A">
        <w:rPr>
          <w:rFonts w:asciiTheme="majorHAnsi" w:eastAsia="Times New Roman" w:hAnsiTheme="majorHAnsi" w:cstheme="majorHAnsi"/>
          <w:sz w:val="24"/>
          <w:szCs w:val="24"/>
          <w:lang w:val="en-IN" w:eastAsia="en-IN"/>
        </w:rPr>
        <w:t xml:space="preserve"> Crores INR budget.</w:t>
      </w:r>
    </w:p>
    <w:p w:rsidR="00A3415C" w:rsidRPr="0001451A" w:rsidRDefault="00A3415C" w:rsidP="004E62A5">
      <w:pPr>
        <w:pStyle w:val="NormalWeb"/>
        <w:ind w:left="1440"/>
        <w:rPr>
          <w:rFonts w:asciiTheme="majorHAnsi" w:hAnsiTheme="majorHAnsi" w:cstheme="majorHAnsi"/>
          <w:b/>
        </w:rPr>
      </w:pPr>
    </w:p>
    <w:p w:rsidR="006A5534" w:rsidRPr="0001451A" w:rsidRDefault="006A5534" w:rsidP="006059FE">
      <w:pPr>
        <w:rPr>
          <w:rFonts w:asciiTheme="majorHAnsi" w:hAnsiTheme="majorHAnsi" w:cstheme="majorHAnsi"/>
          <w:sz w:val="24"/>
          <w:szCs w:val="24"/>
        </w:rPr>
      </w:pPr>
      <w:r w:rsidRPr="0001451A">
        <w:rPr>
          <w:rFonts w:asciiTheme="majorHAnsi" w:hAnsiTheme="majorHAnsi" w:cstheme="majorHAnsi"/>
          <w:b/>
          <w:sz w:val="24"/>
          <w:szCs w:val="24"/>
        </w:rPr>
        <w:t>Question 4</w:t>
      </w:r>
      <w:r w:rsidRPr="0001451A">
        <w:rPr>
          <w:rFonts w:asciiTheme="majorHAnsi" w:hAnsiTheme="majorHAnsi" w:cstheme="majorHAnsi"/>
          <w:sz w:val="24"/>
          <w:szCs w:val="24"/>
        </w:rPr>
        <w:t xml:space="preserve">: BA Approach Strategy for Framing Questions – 10 Marks Business Analyst should keep What points in his/her mind before he frames a Question to ask to the Stakeholder ( 5W 1H – SMART – RACI – 3 Tier Architecture – Use Cases, Use case Specs, Activity </w:t>
      </w:r>
      <w:proofErr w:type="spellStart"/>
      <w:r w:rsidRPr="0001451A">
        <w:rPr>
          <w:rFonts w:asciiTheme="majorHAnsi" w:hAnsiTheme="majorHAnsi" w:cstheme="majorHAnsi"/>
          <w:sz w:val="24"/>
          <w:szCs w:val="24"/>
        </w:rPr>
        <w:t>Diagrams,Models</w:t>
      </w:r>
      <w:proofErr w:type="spellEnd"/>
      <w:r w:rsidRPr="0001451A">
        <w:rPr>
          <w:rFonts w:asciiTheme="majorHAnsi" w:hAnsiTheme="majorHAnsi" w:cstheme="majorHAnsi"/>
          <w:sz w:val="24"/>
          <w:szCs w:val="24"/>
        </w:rPr>
        <w:t>, Page designs)</w:t>
      </w:r>
    </w:p>
    <w:p w:rsidR="00CA383B" w:rsidRPr="0001451A" w:rsidRDefault="00CA383B" w:rsidP="006059FE">
      <w:pPr>
        <w:rPr>
          <w:rFonts w:asciiTheme="majorHAnsi" w:hAnsiTheme="majorHAnsi" w:cstheme="majorHAnsi"/>
          <w:sz w:val="24"/>
          <w:szCs w:val="24"/>
        </w:rPr>
      </w:pPr>
    </w:p>
    <w:p w:rsidR="00E1263F" w:rsidRPr="0001451A" w:rsidRDefault="00CA383B" w:rsidP="006059FE">
      <w:pPr>
        <w:rPr>
          <w:rFonts w:asciiTheme="majorHAnsi" w:hAnsiTheme="majorHAnsi" w:cstheme="majorHAnsi"/>
          <w:b/>
          <w:sz w:val="24"/>
          <w:szCs w:val="24"/>
        </w:rPr>
      </w:pPr>
      <w:r w:rsidRPr="0001451A">
        <w:rPr>
          <w:rFonts w:asciiTheme="majorHAnsi" w:hAnsiTheme="majorHAnsi" w:cstheme="majorHAnsi"/>
          <w:b/>
          <w:sz w:val="24"/>
          <w:szCs w:val="24"/>
        </w:rPr>
        <w:t>BA Approach Strategy for Framing Questions</w:t>
      </w:r>
    </w:p>
    <w:p w:rsidR="00CA383B" w:rsidRPr="0001451A" w:rsidRDefault="006A5534" w:rsidP="00CA383B">
      <w:pPr>
        <w:pStyle w:val="NormalWeb"/>
        <w:rPr>
          <w:rFonts w:asciiTheme="majorHAnsi" w:hAnsiTheme="majorHAnsi" w:cstheme="majorHAnsi"/>
        </w:rPr>
      </w:pPr>
      <w:r w:rsidRPr="0001451A">
        <w:rPr>
          <w:rFonts w:asciiTheme="majorHAnsi" w:hAnsiTheme="majorHAnsi" w:cstheme="majorHAnsi"/>
        </w:rPr>
        <w:t>When a Business Analyst frames questions for stakeholders, the process must be structured, purposeful, and aligned with the project’s technical and functional needs. Before asking a question, the BA should keep the following points in mind:</w:t>
      </w:r>
    </w:p>
    <w:p w:rsidR="00FE3A9F" w:rsidRPr="0001451A" w:rsidRDefault="00791987" w:rsidP="009C44AF">
      <w:pPr>
        <w:pStyle w:val="NormalWeb"/>
        <w:numPr>
          <w:ilvl w:val="1"/>
          <w:numId w:val="30"/>
        </w:numPr>
        <w:rPr>
          <w:rFonts w:asciiTheme="majorHAnsi" w:hAnsiTheme="majorHAnsi" w:cstheme="majorHAnsi"/>
          <w:b/>
        </w:rPr>
      </w:pPr>
      <w:r w:rsidRPr="0001451A">
        <w:rPr>
          <w:rFonts w:asciiTheme="majorHAnsi" w:hAnsiTheme="majorHAnsi" w:cstheme="majorHAnsi"/>
          <w:b/>
        </w:rPr>
        <w:t>5W 1H</w:t>
      </w:r>
      <w:r w:rsidR="003C6EC3" w:rsidRPr="0001451A">
        <w:rPr>
          <w:rFonts w:asciiTheme="majorHAnsi" w:hAnsiTheme="majorHAnsi" w:cstheme="majorHAnsi"/>
          <w:b/>
        </w:rPr>
        <w:t xml:space="preserve"> </w:t>
      </w:r>
      <w:r w:rsidR="00C34B76" w:rsidRPr="0001451A">
        <w:rPr>
          <w:rFonts w:asciiTheme="majorHAnsi" w:hAnsiTheme="majorHAnsi" w:cstheme="majorHAnsi"/>
          <w:b/>
        </w:rPr>
        <w:t>Framework (Who, What, When, Where, Why, How)</w:t>
      </w:r>
    </w:p>
    <w:p w:rsidR="00CA383B" w:rsidRPr="0001451A" w:rsidRDefault="00CA383B" w:rsidP="00CA383B">
      <w:pPr>
        <w:pStyle w:val="NormalWeb"/>
        <w:rPr>
          <w:rFonts w:asciiTheme="majorHAnsi" w:hAnsiTheme="majorHAnsi" w:cstheme="majorHAnsi"/>
        </w:rPr>
      </w:pPr>
      <w:r w:rsidRPr="0001451A">
        <w:rPr>
          <w:rFonts w:asciiTheme="majorHAnsi" w:hAnsiTheme="majorHAnsi" w:cstheme="majorHAnsi"/>
        </w:rPr>
        <w:t xml:space="preserve">The 5W1H framework ensures questions are comprehensive, covering all aspects of a requirement to avoid ambiguity and ensure stakeholder needs </w:t>
      </w:r>
      <w:proofErr w:type="gramStart"/>
      <w:r w:rsidRPr="0001451A">
        <w:rPr>
          <w:rFonts w:asciiTheme="majorHAnsi" w:hAnsiTheme="majorHAnsi" w:cstheme="majorHAnsi"/>
        </w:rPr>
        <w:t>are fully captured</w:t>
      </w:r>
      <w:proofErr w:type="gramEnd"/>
      <w:r w:rsidRPr="0001451A">
        <w:rPr>
          <w:rFonts w:asciiTheme="majorHAnsi" w:hAnsiTheme="majorHAnsi" w:cstheme="majorHAnsi"/>
        </w:rPr>
        <w:t>.</w:t>
      </w:r>
    </w:p>
    <w:p w:rsidR="00FA1F9B" w:rsidRPr="0001451A" w:rsidRDefault="00FA1F9B" w:rsidP="00FA1F9B">
      <w:pPr>
        <w:spacing w:after="160" w:line="278" w:lineRule="auto"/>
        <w:ind w:left="750"/>
        <w:rPr>
          <w:rFonts w:asciiTheme="majorHAnsi" w:hAnsiTheme="majorHAnsi" w:cstheme="majorHAnsi"/>
          <w:b/>
          <w:bCs/>
          <w:sz w:val="24"/>
          <w:szCs w:val="24"/>
        </w:rPr>
      </w:pPr>
      <w:r w:rsidRPr="0001451A">
        <w:rPr>
          <w:rFonts w:asciiTheme="majorHAnsi" w:hAnsiTheme="majorHAnsi" w:cstheme="majorHAnsi"/>
          <w:b/>
          <w:bCs/>
          <w:sz w:val="24"/>
          <w:szCs w:val="24"/>
        </w:rPr>
        <w:lastRenderedPageBreak/>
        <w:t>Who:</w:t>
      </w:r>
    </w:p>
    <w:p w:rsidR="00FA1F9B" w:rsidRPr="0001451A" w:rsidRDefault="00FA1F9B" w:rsidP="00FA1F9B">
      <w:pPr>
        <w:spacing w:after="160" w:line="278" w:lineRule="auto"/>
        <w:ind w:left="750"/>
        <w:rPr>
          <w:rFonts w:asciiTheme="majorHAnsi" w:hAnsiTheme="majorHAnsi" w:cstheme="majorHAnsi"/>
          <w:sz w:val="24"/>
          <w:szCs w:val="24"/>
        </w:rPr>
      </w:pPr>
      <w:r w:rsidRPr="0001451A">
        <w:rPr>
          <w:rFonts w:asciiTheme="majorHAnsi" w:hAnsiTheme="majorHAnsi" w:cstheme="majorHAnsi"/>
          <w:sz w:val="24"/>
          <w:szCs w:val="24"/>
        </w:rPr>
        <w:t xml:space="preserve">Who are the users, decision makers, and </w:t>
      </w:r>
      <w:proofErr w:type="gramStart"/>
      <w:r w:rsidRPr="0001451A">
        <w:rPr>
          <w:rFonts w:asciiTheme="majorHAnsi" w:hAnsiTheme="majorHAnsi" w:cstheme="majorHAnsi"/>
          <w:sz w:val="24"/>
          <w:szCs w:val="24"/>
        </w:rPr>
        <w:t>impacted</w:t>
      </w:r>
      <w:proofErr w:type="gramEnd"/>
      <w:r w:rsidRPr="0001451A">
        <w:rPr>
          <w:rFonts w:asciiTheme="majorHAnsi" w:hAnsiTheme="majorHAnsi" w:cstheme="majorHAnsi"/>
          <w:sz w:val="24"/>
          <w:szCs w:val="24"/>
        </w:rPr>
        <w:t xml:space="preserve"> stakeholders?</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Identify the key stakeholders, users, and decision-makers involved. For example, "Who will be using this new feature?" </w:t>
      </w:r>
    </w:p>
    <w:p w:rsidR="00FA1F9B" w:rsidRPr="0001451A" w:rsidRDefault="00FA1F9B" w:rsidP="00FA1F9B">
      <w:pPr>
        <w:spacing w:after="160" w:line="278" w:lineRule="auto"/>
        <w:ind w:left="750"/>
        <w:rPr>
          <w:rFonts w:asciiTheme="majorHAnsi" w:hAnsiTheme="majorHAnsi" w:cstheme="majorHAnsi"/>
          <w:sz w:val="24"/>
          <w:szCs w:val="24"/>
        </w:rPr>
      </w:pPr>
      <w:r w:rsidRPr="0001451A">
        <w:rPr>
          <w:rFonts w:asciiTheme="majorHAnsi" w:hAnsiTheme="majorHAnsi" w:cstheme="majorHAnsi"/>
          <w:b/>
          <w:bCs/>
          <w:sz w:val="24"/>
          <w:szCs w:val="24"/>
        </w:rPr>
        <w:t>What:</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What is the requirement/problem/opportunity?</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Clarify the objectives, desired functionality, and specific problems the project aims to solve. For instance, "What specific functionality will this new module provide?" </w:t>
      </w:r>
    </w:p>
    <w:p w:rsidR="00FA1F9B" w:rsidRPr="0001451A" w:rsidRDefault="00FA1F9B" w:rsidP="00FA1F9B">
      <w:pPr>
        <w:spacing w:after="160" w:line="278" w:lineRule="auto"/>
        <w:ind w:left="750"/>
        <w:rPr>
          <w:rFonts w:asciiTheme="majorHAnsi" w:hAnsiTheme="majorHAnsi" w:cstheme="majorHAnsi"/>
          <w:b/>
          <w:bCs/>
          <w:sz w:val="24"/>
          <w:szCs w:val="24"/>
        </w:rPr>
      </w:pPr>
      <w:r w:rsidRPr="0001451A">
        <w:rPr>
          <w:rFonts w:asciiTheme="majorHAnsi" w:hAnsiTheme="majorHAnsi" w:cstheme="majorHAnsi"/>
          <w:b/>
          <w:bCs/>
          <w:sz w:val="24"/>
          <w:szCs w:val="24"/>
        </w:rPr>
        <w:t>When:</w:t>
      </w:r>
    </w:p>
    <w:p w:rsidR="000D5BDA" w:rsidRPr="0001451A" w:rsidRDefault="000D5BDA" w:rsidP="00FA1F9B">
      <w:pPr>
        <w:spacing w:after="160" w:line="278" w:lineRule="auto"/>
        <w:ind w:left="750"/>
        <w:rPr>
          <w:rFonts w:asciiTheme="majorHAnsi" w:hAnsiTheme="majorHAnsi" w:cstheme="majorHAnsi"/>
          <w:sz w:val="24"/>
          <w:szCs w:val="24"/>
        </w:rPr>
      </w:pPr>
      <w:r w:rsidRPr="0001451A">
        <w:rPr>
          <w:rFonts w:asciiTheme="majorHAnsi" w:hAnsiTheme="majorHAnsi" w:cstheme="majorHAnsi"/>
          <w:sz w:val="24"/>
          <w:szCs w:val="24"/>
        </w:rPr>
        <w:t xml:space="preserve">When </w:t>
      </w:r>
      <w:proofErr w:type="gramStart"/>
      <w:r w:rsidRPr="0001451A">
        <w:rPr>
          <w:rFonts w:asciiTheme="majorHAnsi" w:hAnsiTheme="majorHAnsi" w:cstheme="majorHAnsi"/>
          <w:sz w:val="24"/>
          <w:szCs w:val="24"/>
        </w:rPr>
        <w:t>is this needed</w:t>
      </w:r>
      <w:proofErr w:type="gramEnd"/>
      <w:r w:rsidRPr="0001451A">
        <w:rPr>
          <w:rFonts w:asciiTheme="majorHAnsi" w:hAnsiTheme="majorHAnsi" w:cstheme="majorHAnsi"/>
          <w:sz w:val="24"/>
          <w:szCs w:val="24"/>
        </w:rPr>
        <w:t>? Any deadlines or sequence dependencies?</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 xml:space="preserve">Establish timelines, deadlines, and milestones. Example: </w:t>
      </w:r>
      <w:proofErr w:type="gramStart"/>
      <w:r w:rsidRPr="0001451A">
        <w:rPr>
          <w:rFonts w:asciiTheme="majorHAnsi" w:hAnsiTheme="majorHAnsi" w:cstheme="majorHAnsi"/>
          <w:sz w:val="24"/>
          <w:szCs w:val="24"/>
        </w:rPr>
        <w:t>"</w:t>
      </w:r>
      <w:r w:rsidRPr="0001451A">
        <w:rPr>
          <w:rFonts w:asciiTheme="majorHAnsi" w:hAnsiTheme="majorHAnsi" w:cstheme="majorHAnsi"/>
          <w:color w:val="545D7E"/>
          <w:spacing w:val="2"/>
          <w:sz w:val="24"/>
          <w:szCs w:val="24"/>
          <w:shd w:val="clear" w:color="auto" w:fill="FFFFFF"/>
        </w:rPr>
        <w:t xml:space="preserve"> </w:t>
      </w:r>
      <w:r w:rsidRPr="0001451A">
        <w:rPr>
          <w:rFonts w:asciiTheme="majorHAnsi" w:hAnsiTheme="majorHAnsi" w:cstheme="majorHAnsi"/>
          <w:sz w:val="24"/>
          <w:szCs w:val="24"/>
        </w:rPr>
        <w:t>When</w:t>
      </w:r>
      <w:proofErr w:type="gramEnd"/>
      <w:r w:rsidRPr="0001451A">
        <w:rPr>
          <w:rFonts w:asciiTheme="majorHAnsi" w:hAnsiTheme="majorHAnsi" w:cstheme="majorHAnsi"/>
          <w:sz w:val="24"/>
          <w:szCs w:val="24"/>
        </w:rPr>
        <w:t xml:space="preserve"> is the target launch date for this new feature?" </w:t>
      </w:r>
    </w:p>
    <w:p w:rsidR="00FA1F9B" w:rsidRPr="0001451A" w:rsidRDefault="00FA1F9B" w:rsidP="00FA1F9B">
      <w:pPr>
        <w:spacing w:after="160" w:line="278" w:lineRule="auto"/>
        <w:ind w:left="750"/>
        <w:rPr>
          <w:rFonts w:asciiTheme="majorHAnsi" w:hAnsiTheme="majorHAnsi" w:cstheme="majorHAnsi"/>
          <w:b/>
          <w:bCs/>
          <w:sz w:val="24"/>
          <w:szCs w:val="24"/>
        </w:rPr>
      </w:pPr>
      <w:r w:rsidRPr="0001451A">
        <w:rPr>
          <w:rFonts w:asciiTheme="majorHAnsi" w:hAnsiTheme="majorHAnsi" w:cstheme="majorHAnsi"/>
          <w:b/>
          <w:bCs/>
          <w:sz w:val="24"/>
          <w:szCs w:val="24"/>
        </w:rPr>
        <w:t>Where:</w:t>
      </w:r>
    </w:p>
    <w:p w:rsidR="00A54D35" w:rsidRPr="0001451A" w:rsidRDefault="00A54D35" w:rsidP="00FA1F9B">
      <w:pPr>
        <w:spacing w:after="160" w:line="278" w:lineRule="auto"/>
        <w:ind w:left="750"/>
        <w:rPr>
          <w:rFonts w:asciiTheme="majorHAnsi" w:hAnsiTheme="majorHAnsi" w:cstheme="majorHAnsi"/>
          <w:sz w:val="24"/>
          <w:szCs w:val="24"/>
        </w:rPr>
      </w:pPr>
      <w:r w:rsidRPr="0001451A">
        <w:rPr>
          <w:rFonts w:asciiTheme="majorHAnsi" w:hAnsiTheme="majorHAnsi" w:cstheme="majorHAnsi"/>
          <w:sz w:val="24"/>
          <w:szCs w:val="24"/>
        </w:rPr>
        <w:t>Where will the solution be used (location, system, environment)?</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Determine the physical or digital location of the project and its users. For example, "Where will this application be deployed?" </w:t>
      </w:r>
    </w:p>
    <w:p w:rsidR="00FA1F9B" w:rsidRPr="0001451A" w:rsidRDefault="00FA1F9B" w:rsidP="00FA1F9B">
      <w:pPr>
        <w:spacing w:after="160" w:line="278" w:lineRule="auto"/>
        <w:ind w:left="750"/>
        <w:rPr>
          <w:rFonts w:asciiTheme="majorHAnsi" w:hAnsiTheme="majorHAnsi" w:cstheme="majorHAnsi"/>
          <w:b/>
          <w:bCs/>
          <w:sz w:val="24"/>
          <w:szCs w:val="24"/>
        </w:rPr>
      </w:pPr>
      <w:r w:rsidRPr="0001451A">
        <w:rPr>
          <w:rFonts w:asciiTheme="majorHAnsi" w:hAnsiTheme="majorHAnsi" w:cstheme="majorHAnsi"/>
          <w:b/>
          <w:bCs/>
          <w:sz w:val="24"/>
          <w:szCs w:val="24"/>
        </w:rPr>
        <w:t>Why:</w:t>
      </w:r>
    </w:p>
    <w:p w:rsidR="00FA1F9B" w:rsidRPr="0001451A" w:rsidRDefault="00FA1F9B" w:rsidP="00FA1F9B">
      <w:pPr>
        <w:spacing w:after="160" w:line="278" w:lineRule="auto"/>
        <w:ind w:left="750"/>
        <w:rPr>
          <w:rFonts w:asciiTheme="majorHAnsi" w:hAnsiTheme="majorHAnsi" w:cstheme="majorHAnsi"/>
          <w:sz w:val="24"/>
          <w:szCs w:val="24"/>
        </w:rPr>
      </w:pPr>
      <w:r w:rsidRPr="0001451A">
        <w:rPr>
          <w:rFonts w:asciiTheme="majorHAnsi" w:hAnsiTheme="majorHAnsi" w:cstheme="majorHAnsi"/>
          <w:sz w:val="24"/>
          <w:szCs w:val="24"/>
        </w:rPr>
        <w:t>Why is this requirement important for the business?</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 xml:space="preserve">Understand </w:t>
      </w:r>
      <w:proofErr w:type="gramStart"/>
      <w:r w:rsidRPr="0001451A">
        <w:rPr>
          <w:rFonts w:asciiTheme="majorHAnsi" w:hAnsiTheme="majorHAnsi" w:cstheme="majorHAnsi"/>
          <w:sz w:val="24"/>
          <w:szCs w:val="24"/>
        </w:rPr>
        <w:t xml:space="preserve">the </w:t>
      </w:r>
      <w:proofErr w:type="spellStart"/>
      <w:r w:rsidRPr="0001451A">
        <w:rPr>
          <w:rFonts w:asciiTheme="majorHAnsi" w:hAnsiTheme="majorHAnsi" w:cstheme="majorHAnsi"/>
          <w:sz w:val="24"/>
          <w:szCs w:val="24"/>
        </w:rPr>
        <w:t>i</w:t>
      </w:r>
      <w:proofErr w:type="spellEnd"/>
      <w:proofErr w:type="gramEnd"/>
      <w:r w:rsidRPr="0001451A">
        <w:rPr>
          <w:rFonts w:asciiTheme="majorHAnsi" w:hAnsiTheme="majorHAnsi" w:cstheme="majorHAnsi"/>
          <w:sz w:val="24"/>
          <w:szCs w:val="24"/>
        </w:rPr>
        <w:t xml:space="preserve"> importance of the project. Example: "Why is this project a priority for the business?" </w:t>
      </w:r>
    </w:p>
    <w:p w:rsidR="00FA1F9B" w:rsidRPr="0001451A" w:rsidRDefault="00FA1F9B" w:rsidP="00FA1F9B">
      <w:pPr>
        <w:spacing w:after="160" w:line="278" w:lineRule="auto"/>
        <w:ind w:left="750"/>
        <w:rPr>
          <w:rFonts w:asciiTheme="majorHAnsi" w:hAnsiTheme="majorHAnsi" w:cstheme="majorHAnsi"/>
          <w:b/>
          <w:bCs/>
          <w:sz w:val="24"/>
          <w:szCs w:val="24"/>
        </w:rPr>
      </w:pPr>
      <w:r w:rsidRPr="0001451A">
        <w:rPr>
          <w:rFonts w:asciiTheme="majorHAnsi" w:hAnsiTheme="majorHAnsi" w:cstheme="majorHAnsi"/>
          <w:b/>
          <w:bCs/>
          <w:sz w:val="24"/>
          <w:szCs w:val="24"/>
        </w:rPr>
        <w:t>How:</w:t>
      </w:r>
    </w:p>
    <w:p w:rsidR="00704333" w:rsidRPr="0001451A" w:rsidRDefault="00704333" w:rsidP="00FA1F9B">
      <w:pPr>
        <w:spacing w:after="160" w:line="278" w:lineRule="auto"/>
        <w:ind w:left="750"/>
        <w:rPr>
          <w:rFonts w:asciiTheme="majorHAnsi" w:hAnsiTheme="majorHAnsi" w:cstheme="majorHAnsi"/>
          <w:sz w:val="24"/>
          <w:szCs w:val="24"/>
        </w:rPr>
      </w:pPr>
      <w:r w:rsidRPr="0001451A">
        <w:rPr>
          <w:rFonts w:asciiTheme="majorHAnsi" w:hAnsiTheme="majorHAnsi" w:cstheme="majorHAnsi"/>
          <w:sz w:val="24"/>
          <w:szCs w:val="24"/>
        </w:rPr>
        <w:t>How will the process/feature work in real life?</w:t>
      </w:r>
    </w:p>
    <w:p w:rsidR="00FA1F9B" w:rsidRPr="0001451A" w:rsidRDefault="00FA1F9B" w:rsidP="00FA1F9B">
      <w:pPr>
        <w:ind w:left="750"/>
        <w:rPr>
          <w:rFonts w:asciiTheme="majorHAnsi" w:hAnsiTheme="majorHAnsi" w:cstheme="majorHAnsi"/>
          <w:sz w:val="24"/>
          <w:szCs w:val="24"/>
        </w:rPr>
      </w:pPr>
      <w:r w:rsidRPr="0001451A">
        <w:rPr>
          <w:rFonts w:asciiTheme="majorHAnsi" w:hAnsiTheme="majorHAnsi" w:cstheme="majorHAnsi"/>
          <w:sz w:val="24"/>
          <w:szCs w:val="24"/>
        </w:rPr>
        <w:t>Explore the processes, methods, and technologies involved. For instance, "How will the data be migrated to the new system?" </w:t>
      </w:r>
    </w:p>
    <w:p w:rsidR="00DC7B40" w:rsidRPr="0001451A" w:rsidRDefault="00DC7B40" w:rsidP="00FA1F9B">
      <w:pPr>
        <w:ind w:left="750"/>
        <w:rPr>
          <w:rFonts w:asciiTheme="majorHAnsi" w:hAnsiTheme="majorHAnsi" w:cstheme="majorHAnsi"/>
          <w:sz w:val="24"/>
          <w:szCs w:val="24"/>
        </w:rPr>
      </w:pPr>
    </w:p>
    <w:p w:rsidR="00DC7B40" w:rsidRPr="0001451A" w:rsidRDefault="00DC7B40" w:rsidP="00FA1F9B">
      <w:pPr>
        <w:ind w:left="750"/>
        <w:rPr>
          <w:rFonts w:asciiTheme="majorHAnsi" w:hAnsiTheme="majorHAnsi" w:cstheme="majorHAnsi"/>
          <w:sz w:val="24"/>
          <w:szCs w:val="24"/>
        </w:rPr>
      </w:pPr>
    </w:p>
    <w:p w:rsidR="00DC7B40" w:rsidRPr="0001451A" w:rsidRDefault="00DC7B40" w:rsidP="00FA1F9B">
      <w:pPr>
        <w:ind w:left="750"/>
        <w:rPr>
          <w:rFonts w:asciiTheme="majorHAnsi" w:hAnsiTheme="majorHAnsi" w:cstheme="majorHAnsi"/>
          <w:sz w:val="24"/>
          <w:szCs w:val="24"/>
        </w:rPr>
      </w:pPr>
    </w:p>
    <w:p w:rsidR="00DC7B40" w:rsidRPr="0001451A" w:rsidRDefault="00DC7B40" w:rsidP="00FA1F9B">
      <w:pPr>
        <w:ind w:left="750"/>
        <w:rPr>
          <w:rFonts w:asciiTheme="majorHAnsi" w:hAnsiTheme="majorHAnsi" w:cstheme="majorHAnsi"/>
          <w:sz w:val="24"/>
          <w:szCs w:val="24"/>
        </w:rPr>
      </w:pPr>
    </w:p>
    <w:p w:rsidR="00DC7B40" w:rsidRPr="0001451A" w:rsidRDefault="00DC7B40" w:rsidP="00FA1F9B">
      <w:pPr>
        <w:ind w:left="750"/>
        <w:rPr>
          <w:rFonts w:asciiTheme="majorHAnsi" w:hAnsiTheme="majorHAnsi" w:cstheme="majorHAnsi"/>
          <w:sz w:val="24"/>
          <w:szCs w:val="24"/>
        </w:rPr>
      </w:pPr>
    </w:p>
    <w:p w:rsidR="006A5534" w:rsidRPr="0001451A" w:rsidRDefault="00852CB1" w:rsidP="009C44AF">
      <w:pPr>
        <w:pStyle w:val="ListParagraph"/>
        <w:numPr>
          <w:ilvl w:val="1"/>
          <w:numId w:val="30"/>
        </w:numPr>
        <w:rPr>
          <w:rFonts w:asciiTheme="majorHAnsi" w:hAnsiTheme="majorHAnsi" w:cstheme="majorHAnsi"/>
          <w:b/>
          <w:sz w:val="24"/>
          <w:szCs w:val="24"/>
        </w:rPr>
      </w:pPr>
      <w:r w:rsidRPr="0001451A">
        <w:rPr>
          <w:rFonts w:asciiTheme="majorHAnsi" w:hAnsiTheme="majorHAnsi" w:cstheme="majorHAnsi"/>
          <w:b/>
          <w:sz w:val="24"/>
          <w:szCs w:val="24"/>
        </w:rPr>
        <w:t>SMART Criteria (Specific, Measurable, Achievable, Relevant, Time-bound)</w:t>
      </w:r>
    </w:p>
    <w:p w:rsidR="00852CB1" w:rsidRPr="0001451A" w:rsidRDefault="00852CB1" w:rsidP="00DC7B40">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 SMART principle is a </w:t>
      </w:r>
      <w:r w:rsidRPr="0001451A">
        <w:rPr>
          <w:rFonts w:asciiTheme="majorHAnsi" w:eastAsia="Times New Roman" w:hAnsiTheme="majorHAnsi" w:cstheme="majorHAnsi"/>
          <w:b/>
          <w:bCs/>
          <w:sz w:val="24"/>
          <w:szCs w:val="24"/>
          <w:lang w:val="en-IN" w:eastAsia="en-IN"/>
        </w:rPr>
        <w:t>structured questioning approach</w:t>
      </w:r>
      <w:r w:rsidRPr="0001451A">
        <w:rPr>
          <w:rFonts w:asciiTheme="majorHAnsi" w:eastAsia="Times New Roman" w:hAnsiTheme="majorHAnsi" w:cstheme="majorHAnsi"/>
          <w:sz w:val="24"/>
          <w:szCs w:val="24"/>
          <w:lang w:val="en-IN" w:eastAsia="en-IN"/>
        </w:rPr>
        <w:t xml:space="preserve"> that ensures the information you collect is </w:t>
      </w:r>
      <w:r w:rsidRPr="0001451A">
        <w:rPr>
          <w:rFonts w:asciiTheme="majorHAnsi" w:eastAsia="Times New Roman" w:hAnsiTheme="majorHAnsi" w:cstheme="majorHAnsi"/>
          <w:b/>
          <w:bCs/>
          <w:sz w:val="24"/>
          <w:szCs w:val="24"/>
          <w:lang w:val="en-IN" w:eastAsia="en-IN"/>
        </w:rPr>
        <w:t>clear, actionable, and aligned with project goals</w:t>
      </w:r>
      <w:r w:rsidRPr="0001451A">
        <w:rPr>
          <w:rFonts w:asciiTheme="majorHAnsi" w:eastAsia="Times New Roman" w:hAnsiTheme="majorHAnsi" w:cstheme="majorHAnsi"/>
          <w:sz w:val="24"/>
          <w:szCs w:val="24"/>
          <w:lang w:val="en-IN" w:eastAsia="en-IN"/>
        </w:rPr>
        <w:t xml:space="preserve">. Instead of asking generic or vague questions, you guide the stakeholder to give </w:t>
      </w:r>
      <w:r w:rsidRPr="0001451A">
        <w:rPr>
          <w:rFonts w:asciiTheme="majorHAnsi" w:eastAsia="Times New Roman" w:hAnsiTheme="majorHAnsi" w:cstheme="majorHAnsi"/>
          <w:b/>
          <w:bCs/>
          <w:sz w:val="24"/>
          <w:szCs w:val="24"/>
          <w:lang w:val="en-IN" w:eastAsia="en-IN"/>
        </w:rPr>
        <w:t>precise and meaningful answers</w:t>
      </w:r>
      <w:r w:rsidRPr="0001451A">
        <w:rPr>
          <w:rFonts w:asciiTheme="majorHAnsi" w:eastAsia="Times New Roman" w:hAnsiTheme="majorHAnsi" w:cstheme="majorHAnsi"/>
          <w:sz w:val="24"/>
          <w:szCs w:val="24"/>
          <w:lang w:val="en-IN" w:eastAsia="en-IN"/>
        </w:rPr>
        <w:t>.</w:t>
      </w:r>
    </w:p>
    <w:p w:rsidR="00852CB1" w:rsidRPr="0001451A" w:rsidRDefault="00DC7B40" w:rsidP="00852CB1">
      <w:pPr>
        <w:rPr>
          <w:rFonts w:asciiTheme="majorHAnsi" w:hAnsiTheme="majorHAnsi" w:cstheme="majorHAnsi"/>
          <w:b/>
          <w:sz w:val="24"/>
          <w:szCs w:val="24"/>
        </w:rPr>
      </w:pPr>
      <w:r w:rsidRPr="0001451A">
        <w:rPr>
          <w:rFonts w:asciiTheme="majorHAnsi" w:hAnsiTheme="majorHAnsi" w:cstheme="majorHAnsi"/>
          <w:b/>
          <w:sz w:val="24"/>
          <w:szCs w:val="24"/>
        </w:rPr>
        <w:t>S – Specific</w:t>
      </w:r>
    </w:p>
    <w:p w:rsidR="00DC7B40" w:rsidRPr="0001451A" w:rsidRDefault="00DC7B40" w:rsidP="00852CB1">
      <w:pPr>
        <w:rPr>
          <w:rFonts w:asciiTheme="majorHAnsi" w:hAnsiTheme="majorHAnsi" w:cstheme="majorHAnsi"/>
          <w:b/>
          <w:sz w:val="24"/>
          <w:szCs w:val="24"/>
        </w:rPr>
      </w:pPr>
      <w:r w:rsidRPr="0001451A">
        <w:rPr>
          <w:rFonts w:asciiTheme="majorHAnsi" w:hAnsiTheme="majorHAnsi" w:cstheme="majorHAnsi"/>
          <w:sz w:val="24"/>
          <w:szCs w:val="24"/>
        </w:rPr>
        <w:t>Helps to avoid ambiguity/confusion, precise and ensures clarity in documentation.</w:t>
      </w:r>
    </w:p>
    <w:p w:rsidR="00DC7B40" w:rsidRPr="0001451A" w:rsidRDefault="00DC7B40" w:rsidP="00852CB1">
      <w:pPr>
        <w:rPr>
          <w:rFonts w:asciiTheme="majorHAnsi" w:hAnsiTheme="majorHAnsi" w:cstheme="majorHAnsi"/>
          <w:b/>
          <w:sz w:val="24"/>
          <w:szCs w:val="24"/>
        </w:rPr>
      </w:pPr>
      <w:r w:rsidRPr="0001451A">
        <w:rPr>
          <w:rFonts w:asciiTheme="majorHAnsi" w:hAnsiTheme="majorHAnsi" w:cstheme="majorHAnsi"/>
          <w:b/>
          <w:sz w:val="24"/>
          <w:szCs w:val="24"/>
        </w:rPr>
        <w:t>M – Measurable</w:t>
      </w:r>
    </w:p>
    <w:p w:rsidR="00DC7B40" w:rsidRPr="0001451A" w:rsidRDefault="00DC7B40" w:rsidP="00852CB1">
      <w:pPr>
        <w:rPr>
          <w:rFonts w:asciiTheme="majorHAnsi" w:hAnsiTheme="majorHAnsi" w:cstheme="majorHAnsi"/>
          <w:sz w:val="24"/>
          <w:szCs w:val="24"/>
        </w:rPr>
      </w:pPr>
      <w:r w:rsidRPr="0001451A">
        <w:rPr>
          <w:rFonts w:asciiTheme="majorHAnsi" w:hAnsiTheme="majorHAnsi" w:cstheme="majorHAnsi"/>
          <w:sz w:val="24"/>
          <w:szCs w:val="24"/>
        </w:rPr>
        <w:t>Measurable requirements can be tested and validated later.</w:t>
      </w:r>
    </w:p>
    <w:p w:rsidR="00DC7B40" w:rsidRPr="0001451A" w:rsidRDefault="00DC7B40" w:rsidP="00852CB1">
      <w:pPr>
        <w:rPr>
          <w:rFonts w:asciiTheme="majorHAnsi" w:hAnsiTheme="majorHAnsi" w:cstheme="majorHAnsi"/>
          <w:b/>
          <w:sz w:val="24"/>
          <w:szCs w:val="24"/>
        </w:rPr>
      </w:pPr>
      <w:r w:rsidRPr="0001451A">
        <w:rPr>
          <w:rFonts w:asciiTheme="majorHAnsi" w:hAnsiTheme="majorHAnsi" w:cstheme="majorHAnsi"/>
          <w:sz w:val="24"/>
          <w:szCs w:val="24"/>
        </w:rPr>
        <w:t xml:space="preserve">How will we measure the effectiveness of this new functionality </w:t>
      </w:r>
      <w:proofErr w:type="gramStart"/>
      <w:r w:rsidRPr="0001451A">
        <w:rPr>
          <w:rFonts w:asciiTheme="majorHAnsi" w:hAnsiTheme="majorHAnsi" w:cstheme="majorHAnsi"/>
          <w:sz w:val="24"/>
          <w:szCs w:val="24"/>
        </w:rPr>
        <w:t>requirement.</w:t>
      </w:r>
      <w:proofErr w:type="gramEnd"/>
      <w:r w:rsidRPr="0001451A">
        <w:rPr>
          <w:rFonts w:asciiTheme="majorHAnsi" w:hAnsiTheme="majorHAnsi" w:cstheme="majorHAnsi"/>
          <w:sz w:val="24"/>
          <w:szCs w:val="24"/>
        </w:rPr>
        <w:t xml:space="preserve"> </w:t>
      </w:r>
    </w:p>
    <w:p w:rsidR="00DC7B40" w:rsidRPr="0001451A" w:rsidRDefault="00DC7B40" w:rsidP="00852CB1">
      <w:pPr>
        <w:rPr>
          <w:rFonts w:asciiTheme="majorHAnsi" w:hAnsiTheme="majorHAnsi" w:cstheme="majorHAnsi"/>
          <w:b/>
          <w:sz w:val="24"/>
          <w:szCs w:val="24"/>
        </w:rPr>
      </w:pPr>
      <w:r w:rsidRPr="0001451A">
        <w:rPr>
          <w:rFonts w:asciiTheme="majorHAnsi" w:hAnsiTheme="majorHAnsi" w:cstheme="majorHAnsi"/>
          <w:b/>
          <w:sz w:val="24"/>
          <w:szCs w:val="24"/>
        </w:rPr>
        <w:t xml:space="preserve">A – </w:t>
      </w:r>
      <w:proofErr w:type="spellStart"/>
      <w:r w:rsidRPr="0001451A">
        <w:rPr>
          <w:rFonts w:asciiTheme="majorHAnsi" w:hAnsiTheme="majorHAnsi" w:cstheme="majorHAnsi"/>
          <w:b/>
          <w:sz w:val="24"/>
          <w:szCs w:val="24"/>
        </w:rPr>
        <w:t>Acheivable</w:t>
      </w:r>
      <w:proofErr w:type="spellEnd"/>
    </w:p>
    <w:p w:rsidR="00DC7B40" w:rsidRPr="0001451A" w:rsidRDefault="00DC7B40" w:rsidP="00DC7B40">
      <w:pPr>
        <w:spacing w:after="160" w:line="278" w:lineRule="auto"/>
        <w:ind w:left="360"/>
        <w:rPr>
          <w:rFonts w:asciiTheme="majorHAnsi" w:hAnsiTheme="majorHAnsi" w:cstheme="majorHAnsi"/>
          <w:sz w:val="24"/>
          <w:szCs w:val="24"/>
        </w:rPr>
      </w:pPr>
      <w:r w:rsidRPr="0001451A">
        <w:rPr>
          <w:rFonts w:asciiTheme="majorHAnsi" w:hAnsiTheme="majorHAnsi" w:cstheme="majorHAnsi"/>
          <w:sz w:val="24"/>
          <w:szCs w:val="24"/>
        </w:rPr>
        <w:t xml:space="preserve">Prevents collecting unrealistic requirements that </w:t>
      </w:r>
      <w:proofErr w:type="gramStart"/>
      <w:r w:rsidRPr="0001451A">
        <w:rPr>
          <w:rFonts w:asciiTheme="majorHAnsi" w:hAnsiTheme="majorHAnsi" w:cstheme="majorHAnsi"/>
          <w:sz w:val="24"/>
          <w:szCs w:val="24"/>
        </w:rPr>
        <w:t>cannot be implemented</w:t>
      </w:r>
      <w:proofErr w:type="gramEnd"/>
      <w:r w:rsidRPr="0001451A">
        <w:rPr>
          <w:rFonts w:asciiTheme="majorHAnsi" w:hAnsiTheme="majorHAnsi" w:cstheme="majorHAnsi"/>
          <w:sz w:val="24"/>
          <w:szCs w:val="24"/>
        </w:rPr>
        <w:t>. Ensure goals are realistic and attainable within the given constraints.</w:t>
      </w:r>
    </w:p>
    <w:p w:rsidR="00DC7B40" w:rsidRPr="0001451A" w:rsidRDefault="00DC7B40" w:rsidP="00852CB1">
      <w:pPr>
        <w:rPr>
          <w:rFonts w:asciiTheme="majorHAnsi" w:hAnsiTheme="majorHAnsi" w:cstheme="majorHAnsi"/>
          <w:b/>
          <w:sz w:val="24"/>
          <w:szCs w:val="24"/>
        </w:rPr>
      </w:pPr>
    </w:p>
    <w:p w:rsidR="00DC7B40" w:rsidRPr="0001451A" w:rsidRDefault="00DC7B40" w:rsidP="00852CB1">
      <w:pPr>
        <w:rPr>
          <w:rFonts w:asciiTheme="majorHAnsi" w:hAnsiTheme="majorHAnsi" w:cstheme="majorHAnsi"/>
          <w:b/>
          <w:sz w:val="24"/>
          <w:szCs w:val="24"/>
        </w:rPr>
      </w:pPr>
      <w:r w:rsidRPr="0001451A">
        <w:rPr>
          <w:rFonts w:asciiTheme="majorHAnsi" w:hAnsiTheme="majorHAnsi" w:cstheme="majorHAnsi"/>
          <w:b/>
          <w:sz w:val="24"/>
          <w:szCs w:val="24"/>
        </w:rPr>
        <w:t>R – Relevant</w:t>
      </w:r>
    </w:p>
    <w:p w:rsidR="00917C41" w:rsidRPr="0001451A" w:rsidRDefault="00917C41" w:rsidP="00852CB1">
      <w:pPr>
        <w:rPr>
          <w:rFonts w:asciiTheme="majorHAnsi" w:hAnsiTheme="majorHAnsi" w:cstheme="majorHAnsi"/>
          <w:b/>
          <w:sz w:val="24"/>
          <w:szCs w:val="24"/>
        </w:rPr>
      </w:pPr>
      <w:r w:rsidRPr="0001451A">
        <w:rPr>
          <w:rFonts w:asciiTheme="majorHAnsi" w:hAnsiTheme="majorHAnsi" w:cstheme="majorHAnsi"/>
          <w:sz w:val="24"/>
          <w:szCs w:val="24"/>
        </w:rPr>
        <w:t xml:space="preserve">Keeps discussions focused and ensures effort </w:t>
      </w:r>
      <w:proofErr w:type="gramStart"/>
      <w:r w:rsidRPr="0001451A">
        <w:rPr>
          <w:rFonts w:asciiTheme="majorHAnsi" w:hAnsiTheme="majorHAnsi" w:cstheme="majorHAnsi"/>
          <w:sz w:val="24"/>
          <w:szCs w:val="24"/>
        </w:rPr>
        <w:t>is spent</w:t>
      </w:r>
      <w:proofErr w:type="gramEnd"/>
      <w:r w:rsidRPr="0001451A">
        <w:rPr>
          <w:rFonts w:asciiTheme="majorHAnsi" w:hAnsiTheme="majorHAnsi" w:cstheme="majorHAnsi"/>
          <w:sz w:val="24"/>
          <w:szCs w:val="24"/>
        </w:rPr>
        <w:t xml:space="preserve"> on value-adding requirements. </w:t>
      </w:r>
      <w:proofErr w:type="gramStart"/>
      <w:r w:rsidRPr="0001451A">
        <w:rPr>
          <w:rFonts w:asciiTheme="majorHAnsi" w:hAnsiTheme="majorHAnsi" w:cstheme="majorHAnsi"/>
          <w:sz w:val="24"/>
          <w:szCs w:val="24"/>
        </w:rPr>
        <w:t>directly</w:t>
      </w:r>
      <w:proofErr w:type="gramEnd"/>
      <w:r w:rsidRPr="0001451A">
        <w:rPr>
          <w:rFonts w:asciiTheme="majorHAnsi" w:hAnsiTheme="majorHAnsi" w:cstheme="majorHAnsi"/>
          <w:sz w:val="24"/>
          <w:szCs w:val="24"/>
        </w:rPr>
        <w:t xml:space="preserve"> to the </w:t>
      </w:r>
      <w:r w:rsidRPr="0001451A">
        <w:rPr>
          <w:rStyle w:val="Strong"/>
          <w:rFonts w:asciiTheme="majorHAnsi" w:hAnsiTheme="majorHAnsi" w:cstheme="majorHAnsi"/>
          <w:sz w:val="24"/>
          <w:szCs w:val="24"/>
        </w:rPr>
        <w:t>project’s objectives</w:t>
      </w:r>
      <w:r w:rsidRPr="0001451A">
        <w:rPr>
          <w:rFonts w:asciiTheme="majorHAnsi" w:hAnsiTheme="majorHAnsi" w:cstheme="majorHAnsi"/>
          <w:sz w:val="24"/>
          <w:szCs w:val="24"/>
        </w:rPr>
        <w:t xml:space="preserve"> and the stakeholder’s needs, not to unrelated or low-priority features.</w:t>
      </w:r>
    </w:p>
    <w:p w:rsidR="00DC7B40" w:rsidRPr="0001451A" w:rsidRDefault="00DC7B40" w:rsidP="00852CB1">
      <w:pPr>
        <w:rPr>
          <w:rFonts w:asciiTheme="majorHAnsi" w:hAnsiTheme="majorHAnsi" w:cstheme="majorHAnsi"/>
          <w:b/>
          <w:sz w:val="24"/>
          <w:szCs w:val="24"/>
        </w:rPr>
      </w:pPr>
      <w:r w:rsidRPr="0001451A">
        <w:rPr>
          <w:rFonts w:asciiTheme="majorHAnsi" w:hAnsiTheme="majorHAnsi" w:cstheme="majorHAnsi"/>
          <w:b/>
          <w:sz w:val="24"/>
          <w:szCs w:val="24"/>
        </w:rPr>
        <w:t>T – Time-bound</w:t>
      </w:r>
    </w:p>
    <w:p w:rsidR="00917C41" w:rsidRPr="0001451A" w:rsidRDefault="00917C41" w:rsidP="00852CB1">
      <w:pPr>
        <w:rPr>
          <w:rFonts w:asciiTheme="majorHAnsi" w:hAnsiTheme="majorHAnsi" w:cstheme="majorHAnsi"/>
          <w:b/>
          <w:sz w:val="24"/>
          <w:szCs w:val="24"/>
        </w:rPr>
      </w:pPr>
      <w:r w:rsidRPr="0001451A">
        <w:rPr>
          <w:rFonts w:asciiTheme="majorHAnsi" w:hAnsiTheme="majorHAnsi" w:cstheme="majorHAnsi"/>
          <w:sz w:val="24"/>
          <w:szCs w:val="24"/>
        </w:rPr>
        <w:t xml:space="preserve">Ensure the requirement or response </w:t>
      </w:r>
      <w:proofErr w:type="gramStart"/>
      <w:r w:rsidRPr="0001451A">
        <w:rPr>
          <w:rFonts w:asciiTheme="majorHAnsi" w:hAnsiTheme="majorHAnsi" w:cstheme="majorHAnsi"/>
          <w:sz w:val="24"/>
          <w:szCs w:val="24"/>
        </w:rPr>
        <w:t xml:space="preserve">is </w:t>
      </w:r>
      <w:r w:rsidRPr="0001451A">
        <w:rPr>
          <w:rStyle w:val="Strong"/>
          <w:rFonts w:asciiTheme="majorHAnsi" w:hAnsiTheme="majorHAnsi" w:cstheme="majorHAnsi"/>
          <w:sz w:val="24"/>
          <w:szCs w:val="24"/>
        </w:rPr>
        <w:t>linked</w:t>
      </w:r>
      <w:proofErr w:type="gramEnd"/>
      <w:r w:rsidRPr="0001451A">
        <w:rPr>
          <w:rStyle w:val="Strong"/>
          <w:rFonts w:asciiTheme="majorHAnsi" w:hAnsiTheme="majorHAnsi" w:cstheme="majorHAnsi"/>
          <w:sz w:val="24"/>
          <w:szCs w:val="24"/>
        </w:rPr>
        <w:t xml:space="preserve"> to a timeline</w:t>
      </w:r>
      <w:r w:rsidRPr="0001451A">
        <w:rPr>
          <w:rFonts w:asciiTheme="majorHAnsi" w:hAnsiTheme="majorHAnsi" w:cstheme="majorHAnsi"/>
          <w:sz w:val="24"/>
          <w:szCs w:val="24"/>
        </w:rPr>
        <w:t>. Helps in planning releases, milestones, and dependencies.</w:t>
      </w:r>
    </w:p>
    <w:p w:rsidR="00DC7B40" w:rsidRPr="0001451A" w:rsidRDefault="00DC7B40" w:rsidP="00852CB1">
      <w:pPr>
        <w:rPr>
          <w:rFonts w:asciiTheme="majorHAnsi" w:hAnsiTheme="majorHAnsi" w:cstheme="majorHAnsi"/>
          <w:b/>
          <w:sz w:val="24"/>
          <w:szCs w:val="24"/>
        </w:rPr>
      </w:pPr>
    </w:p>
    <w:p w:rsidR="00DC7B40" w:rsidRPr="0001451A" w:rsidRDefault="00DC7B40" w:rsidP="00DC7B40">
      <w:pPr>
        <w:pStyle w:val="NormalWeb"/>
        <w:rPr>
          <w:rFonts w:asciiTheme="majorHAnsi" w:hAnsiTheme="majorHAnsi" w:cstheme="majorHAnsi"/>
        </w:rPr>
      </w:pPr>
      <w:r w:rsidRPr="0001451A">
        <w:rPr>
          <w:rFonts w:asciiTheme="majorHAnsi" w:hAnsiTheme="majorHAnsi" w:cstheme="majorHAnsi"/>
        </w:rPr>
        <w:t>Following the SMART principle:</w:t>
      </w:r>
    </w:p>
    <w:p w:rsidR="00DC7B40" w:rsidRPr="0001451A" w:rsidRDefault="00DC7B40" w:rsidP="009C44AF">
      <w:pPr>
        <w:pStyle w:val="NormalWeb"/>
        <w:numPr>
          <w:ilvl w:val="0"/>
          <w:numId w:val="34"/>
        </w:numPr>
        <w:rPr>
          <w:rFonts w:asciiTheme="majorHAnsi" w:hAnsiTheme="majorHAnsi" w:cstheme="majorHAnsi"/>
        </w:rPr>
      </w:pPr>
      <w:r w:rsidRPr="0001451A">
        <w:rPr>
          <w:rFonts w:asciiTheme="majorHAnsi" w:hAnsiTheme="majorHAnsi" w:cstheme="majorHAnsi"/>
        </w:rPr>
        <w:t xml:space="preserve">Reduces </w:t>
      </w:r>
      <w:r w:rsidRPr="0001451A">
        <w:rPr>
          <w:rStyle w:val="Strong"/>
          <w:rFonts w:asciiTheme="majorHAnsi" w:hAnsiTheme="majorHAnsi" w:cstheme="majorHAnsi"/>
        </w:rPr>
        <w:t>ambiguity</w:t>
      </w:r>
      <w:r w:rsidRPr="0001451A">
        <w:rPr>
          <w:rFonts w:asciiTheme="majorHAnsi" w:hAnsiTheme="majorHAnsi" w:cstheme="majorHAnsi"/>
        </w:rPr>
        <w:t xml:space="preserve"> in stakeholder communication.</w:t>
      </w:r>
    </w:p>
    <w:p w:rsidR="00DC7B40" w:rsidRPr="0001451A" w:rsidRDefault="00DC7B40" w:rsidP="009C44AF">
      <w:pPr>
        <w:pStyle w:val="NormalWeb"/>
        <w:numPr>
          <w:ilvl w:val="0"/>
          <w:numId w:val="34"/>
        </w:numPr>
        <w:rPr>
          <w:rFonts w:asciiTheme="majorHAnsi" w:hAnsiTheme="majorHAnsi" w:cstheme="majorHAnsi"/>
        </w:rPr>
      </w:pPr>
      <w:r w:rsidRPr="0001451A">
        <w:rPr>
          <w:rFonts w:asciiTheme="majorHAnsi" w:hAnsiTheme="majorHAnsi" w:cstheme="majorHAnsi"/>
        </w:rPr>
        <w:t xml:space="preserve">Improves the </w:t>
      </w:r>
      <w:r w:rsidRPr="0001451A">
        <w:rPr>
          <w:rStyle w:val="Strong"/>
          <w:rFonts w:asciiTheme="majorHAnsi" w:hAnsiTheme="majorHAnsi" w:cstheme="majorHAnsi"/>
        </w:rPr>
        <w:t>accuracy of requirement documentation</w:t>
      </w:r>
      <w:r w:rsidRPr="0001451A">
        <w:rPr>
          <w:rFonts w:asciiTheme="majorHAnsi" w:hAnsiTheme="majorHAnsi" w:cstheme="majorHAnsi"/>
        </w:rPr>
        <w:t>.</w:t>
      </w:r>
    </w:p>
    <w:p w:rsidR="00DC7B40" w:rsidRPr="0001451A" w:rsidRDefault="00DC7B40" w:rsidP="009C44AF">
      <w:pPr>
        <w:pStyle w:val="NormalWeb"/>
        <w:numPr>
          <w:ilvl w:val="0"/>
          <w:numId w:val="34"/>
        </w:numPr>
        <w:rPr>
          <w:rFonts w:asciiTheme="majorHAnsi" w:hAnsiTheme="majorHAnsi" w:cstheme="majorHAnsi"/>
        </w:rPr>
      </w:pPr>
      <w:r w:rsidRPr="0001451A">
        <w:rPr>
          <w:rFonts w:asciiTheme="majorHAnsi" w:hAnsiTheme="majorHAnsi" w:cstheme="majorHAnsi"/>
        </w:rPr>
        <w:lastRenderedPageBreak/>
        <w:t xml:space="preserve">Makes requirements </w:t>
      </w:r>
      <w:r w:rsidRPr="0001451A">
        <w:rPr>
          <w:rStyle w:val="Strong"/>
          <w:rFonts w:asciiTheme="majorHAnsi" w:hAnsiTheme="majorHAnsi" w:cstheme="majorHAnsi"/>
        </w:rPr>
        <w:t>testable and verifiable</w:t>
      </w:r>
      <w:r w:rsidRPr="0001451A">
        <w:rPr>
          <w:rFonts w:asciiTheme="majorHAnsi" w:hAnsiTheme="majorHAnsi" w:cstheme="majorHAnsi"/>
        </w:rPr>
        <w:t>.</w:t>
      </w:r>
    </w:p>
    <w:p w:rsidR="00DC7B40" w:rsidRPr="0001451A" w:rsidRDefault="00DC7B40" w:rsidP="009C44AF">
      <w:pPr>
        <w:pStyle w:val="NormalWeb"/>
        <w:numPr>
          <w:ilvl w:val="0"/>
          <w:numId w:val="34"/>
        </w:numPr>
        <w:rPr>
          <w:rFonts w:asciiTheme="majorHAnsi" w:hAnsiTheme="majorHAnsi" w:cstheme="majorHAnsi"/>
        </w:rPr>
      </w:pPr>
      <w:r w:rsidRPr="0001451A">
        <w:rPr>
          <w:rFonts w:asciiTheme="majorHAnsi" w:hAnsiTheme="majorHAnsi" w:cstheme="majorHAnsi"/>
        </w:rPr>
        <w:t xml:space="preserve">Keeps discussions </w:t>
      </w:r>
      <w:r w:rsidRPr="0001451A">
        <w:rPr>
          <w:rStyle w:val="Strong"/>
          <w:rFonts w:asciiTheme="majorHAnsi" w:hAnsiTheme="majorHAnsi" w:cstheme="majorHAnsi"/>
        </w:rPr>
        <w:t>practical and aligned with scope</w:t>
      </w:r>
      <w:r w:rsidRPr="0001451A">
        <w:rPr>
          <w:rFonts w:asciiTheme="majorHAnsi" w:hAnsiTheme="majorHAnsi" w:cstheme="majorHAnsi"/>
        </w:rPr>
        <w:t>.</w:t>
      </w:r>
    </w:p>
    <w:p w:rsidR="00F97B7C" w:rsidRPr="0001451A" w:rsidRDefault="00917C41" w:rsidP="00126DF6">
      <w:pPr>
        <w:pStyle w:val="ListParagraph"/>
        <w:ind w:left="360"/>
        <w:rPr>
          <w:rFonts w:asciiTheme="majorHAnsi" w:hAnsiTheme="majorHAnsi" w:cstheme="majorHAnsi"/>
          <w:b/>
          <w:bCs/>
          <w:sz w:val="24"/>
          <w:szCs w:val="24"/>
        </w:rPr>
      </w:pPr>
      <w:r w:rsidRPr="0001451A">
        <w:rPr>
          <w:rFonts w:asciiTheme="majorHAnsi" w:hAnsiTheme="majorHAnsi" w:cstheme="majorHAnsi"/>
          <w:b/>
          <w:bCs/>
          <w:sz w:val="24"/>
          <w:szCs w:val="24"/>
        </w:rPr>
        <w:t>RACI Matrix:</w:t>
      </w:r>
    </w:p>
    <w:p w:rsidR="00F97B7C" w:rsidRPr="0001451A" w:rsidRDefault="00F97B7C" w:rsidP="00F97B7C">
      <w:pPr>
        <w:pStyle w:val="ListParagraph"/>
        <w:spacing w:before="100" w:beforeAutospacing="1" w:after="100" w:afterAutospacing="1" w:line="240" w:lineRule="auto"/>
        <w:ind w:left="1110"/>
        <w:rPr>
          <w:rFonts w:asciiTheme="majorHAnsi" w:eastAsia="Times New Roman" w:hAnsiTheme="majorHAnsi" w:cstheme="majorHAnsi"/>
          <w:sz w:val="24"/>
          <w:szCs w:val="24"/>
          <w:lang w:val="en-IN" w:eastAsia="en-IN"/>
        </w:rPr>
      </w:pPr>
    </w:p>
    <w:p w:rsidR="00F97B7C" w:rsidRPr="0001451A" w:rsidRDefault="00F97B7C" w:rsidP="00F97B7C">
      <w:pPr>
        <w:pStyle w:val="ListParagraph"/>
        <w:spacing w:before="100" w:beforeAutospacing="1" w:after="100" w:afterAutospacing="1" w:line="240" w:lineRule="auto"/>
        <w:ind w:left="1110"/>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To ensure effective collaboration, a stakeholder analysis will be conducted using the </w:t>
      </w:r>
      <w:r w:rsidRPr="0001451A">
        <w:rPr>
          <w:rFonts w:asciiTheme="majorHAnsi" w:eastAsia="Times New Roman" w:hAnsiTheme="majorHAnsi" w:cstheme="majorHAnsi"/>
          <w:b/>
          <w:bCs/>
          <w:sz w:val="24"/>
          <w:szCs w:val="24"/>
          <w:lang w:val="en-IN" w:eastAsia="en-IN"/>
        </w:rPr>
        <w:t xml:space="preserve">RACI (Responsible, Accountable, Consulted, </w:t>
      </w:r>
      <w:proofErr w:type="gramStart"/>
      <w:r w:rsidRPr="0001451A">
        <w:rPr>
          <w:rFonts w:asciiTheme="majorHAnsi" w:eastAsia="Times New Roman" w:hAnsiTheme="majorHAnsi" w:cstheme="majorHAnsi"/>
          <w:b/>
          <w:bCs/>
          <w:sz w:val="24"/>
          <w:szCs w:val="24"/>
          <w:lang w:val="en-IN" w:eastAsia="en-IN"/>
        </w:rPr>
        <w:t>Informed</w:t>
      </w:r>
      <w:proofErr w:type="gramEnd"/>
      <w:r w:rsidRPr="0001451A">
        <w:rPr>
          <w:rFonts w:asciiTheme="majorHAnsi" w:eastAsia="Times New Roman" w:hAnsiTheme="majorHAnsi" w:cstheme="majorHAnsi"/>
          <w:b/>
          <w:bCs/>
          <w:sz w:val="24"/>
          <w:szCs w:val="24"/>
          <w:lang w:val="en-IN" w:eastAsia="en-IN"/>
        </w:rPr>
        <w:t>)</w:t>
      </w:r>
      <w:r w:rsidRPr="0001451A">
        <w:rPr>
          <w:rFonts w:asciiTheme="majorHAnsi" w:eastAsia="Times New Roman" w:hAnsiTheme="majorHAnsi" w:cstheme="majorHAnsi"/>
          <w:sz w:val="24"/>
          <w:szCs w:val="24"/>
          <w:lang w:val="en-IN" w:eastAsia="en-IN"/>
        </w:rPr>
        <w:t xml:space="preserve"> matrix.</w:t>
      </w:r>
    </w:p>
    <w:p w:rsidR="00917C41" w:rsidRPr="0001451A" w:rsidRDefault="00917C41" w:rsidP="00917C41">
      <w:pPr>
        <w:spacing w:after="160" w:line="278" w:lineRule="auto"/>
        <w:ind w:left="360"/>
        <w:rPr>
          <w:rFonts w:asciiTheme="majorHAnsi" w:hAnsiTheme="majorHAnsi" w:cstheme="majorHAnsi"/>
          <w:sz w:val="24"/>
          <w:szCs w:val="24"/>
        </w:rPr>
      </w:pPr>
      <w:r w:rsidRPr="0001451A">
        <w:rPr>
          <w:rFonts w:asciiTheme="majorHAnsi" w:hAnsiTheme="majorHAnsi" w:cstheme="majorHAnsi"/>
          <w:b/>
          <w:bCs/>
          <w:sz w:val="24"/>
          <w:szCs w:val="24"/>
        </w:rPr>
        <w:t>Responsible:</w:t>
      </w:r>
      <w:r w:rsidRPr="0001451A">
        <w:rPr>
          <w:rFonts w:asciiTheme="majorHAnsi" w:hAnsiTheme="majorHAnsi" w:cstheme="majorHAnsi"/>
          <w:sz w:val="24"/>
          <w:szCs w:val="24"/>
        </w:rPr>
        <w:t> Identify who is responsible for performing specific tasks.</w:t>
      </w:r>
    </w:p>
    <w:p w:rsidR="00917C41" w:rsidRPr="0001451A" w:rsidRDefault="00917C41" w:rsidP="00917C41">
      <w:pPr>
        <w:spacing w:after="160" w:line="278" w:lineRule="auto"/>
        <w:ind w:left="360"/>
        <w:rPr>
          <w:rFonts w:asciiTheme="majorHAnsi" w:hAnsiTheme="majorHAnsi" w:cstheme="majorHAnsi"/>
          <w:sz w:val="24"/>
          <w:szCs w:val="24"/>
        </w:rPr>
      </w:pPr>
      <w:r w:rsidRPr="0001451A">
        <w:rPr>
          <w:rFonts w:asciiTheme="majorHAnsi" w:hAnsiTheme="majorHAnsi" w:cstheme="majorHAnsi"/>
          <w:b/>
          <w:bCs/>
          <w:sz w:val="24"/>
          <w:szCs w:val="24"/>
        </w:rPr>
        <w:t>Accountable:</w:t>
      </w:r>
      <w:r w:rsidRPr="0001451A">
        <w:rPr>
          <w:rFonts w:asciiTheme="majorHAnsi" w:hAnsiTheme="majorHAnsi" w:cstheme="majorHAnsi"/>
          <w:sz w:val="24"/>
          <w:szCs w:val="24"/>
        </w:rPr>
        <w:t> Determine who is ultimately answerable for the successful completion of a task.</w:t>
      </w:r>
    </w:p>
    <w:p w:rsidR="00917C41" w:rsidRPr="0001451A" w:rsidRDefault="00917C41" w:rsidP="00917C41">
      <w:pPr>
        <w:spacing w:after="160" w:line="278" w:lineRule="auto"/>
        <w:ind w:left="360"/>
        <w:rPr>
          <w:rFonts w:asciiTheme="majorHAnsi" w:hAnsiTheme="majorHAnsi" w:cstheme="majorHAnsi"/>
          <w:sz w:val="24"/>
          <w:szCs w:val="24"/>
        </w:rPr>
      </w:pPr>
      <w:r w:rsidRPr="0001451A">
        <w:rPr>
          <w:rFonts w:asciiTheme="majorHAnsi" w:hAnsiTheme="majorHAnsi" w:cstheme="majorHAnsi"/>
          <w:b/>
          <w:bCs/>
          <w:sz w:val="24"/>
          <w:szCs w:val="24"/>
        </w:rPr>
        <w:t>Consulted:</w:t>
      </w:r>
      <w:r w:rsidRPr="0001451A">
        <w:rPr>
          <w:rFonts w:asciiTheme="majorHAnsi" w:hAnsiTheme="majorHAnsi" w:cstheme="majorHAnsi"/>
          <w:sz w:val="24"/>
          <w:szCs w:val="24"/>
        </w:rPr>
        <w:t xml:space="preserve"> Identify stakeholders who need to </w:t>
      </w:r>
      <w:proofErr w:type="gramStart"/>
      <w:r w:rsidRPr="0001451A">
        <w:rPr>
          <w:rFonts w:asciiTheme="majorHAnsi" w:hAnsiTheme="majorHAnsi" w:cstheme="majorHAnsi"/>
          <w:sz w:val="24"/>
          <w:szCs w:val="24"/>
        </w:rPr>
        <w:t>be consulted</w:t>
      </w:r>
      <w:proofErr w:type="gramEnd"/>
      <w:r w:rsidRPr="0001451A">
        <w:rPr>
          <w:rFonts w:asciiTheme="majorHAnsi" w:hAnsiTheme="majorHAnsi" w:cstheme="majorHAnsi"/>
          <w:sz w:val="24"/>
          <w:szCs w:val="24"/>
        </w:rPr>
        <w:t xml:space="preserve"> for input or feedback.</w:t>
      </w:r>
    </w:p>
    <w:p w:rsidR="00917C41" w:rsidRPr="0001451A" w:rsidRDefault="00917C41" w:rsidP="00917C41">
      <w:pPr>
        <w:spacing w:after="160" w:line="278" w:lineRule="auto"/>
        <w:ind w:left="360"/>
        <w:rPr>
          <w:rFonts w:asciiTheme="majorHAnsi" w:hAnsiTheme="majorHAnsi" w:cstheme="majorHAnsi"/>
          <w:sz w:val="24"/>
          <w:szCs w:val="24"/>
        </w:rPr>
      </w:pPr>
      <w:r w:rsidRPr="0001451A">
        <w:rPr>
          <w:rFonts w:asciiTheme="majorHAnsi" w:hAnsiTheme="majorHAnsi" w:cstheme="majorHAnsi"/>
          <w:b/>
          <w:bCs/>
          <w:sz w:val="24"/>
          <w:szCs w:val="24"/>
        </w:rPr>
        <w:t>Informed:</w:t>
      </w:r>
      <w:r w:rsidRPr="0001451A">
        <w:rPr>
          <w:rFonts w:asciiTheme="majorHAnsi" w:hAnsiTheme="majorHAnsi" w:cstheme="majorHAnsi"/>
          <w:sz w:val="24"/>
          <w:szCs w:val="24"/>
        </w:rPr>
        <w:t xml:space="preserve"> Determine which stakeholders need to </w:t>
      </w:r>
      <w:proofErr w:type="gramStart"/>
      <w:r w:rsidRPr="0001451A">
        <w:rPr>
          <w:rFonts w:asciiTheme="majorHAnsi" w:hAnsiTheme="majorHAnsi" w:cstheme="majorHAnsi"/>
          <w:sz w:val="24"/>
          <w:szCs w:val="24"/>
        </w:rPr>
        <w:t>be kept</w:t>
      </w:r>
      <w:proofErr w:type="gramEnd"/>
      <w:r w:rsidRPr="0001451A">
        <w:rPr>
          <w:rFonts w:asciiTheme="majorHAnsi" w:hAnsiTheme="majorHAnsi" w:cstheme="majorHAnsi"/>
          <w:sz w:val="24"/>
          <w:szCs w:val="24"/>
        </w:rPr>
        <w:t xml:space="preserve"> informed of progress. </w:t>
      </w:r>
    </w:p>
    <w:p w:rsidR="00DC7B40" w:rsidRPr="0001451A" w:rsidRDefault="00DC7B40" w:rsidP="00852CB1">
      <w:pPr>
        <w:rPr>
          <w:rFonts w:asciiTheme="majorHAnsi" w:hAnsiTheme="majorHAnsi" w:cstheme="majorHAnsi"/>
          <w:b/>
          <w:sz w:val="24"/>
          <w:szCs w:val="24"/>
        </w:rPr>
      </w:pPr>
    </w:p>
    <w:p w:rsidR="00126DF6" w:rsidRPr="0001451A" w:rsidRDefault="00126DF6" w:rsidP="00852CB1">
      <w:pPr>
        <w:rPr>
          <w:rFonts w:asciiTheme="majorHAnsi" w:hAnsiTheme="majorHAnsi" w:cstheme="majorHAnsi"/>
          <w:b/>
          <w:sz w:val="24"/>
          <w:szCs w:val="24"/>
        </w:rPr>
      </w:pPr>
      <w:r w:rsidRPr="0001451A">
        <w:rPr>
          <w:rFonts w:asciiTheme="majorHAnsi" w:hAnsiTheme="majorHAnsi" w:cstheme="majorHAnsi"/>
          <w:b/>
          <w:sz w:val="24"/>
          <w:szCs w:val="24"/>
        </w:rPr>
        <w:t xml:space="preserve">3-Tier Architecture: </w:t>
      </w:r>
    </w:p>
    <w:p w:rsidR="00126DF6" w:rsidRPr="0001451A" w:rsidRDefault="00126DF6" w:rsidP="00126DF6">
      <w:pPr>
        <w:pStyle w:val="NormalWeb"/>
        <w:rPr>
          <w:rFonts w:asciiTheme="majorHAnsi" w:hAnsiTheme="majorHAnsi" w:cstheme="majorHAnsi"/>
        </w:rPr>
      </w:pPr>
      <w:r w:rsidRPr="0001451A">
        <w:rPr>
          <w:rFonts w:asciiTheme="majorHAnsi" w:hAnsiTheme="majorHAnsi" w:cstheme="majorHAnsi"/>
          <w:b/>
        </w:rPr>
        <w:t>Application Layer:</w:t>
      </w:r>
      <w:r w:rsidRPr="0001451A">
        <w:rPr>
          <w:rFonts w:asciiTheme="majorHAnsi" w:hAnsiTheme="majorHAnsi" w:cstheme="majorHAnsi"/>
        </w:rPr>
        <w:t xml:space="preserve"> topmost layer of the architecture – also known as “Presentation Layer – It handles user interface (UI) components such as screens, pages. Focus on user experience and interface design.</w:t>
      </w:r>
    </w:p>
    <w:p w:rsidR="00126DF6" w:rsidRPr="0001451A" w:rsidRDefault="00126DF6" w:rsidP="00126DF6">
      <w:pPr>
        <w:pStyle w:val="NormalWeb"/>
        <w:ind w:left="1440"/>
        <w:rPr>
          <w:rFonts w:asciiTheme="majorHAnsi" w:hAnsiTheme="majorHAnsi" w:cstheme="majorHAnsi"/>
        </w:rPr>
      </w:pPr>
      <w:r w:rsidRPr="0001451A">
        <w:rPr>
          <w:rFonts w:asciiTheme="majorHAnsi" w:hAnsiTheme="majorHAnsi" w:cstheme="majorHAnsi"/>
        </w:rPr>
        <w:t xml:space="preserve">The front-end interface the user interacts </w:t>
      </w:r>
      <w:proofErr w:type="gramStart"/>
      <w:r w:rsidRPr="0001451A">
        <w:rPr>
          <w:rFonts w:asciiTheme="majorHAnsi" w:hAnsiTheme="majorHAnsi" w:cstheme="majorHAnsi"/>
        </w:rPr>
        <w:t>with</w:t>
      </w:r>
      <w:proofErr w:type="gramEnd"/>
      <w:r w:rsidRPr="0001451A">
        <w:rPr>
          <w:rFonts w:asciiTheme="majorHAnsi" w:hAnsiTheme="majorHAnsi" w:cstheme="majorHAnsi"/>
        </w:rPr>
        <w:t>.</w:t>
      </w:r>
    </w:p>
    <w:p w:rsidR="00126DF6" w:rsidRPr="0001451A" w:rsidRDefault="00126DF6" w:rsidP="00126DF6">
      <w:pPr>
        <w:pStyle w:val="NormalWeb"/>
        <w:ind w:left="1080"/>
        <w:rPr>
          <w:rFonts w:asciiTheme="majorHAnsi" w:hAnsiTheme="majorHAnsi" w:cstheme="majorHAnsi"/>
        </w:rPr>
      </w:pPr>
      <w:r w:rsidRPr="0001451A">
        <w:rPr>
          <w:rFonts w:asciiTheme="majorHAnsi" w:hAnsiTheme="majorHAnsi" w:cstheme="majorHAnsi"/>
        </w:rPr>
        <w:t>Ex</w:t>
      </w:r>
      <w:proofErr w:type="gramStart"/>
      <w:r w:rsidRPr="0001451A">
        <w:rPr>
          <w:rFonts w:asciiTheme="majorHAnsi" w:hAnsiTheme="majorHAnsi" w:cstheme="majorHAnsi"/>
        </w:rPr>
        <w:t>:-</w:t>
      </w:r>
      <w:proofErr w:type="gramEnd"/>
      <w:r w:rsidRPr="0001451A">
        <w:rPr>
          <w:rFonts w:asciiTheme="majorHAnsi" w:hAnsiTheme="majorHAnsi" w:cstheme="majorHAnsi"/>
        </w:rPr>
        <w:t xml:space="preserve"> E-commerce Website.</w:t>
      </w:r>
    </w:p>
    <w:p w:rsidR="00126DF6" w:rsidRPr="0001451A" w:rsidRDefault="00126DF6" w:rsidP="00126DF6">
      <w:pPr>
        <w:spacing w:after="160" w:line="278" w:lineRule="auto"/>
        <w:rPr>
          <w:rFonts w:asciiTheme="majorHAnsi" w:hAnsiTheme="majorHAnsi" w:cstheme="majorHAnsi"/>
          <w:sz w:val="24"/>
          <w:szCs w:val="24"/>
        </w:rPr>
      </w:pPr>
      <w:r w:rsidRPr="0001451A">
        <w:rPr>
          <w:rFonts w:asciiTheme="majorHAnsi" w:hAnsiTheme="majorHAnsi" w:cstheme="majorHAnsi"/>
          <w:b/>
          <w:sz w:val="24"/>
          <w:szCs w:val="24"/>
        </w:rPr>
        <w:t>Business Logic Layer</w:t>
      </w:r>
      <w:r w:rsidRPr="0001451A">
        <w:rPr>
          <w:rFonts w:asciiTheme="majorHAnsi" w:hAnsiTheme="majorHAnsi" w:cstheme="majorHAnsi"/>
          <w:sz w:val="24"/>
          <w:szCs w:val="24"/>
        </w:rPr>
        <w:t>: middle layer of the architecture – acts as an intermediary between the presentation layer and the data storage layer – layer contains the core logic of the application. Inquire about business rules, logic, and processes.</w:t>
      </w:r>
    </w:p>
    <w:p w:rsidR="00126DF6" w:rsidRPr="0001451A" w:rsidRDefault="00126DF6" w:rsidP="00126DF6">
      <w:pPr>
        <w:pStyle w:val="NormalWeb"/>
        <w:ind w:left="720"/>
        <w:rPr>
          <w:rFonts w:asciiTheme="majorHAnsi" w:hAnsiTheme="majorHAnsi" w:cstheme="majorHAnsi"/>
        </w:rPr>
      </w:pPr>
      <w:r w:rsidRPr="0001451A">
        <w:rPr>
          <w:rFonts w:asciiTheme="majorHAnsi" w:hAnsiTheme="majorHAnsi" w:cstheme="majorHAnsi"/>
        </w:rPr>
        <w:t xml:space="preserve">           Purpose: Executes business logic, processes inputs, and controls   application workflow.</w:t>
      </w:r>
    </w:p>
    <w:p w:rsidR="00126DF6" w:rsidRPr="0001451A" w:rsidRDefault="00126DF6" w:rsidP="00126DF6">
      <w:pPr>
        <w:pStyle w:val="NormalWeb"/>
        <w:ind w:left="1440"/>
        <w:rPr>
          <w:rFonts w:asciiTheme="majorHAnsi" w:hAnsiTheme="majorHAnsi" w:cstheme="majorHAnsi"/>
        </w:rPr>
      </w:pPr>
      <w:r w:rsidRPr="0001451A">
        <w:rPr>
          <w:rFonts w:asciiTheme="majorHAnsi" w:hAnsiTheme="majorHAnsi" w:cstheme="majorHAnsi"/>
        </w:rPr>
        <w:t xml:space="preserve">Ex: </w:t>
      </w:r>
      <w:proofErr w:type="gramStart"/>
      <w:r w:rsidRPr="0001451A">
        <w:rPr>
          <w:rFonts w:asciiTheme="majorHAnsi" w:hAnsiTheme="majorHAnsi" w:cstheme="majorHAnsi"/>
        </w:rPr>
        <w:t>Printer ,</w:t>
      </w:r>
      <w:proofErr w:type="gramEnd"/>
      <w:r w:rsidRPr="0001451A">
        <w:rPr>
          <w:rFonts w:asciiTheme="majorHAnsi" w:hAnsiTheme="majorHAnsi" w:cstheme="majorHAnsi"/>
        </w:rPr>
        <w:t xml:space="preserve"> payment gateways.</w:t>
      </w:r>
    </w:p>
    <w:p w:rsidR="00126DF6" w:rsidRPr="0001451A" w:rsidRDefault="00126DF6" w:rsidP="00126DF6">
      <w:pPr>
        <w:pStyle w:val="NormalWeb"/>
        <w:rPr>
          <w:rFonts w:asciiTheme="majorHAnsi" w:hAnsiTheme="majorHAnsi" w:cstheme="majorHAnsi"/>
        </w:rPr>
      </w:pPr>
      <w:r w:rsidRPr="0001451A">
        <w:rPr>
          <w:rFonts w:asciiTheme="majorHAnsi" w:hAnsiTheme="majorHAnsi" w:cstheme="majorHAnsi"/>
          <w:b/>
        </w:rPr>
        <w:t>Database Layer</w:t>
      </w:r>
      <w:r w:rsidRPr="0001451A">
        <w:rPr>
          <w:rFonts w:asciiTheme="majorHAnsi" w:hAnsiTheme="majorHAnsi" w:cstheme="majorHAnsi"/>
        </w:rPr>
        <w:t xml:space="preserve">: bottom-most layer of the architecture – responsible for storing and retrieving data. </w:t>
      </w:r>
      <w:r w:rsidRPr="0001451A">
        <w:rPr>
          <w:rFonts w:asciiTheme="majorHAnsi" w:hAnsiTheme="majorHAnsi" w:cstheme="majorHAnsi"/>
          <w:lang w:val="en-US"/>
        </w:rPr>
        <w:t>Gather information about data storage, management, and access. </w:t>
      </w:r>
    </w:p>
    <w:p w:rsidR="00126DF6" w:rsidRPr="0001451A" w:rsidRDefault="00126DF6" w:rsidP="00126DF6">
      <w:pPr>
        <w:pStyle w:val="NormalWeb"/>
        <w:ind w:left="1440"/>
        <w:rPr>
          <w:rFonts w:asciiTheme="majorHAnsi" w:hAnsiTheme="majorHAnsi" w:cstheme="majorHAnsi"/>
        </w:rPr>
      </w:pPr>
      <w:r w:rsidRPr="0001451A">
        <w:rPr>
          <w:rFonts w:asciiTheme="majorHAnsi" w:hAnsiTheme="majorHAnsi" w:cstheme="majorHAnsi"/>
        </w:rPr>
        <w:t>Stores product lists, user accounts, transaction history.</w:t>
      </w:r>
    </w:p>
    <w:p w:rsidR="00126DF6" w:rsidRPr="0001451A" w:rsidRDefault="00126DF6" w:rsidP="00126DF6">
      <w:pPr>
        <w:pStyle w:val="NormalWeb"/>
        <w:ind w:left="1440"/>
        <w:rPr>
          <w:rFonts w:asciiTheme="majorHAnsi" w:hAnsiTheme="majorHAnsi" w:cstheme="majorHAnsi"/>
        </w:rPr>
      </w:pPr>
      <w:r w:rsidRPr="0001451A">
        <w:rPr>
          <w:rFonts w:asciiTheme="majorHAnsi" w:hAnsiTheme="majorHAnsi" w:cstheme="majorHAnsi"/>
        </w:rPr>
        <w:t>Ex: MySQL, Oracle database.</w:t>
      </w:r>
    </w:p>
    <w:p w:rsidR="00126DF6" w:rsidRPr="0001451A" w:rsidRDefault="00736A08" w:rsidP="00852CB1">
      <w:pPr>
        <w:rPr>
          <w:rFonts w:asciiTheme="majorHAnsi" w:hAnsiTheme="majorHAnsi" w:cstheme="majorHAnsi"/>
          <w:b/>
          <w:sz w:val="24"/>
          <w:szCs w:val="24"/>
        </w:rPr>
      </w:pPr>
      <w:r w:rsidRPr="0001451A">
        <w:rPr>
          <w:rFonts w:asciiTheme="majorHAnsi" w:hAnsiTheme="majorHAnsi" w:cstheme="majorHAnsi"/>
          <w:b/>
          <w:sz w:val="24"/>
          <w:szCs w:val="24"/>
        </w:rPr>
        <w:lastRenderedPageBreak/>
        <w:t xml:space="preserve">Use Cases, Use case Specs, </w:t>
      </w:r>
      <w:proofErr w:type="gramStart"/>
      <w:r w:rsidRPr="0001451A">
        <w:rPr>
          <w:rFonts w:asciiTheme="majorHAnsi" w:hAnsiTheme="majorHAnsi" w:cstheme="majorHAnsi"/>
          <w:b/>
          <w:sz w:val="24"/>
          <w:szCs w:val="24"/>
        </w:rPr>
        <w:t>Activity</w:t>
      </w:r>
      <w:proofErr w:type="gramEnd"/>
      <w:r w:rsidRPr="0001451A">
        <w:rPr>
          <w:rFonts w:asciiTheme="majorHAnsi" w:hAnsiTheme="majorHAnsi" w:cstheme="majorHAnsi"/>
          <w:b/>
          <w:sz w:val="24"/>
          <w:szCs w:val="24"/>
        </w:rPr>
        <w:t xml:space="preserve"> Diagrams:</w:t>
      </w:r>
    </w:p>
    <w:p w:rsidR="00736A08" w:rsidRPr="0001451A" w:rsidRDefault="00736A08" w:rsidP="00852CB1">
      <w:pPr>
        <w:rPr>
          <w:rFonts w:asciiTheme="majorHAnsi" w:hAnsiTheme="majorHAnsi" w:cstheme="majorHAnsi"/>
          <w:sz w:val="24"/>
          <w:szCs w:val="24"/>
        </w:rPr>
      </w:pPr>
      <w:r w:rsidRPr="0001451A">
        <w:rPr>
          <w:rFonts w:asciiTheme="majorHAnsi" w:hAnsiTheme="majorHAnsi" w:cstheme="majorHAnsi"/>
          <w:sz w:val="24"/>
          <w:szCs w:val="24"/>
        </w:rPr>
        <w:t xml:space="preserve">Use Case helps to define what goals and triggers for each use case. Identify the primary actors </w:t>
      </w:r>
      <w:proofErr w:type="gramStart"/>
      <w:r w:rsidRPr="0001451A">
        <w:rPr>
          <w:rFonts w:asciiTheme="majorHAnsi" w:hAnsiTheme="majorHAnsi" w:cstheme="majorHAnsi"/>
          <w:sz w:val="24"/>
          <w:szCs w:val="24"/>
        </w:rPr>
        <w:t>( Famers</w:t>
      </w:r>
      <w:proofErr w:type="gramEnd"/>
      <w:r w:rsidRPr="0001451A">
        <w:rPr>
          <w:rFonts w:asciiTheme="majorHAnsi" w:hAnsiTheme="majorHAnsi" w:cstheme="majorHAnsi"/>
          <w:sz w:val="24"/>
          <w:szCs w:val="24"/>
        </w:rPr>
        <w:t xml:space="preserve"> , Man</w:t>
      </w:r>
      <w:r w:rsidR="00E11DE9" w:rsidRPr="0001451A">
        <w:rPr>
          <w:rFonts w:asciiTheme="majorHAnsi" w:hAnsiTheme="majorHAnsi" w:cstheme="majorHAnsi"/>
          <w:sz w:val="24"/>
          <w:szCs w:val="24"/>
        </w:rPr>
        <w:t xml:space="preserve">ufacture). Asks for </w:t>
      </w:r>
      <w:proofErr w:type="gramStart"/>
      <w:r w:rsidR="00E11DE9" w:rsidRPr="0001451A">
        <w:rPr>
          <w:rFonts w:asciiTheme="majorHAnsi" w:hAnsiTheme="majorHAnsi" w:cstheme="majorHAnsi"/>
          <w:sz w:val="24"/>
          <w:szCs w:val="24"/>
        </w:rPr>
        <w:t>step-by-step</w:t>
      </w:r>
      <w:proofErr w:type="gramEnd"/>
      <w:r w:rsidR="00E11DE9" w:rsidRPr="0001451A">
        <w:rPr>
          <w:rFonts w:asciiTheme="majorHAnsi" w:hAnsiTheme="majorHAnsi" w:cstheme="majorHAnsi"/>
          <w:sz w:val="24"/>
          <w:szCs w:val="24"/>
        </w:rPr>
        <w:t xml:space="preserve"> workflow to ensure accuracy.</w:t>
      </w:r>
    </w:p>
    <w:p w:rsidR="00E11DE9" w:rsidRPr="0001451A" w:rsidRDefault="00E11DE9" w:rsidP="00E11DE9">
      <w:pPr>
        <w:spacing w:after="160" w:line="278" w:lineRule="auto"/>
        <w:rPr>
          <w:rFonts w:asciiTheme="majorHAnsi" w:hAnsiTheme="majorHAnsi" w:cstheme="majorHAnsi"/>
          <w:sz w:val="24"/>
          <w:szCs w:val="24"/>
        </w:rPr>
      </w:pPr>
      <w:r w:rsidRPr="0001451A">
        <w:rPr>
          <w:rFonts w:asciiTheme="majorHAnsi" w:hAnsiTheme="majorHAnsi" w:cstheme="majorHAnsi"/>
          <w:sz w:val="24"/>
          <w:szCs w:val="24"/>
        </w:rPr>
        <w:t>Use Case Spec provide detailed information about each use case, including pre-conditions (what must exist before action starts), post-conditions (what should be true after action), alternative flows and Main flows. </w:t>
      </w:r>
    </w:p>
    <w:p w:rsidR="00E11DE9" w:rsidRPr="0001451A" w:rsidRDefault="00E11DE9" w:rsidP="00E11DE9">
      <w:pPr>
        <w:spacing w:after="160" w:line="278" w:lineRule="auto"/>
        <w:rPr>
          <w:rFonts w:asciiTheme="majorHAnsi" w:hAnsiTheme="majorHAnsi" w:cstheme="majorHAnsi"/>
          <w:sz w:val="24"/>
          <w:szCs w:val="24"/>
        </w:rPr>
      </w:pPr>
      <w:r w:rsidRPr="0001451A">
        <w:rPr>
          <w:rFonts w:asciiTheme="majorHAnsi" w:hAnsiTheme="majorHAnsi" w:cstheme="majorHAnsi"/>
          <w:sz w:val="24"/>
          <w:szCs w:val="24"/>
        </w:rPr>
        <w:t>Activity diagrams visually represent the flow of activities and actions within a process. </w:t>
      </w:r>
      <w:proofErr w:type="gramStart"/>
      <w:r w:rsidRPr="0001451A">
        <w:rPr>
          <w:rFonts w:asciiTheme="majorHAnsi" w:hAnsiTheme="majorHAnsi" w:cstheme="majorHAnsi"/>
          <w:sz w:val="24"/>
          <w:szCs w:val="24"/>
        </w:rPr>
        <w:t>visual</w:t>
      </w:r>
      <w:proofErr w:type="gramEnd"/>
      <w:r w:rsidRPr="0001451A">
        <w:rPr>
          <w:rFonts w:asciiTheme="majorHAnsi" w:hAnsiTheme="majorHAnsi" w:cstheme="majorHAnsi"/>
          <w:sz w:val="24"/>
          <w:szCs w:val="24"/>
        </w:rPr>
        <w:t xml:space="preserve"> aids to validate understanding.</w:t>
      </w:r>
    </w:p>
    <w:p w:rsidR="00E11DE9" w:rsidRPr="0001451A" w:rsidRDefault="00E11DE9" w:rsidP="00E11DE9">
      <w:pPr>
        <w:rPr>
          <w:rFonts w:asciiTheme="majorHAnsi" w:hAnsiTheme="majorHAnsi" w:cstheme="majorHAnsi"/>
          <w:sz w:val="24"/>
          <w:szCs w:val="24"/>
        </w:rPr>
      </w:pPr>
      <w:r w:rsidRPr="0001451A">
        <w:rPr>
          <w:rFonts w:asciiTheme="majorHAnsi" w:hAnsiTheme="majorHAnsi" w:cstheme="majorHAnsi"/>
          <w:b/>
          <w:bCs/>
          <w:sz w:val="24"/>
          <w:szCs w:val="24"/>
        </w:rPr>
        <w:t>Models and Page Designs:</w:t>
      </w:r>
    </w:p>
    <w:p w:rsidR="00E11DE9" w:rsidRPr="0001451A" w:rsidRDefault="00E11DE9" w:rsidP="00206765">
      <w:pPr>
        <w:spacing w:after="160" w:line="278" w:lineRule="auto"/>
        <w:rPr>
          <w:rFonts w:asciiTheme="majorHAnsi" w:hAnsiTheme="majorHAnsi" w:cstheme="majorHAnsi"/>
          <w:sz w:val="24"/>
          <w:szCs w:val="24"/>
        </w:rPr>
      </w:pPr>
      <w:r w:rsidRPr="0001451A">
        <w:rPr>
          <w:rFonts w:asciiTheme="majorHAnsi" w:hAnsiTheme="majorHAnsi" w:cstheme="majorHAnsi"/>
          <w:sz w:val="24"/>
          <w:szCs w:val="24"/>
        </w:rPr>
        <w:t xml:space="preserve">Models (e.g., data models, process models) help to visualize and understand the structure and </w:t>
      </w:r>
      <w:r w:rsidR="00206765" w:rsidRPr="0001451A">
        <w:rPr>
          <w:rFonts w:asciiTheme="majorHAnsi" w:hAnsiTheme="majorHAnsi" w:cstheme="majorHAnsi"/>
          <w:sz w:val="24"/>
          <w:szCs w:val="24"/>
        </w:rPr>
        <w:t>behavior</w:t>
      </w:r>
      <w:r w:rsidRPr="0001451A">
        <w:rPr>
          <w:rFonts w:asciiTheme="majorHAnsi" w:hAnsiTheme="majorHAnsi" w:cstheme="majorHAnsi"/>
          <w:sz w:val="24"/>
          <w:szCs w:val="24"/>
        </w:rPr>
        <w:t xml:space="preserve"> of the system.</w:t>
      </w:r>
    </w:p>
    <w:p w:rsidR="00E11DE9" w:rsidRPr="0001451A" w:rsidRDefault="00E11DE9" w:rsidP="00E11DE9">
      <w:pPr>
        <w:pStyle w:val="NormalWeb"/>
        <w:rPr>
          <w:rFonts w:asciiTheme="majorHAnsi" w:hAnsiTheme="majorHAnsi" w:cstheme="majorHAnsi"/>
        </w:rPr>
      </w:pPr>
      <w:r w:rsidRPr="0001451A">
        <w:rPr>
          <w:rFonts w:asciiTheme="majorHAnsi" w:hAnsiTheme="majorHAnsi" w:cstheme="majorHAnsi"/>
        </w:rPr>
        <w:t>Page designs or wireframes allow stakeholders to visualize the user interface and provide feedback on usability and design. </w:t>
      </w:r>
      <w:proofErr w:type="gramStart"/>
      <w:r w:rsidRPr="0001451A">
        <w:rPr>
          <w:rFonts w:asciiTheme="majorHAnsi" w:hAnsiTheme="majorHAnsi" w:cstheme="majorHAnsi"/>
        </w:rPr>
        <w:t>UI  Ask</w:t>
      </w:r>
      <w:proofErr w:type="gramEnd"/>
      <w:r w:rsidRPr="0001451A">
        <w:rPr>
          <w:rFonts w:asciiTheme="majorHAnsi" w:hAnsiTheme="majorHAnsi" w:cstheme="majorHAnsi"/>
        </w:rPr>
        <w:t xml:space="preserve"> about field requirements, form validation, error messages, dropdown values. Discuss user journey from page to page.</w:t>
      </w:r>
    </w:p>
    <w:p w:rsidR="00E11DE9" w:rsidRPr="0001451A" w:rsidRDefault="00E11DE9" w:rsidP="00E11DE9">
      <w:pPr>
        <w:spacing w:after="160" w:line="278" w:lineRule="auto"/>
        <w:rPr>
          <w:rFonts w:asciiTheme="majorHAnsi" w:hAnsiTheme="majorHAnsi" w:cstheme="majorHAnsi"/>
          <w:sz w:val="24"/>
          <w:szCs w:val="24"/>
        </w:rPr>
      </w:pPr>
    </w:p>
    <w:p w:rsidR="00206765" w:rsidRPr="0001451A" w:rsidRDefault="00E11DE9" w:rsidP="00E11DE9">
      <w:pPr>
        <w:rPr>
          <w:rFonts w:asciiTheme="majorHAnsi" w:hAnsiTheme="majorHAnsi" w:cstheme="majorHAnsi"/>
          <w:sz w:val="24"/>
          <w:szCs w:val="24"/>
        </w:rPr>
      </w:pPr>
      <w:r w:rsidRPr="0001451A">
        <w:rPr>
          <w:rFonts w:asciiTheme="majorHAnsi" w:hAnsiTheme="majorHAnsi" w:cstheme="majorHAnsi"/>
          <w:sz w:val="24"/>
          <w:szCs w:val="24"/>
        </w:rPr>
        <w:t>By considering these points,</w:t>
      </w:r>
    </w:p>
    <w:p w:rsidR="00206765" w:rsidRPr="0001451A" w:rsidRDefault="00206765" w:rsidP="00E11DE9">
      <w:pPr>
        <w:rPr>
          <w:rFonts w:asciiTheme="majorHAnsi" w:hAnsiTheme="majorHAnsi" w:cstheme="majorHAnsi"/>
          <w:sz w:val="24"/>
          <w:szCs w:val="24"/>
        </w:rPr>
      </w:pPr>
      <w:r w:rsidRPr="0001451A">
        <w:rPr>
          <w:rFonts w:asciiTheme="majorHAnsi" w:hAnsiTheme="majorHAnsi" w:cstheme="majorHAnsi"/>
          <w:sz w:val="24"/>
          <w:szCs w:val="24"/>
        </w:rPr>
        <w:t xml:space="preserve">A BA Frame questions in a way that avoids </w:t>
      </w:r>
      <w:r w:rsidRPr="0001451A">
        <w:rPr>
          <w:rStyle w:val="Strong"/>
          <w:rFonts w:asciiTheme="majorHAnsi" w:hAnsiTheme="majorHAnsi" w:cstheme="majorHAnsi"/>
          <w:sz w:val="24"/>
          <w:szCs w:val="24"/>
        </w:rPr>
        <w:t>ambiguity</w:t>
      </w:r>
      <w:r w:rsidRPr="0001451A">
        <w:rPr>
          <w:rFonts w:asciiTheme="majorHAnsi" w:hAnsiTheme="majorHAnsi" w:cstheme="majorHAnsi"/>
          <w:sz w:val="24"/>
          <w:szCs w:val="24"/>
        </w:rPr>
        <w:t xml:space="preserve"> and ensures answers </w:t>
      </w:r>
      <w:proofErr w:type="gramStart"/>
      <w:r w:rsidRPr="0001451A">
        <w:rPr>
          <w:rFonts w:asciiTheme="majorHAnsi" w:hAnsiTheme="majorHAnsi" w:cstheme="majorHAnsi"/>
          <w:sz w:val="24"/>
          <w:szCs w:val="24"/>
        </w:rPr>
        <w:t>can be directly used in requirement documentation and signed off</w:t>
      </w:r>
      <w:proofErr w:type="gramEnd"/>
      <w:r w:rsidRPr="0001451A">
        <w:rPr>
          <w:rFonts w:asciiTheme="majorHAnsi" w:hAnsiTheme="majorHAnsi" w:cstheme="majorHAnsi"/>
          <w:sz w:val="24"/>
          <w:szCs w:val="24"/>
        </w:rPr>
        <w:t>.</w:t>
      </w:r>
    </w:p>
    <w:p w:rsidR="00E11DE9" w:rsidRPr="0001451A" w:rsidRDefault="00206765" w:rsidP="00E11DE9">
      <w:pPr>
        <w:rPr>
          <w:rFonts w:asciiTheme="majorHAnsi" w:hAnsiTheme="majorHAnsi" w:cstheme="majorHAnsi"/>
          <w:sz w:val="24"/>
          <w:szCs w:val="24"/>
        </w:rPr>
      </w:pPr>
      <w:r w:rsidRPr="0001451A">
        <w:rPr>
          <w:rFonts w:asciiTheme="majorHAnsi" w:hAnsiTheme="majorHAnsi" w:cstheme="majorHAnsi"/>
          <w:sz w:val="24"/>
          <w:szCs w:val="24"/>
        </w:rPr>
        <w:t xml:space="preserve"> A</w:t>
      </w:r>
      <w:r w:rsidR="00E11DE9" w:rsidRPr="0001451A">
        <w:rPr>
          <w:rFonts w:asciiTheme="majorHAnsi" w:hAnsiTheme="majorHAnsi" w:cstheme="majorHAnsi"/>
          <w:sz w:val="24"/>
          <w:szCs w:val="24"/>
        </w:rPr>
        <w:t xml:space="preserve"> BA can formulate effective questions that gather the necessary information for successful project development.</w:t>
      </w:r>
    </w:p>
    <w:p w:rsidR="00E11DE9" w:rsidRPr="0001451A" w:rsidRDefault="00E11DE9" w:rsidP="00E11DE9">
      <w:pPr>
        <w:spacing w:after="160" w:line="278" w:lineRule="auto"/>
        <w:rPr>
          <w:rFonts w:asciiTheme="majorHAnsi" w:hAnsiTheme="majorHAnsi" w:cstheme="majorHAnsi"/>
          <w:sz w:val="24"/>
          <w:szCs w:val="24"/>
        </w:rPr>
      </w:pPr>
    </w:p>
    <w:p w:rsidR="00E11DE9" w:rsidRPr="0001451A" w:rsidRDefault="009747ED" w:rsidP="00852CB1">
      <w:pPr>
        <w:rPr>
          <w:rFonts w:asciiTheme="majorHAnsi" w:hAnsiTheme="majorHAnsi" w:cstheme="majorHAnsi"/>
          <w:b/>
          <w:bCs/>
          <w:sz w:val="24"/>
          <w:szCs w:val="24"/>
        </w:rPr>
      </w:pPr>
      <w:r w:rsidRPr="0001451A">
        <w:rPr>
          <w:rFonts w:asciiTheme="majorHAnsi" w:hAnsiTheme="majorHAnsi" w:cstheme="majorHAnsi"/>
          <w:b/>
          <w:bCs/>
          <w:sz w:val="24"/>
          <w:szCs w:val="24"/>
        </w:rPr>
        <w:t>Question 5 – Elicitation Techniques</w:t>
      </w:r>
    </w:p>
    <w:p w:rsidR="00B84840" w:rsidRPr="0001451A" w:rsidRDefault="000D404B" w:rsidP="00852CB1">
      <w:pPr>
        <w:rPr>
          <w:rFonts w:asciiTheme="majorHAnsi" w:hAnsiTheme="majorHAnsi" w:cstheme="majorHAnsi"/>
          <w:sz w:val="24"/>
          <w:szCs w:val="24"/>
        </w:rPr>
      </w:pPr>
      <w:r w:rsidRPr="0001451A">
        <w:rPr>
          <w:rFonts w:asciiTheme="majorHAnsi" w:hAnsiTheme="majorHAnsi" w:cstheme="majorHAnsi"/>
          <w:b/>
          <w:bCs/>
          <w:sz w:val="24"/>
          <w:szCs w:val="24"/>
        </w:rPr>
        <w:t>Elicitation Techniques (</w:t>
      </w:r>
      <w:r w:rsidRPr="0001451A">
        <w:rPr>
          <w:rFonts w:asciiTheme="majorHAnsi" w:hAnsiTheme="majorHAnsi" w:cstheme="majorHAnsi"/>
          <w:sz w:val="24"/>
          <w:szCs w:val="24"/>
        </w:rPr>
        <w:t xml:space="preserve">BDRFOWJIPQU) – Detailed Explanation. </w:t>
      </w:r>
    </w:p>
    <w:p w:rsidR="000D404B" w:rsidRPr="0001451A" w:rsidRDefault="000D404B" w:rsidP="00852CB1">
      <w:pPr>
        <w:rPr>
          <w:rFonts w:asciiTheme="majorHAnsi" w:hAnsiTheme="majorHAnsi" w:cstheme="majorHAnsi"/>
          <w:sz w:val="24"/>
          <w:szCs w:val="24"/>
        </w:rPr>
      </w:pPr>
      <w:r w:rsidRPr="0001451A">
        <w:rPr>
          <w:rFonts w:asciiTheme="majorHAnsi" w:hAnsiTheme="majorHAnsi" w:cstheme="majorHAnsi"/>
          <w:sz w:val="24"/>
          <w:szCs w:val="24"/>
        </w:rPr>
        <w:t xml:space="preserve">A </w:t>
      </w:r>
      <w:r w:rsidRPr="0001451A">
        <w:rPr>
          <w:rStyle w:val="Strong"/>
          <w:rFonts w:asciiTheme="majorHAnsi" w:hAnsiTheme="majorHAnsi" w:cstheme="majorHAnsi"/>
          <w:sz w:val="24"/>
          <w:szCs w:val="24"/>
        </w:rPr>
        <w:t>Business Analyst</w:t>
      </w:r>
      <w:r w:rsidRPr="0001451A">
        <w:rPr>
          <w:rFonts w:asciiTheme="majorHAnsi" w:hAnsiTheme="majorHAnsi" w:cstheme="majorHAnsi"/>
          <w:sz w:val="24"/>
          <w:szCs w:val="24"/>
        </w:rPr>
        <w:t xml:space="preserve"> uses different </w:t>
      </w:r>
      <w:r w:rsidRPr="0001451A">
        <w:rPr>
          <w:rFonts w:asciiTheme="majorHAnsi" w:hAnsiTheme="majorHAnsi" w:cstheme="majorHAnsi"/>
          <w:bCs/>
          <w:sz w:val="24"/>
          <w:szCs w:val="24"/>
        </w:rPr>
        <w:t>Elicitation</w:t>
      </w:r>
      <w:r w:rsidRPr="0001451A">
        <w:rPr>
          <w:rFonts w:asciiTheme="majorHAnsi" w:hAnsiTheme="majorHAnsi" w:cstheme="majorHAnsi"/>
          <w:b/>
          <w:bCs/>
          <w:sz w:val="24"/>
          <w:szCs w:val="24"/>
        </w:rPr>
        <w:t xml:space="preserve"> </w:t>
      </w:r>
      <w:r w:rsidRPr="0001451A">
        <w:rPr>
          <w:rFonts w:asciiTheme="majorHAnsi" w:hAnsiTheme="majorHAnsi" w:cstheme="majorHAnsi"/>
          <w:sz w:val="24"/>
          <w:szCs w:val="24"/>
        </w:rPr>
        <w:t>techniques to gather, clarify, and validate requirements from stakeholders.</w:t>
      </w:r>
    </w:p>
    <w:p w:rsidR="0028018B" w:rsidRPr="0001451A" w:rsidRDefault="0028018B" w:rsidP="00852CB1">
      <w:pPr>
        <w:rPr>
          <w:rFonts w:asciiTheme="majorHAnsi" w:hAnsiTheme="majorHAnsi" w:cstheme="majorHAnsi"/>
          <w:b/>
          <w:sz w:val="24"/>
          <w:szCs w:val="24"/>
        </w:rPr>
      </w:pPr>
      <w:r w:rsidRPr="0001451A">
        <w:rPr>
          <w:rFonts w:asciiTheme="majorHAnsi" w:hAnsiTheme="majorHAnsi" w:cstheme="majorHAnsi"/>
          <w:b/>
          <w:sz w:val="24"/>
          <w:szCs w:val="24"/>
        </w:rPr>
        <w:t xml:space="preserve">B – Brainstorming </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sz w:val="24"/>
          <w:szCs w:val="24"/>
        </w:rPr>
        <w:t>Collaborative idea generation with stakeholders to gather diverse requirements quickly. Early stages of requirements gathering, or when solving a problem with multiple possible solutions. Generate as many ideas as possible in a short time.</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b/>
          <w:sz w:val="24"/>
          <w:szCs w:val="24"/>
        </w:rPr>
        <w:lastRenderedPageBreak/>
        <w:t>Example</w:t>
      </w:r>
      <w:r w:rsidRPr="0001451A">
        <w:rPr>
          <w:rFonts w:asciiTheme="majorHAnsi" w:hAnsiTheme="majorHAnsi" w:cstheme="majorHAnsi"/>
          <w:sz w:val="24"/>
          <w:szCs w:val="24"/>
        </w:rPr>
        <w:t>: A meeting with farmers, transporters, and suppliers to think of all possible delivery options for rural areas. Identifying potential features for a farmer’s e-commerce portal.</w:t>
      </w:r>
    </w:p>
    <w:p w:rsidR="0028018B" w:rsidRPr="0001451A" w:rsidRDefault="0028018B" w:rsidP="00852CB1">
      <w:pPr>
        <w:rPr>
          <w:rFonts w:asciiTheme="majorHAnsi" w:hAnsiTheme="majorHAnsi" w:cstheme="majorHAnsi"/>
          <w:b/>
          <w:sz w:val="24"/>
          <w:szCs w:val="24"/>
        </w:rPr>
      </w:pPr>
      <w:r w:rsidRPr="0001451A">
        <w:rPr>
          <w:rFonts w:asciiTheme="majorHAnsi" w:hAnsiTheme="majorHAnsi" w:cstheme="majorHAnsi"/>
          <w:b/>
          <w:sz w:val="24"/>
          <w:szCs w:val="24"/>
        </w:rPr>
        <w:t xml:space="preserve">D – Document Analysis </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sz w:val="24"/>
          <w:szCs w:val="24"/>
        </w:rPr>
        <w:t>Reviewing existing documentation, reports, process flows, or manuals to gather baseline requirements. To avoid reinventing the wheel and identify baseline requirements.</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sz w:val="24"/>
          <w:szCs w:val="24"/>
        </w:rPr>
        <w:t>Study existing documents to understand current processes, rules, and data.</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b/>
          <w:sz w:val="24"/>
          <w:szCs w:val="24"/>
        </w:rPr>
        <w:t>Example</w:t>
      </w:r>
      <w:r w:rsidRPr="0001451A">
        <w:rPr>
          <w:rFonts w:asciiTheme="majorHAnsi" w:hAnsiTheme="majorHAnsi" w:cstheme="majorHAnsi"/>
          <w:sz w:val="24"/>
          <w:szCs w:val="24"/>
        </w:rPr>
        <w:t xml:space="preserve">: Studying last year’s </w:t>
      </w:r>
      <w:proofErr w:type="gramStart"/>
      <w:r w:rsidRPr="0001451A">
        <w:rPr>
          <w:rFonts w:asciiTheme="majorHAnsi" w:hAnsiTheme="majorHAnsi" w:cstheme="majorHAnsi"/>
          <w:sz w:val="24"/>
          <w:szCs w:val="24"/>
        </w:rPr>
        <w:t>fertilizer purchase order logs</w:t>
      </w:r>
      <w:proofErr w:type="gramEnd"/>
      <w:r w:rsidRPr="0001451A">
        <w:rPr>
          <w:rFonts w:asciiTheme="majorHAnsi" w:hAnsiTheme="majorHAnsi" w:cstheme="majorHAnsi"/>
          <w:sz w:val="24"/>
          <w:szCs w:val="24"/>
        </w:rPr>
        <w:t xml:space="preserve"> to understand demand.</w:t>
      </w:r>
    </w:p>
    <w:p w:rsidR="0028018B" w:rsidRPr="0001451A" w:rsidRDefault="0028018B" w:rsidP="00852CB1">
      <w:pPr>
        <w:rPr>
          <w:rFonts w:asciiTheme="majorHAnsi" w:hAnsiTheme="majorHAnsi" w:cstheme="majorHAnsi"/>
          <w:b/>
          <w:sz w:val="24"/>
          <w:szCs w:val="24"/>
        </w:rPr>
      </w:pPr>
      <w:r w:rsidRPr="0001451A">
        <w:rPr>
          <w:rFonts w:asciiTheme="majorHAnsi" w:hAnsiTheme="majorHAnsi" w:cstheme="majorHAnsi"/>
          <w:b/>
          <w:sz w:val="24"/>
          <w:szCs w:val="24"/>
        </w:rPr>
        <w:t>R – Requirements Workshop</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sz w:val="24"/>
          <w:szCs w:val="24"/>
        </w:rPr>
        <w:t>Structured meeting with multiple stakeholders to discuss, refine, and agree on requirements. Structured sessions to define, refine, and agree on requirements with multiple stakeholders at once. Used for fast consensus building and clarification of conflicts.</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b/>
          <w:sz w:val="24"/>
          <w:szCs w:val="24"/>
        </w:rPr>
        <w:t>Example</w:t>
      </w:r>
      <w:r w:rsidRPr="0001451A">
        <w:rPr>
          <w:rFonts w:asciiTheme="majorHAnsi" w:hAnsiTheme="majorHAnsi" w:cstheme="majorHAnsi"/>
          <w:sz w:val="24"/>
          <w:szCs w:val="24"/>
        </w:rPr>
        <w:t xml:space="preserve">: A joint session with the finance team, warehouse staff, and app developers to finalize the ordering process. </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sz w:val="24"/>
          <w:szCs w:val="24"/>
        </w:rPr>
        <w:t>Conducting a joint session with farmers, suppliers, and delivery teams.</w:t>
      </w:r>
    </w:p>
    <w:p w:rsidR="0028018B" w:rsidRPr="0001451A" w:rsidRDefault="0028018B" w:rsidP="00852CB1">
      <w:pPr>
        <w:rPr>
          <w:rFonts w:asciiTheme="majorHAnsi" w:hAnsiTheme="majorHAnsi" w:cstheme="majorHAnsi"/>
          <w:b/>
          <w:sz w:val="24"/>
          <w:szCs w:val="24"/>
        </w:rPr>
      </w:pPr>
      <w:r w:rsidRPr="0001451A">
        <w:rPr>
          <w:rFonts w:asciiTheme="majorHAnsi" w:hAnsiTheme="majorHAnsi" w:cstheme="majorHAnsi"/>
          <w:b/>
          <w:sz w:val="24"/>
          <w:szCs w:val="24"/>
        </w:rPr>
        <w:t>F – Focus Groups</w:t>
      </w:r>
    </w:p>
    <w:p w:rsidR="0028018B" w:rsidRPr="0001451A" w:rsidRDefault="0028018B" w:rsidP="00852CB1">
      <w:pPr>
        <w:rPr>
          <w:rFonts w:asciiTheme="majorHAnsi" w:hAnsiTheme="majorHAnsi" w:cstheme="majorHAnsi"/>
          <w:sz w:val="24"/>
          <w:szCs w:val="24"/>
        </w:rPr>
      </w:pPr>
      <w:r w:rsidRPr="0001451A">
        <w:rPr>
          <w:rFonts w:asciiTheme="majorHAnsi" w:hAnsiTheme="majorHAnsi" w:cstheme="majorHAnsi"/>
          <w:sz w:val="24"/>
          <w:szCs w:val="24"/>
        </w:rPr>
        <w:t xml:space="preserve">Small, targeted group discussion to gather feedback on product ideas or prototypes. </w:t>
      </w:r>
    </w:p>
    <w:p w:rsidR="0028018B" w:rsidRPr="0001451A" w:rsidRDefault="0028018B" w:rsidP="0028018B">
      <w:pPr>
        <w:pStyle w:val="NormalWeb"/>
        <w:rPr>
          <w:rFonts w:asciiTheme="majorHAnsi" w:hAnsiTheme="majorHAnsi" w:cstheme="majorHAnsi"/>
        </w:rPr>
      </w:pPr>
      <w:r w:rsidRPr="0001451A">
        <w:rPr>
          <w:rFonts w:asciiTheme="majorHAnsi" w:hAnsiTheme="majorHAnsi" w:cstheme="majorHAnsi"/>
        </w:rPr>
        <w:t xml:space="preserve">Get feedback from a selected group representing target </w:t>
      </w:r>
      <w:proofErr w:type="gramStart"/>
      <w:r w:rsidRPr="0001451A">
        <w:rPr>
          <w:rFonts w:asciiTheme="majorHAnsi" w:hAnsiTheme="majorHAnsi" w:cstheme="majorHAnsi"/>
        </w:rPr>
        <w:t>users.</w:t>
      </w:r>
      <w:proofErr w:type="gramEnd"/>
      <w:r w:rsidRPr="0001451A">
        <w:rPr>
          <w:rFonts w:asciiTheme="majorHAnsi" w:hAnsiTheme="majorHAnsi" w:cstheme="majorHAnsi"/>
        </w:rPr>
        <w:t xml:space="preserve"> Use to test ideas, prototypes, or product features before full development.</w:t>
      </w:r>
    </w:p>
    <w:p w:rsidR="00AB44F1" w:rsidRPr="0001451A" w:rsidRDefault="00AB44F1" w:rsidP="0028018B">
      <w:pPr>
        <w:rPr>
          <w:rFonts w:asciiTheme="majorHAnsi" w:hAnsiTheme="majorHAnsi" w:cstheme="majorHAnsi"/>
          <w:sz w:val="24"/>
          <w:szCs w:val="24"/>
        </w:rPr>
      </w:pPr>
      <w:r w:rsidRPr="0001451A">
        <w:rPr>
          <w:rStyle w:val="Strong"/>
          <w:rFonts w:asciiTheme="majorHAnsi" w:hAnsiTheme="majorHAnsi" w:cstheme="majorHAnsi"/>
          <w:sz w:val="24"/>
          <w:szCs w:val="24"/>
        </w:rPr>
        <w:t>Example:</w:t>
      </w:r>
      <w:r w:rsidRPr="0001451A">
        <w:rPr>
          <w:rFonts w:asciiTheme="majorHAnsi" w:hAnsiTheme="majorHAnsi" w:cstheme="majorHAnsi"/>
          <w:sz w:val="24"/>
          <w:szCs w:val="24"/>
        </w:rPr>
        <w:t xml:space="preserve"> </w:t>
      </w:r>
    </w:p>
    <w:p w:rsidR="0028018B" w:rsidRPr="0001451A" w:rsidRDefault="00AB44F1" w:rsidP="0028018B">
      <w:pPr>
        <w:rPr>
          <w:rFonts w:asciiTheme="majorHAnsi" w:hAnsiTheme="majorHAnsi" w:cstheme="majorHAnsi"/>
          <w:sz w:val="24"/>
          <w:szCs w:val="24"/>
        </w:rPr>
      </w:pPr>
      <w:r w:rsidRPr="0001451A">
        <w:rPr>
          <w:rFonts w:asciiTheme="majorHAnsi" w:hAnsiTheme="majorHAnsi" w:cstheme="majorHAnsi"/>
          <w:sz w:val="24"/>
          <w:szCs w:val="24"/>
        </w:rPr>
        <w:t>Showing a sample mobile app to 10 farmers for usability feedback.</w:t>
      </w:r>
    </w:p>
    <w:p w:rsidR="00AB44F1" w:rsidRPr="0001451A" w:rsidRDefault="00AB44F1" w:rsidP="0028018B">
      <w:pPr>
        <w:rPr>
          <w:rFonts w:asciiTheme="majorHAnsi" w:hAnsiTheme="majorHAnsi" w:cstheme="majorHAnsi"/>
          <w:b/>
          <w:sz w:val="24"/>
          <w:szCs w:val="24"/>
          <w:lang w:val="en-GB"/>
        </w:rPr>
      </w:pPr>
      <w:r w:rsidRPr="0001451A">
        <w:rPr>
          <w:rFonts w:asciiTheme="majorHAnsi" w:hAnsiTheme="majorHAnsi" w:cstheme="majorHAnsi"/>
          <w:sz w:val="24"/>
          <w:szCs w:val="24"/>
        </w:rPr>
        <w:t>Collecting feedback on a mobile app UI from experienced farmers.</w:t>
      </w:r>
    </w:p>
    <w:p w:rsidR="0028018B" w:rsidRPr="0001451A" w:rsidRDefault="00767023" w:rsidP="0028018B">
      <w:pPr>
        <w:tabs>
          <w:tab w:val="left" w:pos="1920"/>
        </w:tabs>
        <w:rPr>
          <w:rFonts w:asciiTheme="majorHAnsi" w:hAnsiTheme="majorHAnsi" w:cstheme="majorHAnsi"/>
          <w:b/>
          <w:sz w:val="24"/>
          <w:szCs w:val="24"/>
          <w:lang w:val="en-GB"/>
        </w:rPr>
      </w:pPr>
      <w:r w:rsidRPr="0001451A">
        <w:rPr>
          <w:rFonts w:asciiTheme="majorHAnsi" w:hAnsiTheme="majorHAnsi" w:cstheme="majorHAnsi"/>
          <w:b/>
          <w:sz w:val="24"/>
          <w:szCs w:val="24"/>
          <w:lang w:val="en-GB"/>
        </w:rPr>
        <w:t>O - Observation</w:t>
      </w:r>
      <w:r w:rsidR="0028018B" w:rsidRPr="0001451A">
        <w:rPr>
          <w:rFonts w:asciiTheme="majorHAnsi" w:hAnsiTheme="majorHAnsi" w:cstheme="majorHAnsi"/>
          <w:b/>
          <w:sz w:val="24"/>
          <w:szCs w:val="24"/>
          <w:lang w:val="en-GB"/>
        </w:rPr>
        <w:tab/>
      </w:r>
    </w:p>
    <w:p w:rsidR="00767023" w:rsidRPr="0001451A" w:rsidRDefault="00767023"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Watching users perform their tasks to uncover hidden needs or inefficiencies.</w:t>
      </w:r>
    </w:p>
    <w:p w:rsidR="00767023" w:rsidRPr="0001451A" w:rsidRDefault="00767023"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Study existing documents to understand current processes, rules, and data. Use to avoid reinventing the wheel and identify baseline requirements.</w:t>
      </w:r>
    </w:p>
    <w:p w:rsidR="00767023" w:rsidRPr="0001451A" w:rsidRDefault="00767023" w:rsidP="0028018B">
      <w:pPr>
        <w:tabs>
          <w:tab w:val="left" w:pos="1920"/>
        </w:tabs>
        <w:rPr>
          <w:rFonts w:asciiTheme="majorHAnsi" w:hAnsiTheme="majorHAnsi" w:cstheme="majorHAnsi"/>
          <w:sz w:val="24"/>
          <w:szCs w:val="24"/>
        </w:rPr>
      </w:pPr>
      <w:r w:rsidRPr="0001451A">
        <w:rPr>
          <w:rFonts w:asciiTheme="majorHAnsi" w:hAnsiTheme="majorHAnsi" w:cstheme="majorHAnsi"/>
          <w:b/>
          <w:sz w:val="24"/>
          <w:szCs w:val="24"/>
        </w:rPr>
        <w:lastRenderedPageBreak/>
        <w:t>Example</w:t>
      </w:r>
      <w:r w:rsidRPr="0001451A">
        <w:rPr>
          <w:rFonts w:asciiTheme="majorHAnsi" w:hAnsiTheme="majorHAnsi" w:cstheme="majorHAnsi"/>
          <w:sz w:val="24"/>
          <w:szCs w:val="24"/>
        </w:rPr>
        <w:t>:</w:t>
      </w:r>
    </w:p>
    <w:p w:rsidR="00767023" w:rsidRPr="0001451A" w:rsidRDefault="00767023"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 xml:space="preserve">Reviewing last year’s fertilizer order logs to find peak demand months. </w:t>
      </w:r>
    </w:p>
    <w:p w:rsidR="00767023" w:rsidRPr="0001451A" w:rsidRDefault="00767023"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Observing how farmers currently order supplies to identify automation opportunities.</w:t>
      </w:r>
    </w:p>
    <w:p w:rsidR="000C0784" w:rsidRPr="0001451A" w:rsidRDefault="000C0784" w:rsidP="0028018B">
      <w:pPr>
        <w:tabs>
          <w:tab w:val="left" w:pos="1920"/>
        </w:tabs>
        <w:rPr>
          <w:rFonts w:asciiTheme="majorHAnsi" w:hAnsiTheme="majorHAnsi" w:cstheme="majorHAnsi"/>
          <w:b/>
          <w:sz w:val="24"/>
          <w:szCs w:val="24"/>
        </w:rPr>
      </w:pPr>
      <w:r w:rsidRPr="0001451A">
        <w:rPr>
          <w:rFonts w:asciiTheme="majorHAnsi" w:hAnsiTheme="majorHAnsi" w:cstheme="majorHAnsi"/>
          <w:b/>
          <w:sz w:val="24"/>
          <w:szCs w:val="24"/>
        </w:rPr>
        <w:t>W – Workshops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C0784" w:rsidRPr="0001451A" w:rsidTr="000C0784">
        <w:trPr>
          <w:tblCellSpacing w:w="15" w:type="dxa"/>
        </w:trPr>
        <w:tc>
          <w:tcPr>
            <w:tcW w:w="0" w:type="auto"/>
            <w:vAlign w:val="center"/>
            <w:hideMark/>
          </w:tcPr>
          <w:p w:rsidR="000C0784" w:rsidRPr="0001451A" w:rsidRDefault="000C0784" w:rsidP="000C0784">
            <w:pPr>
              <w:spacing w:after="0" w:line="240" w:lineRule="auto"/>
              <w:rPr>
                <w:rFonts w:asciiTheme="majorHAnsi" w:eastAsia="Times New Roman" w:hAnsiTheme="majorHAnsi" w:cstheme="majorHAnsi"/>
                <w:sz w:val="24"/>
                <w:szCs w:val="24"/>
                <w:lang w:val="en-IN" w:eastAsia="en-IN"/>
              </w:rPr>
            </w:pPr>
          </w:p>
        </w:tc>
      </w:tr>
    </w:tbl>
    <w:p w:rsidR="000C0784" w:rsidRPr="0001451A" w:rsidRDefault="000C0784" w:rsidP="000C0784">
      <w:pPr>
        <w:spacing w:after="0" w:line="240" w:lineRule="auto"/>
        <w:rPr>
          <w:rFonts w:asciiTheme="majorHAnsi" w:eastAsia="Times New Roman" w:hAnsiTheme="majorHAnsi" w:cstheme="majorHAnsi"/>
          <w:vanish/>
          <w:sz w:val="24"/>
          <w:szCs w:val="24"/>
          <w:lang w:val="en-IN"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30"/>
      </w:tblGrid>
      <w:tr w:rsidR="000C0784" w:rsidRPr="0001451A" w:rsidTr="000C0784">
        <w:trPr>
          <w:tblCellSpacing w:w="15" w:type="dxa"/>
        </w:trPr>
        <w:tc>
          <w:tcPr>
            <w:tcW w:w="0" w:type="auto"/>
            <w:vAlign w:val="center"/>
            <w:hideMark/>
          </w:tcPr>
          <w:p w:rsidR="000C0784" w:rsidRPr="0001451A" w:rsidRDefault="000C0784" w:rsidP="000C0784">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Facilitated sessions for stakeholders to collaborate and solve requirement-related issues.</w:t>
            </w:r>
          </w:p>
        </w:tc>
      </w:tr>
    </w:tbl>
    <w:p w:rsidR="000C0784" w:rsidRPr="0001451A" w:rsidRDefault="000C0784"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Collaborative problem-solving sessions with stakeholders. Used to map out processes or resolve requirement ambiguities.</w:t>
      </w:r>
    </w:p>
    <w:p w:rsidR="000C0784" w:rsidRPr="0001451A" w:rsidRDefault="000C0784" w:rsidP="0028018B">
      <w:pPr>
        <w:tabs>
          <w:tab w:val="left" w:pos="1920"/>
        </w:tabs>
        <w:rPr>
          <w:rFonts w:asciiTheme="majorHAnsi" w:hAnsiTheme="majorHAnsi" w:cstheme="majorHAnsi"/>
          <w:b/>
          <w:sz w:val="24"/>
          <w:szCs w:val="24"/>
        </w:rPr>
      </w:pPr>
      <w:r w:rsidRPr="0001451A">
        <w:rPr>
          <w:rFonts w:asciiTheme="majorHAnsi" w:hAnsiTheme="majorHAnsi" w:cstheme="majorHAnsi"/>
          <w:b/>
          <w:sz w:val="24"/>
          <w:szCs w:val="24"/>
        </w:rPr>
        <w:t>Example:</w:t>
      </w:r>
    </w:p>
    <w:p w:rsidR="000C0784" w:rsidRPr="0001451A" w:rsidRDefault="000C0784"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Creating a visual supply chain workflow on a whiteboard with team input.</w:t>
      </w:r>
    </w:p>
    <w:p w:rsidR="000C0784" w:rsidRPr="0001451A" w:rsidRDefault="000C0784"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Mapping out the fertilizer ordering workflow.</w:t>
      </w:r>
    </w:p>
    <w:p w:rsidR="00875917" w:rsidRPr="0001451A" w:rsidRDefault="00875917" w:rsidP="0028018B">
      <w:pPr>
        <w:tabs>
          <w:tab w:val="left" w:pos="1920"/>
        </w:tabs>
        <w:rPr>
          <w:rFonts w:asciiTheme="majorHAnsi" w:hAnsiTheme="majorHAnsi" w:cstheme="majorHAnsi"/>
          <w:b/>
          <w:sz w:val="24"/>
          <w:szCs w:val="24"/>
        </w:rPr>
      </w:pPr>
      <w:r w:rsidRPr="0001451A">
        <w:rPr>
          <w:rFonts w:asciiTheme="majorHAnsi" w:hAnsiTheme="majorHAnsi" w:cstheme="majorHAnsi"/>
          <w:b/>
          <w:sz w:val="24"/>
          <w:szCs w:val="24"/>
        </w:rPr>
        <w:t>Job Shadowing</w:t>
      </w:r>
    </w:p>
    <w:p w:rsidR="00875917" w:rsidRPr="0001451A" w:rsidRDefault="00875917"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Following a user during their work to understand detailed task flows. Closely follow a user during their normal working day to understand detailed processes. Used for understanding complex tasks with many exceptions.</w:t>
      </w:r>
    </w:p>
    <w:p w:rsidR="00875917" w:rsidRPr="0001451A" w:rsidRDefault="00875917" w:rsidP="0028018B">
      <w:pPr>
        <w:tabs>
          <w:tab w:val="left" w:pos="1920"/>
        </w:tabs>
        <w:rPr>
          <w:rFonts w:asciiTheme="majorHAnsi" w:hAnsiTheme="majorHAnsi" w:cstheme="majorHAnsi"/>
          <w:b/>
          <w:sz w:val="24"/>
          <w:szCs w:val="24"/>
        </w:rPr>
      </w:pPr>
      <w:r w:rsidRPr="0001451A">
        <w:rPr>
          <w:rFonts w:asciiTheme="majorHAnsi" w:hAnsiTheme="majorHAnsi" w:cstheme="majorHAnsi"/>
          <w:b/>
          <w:sz w:val="24"/>
          <w:szCs w:val="24"/>
        </w:rPr>
        <w:t xml:space="preserve"> Example:</w:t>
      </w:r>
    </w:p>
    <w:p w:rsidR="00875917" w:rsidRPr="0001451A" w:rsidRDefault="00875917"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 xml:space="preserve">Shadowing a logistics manager to see how delivery schedules </w:t>
      </w:r>
      <w:proofErr w:type="gramStart"/>
      <w:r w:rsidRPr="0001451A">
        <w:rPr>
          <w:rFonts w:asciiTheme="majorHAnsi" w:hAnsiTheme="majorHAnsi" w:cstheme="majorHAnsi"/>
          <w:sz w:val="24"/>
          <w:szCs w:val="24"/>
        </w:rPr>
        <w:t>are made</w:t>
      </w:r>
      <w:proofErr w:type="gramEnd"/>
      <w:r w:rsidRPr="0001451A">
        <w:rPr>
          <w:rFonts w:asciiTheme="majorHAnsi" w:hAnsiTheme="majorHAnsi" w:cstheme="majorHAnsi"/>
          <w:sz w:val="24"/>
          <w:szCs w:val="24"/>
        </w:rPr>
        <w:t xml:space="preserve">. Shadowing a warehouse manager to see how inventory </w:t>
      </w:r>
      <w:proofErr w:type="gramStart"/>
      <w:r w:rsidRPr="0001451A">
        <w:rPr>
          <w:rFonts w:asciiTheme="majorHAnsi" w:hAnsiTheme="majorHAnsi" w:cstheme="majorHAnsi"/>
          <w:sz w:val="24"/>
          <w:szCs w:val="24"/>
        </w:rPr>
        <w:t>is tracked</w:t>
      </w:r>
      <w:proofErr w:type="gramEnd"/>
      <w:r w:rsidRPr="0001451A">
        <w:rPr>
          <w:rFonts w:asciiTheme="majorHAnsi" w:hAnsiTheme="majorHAnsi" w:cstheme="majorHAnsi"/>
          <w:sz w:val="24"/>
          <w:szCs w:val="24"/>
        </w:rPr>
        <w:t>.</w:t>
      </w:r>
    </w:p>
    <w:p w:rsidR="00875917" w:rsidRPr="0001451A" w:rsidRDefault="00671AFD" w:rsidP="0028018B">
      <w:pPr>
        <w:tabs>
          <w:tab w:val="left" w:pos="1920"/>
        </w:tabs>
        <w:rPr>
          <w:rFonts w:asciiTheme="majorHAnsi" w:hAnsiTheme="majorHAnsi" w:cstheme="majorHAnsi"/>
          <w:b/>
          <w:sz w:val="24"/>
          <w:szCs w:val="24"/>
          <w:lang w:val="en-GB"/>
        </w:rPr>
      </w:pPr>
      <w:r w:rsidRPr="0001451A">
        <w:rPr>
          <w:rFonts w:asciiTheme="majorHAnsi" w:hAnsiTheme="majorHAnsi" w:cstheme="majorHAnsi"/>
          <w:b/>
          <w:sz w:val="24"/>
          <w:szCs w:val="24"/>
          <w:lang w:val="en-GB"/>
        </w:rPr>
        <w:t>I – Interviews</w:t>
      </w:r>
    </w:p>
    <w:p w:rsidR="00671AFD" w:rsidRPr="0001451A" w:rsidRDefault="00671AFD" w:rsidP="00671AFD">
      <w:pPr>
        <w:pStyle w:val="NormalWeb"/>
        <w:rPr>
          <w:rFonts w:asciiTheme="majorHAnsi" w:hAnsiTheme="majorHAnsi" w:cstheme="majorHAnsi"/>
        </w:rPr>
      </w:pPr>
      <w:r w:rsidRPr="0001451A">
        <w:rPr>
          <w:rFonts w:asciiTheme="majorHAnsi" w:hAnsiTheme="majorHAnsi" w:cstheme="majorHAnsi"/>
        </w:rPr>
        <w:t>One-on-one or small group questioning to get deep insights into user needs. Ask targeted questions to gather deep, qualitative insights. Used to explore stakeholder goals, pain points, and preferences.</w:t>
      </w:r>
    </w:p>
    <w:p w:rsidR="00671AFD" w:rsidRPr="0001451A" w:rsidRDefault="00671AFD" w:rsidP="00671AFD">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Example:</w:t>
      </w:r>
      <w:r w:rsidRPr="0001451A">
        <w:rPr>
          <w:rFonts w:asciiTheme="majorHAnsi" w:eastAsia="Times New Roman" w:hAnsiTheme="majorHAnsi" w:cstheme="majorHAnsi"/>
          <w:sz w:val="24"/>
          <w:szCs w:val="24"/>
          <w:lang w:val="en-IN" w:eastAsia="en-IN"/>
        </w:rPr>
        <w:t xml:space="preserve"> </w:t>
      </w:r>
    </w:p>
    <w:p w:rsidR="00671AFD" w:rsidRPr="0001451A" w:rsidRDefault="00671AFD" w:rsidP="00671AFD">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Interviewing a local distributor about seasonal shortages. </w:t>
      </w:r>
      <w:r w:rsidRPr="0001451A">
        <w:rPr>
          <w:rFonts w:asciiTheme="majorHAnsi" w:hAnsiTheme="majorHAnsi" w:cstheme="majorHAnsi"/>
          <w:sz w:val="24"/>
          <w:szCs w:val="24"/>
        </w:rPr>
        <w:t>Interviewing a rural supplier about seasonal challenges.</w:t>
      </w:r>
    </w:p>
    <w:p w:rsidR="00671AFD" w:rsidRPr="0001451A" w:rsidRDefault="00671AFD" w:rsidP="0028018B">
      <w:pPr>
        <w:tabs>
          <w:tab w:val="left" w:pos="1920"/>
        </w:tabs>
        <w:rPr>
          <w:rFonts w:asciiTheme="majorHAnsi" w:hAnsiTheme="majorHAnsi" w:cstheme="majorHAnsi"/>
          <w:sz w:val="24"/>
          <w:szCs w:val="24"/>
        </w:rPr>
      </w:pPr>
      <w:r w:rsidRPr="0001451A">
        <w:rPr>
          <w:rFonts w:asciiTheme="majorHAnsi" w:hAnsiTheme="majorHAnsi" w:cstheme="majorHAnsi"/>
          <w:b/>
          <w:sz w:val="24"/>
          <w:szCs w:val="24"/>
        </w:rPr>
        <w:t>Prototyping</w:t>
      </w:r>
      <w:r w:rsidRPr="0001451A">
        <w:rPr>
          <w:rFonts w:asciiTheme="majorHAnsi" w:hAnsiTheme="majorHAnsi" w:cstheme="majorHAnsi"/>
          <w:sz w:val="24"/>
          <w:szCs w:val="24"/>
        </w:rPr>
        <w:t>:</w:t>
      </w:r>
    </w:p>
    <w:p w:rsidR="00671AFD" w:rsidRPr="0001451A" w:rsidRDefault="00671AFD"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Creating mock-ups or wireframes to help stakeholders visualize requirements.</w:t>
      </w:r>
    </w:p>
    <w:p w:rsidR="00671AFD" w:rsidRPr="0001451A" w:rsidRDefault="00671AFD" w:rsidP="00671AFD">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Build visual or interactive mock-ups of features for feedback. Used to validate design ideas and reduce misunderstandings.</w:t>
      </w:r>
    </w:p>
    <w:p w:rsidR="00671AFD" w:rsidRPr="0001451A" w:rsidRDefault="00671AFD" w:rsidP="00671AFD">
      <w:pPr>
        <w:spacing w:before="100" w:beforeAutospacing="1" w:after="100" w:afterAutospacing="1" w:line="240" w:lineRule="auto"/>
        <w:rPr>
          <w:rFonts w:asciiTheme="majorHAnsi" w:hAnsiTheme="majorHAnsi" w:cstheme="majorHAnsi"/>
          <w:sz w:val="24"/>
          <w:szCs w:val="24"/>
        </w:rPr>
      </w:pPr>
      <w:r w:rsidRPr="0001451A">
        <w:rPr>
          <w:rStyle w:val="Strong"/>
          <w:rFonts w:asciiTheme="majorHAnsi" w:hAnsiTheme="majorHAnsi" w:cstheme="majorHAnsi"/>
          <w:sz w:val="24"/>
          <w:szCs w:val="24"/>
        </w:rPr>
        <w:t>Example:</w:t>
      </w:r>
      <w:r w:rsidRPr="0001451A">
        <w:rPr>
          <w:rFonts w:asciiTheme="majorHAnsi" w:hAnsiTheme="majorHAnsi" w:cstheme="majorHAnsi"/>
          <w:sz w:val="24"/>
          <w:szCs w:val="24"/>
        </w:rPr>
        <w:t xml:space="preserve"> </w:t>
      </w:r>
    </w:p>
    <w:p w:rsidR="00671AFD" w:rsidRPr="0001451A" w:rsidRDefault="00671AFD" w:rsidP="00671AFD">
      <w:pPr>
        <w:spacing w:before="100" w:beforeAutospacing="1" w:after="100" w:afterAutospacing="1" w:line="240" w:lineRule="auto"/>
        <w:rPr>
          <w:rFonts w:asciiTheme="majorHAnsi" w:hAnsiTheme="majorHAnsi" w:cstheme="majorHAnsi"/>
          <w:sz w:val="24"/>
          <w:szCs w:val="24"/>
        </w:rPr>
      </w:pPr>
      <w:r w:rsidRPr="0001451A">
        <w:rPr>
          <w:rFonts w:asciiTheme="majorHAnsi" w:hAnsiTheme="majorHAnsi" w:cstheme="majorHAnsi"/>
          <w:sz w:val="24"/>
          <w:szCs w:val="24"/>
        </w:rPr>
        <w:t xml:space="preserve">Creating a clickable mobile app demo for farmers to test. Building a sample </w:t>
      </w:r>
      <w:proofErr w:type="gramStart"/>
      <w:r w:rsidRPr="0001451A">
        <w:rPr>
          <w:rFonts w:asciiTheme="majorHAnsi" w:hAnsiTheme="majorHAnsi" w:cstheme="majorHAnsi"/>
          <w:sz w:val="24"/>
          <w:szCs w:val="24"/>
        </w:rPr>
        <w:t>order tracking</w:t>
      </w:r>
      <w:proofErr w:type="gramEnd"/>
      <w:r w:rsidRPr="0001451A">
        <w:rPr>
          <w:rFonts w:asciiTheme="majorHAnsi" w:hAnsiTheme="majorHAnsi" w:cstheme="majorHAnsi"/>
          <w:sz w:val="24"/>
          <w:szCs w:val="24"/>
        </w:rPr>
        <w:t xml:space="preserve"> page for feedback.</w:t>
      </w:r>
    </w:p>
    <w:p w:rsidR="00671AFD" w:rsidRPr="0001451A" w:rsidRDefault="00671AFD" w:rsidP="00671AFD">
      <w:pPr>
        <w:spacing w:before="100" w:beforeAutospacing="1" w:after="100" w:afterAutospacing="1" w:line="240" w:lineRule="auto"/>
        <w:rPr>
          <w:rFonts w:asciiTheme="majorHAnsi" w:hAnsiTheme="majorHAnsi" w:cstheme="majorHAnsi"/>
          <w:b/>
          <w:sz w:val="24"/>
          <w:szCs w:val="24"/>
        </w:rPr>
      </w:pPr>
      <w:r w:rsidRPr="0001451A">
        <w:rPr>
          <w:rFonts w:asciiTheme="majorHAnsi" w:hAnsiTheme="majorHAnsi" w:cstheme="majorHAnsi"/>
          <w:b/>
          <w:sz w:val="24"/>
          <w:szCs w:val="24"/>
        </w:rPr>
        <w:t>Q - Questionnaires/Surveys</w:t>
      </w:r>
    </w:p>
    <w:p w:rsidR="00671AFD" w:rsidRPr="0001451A" w:rsidRDefault="00671AFD" w:rsidP="00671AFD">
      <w:pPr>
        <w:spacing w:before="100" w:beforeAutospacing="1" w:after="100" w:afterAutospacing="1" w:line="240" w:lineRule="auto"/>
        <w:rPr>
          <w:rFonts w:asciiTheme="majorHAnsi" w:hAnsiTheme="majorHAnsi" w:cstheme="majorHAnsi"/>
          <w:sz w:val="24"/>
          <w:szCs w:val="24"/>
        </w:rPr>
      </w:pPr>
      <w:r w:rsidRPr="0001451A">
        <w:rPr>
          <w:rFonts w:asciiTheme="majorHAnsi" w:hAnsiTheme="majorHAnsi" w:cstheme="majorHAnsi"/>
          <w:sz w:val="24"/>
          <w:szCs w:val="24"/>
        </w:rPr>
        <w:t>Distributing structured forms to collect quantitative or qualitative data from many users. Gather structured feedback from a large audience efficiently. Used for quantitative data or opinion gathering across wide user bases.</w:t>
      </w:r>
    </w:p>
    <w:p w:rsidR="00671AFD" w:rsidRPr="0001451A" w:rsidRDefault="00671AFD" w:rsidP="00671AFD">
      <w:pPr>
        <w:spacing w:before="100" w:beforeAutospacing="1" w:after="100" w:afterAutospacing="1" w:line="240" w:lineRule="auto"/>
        <w:rPr>
          <w:rFonts w:asciiTheme="majorHAnsi" w:hAnsiTheme="majorHAnsi" w:cstheme="majorHAnsi"/>
          <w:sz w:val="24"/>
          <w:szCs w:val="24"/>
        </w:rPr>
      </w:pPr>
      <w:r w:rsidRPr="0001451A">
        <w:rPr>
          <w:rStyle w:val="Strong"/>
          <w:rFonts w:asciiTheme="majorHAnsi" w:hAnsiTheme="majorHAnsi" w:cstheme="majorHAnsi"/>
          <w:sz w:val="24"/>
          <w:szCs w:val="24"/>
        </w:rPr>
        <w:t>Example:</w:t>
      </w:r>
      <w:r w:rsidRPr="0001451A">
        <w:rPr>
          <w:rFonts w:asciiTheme="majorHAnsi" w:hAnsiTheme="majorHAnsi" w:cstheme="majorHAnsi"/>
          <w:sz w:val="24"/>
          <w:szCs w:val="24"/>
        </w:rPr>
        <w:t xml:space="preserve"> Sending an online survey to farmers asking their preferred delivery days. Surveying farmers to find preferred payment options.</w:t>
      </w:r>
    </w:p>
    <w:p w:rsidR="00671AFD" w:rsidRPr="0001451A" w:rsidRDefault="00671AFD" w:rsidP="00671AFD">
      <w:pPr>
        <w:spacing w:before="100" w:beforeAutospacing="1" w:after="100" w:afterAutospacing="1" w:line="240" w:lineRule="auto"/>
        <w:rPr>
          <w:rFonts w:asciiTheme="majorHAnsi" w:hAnsiTheme="majorHAnsi" w:cstheme="majorHAnsi"/>
          <w:b/>
          <w:sz w:val="24"/>
          <w:szCs w:val="24"/>
        </w:rPr>
      </w:pPr>
      <w:r w:rsidRPr="0001451A">
        <w:rPr>
          <w:rFonts w:asciiTheme="majorHAnsi" w:hAnsiTheme="majorHAnsi" w:cstheme="majorHAnsi"/>
          <w:b/>
          <w:sz w:val="24"/>
          <w:szCs w:val="24"/>
        </w:rPr>
        <w:t>U</w:t>
      </w:r>
      <w:r w:rsidRPr="0001451A">
        <w:rPr>
          <w:rFonts w:asciiTheme="majorHAnsi" w:hAnsiTheme="majorHAnsi" w:cstheme="majorHAnsi"/>
          <w:sz w:val="24"/>
          <w:szCs w:val="24"/>
        </w:rPr>
        <w:t xml:space="preserve"> – </w:t>
      </w:r>
      <w:r w:rsidRPr="0001451A">
        <w:rPr>
          <w:rFonts w:asciiTheme="majorHAnsi" w:hAnsiTheme="majorHAnsi" w:cstheme="majorHAnsi"/>
          <w:b/>
          <w:sz w:val="24"/>
          <w:szCs w:val="24"/>
        </w:rPr>
        <w:t>User Stories</w:t>
      </w:r>
    </w:p>
    <w:p w:rsidR="00671AFD" w:rsidRPr="0001451A" w:rsidRDefault="00671AFD" w:rsidP="00671AFD">
      <w:pPr>
        <w:spacing w:before="100" w:beforeAutospacing="1" w:after="100" w:afterAutospacing="1" w:line="240" w:lineRule="auto"/>
        <w:rPr>
          <w:rFonts w:asciiTheme="majorHAnsi" w:hAnsiTheme="majorHAnsi" w:cstheme="majorHAnsi"/>
          <w:sz w:val="24"/>
          <w:szCs w:val="24"/>
        </w:rPr>
      </w:pPr>
      <w:r w:rsidRPr="0001451A">
        <w:rPr>
          <w:rFonts w:asciiTheme="majorHAnsi" w:hAnsiTheme="majorHAnsi" w:cstheme="majorHAnsi"/>
          <w:sz w:val="24"/>
          <w:szCs w:val="24"/>
        </w:rPr>
        <w:t>Capturing requirements in a simple, narrative form from the user’s perspective. Capture requirements in a simple, story-like format. Used to focus on user needs rather than technical details.</w:t>
      </w:r>
    </w:p>
    <w:p w:rsidR="00671AFD" w:rsidRPr="0001451A" w:rsidRDefault="00671AFD" w:rsidP="00671AFD">
      <w:pPr>
        <w:spacing w:before="100" w:beforeAutospacing="1" w:after="100" w:afterAutospacing="1" w:line="240" w:lineRule="auto"/>
        <w:rPr>
          <w:rStyle w:val="Emphasis"/>
          <w:rFonts w:asciiTheme="majorHAnsi" w:hAnsiTheme="majorHAnsi" w:cstheme="majorHAnsi"/>
          <w:i w:val="0"/>
          <w:sz w:val="24"/>
          <w:szCs w:val="24"/>
        </w:rPr>
      </w:pPr>
      <w:r w:rsidRPr="0001451A">
        <w:rPr>
          <w:rStyle w:val="Strong"/>
          <w:rFonts w:asciiTheme="majorHAnsi" w:hAnsiTheme="majorHAnsi" w:cstheme="majorHAnsi"/>
          <w:sz w:val="24"/>
          <w:szCs w:val="24"/>
        </w:rPr>
        <w:t>Example</w:t>
      </w:r>
      <w:r w:rsidRPr="0001451A">
        <w:rPr>
          <w:rStyle w:val="Strong"/>
          <w:rFonts w:asciiTheme="majorHAnsi" w:hAnsiTheme="majorHAnsi" w:cstheme="majorHAnsi"/>
          <w:i/>
          <w:sz w:val="24"/>
          <w:szCs w:val="24"/>
        </w:rPr>
        <w:t>:</w:t>
      </w:r>
      <w:r w:rsidRPr="0001451A">
        <w:rPr>
          <w:rFonts w:asciiTheme="majorHAnsi" w:hAnsiTheme="majorHAnsi" w:cstheme="majorHAnsi"/>
          <w:i/>
          <w:sz w:val="24"/>
          <w:szCs w:val="24"/>
        </w:rPr>
        <w:t xml:space="preserve"> </w:t>
      </w:r>
      <w:r w:rsidRPr="0001451A">
        <w:rPr>
          <w:rStyle w:val="Emphasis"/>
          <w:rFonts w:asciiTheme="majorHAnsi" w:hAnsiTheme="majorHAnsi" w:cstheme="majorHAnsi"/>
          <w:i w:val="0"/>
          <w:sz w:val="24"/>
          <w:szCs w:val="24"/>
        </w:rPr>
        <w:t>“As a farmer, I want to track my fertilizer delivery/orders so that I can plan my planting schedule.”</w:t>
      </w:r>
    </w:p>
    <w:p w:rsidR="00671AFD" w:rsidRPr="0001451A" w:rsidRDefault="00671AFD" w:rsidP="00671AFD">
      <w:pPr>
        <w:spacing w:before="100" w:beforeAutospacing="1" w:after="100" w:afterAutospacing="1" w:line="240" w:lineRule="auto"/>
        <w:rPr>
          <w:rStyle w:val="Emphasis"/>
          <w:rFonts w:asciiTheme="majorHAnsi" w:hAnsiTheme="majorHAnsi" w:cstheme="majorHAnsi"/>
          <w:i w:val="0"/>
          <w:sz w:val="24"/>
          <w:szCs w:val="24"/>
        </w:rPr>
      </w:pPr>
      <w:r w:rsidRPr="0001451A">
        <w:rPr>
          <w:rStyle w:val="Emphasis"/>
          <w:rFonts w:asciiTheme="majorHAnsi" w:hAnsiTheme="majorHAnsi" w:cstheme="majorHAnsi"/>
          <w:b/>
          <w:i w:val="0"/>
          <w:sz w:val="24"/>
          <w:szCs w:val="24"/>
        </w:rPr>
        <w:t>Conclusion</w:t>
      </w:r>
      <w:r w:rsidRPr="0001451A">
        <w:rPr>
          <w:rStyle w:val="Emphasis"/>
          <w:rFonts w:asciiTheme="majorHAnsi" w:hAnsiTheme="majorHAnsi" w:cstheme="majorHAnsi"/>
          <w:i w:val="0"/>
          <w:sz w:val="24"/>
          <w:szCs w:val="24"/>
        </w:rPr>
        <w:t>:</w:t>
      </w:r>
    </w:p>
    <w:p w:rsidR="00671AFD" w:rsidRPr="0001451A" w:rsidRDefault="00554BA6" w:rsidP="00671AFD">
      <w:pPr>
        <w:pStyle w:val="NormalWeb"/>
        <w:rPr>
          <w:rFonts w:asciiTheme="majorHAnsi" w:hAnsiTheme="majorHAnsi" w:cstheme="majorHAnsi"/>
        </w:rPr>
      </w:pPr>
      <w:r w:rsidRPr="0001451A">
        <w:rPr>
          <w:rFonts w:asciiTheme="majorHAnsi" w:hAnsiTheme="majorHAnsi" w:cstheme="majorHAnsi"/>
        </w:rPr>
        <w:t>P</w:t>
      </w:r>
      <w:r w:rsidR="00671AFD" w:rsidRPr="0001451A">
        <w:rPr>
          <w:rFonts w:asciiTheme="majorHAnsi" w:hAnsiTheme="majorHAnsi" w:cstheme="majorHAnsi"/>
        </w:rPr>
        <w:t xml:space="preserve">rovide a robust framework for gathering requirements for the Online Agriculture Products Store. By applying these techniques strategically, the BA ensures comprehensive, actionable, and stakeholder-aligned requirements that support the development of a scalable, user-friendly application within the 18-month timeline and </w:t>
      </w:r>
      <w:proofErr w:type="gramStart"/>
      <w:r w:rsidR="00671AFD" w:rsidRPr="0001451A">
        <w:rPr>
          <w:rFonts w:asciiTheme="majorHAnsi" w:hAnsiTheme="majorHAnsi" w:cstheme="majorHAnsi"/>
        </w:rPr>
        <w:t>2</w:t>
      </w:r>
      <w:proofErr w:type="gramEnd"/>
      <w:r w:rsidR="00671AFD" w:rsidRPr="0001451A">
        <w:rPr>
          <w:rFonts w:asciiTheme="majorHAnsi" w:hAnsiTheme="majorHAnsi" w:cstheme="majorHAnsi"/>
        </w:rPr>
        <w:t xml:space="preserve"> Crores INR budget, meeting the CSR objectives of facilitating farmers and manufacturers.</w:t>
      </w:r>
    </w:p>
    <w:p w:rsidR="00671AFD" w:rsidRPr="0001451A" w:rsidRDefault="00671AFD" w:rsidP="00671AFD">
      <w:pPr>
        <w:spacing w:before="100" w:beforeAutospacing="1" w:after="100" w:afterAutospacing="1" w:line="240" w:lineRule="auto"/>
        <w:rPr>
          <w:rFonts w:asciiTheme="majorHAnsi" w:hAnsiTheme="majorHAnsi" w:cstheme="majorHAnsi"/>
          <w:sz w:val="24"/>
          <w:szCs w:val="24"/>
        </w:rPr>
      </w:pPr>
      <w:r w:rsidRPr="0001451A">
        <w:rPr>
          <w:rFonts w:asciiTheme="majorHAnsi" w:hAnsiTheme="majorHAnsi" w:cstheme="majorHAnsi"/>
          <w:sz w:val="24"/>
          <w:szCs w:val="24"/>
        </w:rPr>
        <w:t xml:space="preserve"> It ensures that requirements </w:t>
      </w:r>
      <w:proofErr w:type="gramStart"/>
      <w:r w:rsidRPr="0001451A">
        <w:rPr>
          <w:rFonts w:asciiTheme="majorHAnsi" w:hAnsiTheme="majorHAnsi" w:cstheme="majorHAnsi"/>
          <w:sz w:val="24"/>
          <w:szCs w:val="24"/>
        </w:rPr>
        <w:t>are gathered</w:t>
      </w:r>
      <w:proofErr w:type="gramEnd"/>
      <w:r w:rsidRPr="0001451A">
        <w:rPr>
          <w:rFonts w:asciiTheme="majorHAnsi" w:hAnsiTheme="majorHAnsi" w:cstheme="majorHAnsi"/>
          <w:sz w:val="24"/>
          <w:szCs w:val="24"/>
        </w:rPr>
        <w:t xml:space="preserve"> from different angles — written records, live observation, interactive feedback, and creative ideation — giving a 360° understanding of stakeholder needs.</w:t>
      </w:r>
    </w:p>
    <w:p w:rsidR="00E8350E" w:rsidRPr="0001451A" w:rsidRDefault="00E8350E" w:rsidP="00E8350E">
      <w:pPr>
        <w:rPr>
          <w:rFonts w:asciiTheme="majorHAnsi" w:hAnsiTheme="majorHAnsi" w:cstheme="majorHAnsi"/>
          <w:b/>
          <w:bCs/>
          <w:sz w:val="24"/>
          <w:szCs w:val="24"/>
        </w:rPr>
      </w:pPr>
      <w:r w:rsidRPr="0001451A">
        <w:rPr>
          <w:rFonts w:asciiTheme="majorHAnsi" w:hAnsiTheme="majorHAnsi" w:cstheme="majorHAnsi"/>
          <w:b/>
          <w:bCs/>
          <w:sz w:val="24"/>
          <w:szCs w:val="24"/>
        </w:rPr>
        <w:t xml:space="preserve">Question </w:t>
      </w:r>
      <w:proofErr w:type="gramStart"/>
      <w:r w:rsidRPr="0001451A">
        <w:rPr>
          <w:rFonts w:asciiTheme="majorHAnsi" w:hAnsiTheme="majorHAnsi" w:cstheme="majorHAnsi"/>
          <w:b/>
          <w:bCs/>
          <w:sz w:val="24"/>
          <w:szCs w:val="24"/>
        </w:rPr>
        <w:t>6</w:t>
      </w:r>
      <w:proofErr w:type="gramEnd"/>
      <w:r w:rsidRPr="0001451A">
        <w:rPr>
          <w:rFonts w:asciiTheme="majorHAnsi" w:hAnsiTheme="majorHAnsi" w:cstheme="majorHAnsi"/>
          <w:b/>
          <w:bCs/>
          <w:sz w:val="24"/>
          <w:szCs w:val="24"/>
        </w:rPr>
        <w:t xml:space="preserve"> – This project Elicitation Techniques </w:t>
      </w:r>
    </w:p>
    <w:p w:rsidR="00E8350E" w:rsidRPr="0001451A" w:rsidRDefault="00E8350E" w:rsidP="00E8350E">
      <w:pPr>
        <w:rPr>
          <w:rFonts w:asciiTheme="majorHAnsi" w:hAnsiTheme="majorHAnsi" w:cstheme="majorHAnsi"/>
          <w:b/>
          <w:bCs/>
          <w:sz w:val="24"/>
          <w:szCs w:val="24"/>
        </w:rPr>
      </w:pPr>
      <w:r w:rsidRPr="0001451A">
        <w:rPr>
          <w:rFonts w:asciiTheme="majorHAnsi" w:hAnsiTheme="majorHAnsi" w:cstheme="majorHAnsi"/>
          <w:b/>
          <w:bCs/>
          <w:sz w:val="24"/>
          <w:szCs w:val="24"/>
        </w:rPr>
        <w:t>Elicitation Techniques for this project</w:t>
      </w:r>
    </w:p>
    <w:p w:rsidR="00E8350E" w:rsidRPr="0001451A" w:rsidRDefault="00E8350E" w:rsidP="00E8350E">
      <w:pPr>
        <w:rPr>
          <w:rFonts w:asciiTheme="majorHAnsi" w:hAnsiTheme="majorHAnsi" w:cstheme="majorHAnsi"/>
          <w:b/>
          <w:bCs/>
          <w:sz w:val="24"/>
          <w:szCs w:val="24"/>
        </w:rPr>
      </w:pPr>
      <w:r w:rsidRPr="0001451A">
        <w:rPr>
          <w:rFonts w:asciiTheme="majorHAnsi" w:hAnsiTheme="majorHAnsi" w:cstheme="majorHAnsi"/>
          <w:b/>
          <w:bCs/>
          <w:sz w:val="24"/>
          <w:szCs w:val="24"/>
        </w:rPr>
        <w:t xml:space="preserve">Prototyping: </w:t>
      </w:r>
    </w:p>
    <w:p w:rsidR="00E8350E" w:rsidRPr="0001451A" w:rsidRDefault="00E8350E" w:rsidP="00E8350E">
      <w:pPr>
        <w:pStyle w:val="NormalWeb"/>
        <w:rPr>
          <w:rFonts w:asciiTheme="majorHAnsi" w:hAnsiTheme="majorHAnsi" w:cstheme="majorHAnsi"/>
        </w:rPr>
      </w:pPr>
      <w:r w:rsidRPr="0001451A">
        <w:rPr>
          <w:rFonts w:asciiTheme="majorHAnsi" w:hAnsiTheme="majorHAnsi" w:cstheme="majorHAnsi"/>
        </w:rPr>
        <w:lastRenderedPageBreak/>
        <w:t xml:space="preserve">Creating </w:t>
      </w:r>
      <w:proofErr w:type="spellStart"/>
      <w:r w:rsidRPr="0001451A">
        <w:rPr>
          <w:rFonts w:asciiTheme="majorHAnsi" w:hAnsiTheme="majorHAnsi" w:cstheme="majorHAnsi"/>
        </w:rPr>
        <w:t>mockups</w:t>
      </w:r>
      <w:proofErr w:type="spellEnd"/>
      <w:r w:rsidRPr="0001451A">
        <w:rPr>
          <w:rFonts w:asciiTheme="majorHAnsi" w:hAnsiTheme="majorHAnsi" w:cstheme="majorHAnsi"/>
        </w:rPr>
        <w:t xml:space="preserve"> or interactive prototypes of the application’s interface to visualize and validate requirements with stakeholders.</w:t>
      </w:r>
    </w:p>
    <w:p w:rsidR="00E8350E" w:rsidRPr="0001451A" w:rsidRDefault="00E8350E" w:rsidP="00E8350E">
      <w:pPr>
        <w:rPr>
          <w:rFonts w:asciiTheme="majorHAnsi" w:hAnsiTheme="majorHAnsi" w:cstheme="majorHAnsi"/>
          <w:sz w:val="24"/>
          <w:szCs w:val="24"/>
        </w:rPr>
      </w:pPr>
      <w:r w:rsidRPr="0001451A">
        <w:rPr>
          <w:rFonts w:asciiTheme="majorHAnsi" w:hAnsiTheme="majorHAnsi" w:cstheme="majorHAnsi"/>
          <w:sz w:val="24"/>
          <w:szCs w:val="24"/>
        </w:rPr>
        <w:t xml:space="preserve">Building quick mock-ups of the product catalog, search option, login page, and payment gateway will help farmers and manufacturers </w:t>
      </w:r>
      <w:proofErr w:type="spellStart"/>
      <w:r w:rsidRPr="0001451A">
        <w:rPr>
          <w:rFonts w:asciiTheme="majorHAnsi" w:hAnsiTheme="majorHAnsi" w:cstheme="majorHAnsi"/>
          <w:sz w:val="24"/>
          <w:szCs w:val="24"/>
        </w:rPr>
        <w:t>visualise</w:t>
      </w:r>
      <w:proofErr w:type="spellEnd"/>
      <w:r w:rsidRPr="0001451A">
        <w:rPr>
          <w:rFonts w:asciiTheme="majorHAnsi" w:hAnsiTheme="majorHAnsi" w:cstheme="majorHAnsi"/>
          <w:sz w:val="24"/>
          <w:szCs w:val="24"/>
        </w:rPr>
        <w:t xml:space="preserve"> the system and give feedback early.</w:t>
      </w:r>
    </w:p>
    <w:p w:rsidR="00E8350E" w:rsidRPr="0001451A" w:rsidRDefault="00E8350E" w:rsidP="00E8350E">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Prototyping is ideal for eliciting and validating UI/UX requirements, such as the product </w:t>
      </w:r>
      <w:proofErr w:type="spellStart"/>
      <w:r w:rsidRPr="0001451A">
        <w:rPr>
          <w:rFonts w:asciiTheme="majorHAnsi" w:eastAsia="Times New Roman" w:hAnsiTheme="majorHAnsi" w:cstheme="majorHAnsi"/>
          <w:sz w:val="24"/>
          <w:szCs w:val="24"/>
          <w:lang w:val="en-IN" w:eastAsia="en-IN"/>
        </w:rPr>
        <w:t>catalog</w:t>
      </w:r>
      <w:proofErr w:type="spellEnd"/>
      <w:r w:rsidRPr="0001451A">
        <w:rPr>
          <w:rFonts w:asciiTheme="majorHAnsi" w:eastAsia="Times New Roman" w:hAnsiTheme="majorHAnsi" w:cstheme="majorHAnsi"/>
          <w:sz w:val="24"/>
          <w:szCs w:val="24"/>
          <w:lang w:val="en-IN" w:eastAsia="en-IN"/>
        </w:rPr>
        <w:t xml:space="preserve"> (BR001) and search functionality, ensuring they are user-friendly for farmers like Peter, Kevin, and Ben. It also supports visualizing manufacturer product upload interfaces (BR002).</w:t>
      </w:r>
    </w:p>
    <w:tbl>
      <w:tblPr>
        <w:tblStyle w:val="TableGrid"/>
        <w:tblW w:w="0" w:type="auto"/>
        <w:tblLook w:val="04A0" w:firstRow="1" w:lastRow="0" w:firstColumn="1" w:lastColumn="0" w:noHBand="0" w:noVBand="1"/>
      </w:tblPr>
      <w:tblGrid>
        <w:gridCol w:w="2952"/>
        <w:gridCol w:w="2952"/>
        <w:gridCol w:w="2952"/>
      </w:tblGrid>
      <w:tr w:rsidR="00A506F7" w:rsidRPr="0001451A" w:rsidTr="00A506F7">
        <w:tc>
          <w:tcPr>
            <w:tcW w:w="2952" w:type="dxa"/>
          </w:tcPr>
          <w:p w:rsidR="00A506F7" w:rsidRPr="0001451A" w:rsidRDefault="00A506F7" w:rsidP="00E8350E">
            <w:pPr>
              <w:rPr>
                <w:rFonts w:asciiTheme="majorHAnsi" w:hAnsiTheme="majorHAnsi" w:cstheme="majorHAnsi"/>
                <w:b/>
                <w:bCs/>
                <w:sz w:val="24"/>
                <w:szCs w:val="24"/>
              </w:rPr>
            </w:pPr>
            <w:r w:rsidRPr="0001451A">
              <w:rPr>
                <w:rFonts w:asciiTheme="majorHAnsi" w:hAnsiTheme="majorHAnsi" w:cstheme="majorHAnsi"/>
                <w:b/>
                <w:bCs/>
                <w:sz w:val="24"/>
                <w:szCs w:val="24"/>
              </w:rPr>
              <w:t>Requirement</w:t>
            </w:r>
          </w:p>
        </w:tc>
        <w:tc>
          <w:tcPr>
            <w:tcW w:w="2952" w:type="dxa"/>
          </w:tcPr>
          <w:p w:rsidR="00A506F7" w:rsidRPr="0001451A" w:rsidRDefault="00A506F7" w:rsidP="00E8350E">
            <w:pPr>
              <w:rPr>
                <w:rFonts w:asciiTheme="majorHAnsi" w:hAnsiTheme="majorHAnsi" w:cstheme="majorHAnsi"/>
                <w:b/>
                <w:bCs/>
                <w:sz w:val="24"/>
                <w:szCs w:val="24"/>
              </w:rPr>
            </w:pPr>
            <w:r w:rsidRPr="0001451A">
              <w:rPr>
                <w:rFonts w:asciiTheme="majorHAnsi" w:hAnsiTheme="majorHAnsi" w:cstheme="majorHAnsi"/>
                <w:b/>
                <w:bCs/>
                <w:sz w:val="24"/>
                <w:szCs w:val="24"/>
              </w:rPr>
              <w:t>Elicitation Techniques</w:t>
            </w:r>
          </w:p>
        </w:tc>
        <w:tc>
          <w:tcPr>
            <w:tcW w:w="2952" w:type="dxa"/>
          </w:tcPr>
          <w:p w:rsidR="00A506F7" w:rsidRPr="0001451A" w:rsidRDefault="00A506F7" w:rsidP="00E8350E">
            <w:pPr>
              <w:rPr>
                <w:rFonts w:asciiTheme="majorHAnsi" w:hAnsiTheme="majorHAnsi" w:cstheme="majorHAnsi"/>
                <w:b/>
                <w:bCs/>
                <w:sz w:val="24"/>
                <w:szCs w:val="24"/>
              </w:rPr>
            </w:pPr>
            <w:r w:rsidRPr="0001451A">
              <w:rPr>
                <w:rFonts w:asciiTheme="majorHAnsi" w:hAnsiTheme="majorHAnsi" w:cstheme="majorHAnsi"/>
                <w:b/>
                <w:bCs/>
                <w:sz w:val="24"/>
                <w:szCs w:val="24"/>
              </w:rPr>
              <w:t>Justification</w:t>
            </w:r>
          </w:p>
        </w:tc>
      </w:tr>
      <w:tr w:rsidR="00A506F7" w:rsidRPr="0001451A" w:rsidTr="00A506F7">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BR001</w:t>
            </w:r>
            <w:r w:rsidRPr="0001451A">
              <w:rPr>
                <w:rFonts w:asciiTheme="majorHAnsi" w:eastAsia="Times New Roman" w:hAnsiTheme="majorHAnsi" w:cstheme="majorHAnsi"/>
                <w:sz w:val="24"/>
                <w:szCs w:val="24"/>
                <w:lang w:val="en-IN" w:eastAsia="en-IN"/>
              </w:rPr>
              <w:t>: Farmers should be able to search for available products in fertilizers, seeds, pesticides</w:t>
            </w:r>
          </w:p>
          <w:p w:rsidR="00A506F7" w:rsidRPr="0001451A" w:rsidRDefault="00A506F7" w:rsidP="00E8350E">
            <w:pPr>
              <w:rPr>
                <w:rFonts w:asciiTheme="majorHAnsi" w:hAnsiTheme="majorHAnsi" w:cstheme="majorHAnsi"/>
                <w:b/>
                <w:bCs/>
                <w:sz w:val="24"/>
                <w:szCs w:val="24"/>
              </w:rPr>
            </w:pPr>
          </w:p>
        </w:tc>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Prototyping, Use Case Specifications, Brainstorming</w:t>
            </w:r>
          </w:p>
          <w:p w:rsidR="00A506F7" w:rsidRPr="0001451A" w:rsidRDefault="00A506F7" w:rsidP="00E8350E">
            <w:pPr>
              <w:rPr>
                <w:rFonts w:asciiTheme="majorHAnsi" w:hAnsiTheme="majorHAnsi" w:cstheme="majorHAnsi"/>
                <w:b/>
                <w:bCs/>
                <w:sz w:val="24"/>
                <w:szCs w:val="24"/>
              </w:rPr>
            </w:pPr>
          </w:p>
        </w:tc>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 </w:t>
            </w:r>
            <w:r w:rsidRPr="0001451A">
              <w:rPr>
                <w:rFonts w:asciiTheme="majorHAnsi" w:eastAsia="Times New Roman" w:hAnsiTheme="majorHAnsi" w:cstheme="majorHAnsi"/>
                <w:b/>
                <w:bCs/>
                <w:sz w:val="24"/>
                <w:szCs w:val="24"/>
                <w:lang w:val="en-IN" w:eastAsia="en-IN"/>
              </w:rPr>
              <w:t>Prototyping</w:t>
            </w:r>
            <w:r w:rsidRPr="0001451A">
              <w:rPr>
                <w:rFonts w:asciiTheme="majorHAnsi" w:eastAsia="Times New Roman" w:hAnsiTheme="majorHAnsi" w:cstheme="majorHAnsi"/>
                <w:sz w:val="24"/>
                <w:szCs w:val="24"/>
                <w:lang w:val="en-IN" w:eastAsia="en-IN"/>
              </w:rPr>
              <w:t>: Validates search UI with farmers (e.g., Kevin’s need for a search option).</w:t>
            </w:r>
            <w:r w:rsidRPr="0001451A">
              <w:rPr>
                <w:rFonts w:asciiTheme="majorHAnsi" w:eastAsia="Times New Roman" w:hAnsiTheme="majorHAnsi" w:cstheme="majorHAnsi"/>
                <w:sz w:val="24"/>
                <w:szCs w:val="24"/>
                <w:lang w:val="en-IN" w:eastAsia="en-IN"/>
              </w:rPr>
              <w:br/>
              <w:t xml:space="preserve">- </w:t>
            </w:r>
            <w:r w:rsidRPr="0001451A">
              <w:rPr>
                <w:rFonts w:asciiTheme="majorHAnsi" w:eastAsia="Times New Roman" w:hAnsiTheme="majorHAnsi" w:cstheme="majorHAnsi"/>
                <w:b/>
                <w:bCs/>
                <w:sz w:val="24"/>
                <w:szCs w:val="24"/>
                <w:lang w:val="en-IN" w:eastAsia="en-IN"/>
              </w:rPr>
              <w:t>Use Case Specifications</w:t>
            </w:r>
            <w:r w:rsidRPr="0001451A">
              <w:rPr>
                <w:rFonts w:asciiTheme="majorHAnsi" w:eastAsia="Times New Roman" w:hAnsiTheme="majorHAnsi" w:cstheme="majorHAnsi"/>
                <w:sz w:val="24"/>
                <w:szCs w:val="24"/>
                <w:lang w:val="en-IN" w:eastAsia="en-IN"/>
              </w:rPr>
              <w:t>: Details the search process, including filters and results display.</w:t>
            </w:r>
            <w:r w:rsidRPr="0001451A">
              <w:rPr>
                <w:rFonts w:asciiTheme="majorHAnsi" w:eastAsia="Times New Roman" w:hAnsiTheme="majorHAnsi" w:cstheme="majorHAnsi"/>
                <w:sz w:val="24"/>
                <w:szCs w:val="24"/>
                <w:lang w:val="en-IN" w:eastAsia="en-IN"/>
              </w:rPr>
              <w:br/>
              <w:t xml:space="preserve">- </w:t>
            </w:r>
            <w:r w:rsidRPr="0001451A">
              <w:rPr>
                <w:rFonts w:asciiTheme="majorHAnsi" w:eastAsia="Times New Roman" w:hAnsiTheme="majorHAnsi" w:cstheme="majorHAnsi"/>
                <w:b/>
                <w:bCs/>
                <w:sz w:val="24"/>
                <w:szCs w:val="24"/>
                <w:lang w:val="en-IN" w:eastAsia="en-IN"/>
              </w:rPr>
              <w:t>Brainstorming</w:t>
            </w:r>
            <w:r w:rsidRPr="0001451A">
              <w:rPr>
                <w:rFonts w:asciiTheme="majorHAnsi" w:eastAsia="Times New Roman" w:hAnsiTheme="majorHAnsi" w:cstheme="majorHAnsi"/>
                <w:sz w:val="24"/>
                <w:szCs w:val="24"/>
                <w:lang w:val="en-IN" w:eastAsia="en-IN"/>
              </w:rPr>
              <w:t>: Identifies creative search features (e.g., category-based filters).</w:t>
            </w:r>
          </w:p>
          <w:p w:rsidR="00A506F7" w:rsidRPr="0001451A" w:rsidRDefault="00A506F7" w:rsidP="00E8350E">
            <w:pPr>
              <w:rPr>
                <w:rFonts w:asciiTheme="majorHAnsi" w:hAnsiTheme="majorHAnsi" w:cstheme="majorHAnsi"/>
                <w:b/>
                <w:bCs/>
                <w:sz w:val="24"/>
                <w:szCs w:val="24"/>
              </w:rPr>
            </w:pPr>
          </w:p>
        </w:tc>
      </w:tr>
      <w:tr w:rsidR="00A506F7" w:rsidRPr="0001451A" w:rsidTr="00A506F7">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BR002</w:t>
            </w:r>
            <w:r w:rsidRPr="0001451A">
              <w:rPr>
                <w:rFonts w:asciiTheme="majorHAnsi" w:eastAsia="Times New Roman" w:hAnsiTheme="majorHAnsi" w:cstheme="majorHAnsi"/>
                <w:sz w:val="24"/>
                <w:szCs w:val="24"/>
                <w:lang w:val="en-IN" w:eastAsia="en-IN"/>
              </w:rPr>
              <w:t>: Manufacturers should be able to upload and display their products in the application</w:t>
            </w:r>
          </w:p>
          <w:p w:rsidR="00A506F7" w:rsidRPr="0001451A" w:rsidRDefault="00A506F7" w:rsidP="00E8350E">
            <w:pPr>
              <w:rPr>
                <w:rFonts w:asciiTheme="majorHAnsi" w:hAnsiTheme="majorHAnsi" w:cstheme="majorHAnsi"/>
                <w:b/>
                <w:bCs/>
                <w:sz w:val="24"/>
                <w:szCs w:val="24"/>
              </w:rPr>
            </w:pPr>
          </w:p>
        </w:tc>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Prototyping, Use Case Specifications, Document Analysis</w:t>
            </w:r>
          </w:p>
          <w:p w:rsidR="00A506F7" w:rsidRPr="0001451A" w:rsidRDefault="00A506F7" w:rsidP="00E8350E">
            <w:pPr>
              <w:rPr>
                <w:rFonts w:asciiTheme="majorHAnsi" w:hAnsiTheme="majorHAnsi" w:cstheme="majorHAnsi"/>
                <w:b/>
                <w:bCs/>
                <w:sz w:val="24"/>
                <w:szCs w:val="24"/>
              </w:rPr>
            </w:pPr>
          </w:p>
        </w:tc>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 </w:t>
            </w:r>
            <w:r w:rsidRPr="0001451A">
              <w:rPr>
                <w:rFonts w:asciiTheme="majorHAnsi" w:eastAsia="Times New Roman" w:hAnsiTheme="majorHAnsi" w:cstheme="majorHAnsi"/>
                <w:b/>
                <w:bCs/>
                <w:sz w:val="24"/>
                <w:szCs w:val="24"/>
                <w:lang w:val="en-IN" w:eastAsia="en-IN"/>
              </w:rPr>
              <w:t>Prototyping</w:t>
            </w:r>
            <w:r w:rsidRPr="0001451A">
              <w:rPr>
                <w:rFonts w:asciiTheme="majorHAnsi" w:eastAsia="Times New Roman" w:hAnsiTheme="majorHAnsi" w:cstheme="majorHAnsi"/>
                <w:sz w:val="24"/>
                <w:szCs w:val="24"/>
                <w:lang w:val="en-IN" w:eastAsia="en-IN"/>
              </w:rPr>
              <w:t>: Tests product upload interfaces for usability.</w:t>
            </w:r>
            <w:r w:rsidRPr="0001451A">
              <w:rPr>
                <w:rFonts w:asciiTheme="majorHAnsi" w:eastAsia="Times New Roman" w:hAnsiTheme="majorHAnsi" w:cstheme="majorHAnsi"/>
                <w:sz w:val="24"/>
                <w:szCs w:val="24"/>
                <w:lang w:val="en-IN" w:eastAsia="en-IN"/>
              </w:rPr>
              <w:br/>
              <w:t xml:space="preserve">- </w:t>
            </w:r>
            <w:r w:rsidRPr="0001451A">
              <w:rPr>
                <w:rFonts w:asciiTheme="majorHAnsi" w:eastAsia="Times New Roman" w:hAnsiTheme="majorHAnsi" w:cstheme="majorHAnsi"/>
                <w:b/>
                <w:bCs/>
                <w:sz w:val="24"/>
                <w:szCs w:val="24"/>
                <w:lang w:val="en-IN" w:eastAsia="en-IN"/>
              </w:rPr>
              <w:t>Use Case Specifications</w:t>
            </w:r>
            <w:r w:rsidRPr="0001451A">
              <w:rPr>
                <w:rFonts w:asciiTheme="majorHAnsi" w:eastAsia="Times New Roman" w:hAnsiTheme="majorHAnsi" w:cstheme="majorHAnsi"/>
                <w:sz w:val="24"/>
                <w:szCs w:val="24"/>
                <w:lang w:val="en-IN" w:eastAsia="en-IN"/>
              </w:rPr>
              <w:t>: Documents steps for uploading and managing products.</w:t>
            </w:r>
            <w:r w:rsidRPr="0001451A">
              <w:rPr>
                <w:rFonts w:asciiTheme="majorHAnsi" w:eastAsia="Times New Roman" w:hAnsiTheme="majorHAnsi" w:cstheme="majorHAnsi"/>
                <w:sz w:val="24"/>
                <w:szCs w:val="24"/>
                <w:lang w:val="en-IN" w:eastAsia="en-IN"/>
              </w:rPr>
              <w:br/>
              <w:t xml:space="preserve">- </w:t>
            </w:r>
            <w:r w:rsidRPr="0001451A">
              <w:rPr>
                <w:rFonts w:asciiTheme="majorHAnsi" w:eastAsia="Times New Roman" w:hAnsiTheme="majorHAnsi" w:cstheme="majorHAnsi"/>
                <w:b/>
                <w:bCs/>
                <w:sz w:val="24"/>
                <w:szCs w:val="24"/>
                <w:lang w:val="en-IN" w:eastAsia="en-IN"/>
              </w:rPr>
              <w:t>Document Analysis</w:t>
            </w:r>
            <w:r w:rsidRPr="0001451A">
              <w:rPr>
                <w:rFonts w:asciiTheme="majorHAnsi" w:eastAsia="Times New Roman" w:hAnsiTheme="majorHAnsi" w:cstheme="majorHAnsi"/>
                <w:sz w:val="24"/>
                <w:szCs w:val="24"/>
                <w:lang w:val="en-IN" w:eastAsia="en-IN"/>
              </w:rPr>
              <w:t>: Benchmarks upload features against competitor platforms.</w:t>
            </w:r>
          </w:p>
          <w:p w:rsidR="00A506F7" w:rsidRPr="0001451A" w:rsidRDefault="00A506F7" w:rsidP="00E8350E">
            <w:pPr>
              <w:rPr>
                <w:rFonts w:asciiTheme="majorHAnsi" w:hAnsiTheme="majorHAnsi" w:cstheme="majorHAnsi"/>
                <w:b/>
                <w:bCs/>
                <w:sz w:val="24"/>
                <w:szCs w:val="24"/>
              </w:rPr>
            </w:pPr>
          </w:p>
        </w:tc>
      </w:tr>
      <w:tr w:rsidR="00A506F7" w:rsidRPr="0001451A" w:rsidTr="00A506F7">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b/>
                <w:bCs/>
                <w:sz w:val="24"/>
                <w:szCs w:val="24"/>
                <w:lang w:val="en-IN" w:eastAsia="en-IN"/>
              </w:rPr>
              <w:t>Stakeholder Requirements</w:t>
            </w:r>
            <w:r w:rsidRPr="0001451A">
              <w:rPr>
                <w:rFonts w:asciiTheme="majorHAnsi" w:eastAsia="Times New Roman" w:hAnsiTheme="majorHAnsi" w:cstheme="majorHAnsi"/>
                <w:sz w:val="24"/>
                <w:szCs w:val="24"/>
                <w:lang w:val="en-IN" w:eastAsia="en-IN"/>
              </w:rPr>
              <w:t xml:space="preserve">: Login, product </w:t>
            </w:r>
            <w:proofErr w:type="spellStart"/>
            <w:r w:rsidRPr="0001451A">
              <w:rPr>
                <w:rFonts w:asciiTheme="majorHAnsi" w:eastAsia="Times New Roman" w:hAnsiTheme="majorHAnsi" w:cstheme="majorHAnsi"/>
                <w:sz w:val="24"/>
                <w:szCs w:val="24"/>
                <w:lang w:val="en-IN" w:eastAsia="en-IN"/>
              </w:rPr>
              <w:t>catalog</w:t>
            </w:r>
            <w:proofErr w:type="spellEnd"/>
            <w:r w:rsidRPr="0001451A">
              <w:rPr>
                <w:rFonts w:asciiTheme="majorHAnsi" w:eastAsia="Times New Roman" w:hAnsiTheme="majorHAnsi" w:cstheme="majorHAnsi"/>
                <w:sz w:val="24"/>
                <w:szCs w:val="24"/>
                <w:lang w:val="en-IN" w:eastAsia="en-IN"/>
              </w:rPr>
              <w:t xml:space="preserve">, payment processing, </w:t>
            </w:r>
            <w:r w:rsidRPr="0001451A">
              <w:rPr>
                <w:rFonts w:asciiTheme="majorHAnsi" w:eastAsia="Times New Roman" w:hAnsiTheme="majorHAnsi" w:cstheme="majorHAnsi"/>
                <w:sz w:val="24"/>
                <w:szCs w:val="24"/>
                <w:lang w:val="en-IN" w:eastAsia="en-IN"/>
              </w:rPr>
              <w:lastRenderedPageBreak/>
              <w:t>delivery tracking, email confirmations</w:t>
            </w:r>
          </w:p>
          <w:p w:rsidR="00A506F7" w:rsidRPr="0001451A" w:rsidRDefault="00A506F7" w:rsidP="00E8350E">
            <w:pPr>
              <w:rPr>
                <w:rFonts w:asciiTheme="majorHAnsi" w:hAnsiTheme="majorHAnsi" w:cstheme="majorHAnsi"/>
                <w:b/>
                <w:bCs/>
                <w:sz w:val="24"/>
                <w:szCs w:val="24"/>
              </w:rPr>
            </w:pPr>
          </w:p>
        </w:tc>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 xml:space="preserve">Prototyping, Use Case Specifications, Document </w:t>
            </w:r>
            <w:r w:rsidRPr="0001451A">
              <w:rPr>
                <w:rFonts w:asciiTheme="majorHAnsi" w:eastAsia="Times New Roman" w:hAnsiTheme="majorHAnsi" w:cstheme="majorHAnsi"/>
                <w:sz w:val="24"/>
                <w:szCs w:val="24"/>
                <w:lang w:val="en-IN" w:eastAsia="en-IN"/>
              </w:rPr>
              <w:lastRenderedPageBreak/>
              <w:t>Analysis</w:t>
            </w:r>
          </w:p>
          <w:p w:rsidR="00A506F7" w:rsidRPr="0001451A" w:rsidRDefault="00A506F7" w:rsidP="00E8350E">
            <w:pPr>
              <w:rPr>
                <w:rFonts w:asciiTheme="majorHAnsi" w:hAnsiTheme="majorHAnsi" w:cstheme="majorHAnsi"/>
                <w:b/>
                <w:bCs/>
                <w:sz w:val="24"/>
                <w:szCs w:val="24"/>
              </w:rPr>
            </w:pPr>
          </w:p>
        </w:tc>
        <w:tc>
          <w:tcPr>
            <w:tcW w:w="2952" w:type="dxa"/>
          </w:tcPr>
          <w:p w:rsidR="00A506F7" w:rsidRPr="0001451A" w:rsidRDefault="00A506F7" w:rsidP="00A506F7">
            <w:pPr>
              <w:spacing w:before="100" w:beforeAutospacing="1" w:after="100" w:afterAutospacing="1"/>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 xml:space="preserve">- </w:t>
            </w:r>
            <w:r w:rsidRPr="0001451A">
              <w:rPr>
                <w:rFonts w:asciiTheme="majorHAnsi" w:eastAsia="Times New Roman" w:hAnsiTheme="majorHAnsi" w:cstheme="majorHAnsi"/>
                <w:b/>
                <w:bCs/>
                <w:sz w:val="24"/>
                <w:szCs w:val="24"/>
                <w:lang w:val="en-IN" w:eastAsia="en-IN"/>
              </w:rPr>
              <w:t>Prototyping</w:t>
            </w:r>
            <w:r w:rsidRPr="0001451A">
              <w:rPr>
                <w:rFonts w:asciiTheme="majorHAnsi" w:eastAsia="Times New Roman" w:hAnsiTheme="majorHAnsi" w:cstheme="majorHAnsi"/>
                <w:sz w:val="24"/>
                <w:szCs w:val="24"/>
                <w:lang w:val="en-IN" w:eastAsia="en-IN"/>
              </w:rPr>
              <w:t xml:space="preserve">: Validates UI for login, </w:t>
            </w:r>
            <w:proofErr w:type="spellStart"/>
            <w:r w:rsidRPr="0001451A">
              <w:rPr>
                <w:rFonts w:asciiTheme="majorHAnsi" w:eastAsia="Times New Roman" w:hAnsiTheme="majorHAnsi" w:cstheme="majorHAnsi"/>
                <w:sz w:val="24"/>
                <w:szCs w:val="24"/>
                <w:lang w:val="en-IN" w:eastAsia="en-IN"/>
              </w:rPr>
              <w:t>catalog</w:t>
            </w:r>
            <w:proofErr w:type="spellEnd"/>
            <w:r w:rsidRPr="0001451A">
              <w:rPr>
                <w:rFonts w:asciiTheme="majorHAnsi" w:eastAsia="Times New Roman" w:hAnsiTheme="majorHAnsi" w:cstheme="majorHAnsi"/>
                <w:sz w:val="24"/>
                <w:szCs w:val="24"/>
                <w:lang w:val="en-IN" w:eastAsia="en-IN"/>
              </w:rPr>
              <w:t xml:space="preserve">, and tracking (Peter, Kevin, </w:t>
            </w:r>
            <w:proofErr w:type="gramStart"/>
            <w:r w:rsidRPr="0001451A">
              <w:rPr>
                <w:rFonts w:asciiTheme="majorHAnsi" w:eastAsia="Times New Roman" w:hAnsiTheme="majorHAnsi" w:cstheme="majorHAnsi"/>
                <w:sz w:val="24"/>
                <w:szCs w:val="24"/>
                <w:lang w:val="en-IN" w:eastAsia="en-IN"/>
              </w:rPr>
              <w:t>Ben</w:t>
            </w:r>
            <w:proofErr w:type="gramEnd"/>
            <w:r w:rsidRPr="0001451A">
              <w:rPr>
                <w:rFonts w:asciiTheme="majorHAnsi" w:eastAsia="Times New Roman" w:hAnsiTheme="majorHAnsi" w:cstheme="majorHAnsi"/>
                <w:sz w:val="24"/>
                <w:szCs w:val="24"/>
                <w:lang w:val="en-IN" w:eastAsia="en-IN"/>
              </w:rPr>
              <w:t>).</w:t>
            </w:r>
            <w:r w:rsidRPr="0001451A">
              <w:rPr>
                <w:rFonts w:asciiTheme="majorHAnsi" w:eastAsia="Times New Roman" w:hAnsiTheme="majorHAnsi" w:cstheme="majorHAnsi"/>
                <w:sz w:val="24"/>
                <w:szCs w:val="24"/>
                <w:lang w:val="en-IN" w:eastAsia="en-IN"/>
              </w:rPr>
              <w:br/>
            </w:r>
            <w:r w:rsidRPr="0001451A">
              <w:rPr>
                <w:rFonts w:asciiTheme="majorHAnsi" w:eastAsia="Times New Roman" w:hAnsiTheme="majorHAnsi" w:cstheme="majorHAnsi"/>
                <w:sz w:val="24"/>
                <w:szCs w:val="24"/>
                <w:lang w:val="en-IN" w:eastAsia="en-IN"/>
              </w:rPr>
              <w:lastRenderedPageBreak/>
              <w:t xml:space="preserve">- </w:t>
            </w:r>
            <w:r w:rsidRPr="0001451A">
              <w:rPr>
                <w:rFonts w:asciiTheme="majorHAnsi" w:eastAsia="Times New Roman" w:hAnsiTheme="majorHAnsi" w:cstheme="majorHAnsi"/>
                <w:b/>
                <w:bCs/>
                <w:sz w:val="24"/>
                <w:szCs w:val="24"/>
                <w:lang w:val="en-IN" w:eastAsia="en-IN"/>
              </w:rPr>
              <w:t>Use Case Specifications</w:t>
            </w:r>
            <w:r w:rsidRPr="0001451A">
              <w:rPr>
                <w:rFonts w:asciiTheme="majorHAnsi" w:eastAsia="Times New Roman" w:hAnsiTheme="majorHAnsi" w:cstheme="majorHAnsi"/>
                <w:sz w:val="24"/>
                <w:szCs w:val="24"/>
                <w:lang w:val="en-IN" w:eastAsia="en-IN"/>
              </w:rPr>
              <w:t>: Details workflows for login, payment, and tracking.</w:t>
            </w:r>
            <w:r w:rsidRPr="0001451A">
              <w:rPr>
                <w:rFonts w:asciiTheme="majorHAnsi" w:eastAsia="Times New Roman" w:hAnsiTheme="majorHAnsi" w:cstheme="majorHAnsi"/>
                <w:sz w:val="24"/>
                <w:szCs w:val="24"/>
                <w:lang w:val="en-IN" w:eastAsia="en-IN"/>
              </w:rPr>
              <w:br/>
              <w:t xml:space="preserve">- </w:t>
            </w:r>
            <w:r w:rsidRPr="0001451A">
              <w:rPr>
                <w:rFonts w:asciiTheme="majorHAnsi" w:eastAsia="Times New Roman" w:hAnsiTheme="majorHAnsi" w:cstheme="majorHAnsi"/>
                <w:b/>
                <w:bCs/>
                <w:sz w:val="24"/>
                <w:szCs w:val="24"/>
                <w:lang w:val="en-IN" w:eastAsia="en-IN"/>
              </w:rPr>
              <w:t>Document Analysis</w:t>
            </w:r>
            <w:r w:rsidRPr="0001451A">
              <w:rPr>
                <w:rFonts w:asciiTheme="majorHAnsi" w:eastAsia="Times New Roman" w:hAnsiTheme="majorHAnsi" w:cstheme="majorHAnsi"/>
                <w:sz w:val="24"/>
                <w:szCs w:val="24"/>
                <w:lang w:val="en-IN" w:eastAsia="en-IN"/>
              </w:rPr>
              <w:t>: Identifies industry standards for payment gateways and notifications.</w:t>
            </w:r>
            <w:r w:rsidRPr="0001451A">
              <w:rPr>
                <w:rFonts w:asciiTheme="majorHAnsi" w:eastAsia="Times New Roman" w:hAnsiTheme="majorHAnsi" w:cstheme="majorHAnsi"/>
                <w:sz w:val="24"/>
                <w:szCs w:val="24"/>
                <w:lang w:val="en-IN" w:eastAsia="en-IN"/>
              </w:rPr>
              <w:br/>
              <w:t xml:space="preserve">- </w:t>
            </w:r>
            <w:r w:rsidRPr="0001451A">
              <w:rPr>
                <w:rFonts w:asciiTheme="majorHAnsi" w:eastAsia="Times New Roman" w:hAnsiTheme="majorHAnsi" w:cstheme="majorHAnsi"/>
                <w:b/>
                <w:bCs/>
                <w:sz w:val="24"/>
                <w:szCs w:val="24"/>
                <w:lang w:val="en-IN" w:eastAsia="en-IN"/>
              </w:rPr>
              <w:t>Brainstorming</w:t>
            </w:r>
            <w:r w:rsidRPr="0001451A">
              <w:rPr>
                <w:rFonts w:asciiTheme="majorHAnsi" w:eastAsia="Times New Roman" w:hAnsiTheme="majorHAnsi" w:cstheme="majorHAnsi"/>
                <w:sz w:val="24"/>
                <w:szCs w:val="24"/>
                <w:lang w:val="en-IN" w:eastAsia="en-IN"/>
              </w:rPr>
              <w:t>: Explores additional features like buy-later lists or notification preferences.</w:t>
            </w:r>
          </w:p>
          <w:p w:rsidR="00A506F7" w:rsidRPr="0001451A" w:rsidRDefault="00A506F7" w:rsidP="00E8350E">
            <w:pPr>
              <w:rPr>
                <w:rFonts w:asciiTheme="majorHAnsi" w:hAnsiTheme="majorHAnsi" w:cstheme="majorHAnsi"/>
                <w:b/>
                <w:bCs/>
                <w:sz w:val="24"/>
                <w:szCs w:val="24"/>
              </w:rPr>
            </w:pPr>
          </w:p>
        </w:tc>
      </w:tr>
    </w:tbl>
    <w:p w:rsidR="00E8350E" w:rsidRPr="0001451A" w:rsidRDefault="00E8350E" w:rsidP="00E8350E">
      <w:pPr>
        <w:rPr>
          <w:rFonts w:asciiTheme="majorHAnsi" w:hAnsiTheme="majorHAnsi" w:cstheme="majorHAnsi"/>
          <w:b/>
          <w:bCs/>
          <w:sz w:val="24"/>
          <w:szCs w:val="24"/>
        </w:rPr>
      </w:pPr>
    </w:p>
    <w:p w:rsidR="005F58D5" w:rsidRPr="0001451A" w:rsidRDefault="005F58D5" w:rsidP="00671AFD">
      <w:pPr>
        <w:spacing w:before="100" w:beforeAutospacing="1" w:after="100" w:afterAutospacing="1" w:line="240" w:lineRule="auto"/>
        <w:rPr>
          <w:rStyle w:val="Emphasis"/>
          <w:rFonts w:asciiTheme="majorHAnsi" w:hAnsiTheme="majorHAnsi" w:cstheme="majorHAnsi"/>
          <w:i w:val="0"/>
          <w:sz w:val="24"/>
          <w:szCs w:val="24"/>
        </w:rPr>
      </w:pPr>
    </w:p>
    <w:p w:rsidR="00671AFD" w:rsidRPr="0001451A" w:rsidRDefault="00F23FF2" w:rsidP="00671AFD">
      <w:pPr>
        <w:spacing w:before="100" w:beforeAutospacing="1" w:after="100" w:afterAutospacing="1" w:line="240" w:lineRule="auto"/>
        <w:rPr>
          <w:rFonts w:asciiTheme="majorHAnsi" w:eastAsia="Times New Roman" w:hAnsiTheme="majorHAnsi" w:cstheme="majorHAnsi"/>
          <w:b/>
          <w:sz w:val="24"/>
          <w:szCs w:val="24"/>
          <w:lang w:val="en-IN" w:eastAsia="en-IN"/>
        </w:rPr>
      </w:pPr>
      <w:r w:rsidRPr="0001451A">
        <w:rPr>
          <w:rFonts w:asciiTheme="majorHAnsi" w:eastAsia="Times New Roman" w:hAnsiTheme="majorHAnsi" w:cstheme="majorHAnsi"/>
          <w:b/>
          <w:sz w:val="24"/>
          <w:szCs w:val="24"/>
          <w:lang w:val="en-IN" w:eastAsia="en-IN"/>
        </w:rPr>
        <w:t>Conclusion:</w:t>
      </w:r>
    </w:p>
    <w:p w:rsidR="00F23FF2" w:rsidRPr="0001451A" w:rsidRDefault="00F23FF2" w:rsidP="00F23FF2">
      <w:p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The selected elicitation techniques—</w:t>
      </w:r>
      <w:r w:rsidRPr="0001451A">
        <w:rPr>
          <w:rFonts w:asciiTheme="majorHAnsi" w:eastAsia="Times New Roman" w:hAnsiTheme="majorHAnsi" w:cstheme="majorHAnsi"/>
          <w:b/>
          <w:bCs/>
          <w:sz w:val="24"/>
          <w:szCs w:val="24"/>
          <w:lang w:val="en-IN" w:eastAsia="en-IN"/>
        </w:rPr>
        <w:t>Prototyping, Use Case Specifications, Document Analysis, and Brainstorming</w:t>
      </w:r>
      <w:r w:rsidRPr="0001451A">
        <w:rPr>
          <w:rFonts w:asciiTheme="majorHAnsi" w:eastAsia="Times New Roman" w:hAnsiTheme="majorHAnsi" w:cstheme="majorHAnsi"/>
          <w:sz w:val="24"/>
          <w:szCs w:val="24"/>
          <w:lang w:val="en-IN" w:eastAsia="en-IN"/>
        </w:rPr>
        <w:t xml:space="preserve">—are </w:t>
      </w:r>
      <w:proofErr w:type="gramStart"/>
      <w:r w:rsidRPr="0001451A">
        <w:rPr>
          <w:rFonts w:asciiTheme="majorHAnsi" w:eastAsia="Times New Roman" w:hAnsiTheme="majorHAnsi" w:cstheme="majorHAnsi"/>
          <w:sz w:val="24"/>
          <w:szCs w:val="24"/>
          <w:lang w:val="en-IN" w:eastAsia="en-IN"/>
        </w:rPr>
        <w:t>well-suited</w:t>
      </w:r>
      <w:proofErr w:type="gramEnd"/>
      <w:r w:rsidRPr="0001451A">
        <w:rPr>
          <w:rFonts w:asciiTheme="majorHAnsi" w:eastAsia="Times New Roman" w:hAnsiTheme="majorHAnsi" w:cstheme="majorHAnsi"/>
          <w:sz w:val="24"/>
          <w:szCs w:val="24"/>
          <w:lang w:val="en-IN" w:eastAsia="en-IN"/>
        </w:rPr>
        <w:t xml:space="preserve"> for the Online Agriculture Products Store project. </w:t>
      </w:r>
      <w:r w:rsidRPr="0001451A">
        <w:rPr>
          <w:rFonts w:asciiTheme="majorHAnsi" w:eastAsia="Times New Roman" w:hAnsiTheme="majorHAnsi" w:cstheme="majorHAnsi"/>
          <w:b/>
          <w:bCs/>
          <w:sz w:val="24"/>
          <w:szCs w:val="24"/>
          <w:lang w:val="en-IN" w:eastAsia="en-IN"/>
        </w:rPr>
        <w:t>Prototyping</w:t>
      </w:r>
      <w:r w:rsidRPr="0001451A">
        <w:rPr>
          <w:rFonts w:asciiTheme="majorHAnsi" w:eastAsia="Times New Roman" w:hAnsiTheme="majorHAnsi" w:cstheme="majorHAnsi"/>
          <w:sz w:val="24"/>
          <w:szCs w:val="24"/>
          <w:lang w:val="en-IN" w:eastAsia="en-IN"/>
        </w:rPr>
        <w:t xml:space="preserve"> validates UI/UX for farmers and manufacturers, ensuring usability. </w:t>
      </w:r>
      <w:r w:rsidRPr="0001451A">
        <w:rPr>
          <w:rFonts w:asciiTheme="majorHAnsi" w:eastAsia="Times New Roman" w:hAnsiTheme="majorHAnsi" w:cstheme="majorHAnsi"/>
          <w:b/>
          <w:bCs/>
          <w:sz w:val="24"/>
          <w:szCs w:val="24"/>
          <w:lang w:val="en-IN" w:eastAsia="en-IN"/>
        </w:rPr>
        <w:t>Use Case Specifications</w:t>
      </w:r>
      <w:r w:rsidRPr="0001451A">
        <w:rPr>
          <w:rFonts w:asciiTheme="majorHAnsi" w:eastAsia="Times New Roman" w:hAnsiTheme="majorHAnsi" w:cstheme="majorHAnsi"/>
          <w:sz w:val="24"/>
          <w:szCs w:val="24"/>
          <w:lang w:val="en-IN" w:eastAsia="en-IN"/>
        </w:rPr>
        <w:t xml:space="preserve"> detail functional workflows, supporting BR001 and BR002. </w:t>
      </w:r>
      <w:r w:rsidRPr="0001451A">
        <w:rPr>
          <w:rFonts w:asciiTheme="majorHAnsi" w:eastAsia="Times New Roman" w:hAnsiTheme="majorHAnsi" w:cstheme="majorHAnsi"/>
          <w:b/>
          <w:bCs/>
          <w:sz w:val="24"/>
          <w:szCs w:val="24"/>
          <w:lang w:val="en-IN" w:eastAsia="en-IN"/>
        </w:rPr>
        <w:t>Document Analysis</w:t>
      </w:r>
      <w:r w:rsidRPr="0001451A">
        <w:rPr>
          <w:rFonts w:asciiTheme="majorHAnsi" w:eastAsia="Times New Roman" w:hAnsiTheme="majorHAnsi" w:cstheme="majorHAnsi"/>
          <w:sz w:val="24"/>
          <w:szCs w:val="24"/>
          <w:lang w:val="en-IN" w:eastAsia="en-IN"/>
        </w:rPr>
        <w:t xml:space="preserve"> benchmarks against industry standards, and </w:t>
      </w:r>
      <w:r w:rsidRPr="0001451A">
        <w:rPr>
          <w:rFonts w:asciiTheme="majorHAnsi" w:eastAsia="Times New Roman" w:hAnsiTheme="majorHAnsi" w:cstheme="majorHAnsi"/>
          <w:b/>
          <w:bCs/>
          <w:sz w:val="24"/>
          <w:szCs w:val="24"/>
          <w:lang w:val="en-IN" w:eastAsia="en-IN"/>
        </w:rPr>
        <w:t>Brainstorming</w:t>
      </w:r>
      <w:r w:rsidRPr="0001451A">
        <w:rPr>
          <w:rFonts w:asciiTheme="majorHAnsi" w:eastAsia="Times New Roman" w:hAnsiTheme="majorHAnsi" w:cstheme="majorHAnsi"/>
          <w:sz w:val="24"/>
          <w:szCs w:val="24"/>
          <w:lang w:val="en-IN" w:eastAsia="en-IN"/>
        </w:rPr>
        <w:t xml:space="preserve"> fosters innovative solutions aligned with CSR goals. These techniques ensure comprehensive requirement gathering, stakeholder alignment, and technical feasibility within the 3-tier architecture, delivering a user-friendly platform within the project’s constraints.</w:t>
      </w:r>
    </w:p>
    <w:p w:rsidR="00F23FF2" w:rsidRPr="0001451A" w:rsidRDefault="00F23FF2" w:rsidP="00671AFD">
      <w:pPr>
        <w:spacing w:before="100" w:beforeAutospacing="1" w:after="100" w:afterAutospacing="1" w:line="240" w:lineRule="auto"/>
        <w:rPr>
          <w:rFonts w:asciiTheme="majorHAnsi" w:eastAsia="Times New Roman" w:hAnsiTheme="majorHAnsi" w:cstheme="majorHAnsi"/>
          <w:b/>
          <w:sz w:val="24"/>
          <w:szCs w:val="24"/>
          <w:lang w:val="en-IN" w:eastAsia="en-IN"/>
        </w:rPr>
      </w:pPr>
    </w:p>
    <w:p w:rsidR="00671AFD" w:rsidRPr="0001451A" w:rsidRDefault="00CD0DE0" w:rsidP="0028018B">
      <w:pPr>
        <w:tabs>
          <w:tab w:val="left" w:pos="1920"/>
        </w:tabs>
        <w:rPr>
          <w:rFonts w:asciiTheme="majorHAnsi" w:hAnsiTheme="majorHAnsi" w:cstheme="majorHAnsi"/>
          <w:b/>
          <w:bCs/>
          <w:sz w:val="24"/>
          <w:szCs w:val="24"/>
        </w:rPr>
      </w:pPr>
      <w:r w:rsidRPr="0001451A">
        <w:rPr>
          <w:rFonts w:asciiTheme="majorHAnsi" w:hAnsiTheme="majorHAnsi" w:cstheme="majorHAnsi"/>
          <w:b/>
          <w:bCs/>
          <w:sz w:val="24"/>
          <w:szCs w:val="24"/>
        </w:rPr>
        <w:t>Question 7 – 10 Business Requirements</w:t>
      </w:r>
    </w:p>
    <w:p w:rsidR="00CD0DE0" w:rsidRPr="0001451A" w:rsidRDefault="00CD0DE0"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t>Make suitable Assumptions and identify at least 10 Business Requirements.</w:t>
      </w:r>
    </w:p>
    <w:p w:rsidR="00CD0DE0" w:rsidRPr="0001451A" w:rsidRDefault="00A86B98" w:rsidP="00A86B98">
      <w:pPr>
        <w:tabs>
          <w:tab w:val="left" w:pos="1920"/>
        </w:tabs>
        <w:rPr>
          <w:rFonts w:asciiTheme="majorHAnsi" w:hAnsiTheme="majorHAnsi" w:cstheme="majorHAnsi"/>
          <w:b/>
          <w:sz w:val="24"/>
          <w:szCs w:val="24"/>
          <w:lang w:val="en-GB"/>
        </w:rPr>
      </w:pPr>
      <w:r w:rsidRPr="0001451A">
        <w:rPr>
          <w:rFonts w:asciiTheme="majorHAnsi" w:hAnsiTheme="majorHAnsi" w:cstheme="majorHAnsi"/>
          <w:b/>
          <w:sz w:val="24"/>
          <w:szCs w:val="24"/>
          <w:lang w:val="en-GB"/>
        </w:rPr>
        <w:t>Assumptions</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 solution will be a </w:t>
      </w:r>
      <w:r w:rsidRPr="0001451A">
        <w:rPr>
          <w:rFonts w:asciiTheme="majorHAnsi" w:eastAsia="Times New Roman" w:hAnsiTheme="majorHAnsi" w:cstheme="majorHAnsi"/>
          <w:b/>
          <w:bCs/>
          <w:sz w:val="24"/>
          <w:szCs w:val="24"/>
          <w:lang w:val="en-IN" w:eastAsia="en-IN"/>
        </w:rPr>
        <w:t>web-based platform</w:t>
      </w:r>
      <w:r w:rsidRPr="0001451A">
        <w:rPr>
          <w:rFonts w:asciiTheme="majorHAnsi" w:eastAsia="Times New Roman" w:hAnsiTheme="majorHAnsi" w:cstheme="majorHAnsi"/>
          <w:sz w:val="24"/>
          <w:szCs w:val="24"/>
          <w:lang w:val="en-IN" w:eastAsia="en-IN"/>
        </w:rPr>
        <w:t xml:space="preserve"> with mobile compatibility.</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There are </w:t>
      </w:r>
      <w:r w:rsidRPr="0001451A">
        <w:rPr>
          <w:rFonts w:asciiTheme="majorHAnsi" w:eastAsia="Times New Roman" w:hAnsiTheme="majorHAnsi" w:cstheme="majorHAnsi"/>
          <w:b/>
          <w:bCs/>
          <w:sz w:val="24"/>
          <w:szCs w:val="24"/>
          <w:lang w:val="en-IN" w:eastAsia="en-IN"/>
        </w:rPr>
        <w:t>three main user roles</w:t>
      </w:r>
      <w:r w:rsidRPr="0001451A">
        <w:rPr>
          <w:rFonts w:asciiTheme="majorHAnsi" w:eastAsia="Times New Roman" w:hAnsiTheme="majorHAnsi" w:cstheme="majorHAnsi"/>
          <w:sz w:val="24"/>
          <w:szCs w:val="24"/>
          <w:lang w:val="en-IN" w:eastAsia="en-IN"/>
        </w:rPr>
        <w:t>: Farmers, Manufacturers (fertilizers, seeds, pesticides), and Administrators.</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Farmers can browse products without logging in, but must log in to purchase or save to “buy later.”</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Payment options include </w:t>
      </w:r>
      <w:r w:rsidRPr="0001451A">
        <w:rPr>
          <w:rFonts w:asciiTheme="majorHAnsi" w:eastAsia="Times New Roman" w:hAnsiTheme="majorHAnsi" w:cstheme="majorHAnsi"/>
          <w:b/>
          <w:bCs/>
          <w:sz w:val="24"/>
          <w:szCs w:val="24"/>
          <w:lang w:val="en-IN" w:eastAsia="en-IN"/>
        </w:rPr>
        <w:t>COD, Credit/Debit Card, and UPI</w:t>
      </w:r>
      <w:r w:rsidRPr="0001451A">
        <w:rPr>
          <w:rFonts w:asciiTheme="majorHAnsi" w:eastAsia="Times New Roman" w:hAnsiTheme="majorHAnsi" w:cstheme="majorHAnsi"/>
          <w:sz w:val="24"/>
          <w:szCs w:val="24"/>
          <w:lang w:val="en-IN" w:eastAsia="en-IN"/>
        </w:rPr>
        <w:t>.</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Order confirmation </w:t>
      </w:r>
      <w:proofErr w:type="gramStart"/>
      <w:r w:rsidRPr="0001451A">
        <w:rPr>
          <w:rFonts w:asciiTheme="majorHAnsi" w:eastAsia="Times New Roman" w:hAnsiTheme="majorHAnsi" w:cstheme="majorHAnsi"/>
          <w:sz w:val="24"/>
          <w:szCs w:val="24"/>
          <w:lang w:val="en-IN" w:eastAsia="en-IN"/>
        </w:rPr>
        <w:t>will be sent</w:t>
      </w:r>
      <w:proofErr w:type="gramEnd"/>
      <w:r w:rsidRPr="0001451A">
        <w:rPr>
          <w:rFonts w:asciiTheme="majorHAnsi" w:eastAsia="Times New Roman" w:hAnsiTheme="majorHAnsi" w:cstheme="majorHAnsi"/>
          <w:sz w:val="24"/>
          <w:szCs w:val="24"/>
          <w:lang w:val="en-IN" w:eastAsia="en-IN"/>
        </w:rPr>
        <w:t xml:space="preserve"> via </w:t>
      </w:r>
      <w:r w:rsidRPr="0001451A">
        <w:rPr>
          <w:rFonts w:asciiTheme="majorHAnsi" w:eastAsia="Times New Roman" w:hAnsiTheme="majorHAnsi" w:cstheme="majorHAnsi"/>
          <w:b/>
          <w:bCs/>
          <w:sz w:val="24"/>
          <w:szCs w:val="24"/>
          <w:lang w:val="en-IN" w:eastAsia="en-IN"/>
        </w:rPr>
        <w:t>email notifications</w:t>
      </w:r>
      <w:r w:rsidRPr="0001451A">
        <w:rPr>
          <w:rFonts w:asciiTheme="majorHAnsi" w:eastAsia="Times New Roman" w:hAnsiTheme="majorHAnsi" w:cstheme="majorHAnsi"/>
          <w:sz w:val="24"/>
          <w:szCs w:val="24"/>
          <w:lang w:val="en-IN" w:eastAsia="en-IN"/>
        </w:rPr>
        <w:t>.</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A </w:t>
      </w:r>
      <w:r w:rsidR="00D26A02" w:rsidRPr="0001451A">
        <w:rPr>
          <w:rFonts w:asciiTheme="majorHAnsi" w:eastAsia="Times New Roman" w:hAnsiTheme="majorHAnsi" w:cstheme="majorHAnsi"/>
          <w:b/>
          <w:bCs/>
          <w:sz w:val="24"/>
          <w:szCs w:val="24"/>
          <w:lang w:val="en-IN" w:eastAsia="en-IN"/>
        </w:rPr>
        <w:t>delivery-tracking</w:t>
      </w:r>
      <w:r w:rsidRPr="0001451A">
        <w:rPr>
          <w:rFonts w:asciiTheme="majorHAnsi" w:eastAsia="Times New Roman" w:hAnsiTheme="majorHAnsi" w:cstheme="majorHAnsi"/>
          <w:b/>
          <w:bCs/>
          <w:sz w:val="24"/>
          <w:szCs w:val="24"/>
          <w:lang w:val="en-IN" w:eastAsia="en-IN"/>
        </w:rPr>
        <w:t xml:space="preserve"> feature</w:t>
      </w:r>
      <w:r w:rsidRPr="0001451A">
        <w:rPr>
          <w:rFonts w:asciiTheme="majorHAnsi" w:eastAsia="Times New Roman" w:hAnsiTheme="majorHAnsi" w:cstheme="majorHAnsi"/>
          <w:sz w:val="24"/>
          <w:szCs w:val="24"/>
          <w:lang w:val="en-IN" w:eastAsia="en-IN"/>
        </w:rPr>
        <w:t xml:space="preserve"> will be available for orders.</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Manufacturers can upload product details including description, price, and stock availability.</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The platform will have a </w:t>
      </w:r>
      <w:r w:rsidRPr="0001451A">
        <w:rPr>
          <w:rFonts w:asciiTheme="majorHAnsi" w:eastAsia="Times New Roman" w:hAnsiTheme="majorHAnsi" w:cstheme="majorHAnsi"/>
          <w:b/>
          <w:bCs/>
          <w:sz w:val="24"/>
          <w:szCs w:val="24"/>
          <w:lang w:val="en-IN" w:eastAsia="en-IN"/>
        </w:rPr>
        <w:t>search and filter</w:t>
      </w:r>
      <w:r w:rsidRPr="0001451A">
        <w:rPr>
          <w:rFonts w:asciiTheme="majorHAnsi" w:eastAsia="Times New Roman" w:hAnsiTheme="majorHAnsi" w:cstheme="majorHAnsi"/>
          <w:sz w:val="24"/>
          <w:szCs w:val="24"/>
          <w:lang w:val="en-IN" w:eastAsia="en-IN"/>
        </w:rPr>
        <w:t xml:space="preserve"> function for products.</w:t>
      </w:r>
    </w:p>
    <w:p w:rsidR="00A86B98"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Administrators will oversee </w:t>
      </w:r>
      <w:r w:rsidRPr="0001451A">
        <w:rPr>
          <w:rFonts w:asciiTheme="majorHAnsi" w:eastAsia="Times New Roman" w:hAnsiTheme="majorHAnsi" w:cstheme="majorHAnsi"/>
          <w:b/>
          <w:bCs/>
          <w:sz w:val="24"/>
          <w:szCs w:val="24"/>
          <w:lang w:val="en-IN" w:eastAsia="en-IN"/>
        </w:rPr>
        <w:t>user accounts, products, and transactions</w:t>
      </w:r>
      <w:r w:rsidRPr="0001451A">
        <w:rPr>
          <w:rFonts w:asciiTheme="majorHAnsi" w:eastAsia="Times New Roman" w:hAnsiTheme="majorHAnsi" w:cstheme="majorHAnsi"/>
          <w:sz w:val="24"/>
          <w:szCs w:val="24"/>
          <w:lang w:val="en-IN" w:eastAsia="en-IN"/>
        </w:rPr>
        <w:t>.</w:t>
      </w:r>
    </w:p>
    <w:p w:rsidR="00D26A02" w:rsidRPr="0001451A" w:rsidRDefault="00A86B98" w:rsidP="009C44A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Security measures will include </w:t>
      </w:r>
      <w:r w:rsidRPr="0001451A">
        <w:rPr>
          <w:rFonts w:asciiTheme="majorHAnsi" w:eastAsia="Times New Roman" w:hAnsiTheme="majorHAnsi" w:cstheme="majorHAnsi"/>
          <w:b/>
          <w:bCs/>
          <w:sz w:val="24"/>
          <w:szCs w:val="24"/>
          <w:lang w:val="en-IN" w:eastAsia="en-IN"/>
        </w:rPr>
        <w:t>password encryption and secure payment gateway</w:t>
      </w:r>
      <w:r w:rsidRPr="0001451A">
        <w:rPr>
          <w:rFonts w:asciiTheme="majorHAnsi" w:eastAsia="Times New Roman" w:hAnsiTheme="majorHAnsi" w:cstheme="majorHAnsi"/>
          <w:sz w:val="24"/>
          <w:szCs w:val="24"/>
          <w:lang w:val="en-IN" w:eastAsia="en-IN"/>
        </w:rPr>
        <w:t xml:space="preserve"> integration.</w:t>
      </w:r>
    </w:p>
    <w:p w:rsidR="000778B2" w:rsidRPr="0001451A" w:rsidRDefault="000778B2" w:rsidP="000778B2">
      <w:pPr>
        <w:rPr>
          <w:rFonts w:asciiTheme="majorHAnsi" w:hAnsiTheme="majorHAnsi" w:cstheme="majorHAnsi"/>
          <w:b/>
          <w:sz w:val="24"/>
          <w:szCs w:val="24"/>
        </w:rPr>
      </w:pPr>
      <w:r w:rsidRPr="0001451A">
        <w:rPr>
          <w:rFonts w:asciiTheme="majorHAnsi" w:hAnsiTheme="majorHAnsi" w:cstheme="majorHAnsi"/>
          <w:b/>
          <w:sz w:val="24"/>
          <w:szCs w:val="24"/>
        </w:rPr>
        <w:t>Business Requirements: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BR001</w:t>
      </w:r>
      <w:r w:rsidRPr="0001451A">
        <w:rPr>
          <w:rFonts w:asciiTheme="majorHAnsi" w:hAnsiTheme="majorHAnsi" w:cstheme="majorHAnsi"/>
        </w:rPr>
        <w:t xml:space="preserve"> – Farmers should be able to browse agricultural products (fertilizers, seeds, pesticides) without logging </w:t>
      </w:r>
      <w:proofErr w:type="gramStart"/>
      <w:r w:rsidRPr="0001451A">
        <w:rPr>
          <w:rFonts w:asciiTheme="majorHAnsi" w:hAnsiTheme="majorHAnsi" w:cstheme="majorHAnsi"/>
        </w:rPr>
        <w:t>in</w:t>
      </w:r>
      <w:proofErr w:type="gramEnd"/>
      <w:r w:rsidRPr="0001451A">
        <w:rPr>
          <w:rFonts w:asciiTheme="majorHAnsi" w:hAnsiTheme="majorHAnsi" w:cstheme="majorHAnsi"/>
        </w:rPr>
        <w:t>.</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BR002</w:t>
      </w:r>
      <w:r w:rsidRPr="0001451A">
        <w:rPr>
          <w:rFonts w:asciiTheme="majorHAnsi" w:hAnsiTheme="majorHAnsi" w:cstheme="majorHAnsi"/>
        </w:rPr>
        <w:t xml:space="preserve"> – Farmers should be able to create an account with personal and farm details.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BR003</w:t>
      </w:r>
      <w:r w:rsidRPr="0001451A">
        <w:rPr>
          <w:rFonts w:asciiTheme="majorHAnsi" w:hAnsiTheme="majorHAnsi" w:cstheme="majorHAnsi"/>
        </w:rPr>
        <w:t xml:space="preserve"> – Secure login for Farmers, Manufacturers, and Admins using credentials.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BR004</w:t>
      </w:r>
      <w:r w:rsidRPr="0001451A">
        <w:rPr>
          <w:rFonts w:asciiTheme="majorHAnsi" w:hAnsiTheme="majorHAnsi" w:cstheme="majorHAnsi"/>
        </w:rPr>
        <w:t xml:space="preserve"> – Search and filter options to find products by name, category, price, and manufacturer.</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BR005</w:t>
      </w:r>
      <w:r w:rsidRPr="0001451A">
        <w:rPr>
          <w:rFonts w:asciiTheme="majorHAnsi" w:hAnsiTheme="majorHAnsi" w:cstheme="majorHAnsi"/>
        </w:rPr>
        <w:t xml:space="preserve"> – Add products to a shopping cart or “Buy Later” list.</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BR006</w:t>
      </w:r>
      <w:r w:rsidRPr="0001451A">
        <w:rPr>
          <w:rFonts w:asciiTheme="majorHAnsi" w:hAnsiTheme="majorHAnsi" w:cstheme="majorHAnsi"/>
        </w:rPr>
        <w:t xml:space="preserve"> – Place orders with multiple payment options: COD, Credit/Debit Card, </w:t>
      </w:r>
      <w:r w:rsidR="00DC3E66" w:rsidRPr="0001451A">
        <w:rPr>
          <w:rFonts w:asciiTheme="majorHAnsi" w:hAnsiTheme="majorHAnsi" w:cstheme="majorHAnsi"/>
        </w:rPr>
        <w:t>and UPI</w:t>
      </w:r>
      <w:r w:rsidRPr="0001451A">
        <w:rPr>
          <w:rFonts w:asciiTheme="majorHAnsi" w:hAnsiTheme="majorHAnsi" w:cstheme="majorHAnsi"/>
        </w:rPr>
        <w:t>.</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BR007</w:t>
      </w:r>
      <w:r w:rsidRPr="0001451A">
        <w:rPr>
          <w:rFonts w:asciiTheme="majorHAnsi" w:hAnsiTheme="majorHAnsi" w:cstheme="majorHAnsi"/>
        </w:rPr>
        <w:t xml:space="preserve"> – Provide </w:t>
      </w:r>
      <w:r w:rsidR="00DC3E66" w:rsidRPr="0001451A">
        <w:rPr>
          <w:rFonts w:asciiTheme="majorHAnsi" w:hAnsiTheme="majorHAnsi" w:cstheme="majorHAnsi"/>
        </w:rPr>
        <w:t>order-tracking</w:t>
      </w:r>
      <w:r w:rsidRPr="0001451A">
        <w:rPr>
          <w:rFonts w:asciiTheme="majorHAnsi" w:hAnsiTheme="majorHAnsi" w:cstheme="majorHAnsi"/>
        </w:rPr>
        <w:t xml:space="preserve"> details to farmers after purchase.</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BR008</w:t>
      </w:r>
      <w:r w:rsidRPr="0001451A">
        <w:rPr>
          <w:rFonts w:asciiTheme="majorHAnsi" w:hAnsiTheme="majorHAnsi" w:cstheme="majorHAnsi"/>
        </w:rPr>
        <w:t xml:space="preserve"> – Email notifications for account creation, order confirmation, shipment, and delivery.</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BR009</w:t>
      </w:r>
      <w:r w:rsidRPr="0001451A">
        <w:rPr>
          <w:rFonts w:asciiTheme="majorHAnsi" w:hAnsiTheme="majorHAnsi" w:cstheme="majorHAnsi"/>
        </w:rPr>
        <w:t xml:space="preserve"> – Manufacturers should be able to add, edit, and remove product listings with stock details.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BR010</w:t>
      </w:r>
      <w:r w:rsidRPr="0001451A">
        <w:rPr>
          <w:rFonts w:asciiTheme="majorHAnsi" w:hAnsiTheme="majorHAnsi" w:cstheme="majorHAnsi"/>
        </w:rPr>
        <w:t xml:space="preserve"> – System should store order history and generate downloadable invoices for farmers and manufacturers.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BR011</w:t>
      </w:r>
      <w:r w:rsidRPr="0001451A">
        <w:rPr>
          <w:rFonts w:asciiTheme="majorHAnsi" w:hAnsiTheme="majorHAnsi" w:cstheme="majorHAnsi"/>
        </w:rPr>
        <w:t xml:space="preserve"> – Platform should support multiple languages for farmer convenience.</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BR012</w:t>
      </w:r>
      <w:r w:rsidRPr="0001451A">
        <w:rPr>
          <w:rFonts w:asciiTheme="majorHAnsi" w:hAnsiTheme="majorHAnsi" w:cstheme="majorHAnsi"/>
        </w:rPr>
        <w:t xml:space="preserve"> – Admin should be able to approve/reject manufacturer product listings.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BR013</w:t>
      </w:r>
      <w:r w:rsidRPr="0001451A">
        <w:rPr>
          <w:rFonts w:asciiTheme="majorHAnsi" w:hAnsiTheme="majorHAnsi" w:cstheme="majorHAnsi"/>
        </w:rPr>
        <w:t xml:space="preserve"> – Admin should be able to manage all user accounts, orders, and disputes.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t>BR014</w:t>
      </w:r>
      <w:r w:rsidRPr="0001451A">
        <w:rPr>
          <w:rFonts w:asciiTheme="majorHAnsi" w:hAnsiTheme="majorHAnsi" w:cstheme="majorHAnsi"/>
        </w:rPr>
        <w:t xml:space="preserve"> – Implement secure payment gateway with encryption for all transactions.</w:t>
      </w:r>
    </w:p>
    <w:p w:rsidR="00D26A02" w:rsidRPr="0001451A" w:rsidRDefault="00D26A02" w:rsidP="00DC3E66">
      <w:pPr>
        <w:pStyle w:val="NormalWeb"/>
        <w:pBdr>
          <w:between w:val="single" w:sz="4" w:space="1" w:color="auto"/>
        </w:pBdr>
        <w:rPr>
          <w:rFonts w:asciiTheme="majorHAnsi" w:hAnsiTheme="majorHAnsi" w:cstheme="majorHAnsi"/>
        </w:rPr>
      </w:pPr>
      <w:r w:rsidRPr="0001451A">
        <w:rPr>
          <w:rStyle w:val="Strong"/>
          <w:rFonts w:asciiTheme="majorHAnsi" w:hAnsiTheme="majorHAnsi" w:cstheme="majorHAnsi"/>
        </w:rPr>
        <w:lastRenderedPageBreak/>
        <w:t>BR015</w:t>
      </w:r>
      <w:r w:rsidRPr="0001451A">
        <w:rPr>
          <w:rFonts w:asciiTheme="majorHAnsi" w:hAnsiTheme="majorHAnsi" w:cstheme="majorHAnsi"/>
        </w:rPr>
        <w:t xml:space="preserve"> – Provide basic sales analytics and product performance reports to manufacturers.</w:t>
      </w:r>
    </w:p>
    <w:p w:rsidR="00D26A02" w:rsidRPr="0001451A" w:rsidRDefault="00D26A02" w:rsidP="00D26A02">
      <w:pPr>
        <w:pStyle w:val="ListParagraph"/>
        <w:spacing w:before="100" w:beforeAutospacing="1" w:after="100" w:afterAutospacing="1" w:line="240" w:lineRule="auto"/>
        <w:ind w:left="360"/>
        <w:rPr>
          <w:rFonts w:asciiTheme="majorHAnsi" w:eastAsia="Times New Roman" w:hAnsiTheme="majorHAnsi" w:cstheme="majorHAnsi"/>
          <w:sz w:val="24"/>
          <w:szCs w:val="24"/>
          <w:lang w:val="en-IN" w:eastAsia="en-IN"/>
        </w:rPr>
      </w:pPr>
    </w:p>
    <w:p w:rsidR="00B25B90" w:rsidRPr="0001451A" w:rsidRDefault="00B25B90" w:rsidP="00B25B90">
      <w:pPr>
        <w:rPr>
          <w:rFonts w:asciiTheme="majorHAnsi" w:hAnsiTheme="majorHAnsi" w:cstheme="majorHAnsi"/>
          <w:b/>
          <w:bCs/>
          <w:sz w:val="24"/>
          <w:szCs w:val="24"/>
        </w:rPr>
      </w:pPr>
      <w:r w:rsidRPr="0001451A">
        <w:rPr>
          <w:rFonts w:asciiTheme="majorHAnsi" w:hAnsiTheme="majorHAnsi" w:cstheme="majorHAnsi"/>
          <w:b/>
          <w:bCs/>
          <w:sz w:val="24"/>
          <w:szCs w:val="24"/>
        </w:rPr>
        <w:t>Question 8 –Assumptions</w:t>
      </w:r>
    </w:p>
    <w:p w:rsidR="00B25B90" w:rsidRPr="0001451A" w:rsidRDefault="00B25B90" w:rsidP="00B25B90">
      <w:pPr>
        <w:rPr>
          <w:rFonts w:asciiTheme="majorHAnsi" w:hAnsiTheme="majorHAnsi" w:cstheme="majorHAnsi"/>
          <w:b/>
          <w:bCs/>
          <w:sz w:val="24"/>
          <w:szCs w:val="24"/>
        </w:rPr>
      </w:pPr>
      <w:r w:rsidRPr="0001451A">
        <w:rPr>
          <w:rFonts w:asciiTheme="majorHAnsi" w:hAnsiTheme="majorHAnsi" w:cstheme="majorHAnsi"/>
          <w:b/>
          <w:bCs/>
          <w:sz w:val="24"/>
          <w:szCs w:val="24"/>
        </w:rPr>
        <w:t xml:space="preserve"> List your assumptions</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The online agriculture store </w:t>
      </w:r>
      <w:proofErr w:type="gramStart"/>
      <w:r w:rsidRPr="0001451A">
        <w:rPr>
          <w:rFonts w:asciiTheme="majorHAnsi" w:hAnsiTheme="majorHAnsi" w:cstheme="majorHAnsi"/>
        </w:rPr>
        <w:t>will be developed</w:t>
      </w:r>
      <w:proofErr w:type="gramEnd"/>
      <w:r w:rsidRPr="0001451A">
        <w:rPr>
          <w:rFonts w:asciiTheme="majorHAnsi" w:hAnsiTheme="majorHAnsi" w:cstheme="majorHAnsi"/>
        </w:rPr>
        <w:t xml:space="preserve"> as a </w:t>
      </w:r>
      <w:r w:rsidRPr="0001451A">
        <w:rPr>
          <w:rStyle w:val="Strong"/>
          <w:rFonts w:asciiTheme="majorHAnsi" w:hAnsiTheme="majorHAnsi" w:cstheme="majorHAnsi"/>
          <w:b w:val="0"/>
        </w:rPr>
        <w:t>centralized web-based portal</w:t>
      </w:r>
      <w:r w:rsidRPr="0001451A">
        <w:rPr>
          <w:rFonts w:asciiTheme="majorHAnsi" w:hAnsiTheme="majorHAnsi" w:cstheme="majorHAnsi"/>
        </w:rPr>
        <w:t xml:space="preserve"> for both farmers and manufacturers.</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The system will be available </w:t>
      </w:r>
      <w:r w:rsidRPr="0001451A">
        <w:rPr>
          <w:rStyle w:val="Strong"/>
          <w:rFonts w:asciiTheme="majorHAnsi" w:hAnsiTheme="majorHAnsi" w:cstheme="majorHAnsi"/>
          <w:b w:val="0"/>
        </w:rPr>
        <w:t>24/7</w:t>
      </w:r>
      <w:r w:rsidRPr="0001451A">
        <w:rPr>
          <w:rFonts w:asciiTheme="majorHAnsi" w:hAnsiTheme="majorHAnsi" w:cstheme="majorHAnsi"/>
        </w:rPr>
        <w:t xml:space="preserve"> with minimal downtime.</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Users (farmers and manufacturers) will have </w:t>
      </w:r>
      <w:r w:rsidRPr="0001451A">
        <w:rPr>
          <w:rStyle w:val="Strong"/>
          <w:rFonts w:asciiTheme="majorHAnsi" w:hAnsiTheme="majorHAnsi" w:cstheme="majorHAnsi"/>
        </w:rPr>
        <w:t>internet access</w:t>
      </w:r>
      <w:r w:rsidRPr="0001451A">
        <w:rPr>
          <w:rFonts w:asciiTheme="majorHAnsi" w:hAnsiTheme="majorHAnsi" w:cstheme="majorHAnsi"/>
        </w:rPr>
        <w:t xml:space="preserve"> to use the platform.</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Users will possess </w:t>
      </w:r>
      <w:r w:rsidRPr="0001451A">
        <w:rPr>
          <w:rStyle w:val="Strong"/>
          <w:rFonts w:asciiTheme="majorHAnsi" w:hAnsiTheme="majorHAnsi" w:cstheme="majorHAnsi"/>
          <w:b w:val="0"/>
        </w:rPr>
        <w:t>basic computer or smartphone knowledge</w:t>
      </w:r>
      <w:r w:rsidRPr="0001451A">
        <w:rPr>
          <w:rFonts w:asciiTheme="majorHAnsi" w:hAnsiTheme="majorHAnsi" w:cstheme="majorHAnsi"/>
        </w:rPr>
        <w:t xml:space="preserve"> to navigate the system.</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Registration and login </w:t>
      </w:r>
      <w:proofErr w:type="gramStart"/>
      <w:r w:rsidRPr="0001451A">
        <w:rPr>
          <w:rFonts w:asciiTheme="majorHAnsi" w:hAnsiTheme="majorHAnsi" w:cstheme="majorHAnsi"/>
        </w:rPr>
        <w:t>will be done</w:t>
      </w:r>
      <w:proofErr w:type="gramEnd"/>
      <w:r w:rsidRPr="0001451A">
        <w:rPr>
          <w:rFonts w:asciiTheme="majorHAnsi" w:hAnsiTheme="majorHAnsi" w:cstheme="majorHAnsi"/>
        </w:rPr>
        <w:t xml:space="preserve"> through a </w:t>
      </w:r>
      <w:r w:rsidRPr="0001451A">
        <w:rPr>
          <w:rStyle w:val="Strong"/>
          <w:rFonts w:asciiTheme="majorHAnsi" w:hAnsiTheme="majorHAnsi" w:cstheme="majorHAnsi"/>
          <w:b w:val="0"/>
        </w:rPr>
        <w:t>secure authentication process</w:t>
      </w:r>
      <w:r w:rsidRPr="0001451A">
        <w:rPr>
          <w:rFonts w:asciiTheme="majorHAnsi" w:hAnsiTheme="majorHAnsi" w:cstheme="majorHAnsi"/>
        </w:rPr>
        <w:t xml:space="preserve"> (email &amp; password).</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Payment transactions </w:t>
      </w:r>
      <w:proofErr w:type="gramStart"/>
      <w:r w:rsidRPr="0001451A">
        <w:rPr>
          <w:rFonts w:asciiTheme="majorHAnsi" w:hAnsiTheme="majorHAnsi" w:cstheme="majorHAnsi"/>
        </w:rPr>
        <w:t>will be handled</w:t>
      </w:r>
      <w:proofErr w:type="gramEnd"/>
      <w:r w:rsidRPr="0001451A">
        <w:rPr>
          <w:rFonts w:asciiTheme="majorHAnsi" w:hAnsiTheme="majorHAnsi" w:cstheme="majorHAnsi"/>
        </w:rPr>
        <w:t xml:space="preserve"> via a </w:t>
      </w:r>
      <w:r w:rsidRPr="0001451A">
        <w:rPr>
          <w:rStyle w:val="Strong"/>
          <w:rFonts w:asciiTheme="majorHAnsi" w:hAnsiTheme="majorHAnsi" w:cstheme="majorHAnsi"/>
          <w:b w:val="0"/>
        </w:rPr>
        <w:t>secure payment gateway</w:t>
      </w:r>
      <w:r w:rsidRPr="0001451A">
        <w:rPr>
          <w:rFonts w:asciiTheme="majorHAnsi" w:hAnsiTheme="majorHAnsi" w:cstheme="majorHAnsi"/>
        </w:rPr>
        <w:t xml:space="preserve"> supporting COD, credit/debit card, and UPI.</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Product details (images, prices, descriptions) </w:t>
      </w:r>
      <w:proofErr w:type="gramStart"/>
      <w:r w:rsidRPr="0001451A">
        <w:rPr>
          <w:rFonts w:asciiTheme="majorHAnsi" w:hAnsiTheme="majorHAnsi" w:cstheme="majorHAnsi"/>
        </w:rPr>
        <w:t xml:space="preserve">will be provided and updated by </w:t>
      </w:r>
      <w:r w:rsidRPr="0001451A">
        <w:rPr>
          <w:rStyle w:val="Strong"/>
          <w:rFonts w:asciiTheme="majorHAnsi" w:hAnsiTheme="majorHAnsi" w:cstheme="majorHAnsi"/>
          <w:b w:val="0"/>
        </w:rPr>
        <w:t>manufacturers themselves</w:t>
      </w:r>
      <w:proofErr w:type="gramEnd"/>
      <w:r w:rsidRPr="0001451A">
        <w:rPr>
          <w:rFonts w:asciiTheme="majorHAnsi" w:hAnsiTheme="majorHAnsi" w:cstheme="majorHAnsi"/>
          <w:b/>
        </w:rPr>
        <w:t>.</w:t>
      </w:r>
    </w:p>
    <w:p w:rsidR="00B25B90" w:rsidRPr="0001451A" w:rsidRDefault="00B25B90" w:rsidP="009C44AF">
      <w:pPr>
        <w:pStyle w:val="NormalWeb"/>
        <w:numPr>
          <w:ilvl w:val="0"/>
          <w:numId w:val="36"/>
        </w:numPr>
        <w:rPr>
          <w:rFonts w:asciiTheme="majorHAnsi" w:hAnsiTheme="majorHAnsi" w:cstheme="majorHAnsi"/>
        </w:rPr>
      </w:pPr>
      <w:r w:rsidRPr="0001451A">
        <w:rPr>
          <w:rStyle w:val="Strong"/>
          <w:rFonts w:asciiTheme="majorHAnsi" w:hAnsiTheme="majorHAnsi" w:cstheme="majorHAnsi"/>
          <w:b w:val="0"/>
        </w:rPr>
        <w:t>Third-party logistics providers</w:t>
      </w:r>
      <w:r w:rsidRPr="0001451A">
        <w:rPr>
          <w:rFonts w:asciiTheme="majorHAnsi" w:hAnsiTheme="majorHAnsi" w:cstheme="majorHAnsi"/>
        </w:rPr>
        <w:t xml:space="preserve"> will handle product delivery to farmers.</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The platform will send </w:t>
      </w:r>
      <w:r w:rsidRPr="0001451A">
        <w:rPr>
          <w:rStyle w:val="Strong"/>
          <w:rFonts w:asciiTheme="majorHAnsi" w:hAnsiTheme="majorHAnsi" w:cstheme="majorHAnsi"/>
          <w:b w:val="0"/>
        </w:rPr>
        <w:t>email and/or SMS notifications</w:t>
      </w:r>
      <w:r w:rsidRPr="0001451A">
        <w:rPr>
          <w:rFonts w:asciiTheme="majorHAnsi" w:hAnsiTheme="majorHAnsi" w:cstheme="majorHAnsi"/>
        </w:rPr>
        <w:t xml:space="preserve"> to users for important events (order confirmation, shipping, delivery).</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The system will store user information in compliance with </w:t>
      </w:r>
      <w:r w:rsidRPr="0001451A">
        <w:rPr>
          <w:rStyle w:val="Strong"/>
          <w:rFonts w:asciiTheme="majorHAnsi" w:hAnsiTheme="majorHAnsi" w:cstheme="majorHAnsi"/>
          <w:b w:val="0"/>
        </w:rPr>
        <w:t>data privacy and security standards</w:t>
      </w:r>
      <w:r w:rsidRPr="0001451A">
        <w:rPr>
          <w:rFonts w:asciiTheme="majorHAnsi" w:hAnsiTheme="majorHAnsi" w:cstheme="majorHAnsi"/>
        </w:rPr>
        <w:t xml:space="preserve"> (e.g., encryption).</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The portal will have a </w:t>
      </w:r>
      <w:r w:rsidRPr="0001451A">
        <w:rPr>
          <w:rStyle w:val="Strong"/>
          <w:rFonts w:asciiTheme="majorHAnsi" w:hAnsiTheme="majorHAnsi" w:cstheme="majorHAnsi"/>
          <w:b w:val="0"/>
        </w:rPr>
        <w:t>search and filter feature</w:t>
      </w:r>
      <w:r w:rsidRPr="0001451A">
        <w:rPr>
          <w:rFonts w:asciiTheme="majorHAnsi" w:hAnsiTheme="majorHAnsi" w:cstheme="majorHAnsi"/>
        </w:rPr>
        <w:t xml:space="preserve"> to help farmers quickly find products.</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A </w:t>
      </w:r>
      <w:r w:rsidRPr="0001451A">
        <w:rPr>
          <w:rStyle w:val="Strong"/>
          <w:rFonts w:asciiTheme="majorHAnsi" w:hAnsiTheme="majorHAnsi" w:cstheme="majorHAnsi"/>
          <w:b w:val="0"/>
        </w:rPr>
        <w:t>wish list/save for later</w:t>
      </w:r>
      <w:r w:rsidRPr="0001451A">
        <w:rPr>
          <w:rFonts w:asciiTheme="majorHAnsi" w:hAnsiTheme="majorHAnsi" w:cstheme="majorHAnsi"/>
        </w:rPr>
        <w:t xml:space="preserve"> feature </w:t>
      </w:r>
      <w:proofErr w:type="gramStart"/>
      <w:r w:rsidRPr="0001451A">
        <w:rPr>
          <w:rFonts w:asciiTheme="majorHAnsi" w:hAnsiTheme="majorHAnsi" w:cstheme="majorHAnsi"/>
        </w:rPr>
        <w:t>will be implemented</w:t>
      </w:r>
      <w:proofErr w:type="gramEnd"/>
      <w:r w:rsidRPr="0001451A">
        <w:rPr>
          <w:rFonts w:asciiTheme="majorHAnsi" w:hAnsiTheme="majorHAnsi" w:cstheme="majorHAnsi"/>
        </w:rPr>
        <w:t xml:space="preserve"> for future purchases.</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The system will have </w:t>
      </w:r>
      <w:r w:rsidRPr="0001451A">
        <w:rPr>
          <w:rStyle w:val="Strong"/>
          <w:rFonts w:asciiTheme="majorHAnsi" w:hAnsiTheme="majorHAnsi" w:cstheme="majorHAnsi"/>
          <w:b w:val="0"/>
        </w:rPr>
        <w:t>multi-language support</w:t>
      </w:r>
      <w:r w:rsidRPr="0001451A">
        <w:rPr>
          <w:rFonts w:asciiTheme="majorHAnsi" w:hAnsiTheme="majorHAnsi" w:cstheme="majorHAnsi"/>
        </w:rPr>
        <w:t xml:space="preserve"> to cater to farmers from different regions.</w:t>
      </w:r>
    </w:p>
    <w:p w:rsidR="00B25B90" w:rsidRPr="0001451A" w:rsidRDefault="00B25B90" w:rsidP="009C44AF">
      <w:pPr>
        <w:pStyle w:val="NormalWeb"/>
        <w:numPr>
          <w:ilvl w:val="0"/>
          <w:numId w:val="36"/>
        </w:numPr>
        <w:rPr>
          <w:rFonts w:asciiTheme="majorHAnsi" w:hAnsiTheme="majorHAnsi" w:cstheme="majorHAnsi"/>
        </w:rPr>
      </w:pPr>
      <w:r w:rsidRPr="0001451A">
        <w:rPr>
          <w:rFonts w:asciiTheme="majorHAnsi" w:hAnsiTheme="majorHAnsi" w:cstheme="majorHAnsi"/>
        </w:rPr>
        <w:t xml:space="preserve">Customer support will be available via </w:t>
      </w:r>
      <w:r w:rsidRPr="0001451A">
        <w:rPr>
          <w:rStyle w:val="Strong"/>
          <w:rFonts w:asciiTheme="majorHAnsi" w:hAnsiTheme="majorHAnsi" w:cstheme="majorHAnsi"/>
          <w:b w:val="0"/>
        </w:rPr>
        <w:t>phone, chat, or email</w:t>
      </w:r>
      <w:r w:rsidRPr="0001451A">
        <w:rPr>
          <w:rFonts w:asciiTheme="majorHAnsi" w:hAnsiTheme="majorHAnsi" w:cstheme="majorHAnsi"/>
        </w:rPr>
        <w:t xml:space="preserve"> to assist with queries, returns, and cancellations.</w:t>
      </w:r>
    </w:p>
    <w:p w:rsidR="00B25B90" w:rsidRPr="0001451A" w:rsidRDefault="00B25B90" w:rsidP="009C44AF">
      <w:pPr>
        <w:pStyle w:val="NormalWeb"/>
        <w:numPr>
          <w:ilvl w:val="0"/>
          <w:numId w:val="36"/>
        </w:numPr>
        <w:rPr>
          <w:rFonts w:asciiTheme="majorHAnsi" w:hAnsiTheme="majorHAnsi" w:cstheme="majorHAnsi"/>
          <w:b/>
        </w:rPr>
      </w:pPr>
      <w:r w:rsidRPr="0001451A">
        <w:rPr>
          <w:rFonts w:asciiTheme="majorHAnsi" w:hAnsiTheme="majorHAnsi" w:cstheme="majorHAnsi"/>
        </w:rPr>
        <w:t xml:space="preserve">Mobile optimization will ensure the platform works </w:t>
      </w:r>
      <w:r w:rsidRPr="0001451A">
        <w:rPr>
          <w:rStyle w:val="Strong"/>
          <w:rFonts w:asciiTheme="majorHAnsi" w:hAnsiTheme="majorHAnsi" w:cstheme="majorHAnsi"/>
          <w:b w:val="0"/>
        </w:rPr>
        <w:t>seamlessly on smartphones and tablets</w:t>
      </w:r>
      <w:r w:rsidRPr="0001451A">
        <w:rPr>
          <w:rFonts w:asciiTheme="majorHAnsi" w:hAnsiTheme="majorHAnsi" w:cstheme="majorHAnsi"/>
          <w:b/>
        </w:rPr>
        <w:t>.</w:t>
      </w:r>
    </w:p>
    <w:p w:rsidR="0055173A" w:rsidRPr="0001451A" w:rsidRDefault="0055173A" w:rsidP="0055173A">
      <w:pPr>
        <w:pStyle w:val="NormalWeb"/>
        <w:rPr>
          <w:rFonts w:asciiTheme="majorHAnsi" w:hAnsiTheme="majorHAnsi" w:cstheme="majorHAnsi"/>
          <w:b/>
        </w:rPr>
      </w:pPr>
      <w:r w:rsidRPr="0001451A">
        <w:rPr>
          <w:rFonts w:asciiTheme="majorHAnsi" w:hAnsiTheme="majorHAnsi" w:cstheme="majorHAnsi"/>
          <w:b/>
        </w:rPr>
        <w:t xml:space="preserve">Question </w:t>
      </w:r>
      <w:proofErr w:type="gramStart"/>
      <w:r w:rsidRPr="0001451A">
        <w:rPr>
          <w:rFonts w:asciiTheme="majorHAnsi" w:hAnsiTheme="majorHAnsi" w:cstheme="majorHAnsi"/>
          <w:b/>
        </w:rPr>
        <w:t>9</w:t>
      </w:r>
      <w:proofErr w:type="gramEnd"/>
      <w:r w:rsidRPr="0001451A">
        <w:rPr>
          <w:rFonts w:asciiTheme="majorHAnsi" w:hAnsiTheme="majorHAnsi" w:cstheme="majorHAnsi"/>
        </w:rPr>
        <w:t xml:space="preserve"> – </w:t>
      </w:r>
      <w:r w:rsidRPr="0001451A">
        <w:rPr>
          <w:rFonts w:asciiTheme="majorHAnsi" w:hAnsiTheme="majorHAnsi" w:cstheme="majorHAnsi"/>
          <w:b/>
        </w:rPr>
        <w:t>This project Requirements Priority</w:t>
      </w:r>
    </w:p>
    <w:p w:rsidR="00B25B90" w:rsidRPr="0001451A" w:rsidRDefault="00E866A0" w:rsidP="00B25B90">
      <w:pPr>
        <w:rPr>
          <w:rFonts w:asciiTheme="majorHAnsi" w:hAnsiTheme="majorHAnsi" w:cstheme="majorHAnsi"/>
          <w:sz w:val="24"/>
          <w:szCs w:val="24"/>
        </w:rPr>
      </w:pPr>
      <w:r w:rsidRPr="0001451A">
        <w:rPr>
          <w:rFonts w:asciiTheme="majorHAnsi" w:hAnsiTheme="majorHAnsi" w:cstheme="majorHAnsi"/>
          <w:sz w:val="24"/>
          <w:szCs w:val="24"/>
        </w:rPr>
        <w:t xml:space="preserve">Give Priority 1 to 10 numbers </w:t>
      </w:r>
      <w:proofErr w:type="gramStart"/>
      <w:r w:rsidRPr="0001451A">
        <w:rPr>
          <w:rFonts w:asciiTheme="majorHAnsi" w:hAnsiTheme="majorHAnsi" w:cstheme="majorHAnsi"/>
          <w:sz w:val="24"/>
          <w:szCs w:val="24"/>
        </w:rPr>
        <w:t>( 1</w:t>
      </w:r>
      <w:proofErr w:type="gramEnd"/>
      <w:r w:rsidRPr="0001451A">
        <w:rPr>
          <w:rFonts w:asciiTheme="majorHAnsi" w:hAnsiTheme="majorHAnsi" w:cstheme="majorHAnsi"/>
          <w:sz w:val="24"/>
          <w:szCs w:val="24"/>
        </w:rPr>
        <w:t xml:space="preserve"> being low priority – 10 being high priority) to these Requirements after discussions with the stakeholders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2"/>
        <w:gridCol w:w="2428"/>
        <w:gridCol w:w="3992"/>
        <w:gridCol w:w="838"/>
      </w:tblGrid>
      <w:tr w:rsidR="00E866A0" w:rsidRPr="0001451A" w:rsidTr="00E866A0">
        <w:trPr>
          <w:tblHeader/>
          <w:tblCellSpacing w:w="15" w:type="dxa"/>
        </w:trPr>
        <w:tc>
          <w:tcPr>
            <w:tcW w:w="0" w:type="auto"/>
            <w:vAlign w:val="center"/>
            <w:hideMark/>
          </w:tcPr>
          <w:p w:rsidR="00E866A0" w:rsidRPr="0001451A" w:rsidRDefault="00A656B6" w:rsidP="00E866A0">
            <w:pPr>
              <w:spacing w:after="0" w:line="240" w:lineRule="auto"/>
              <w:jc w:val="center"/>
              <w:rPr>
                <w:rFonts w:asciiTheme="majorHAnsi" w:eastAsia="Times New Roman" w:hAnsiTheme="majorHAnsi" w:cstheme="majorHAnsi"/>
                <w:b/>
                <w:bCs/>
                <w:sz w:val="24"/>
                <w:szCs w:val="24"/>
                <w:lang w:val="en-IN" w:eastAsia="en-IN"/>
              </w:rPr>
            </w:pPr>
            <w:r w:rsidRPr="0001451A">
              <w:rPr>
                <w:rFonts w:asciiTheme="majorHAnsi" w:eastAsia="Times New Roman" w:hAnsiTheme="majorHAnsi" w:cstheme="majorHAnsi"/>
                <w:b/>
                <w:bCs/>
                <w:sz w:val="24"/>
                <w:szCs w:val="24"/>
                <w:lang w:val="en-IN" w:eastAsia="en-IN"/>
              </w:rPr>
              <w:t xml:space="preserve">Requirement </w:t>
            </w:r>
            <w:r w:rsidR="00E866A0" w:rsidRPr="0001451A">
              <w:rPr>
                <w:rFonts w:asciiTheme="majorHAnsi" w:eastAsia="Times New Roman" w:hAnsiTheme="majorHAnsi" w:cstheme="majorHAnsi"/>
                <w:b/>
                <w:bCs/>
                <w:sz w:val="24"/>
                <w:szCs w:val="24"/>
                <w:lang w:val="en-IN" w:eastAsia="en-IN"/>
              </w:rPr>
              <w:t>ID</w:t>
            </w:r>
          </w:p>
        </w:tc>
        <w:tc>
          <w:tcPr>
            <w:tcW w:w="0" w:type="auto"/>
            <w:vAlign w:val="center"/>
            <w:hideMark/>
          </w:tcPr>
          <w:p w:rsidR="00E866A0" w:rsidRPr="0001451A" w:rsidRDefault="00E866A0" w:rsidP="00E866A0">
            <w:pPr>
              <w:spacing w:after="0" w:line="240" w:lineRule="auto"/>
              <w:jc w:val="center"/>
              <w:rPr>
                <w:rFonts w:asciiTheme="majorHAnsi" w:eastAsia="Times New Roman" w:hAnsiTheme="majorHAnsi" w:cstheme="majorHAnsi"/>
                <w:b/>
                <w:bCs/>
                <w:sz w:val="24"/>
                <w:szCs w:val="24"/>
                <w:lang w:val="en-IN" w:eastAsia="en-IN"/>
              </w:rPr>
            </w:pPr>
            <w:r w:rsidRPr="0001451A">
              <w:rPr>
                <w:rFonts w:asciiTheme="majorHAnsi" w:eastAsia="Times New Roman" w:hAnsiTheme="majorHAnsi" w:cstheme="majorHAnsi"/>
                <w:b/>
                <w:bCs/>
                <w:sz w:val="24"/>
                <w:szCs w:val="24"/>
                <w:lang w:val="en-IN" w:eastAsia="en-IN"/>
              </w:rPr>
              <w:t>Req</w:t>
            </w:r>
            <w:r w:rsidR="00A656B6" w:rsidRPr="0001451A">
              <w:rPr>
                <w:rFonts w:asciiTheme="majorHAnsi" w:eastAsia="Times New Roman" w:hAnsiTheme="majorHAnsi" w:cstheme="majorHAnsi"/>
                <w:b/>
                <w:bCs/>
                <w:sz w:val="24"/>
                <w:szCs w:val="24"/>
                <w:lang w:val="en-IN" w:eastAsia="en-IN"/>
              </w:rPr>
              <w:t>uirement</w:t>
            </w:r>
            <w:r w:rsidRPr="0001451A">
              <w:rPr>
                <w:rFonts w:asciiTheme="majorHAnsi" w:eastAsia="Times New Roman" w:hAnsiTheme="majorHAnsi" w:cstheme="majorHAnsi"/>
                <w:b/>
                <w:bCs/>
                <w:sz w:val="24"/>
                <w:szCs w:val="24"/>
                <w:lang w:val="en-IN" w:eastAsia="en-IN"/>
              </w:rPr>
              <w:t xml:space="preserve"> Name</w:t>
            </w:r>
          </w:p>
        </w:tc>
        <w:tc>
          <w:tcPr>
            <w:tcW w:w="0" w:type="auto"/>
            <w:vAlign w:val="center"/>
            <w:hideMark/>
          </w:tcPr>
          <w:p w:rsidR="00E866A0" w:rsidRPr="0001451A" w:rsidRDefault="00A656B6" w:rsidP="00E866A0">
            <w:pPr>
              <w:spacing w:after="0" w:line="240" w:lineRule="auto"/>
              <w:jc w:val="center"/>
              <w:rPr>
                <w:rFonts w:asciiTheme="majorHAnsi" w:eastAsia="Times New Roman" w:hAnsiTheme="majorHAnsi" w:cstheme="majorHAnsi"/>
                <w:b/>
                <w:bCs/>
                <w:sz w:val="24"/>
                <w:szCs w:val="24"/>
                <w:lang w:val="en-IN" w:eastAsia="en-IN"/>
              </w:rPr>
            </w:pPr>
            <w:r w:rsidRPr="0001451A">
              <w:rPr>
                <w:rFonts w:asciiTheme="majorHAnsi" w:eastAsia="Times New Roman" w:hAnsiTheme="majorHAnsi" w:cstheme="majorHAnsi"/>
                <w:b/>
                <w:bCs/>
                <w:sz w:val="24"/>
                <w:szCs w:val="24"/>
                <w:lang w:val="en-IN" w:eastAsia="en-IN"/>
              </w:rPr>
              <w:t xml:space="preserve">Requirement </w:t>
            </w:r>
            <w:r w:rsidR="00E866A0" w:rsidRPr="0001451A">
              <w:rPr>
                <w:rFonts w:asciiTheme="majorHAnsi" w:eastAsia="Times New Roman" w:hAnsiTheme="majorHAnsi" w:cstheme="majorHAnsi"/>
                <w:b/>
                <w:bCs/>
                <w:sz w:val="24"/>
                <w:szCs w:val="24"/>
                <w:lang w:val="en-IN" w:eastAsia="en-IN"/>
              </w:rPr>
              <w:t>Description</w:t>
            </w:r>
          </w:p>
        </w:tc>
        <w:tc>
          <w:tcPr>
            <w:tcW w:w="0" w:type="auto"/>
            <w:vAlign w:val="center"/>
            <w:hideMark/>
          </w:tcPr>
          <w:p w:rsidR="00E866A0" w:rsidRPr="0001451A" w:rsidRDefault="00E866A0" w:rsidP="00E866A0">
            <w:pPr>
              <w:spacing w:after="0" w:line="240" w:lineRule="auto"/>
              <w:jc w:val="center"/>
              <w:rPr>
                <w:rFonts w:asciiTheme="majorHAnsi" w:eastAsia="Times New Roman" w:hAnsiTheme="majorHAnsi" w:cstheme="majorHAnsi"/>
                <w:b/>
                <w:bCs/>
                <w:sz w:val="24"/>
                <w:szCs w:val="24"/>
                <w:lang w:val="en-IN" w:eastAsia="en-IN"/>
              </w:rPr>
            </w:pPr>
            <w:r w:rsidRPr="0001451A">
              <w:rPr>
                <w:rFonts w:asciiTheme="majorHAnsi" w:eastAsia="Times New Roman" w:hAnsiTheme="majorHAnsi" w:cstheme="majorHAnsi"/>
                <w:b/>
                <w:bCs/>
                <w:sz w:val="24"/>
                <w:szCs w:val="24"/>
                <w:lang w:val="en-IN" w:eastAsia="en-IN"/>
              </w:rPr>
              <w:t>Priority</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BR001</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Farmer Search for Products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Farmers should be able to search for available products in fertilizers, seeds, </w:t>
            </w:r>
            <w:r w:rsidRPr="0001451A">
              <w:rPr>
                <w:rFonts w:asciiTheme="majorHAnsi" w:eastAsia="Times New Roman" w:hAnsiTheme="majorHAnsi" w:cstheme="majorHAnsi"/>
                <w:sz w:val="24"/>
                <w:szCs w:val="24"/>
                <w:lang w:val="en-IN" w:eastAsia="en-IN"/>
              </w:rPr>
              <w:lastRenderedPageBreak/>
              <w:t>and pesticides.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8</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BR002</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Manufacturers Upload Their Products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Manufacturers should be able to upload and display their products in the application.</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8</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BR003</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User Registration &amp; Login</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Farmers and manufacturers should register and log in securely with credentials.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10</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BR004</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Product Categorization &amp; Filters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Products should be categorized and filterable by type, brand, and price.</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7</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BR005</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Online Payment Integration</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System should support secure online payments via UPI, cards, and net banking.</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10</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BR006</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Order Tracking</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Farmers should be able to track their orders from purchase to delivery.</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9</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BR007</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Multi-language Support</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The platform should support multiple languages for farmers from different regions.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6</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BR008</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Notifications &amp; Alerts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Email/SMS alerts for order confirmation, shipment, and delivery updates.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7</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BR009</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Customer Support Integration</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Farmers and manufacturers should be able to contact support via phone, email, or chat.</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6</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BR010</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Mobile-Friendly Interface</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The portal should be responsive and work seamlessly on smartphones and tablets.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9</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BR011</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Product Reviews &amp; Ratings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Farmers should be able to leave reviews and ratings for products purchased.</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5</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BR012</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Inventory Management for Manufacturers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Manufacturers should be able to update stock availability in real-time.</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8</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BR013</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Discount &amp; Offer Management</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Manufacturers can create and manage special discounts and seasonal offers.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5</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BR014</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Secure Data Storage</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All sensitive user and transaction data should be stored securely with encryption.</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10</w:t>
            </w:r>
          </w:p>
        </w:tc>
      </w:tr>
      <w:tr w:rsidR="00E866A0" w:rsidRPr="0001451A" w:rsidTr="00E866A0">
        <w:trPr>
          <w:tblCellSpacing w:w="15" w:type="dxa"/>
        </w:trPr>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BR015</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Delivery Partner </w:t>
            </w:r>
            <w:r w:rsidRPr="0001451A">
              <w:rPr>
                <w:rFonts w:asciiTheme="majorHAnsi" w:eastAsia="Times New Roman" w:hAnsiTheme="majorHAnsi" w:cstheme="majorHAnsi"/>
                <w:sz w:val="24"/>
                <w:szCs w:val="24"/>
                <w:lang w:val="en-IN" w:eastAsia="en-IN"/>
              </w:rPr>
              <w:lastRenderedPageBreak/>
              <w:t>Integration</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 xml:space="preserve">System should integrate with logistics </w:t>
            </w:r>
            <w:r w:rsidRPr="0001451A">
              <w:rPr>
                <w:rFonts w:asciiTheme="majorHAnsi" w:eastAsia="Times New Roman" w:hAnsiTheme="majorHAnsi" w:cstheme="majorHAnsi"/>
                <w:sz w:val="24"/>
                <w:szCs w:val="24"/>
                <w:lang w:val="en-IN" w:eastAsia="en-IN"/>
              </w:rPr>
              <w:lastRenderedPageBreak/>
              <w:t>partners for shipment updates.</w:t>
            </w:r>
          </w:p>
        </w:tc>
        <w:tc>
          <w:tcPr>
            <w:tcW w:w="0" w:type="auto"/>
            <w:vAlign w:val="center"/>
            <w:hideMark/>
          </w:tcPr>
          <w:p w:rsidR="00E866A0" w:rsidRPr="0001451A" w:rsidRDefault="00E866A0"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lastRenderedPageBreak/>
              <w:t>8</w:t>
            </w:r>
          </w:p>
        </w:tc>
      </w:tr>
      <w:tr w:rsidR="00920562" w:rsidRPr="0001451A" w:rsidTr="00E866A0">
        <w:trPr>
          <w:tblCellSpacing w:w="15" w:type="dxa"/>
        </w:trPr>
        <w:tc>
          <w:tcPr>
            <w:tcW w:w="0" w:type="auto"/>
            <w:vAlign w:val="center"/>
          </w:tcPr>
          <w:p w:rsidR="00920562" w:rsidRPr="0001451A" w:rsidRDefault="00920562"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BR016</w:t>
            </w:r>
          </w:p>
        </w:tc>
        <w:tc>
          <w:tcPr>
            <w:tcW w:w="0" w:type="auto"/>
            <w:vAlign w:val="center"/>
          </w:tcPr>
          <w:p w:rsidR="00920562" w:rsidRPr="0001451A" w:rsidRDefault="00920562"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Cancel &amp; Return product</w:t>
            </w:r>
          </w:p>
        </w:tc>
        <w:tc>
          <w:tcPr>
            <w:tcW w:w="0" w:type="auto"/>
            <w:vAlign w:val="center"/>
          </w:tcPr>
          <w:p w:rsidR="00920562" w:rsidRPr="0001451A" w:rsidRDefault="00920562"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hAnsiTheme="majorHAnsi" w:cstheme="majorHAnsi"/>
                <w:sz w:val="24"/>
                <w:szCs w:val="24"/>
              </w:rPr>
              <w:t>Farmers should be able to cancel or return the product, if not happy with it.</w:t>
            </w:r>
          </w:p>
        </w:tc>
        <w:tc>
          <w:tcPr>
            <w:tcW w:w="0" w:type="auto"/>
            <w:vAlign w:val="center"/>
          </w:tcPr>
          <w:p w:rsidR="00920562" w:rsidRPr="0001451A" w:rsidRDefault="00920562"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8</w:t>
            </w:r>
          </w:p>
        </w:tc>
      </w:tr>
      <w:tr w:rsidR="003671F9" w:rsidRPr="0001451A" w:rsidTr="003671F9">
        <w:trPr>
          <w:trHeight w:val="1005"/>
          <w:tblCellSpacing w:w="15" w:type="dxa"/>
        </w:trPr>
        <w:tc>
          <w:tcPr>
            <w:tcW w:w="0" w:type="auto"/>
            <w:vAlign w:val="center"/>
          </w:tcPr>
          <w:p w:rsidR="003671F9" w:rsidRPr="0001451A" w:rsidRDefault="003671F9"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BR017</w:t>
            </w:r>
          </w:p>
        </w:tc>
        <w:tc>
          <w:tcPr>
            <w:tcW w:w="0" w:type="auto"/>
            <w:vAlign w:val="center"/>
          </w:tcPr>
          <w:p w:rsidR="003671F9" w:rsidRPr="0001451A" w:rsidRDefault="003671F9"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 xml:space="preserve">Save option </w:t>
            </w:r>
          </w:p>
        </w:tc>
        <w:tc>
          <w:tcPr>
            <w:tcW w:w="0" w:type="auto"/>
            <w:vAlign w:val="center"/>
          </w:tcPr>
          <w:p w:rsidR="003671F9" w:rsidRPr="0001451A" w:rsidRDefault="003671F9" w:rsidP="003671F9">
            <w:pPr>
              <w:rPr>
                <w:rFonts w:asciiTheme="majorHAnsi" w:hAnsiTheme="majorHAnsi" w:cstheme="majorHAnsi"/>
                <w:b/>
                <w:bCs/>
                <w:sz w:val="24"/>
                <w:szCs w:val="24"/>
              </w:rPr>
            </w:pPr>
            <w:r w:rsidRPr="0001451A">
              <w:rPr>
                <w:rFonts w:asciiTheme="majorHAnsi" w:hAnsiTheme="majorHAnsi" w:cstheme="majorHAnsi"/>
                <w:sz w:val="24"/>
                <w:szCs w:val="24"/>
              </w:rPr>
              <w:t>Famers can have a Save for Later or Wish list option, if they want to buy any product later.</w:t>
            </w:r>
          </w:p>
          <w:p w:rsidR="003671F9" w:rsidRPr="0001451A" w:rsidRDefault="003671F9" w:rsidP="00E866A0">
            <w:pPr>
              <w:spacing w:after="0" w:line="240" w:lineRule="auto"/>
              <w:rPr>
                <w:rFonts w:asciiTheme="majorHAnsi" w:hAnsiTheme="majorHAnsi" w:cstheme="majorHAnsi"/>
                <w:sz w:val="24"/>
                <w:szCs w:val="24"/>
              </w:rPr>
            </w:pPr>
          </w:p>
        </w:tc>
        <w:tc>
          <w:tcPr>
            <w:tcW w:w="0" w:type="auto"/>
            <w:vAlign w:val="center"/>
          </w:tcPr>
          <w:p w:rsidR="003671F9" w:rsidRPr="0001451A" w:rsidRDefault="003671F9" w:rsidP="00E866A0">
            <w:pPr>
              <w:spacing w:after="0" w:line="240" w:lineRule="auto"/>
              <w:rPr>
                <w:rFonts w:asciiTheme="majorHAnsi" w:eastAsia="Times New Roman" w:hAnsiTheme="majorHAnsi" w:cstheme="majorHAnsi"/>
                <w:sz w:val="24"/>
                <w:szCs w:val="24"/>
                <w:lang w:val="en-IN" w:eastAsia="en-IN"/>
              </w:rPr>
            </w:pPr>
            <w:r w:rsidRPr="0001451A">
              <w:rPr>
                <w:rFonts w:asciiTheme="majorHAnsi" w:eastAsia="Times New Roman" w:hAnsiTheme="majorHAnsi" w:cstheme="majorHAnsi"/>
                <w:sz w:val="24"/>
                <w:szCs w:val="24"/>
                <w:lang w:val="en-IN" w:eastAsia="en-IN"/>
              </w:rPr>
              <w:t>8</w:t>
            </w:r>
          </w:p>
        </w:tc>
      </w:tr>
    </w:tbl>
    <w:p w:rsidR="00E866A0" w:rsidRPr="0001451A" w:rsidRDefault="00E866A0" w:rsidP="00B25B90">
      <w:pPr>
        <w:rPr>
          <w:rFonts w:asciiTheme="majorHAnsi" w:hAnsiTheme="majorHAnsi" w:cstheme="majorHAnsi"/>
          <w:sz w:val="24"/>
          <w:szCs w:val="24"/>
        </w:rPr>
      </w:pPr>
    </w:p>
    <w:p w:rsidR="00E866A0" w:rsidRPr="0001451A" w:rsidRDefault="00E866A0" w:rsidP="00B25B90">
      <w:pPr>
        <w:rPr>
          <w:rFonts w:asciiTheme="majorHAnsi" w:hAnsiTheme="majorHAnsi" w:cstheme="majorHAnsi"/>
          <w:sz w:val="24"/>
          <w:szCs w:val="24"/>
        </w:rPr>
      </w:pPr>
    </w:p>
    <w:p w:rsidR="00E866A0" w:rsidRPr="0001451A" w:rsidRDefault="00E866A0" w:rsidP="00B25B90">
      <w:pPr>
        <w:rPr>
          <w:rFonts w:asciiTheme="majorHAnsi" w:hAnsiTheme="majorHAnsi" w:cstheme="majorHAnsi"/>
          <w:b/>
          <w:sz w:val="24"/>
          <w:szCs w:val="24"/>
        </w:rPr>
      </w:pPr>
    </w:p>
    <w:p w:rsidR="00E866A0" w:rsidRPr="0001451A" w:rsidRDefault="00935AFD" w:rsidP="00B25B90">
      <w:pPr>
        <w:rPr>
          <w:rFonts w:asciiTheme="majorHAnsi" w:hAnsiTheme="majorHAnsi" w:cstheme="majorHAnsi"/>
          <w:sz w:val="24"/>
          <w:szCs w:val="24"/>
        </w:rPr>
      </w:pPr>
      <w:r w:rsidRPr="0001451A">
        <w:rPr>
          <w:rFonts w:asciiTheme="majorHAnsi" w:hAnsiTheme="majorHAnsi" w:cstheme="majorHAnsi"/>
          <w:b/>
          <w:sz w:val="24"/>
          <w:szCs w:val="24"/>
        </w:rPr>
        <w:t>Question 10</w:t>
      </w:r>
      <w:r w:rsidRPr="0001451A">
        <w:rPr>
          <w:rFonts w:asciiTheme="majorHAnsi" w:hAnsiTheme="majorHAnsi" w:cstheme="majorHAnsi"/>
          <w:sz w:val="24"/>
          <w:szCs w:val="24"/>
        </w:rPr>
        <w:t xml:space="preserve"> – Use Case Diagram</w:t>
      </w:r>
    </w:p>
    <w:p w:rsidR="00935AFD" w:rsidRPr="0001451A" w:rsidRDefault="00935AFD" w:rsidP="00B25B90">
      <w:pPr>
        <w:rPr>
          <w:rFonts w:asciiTheme="majorHAnsi" w:hAnsiTheme="majorHAnsi" w:cstheme="majorHAnsi"/>
          <w:sz w:val="24"/>
          <w:szCs w:val="24"/>
        </w:rPr>
      </w:pPr>
      <w:r w:rsidRPr="0001451A">
        <w:rPr>
          <w:rFonts w:asciiTheme="majorHAnsi" w:hAnsiTheme="majorHAnsi" w:cstheme="majorHAnsi"/>
          <w:b/>
          <w:noProof/>
          <w:sz w:val="24"/>
          <w:szCs w:val="24"/>
          <w:lang w:val="en-IN" w:eastAsia="en-IN"/>
        </w:rPr>
        <w:drawing>
          <wp:anchor distT="0" distB="0" distL="114300" distR="114300" simplePos="0" relativeHeight="251659264" behindDoc="1" locked="0" layoutInCell="1" allowOverlap="1">
            <wp:simplePos x="0" y="0"/>
            <wp:positionH relativeFrom="column">
              <wp:posOffset>161925</wp:posOffset>
            </wp:positionH>
            <wp:positionV relativeFrom="paragraph">
              <wp:posOffset>380365</wp:posOffset>
            </wp:positionV>
            <wp:extent cx="5486400" cy="3657600"/>
            <wp:effectExtent l="0" t="0" r="0" b="0"/>
            <wp:wrapTight wrapText="bothSides">
              <wp:wrapPolygon edited="0">
                <wp:start x="0" y="0"/>
                <wp:lineTo x="0" y="21488"/>
                <wp:lineTo x="21525" y="21488"/>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ri use case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anchor>
        </w:drawing>
      </w:r>
    </w:p>
    <w:p w:rsidR="00935AFD" w:rsidRPr="0001451A" w:rsidRDefault="00935AFD" w:rsidP="00B25B90">
      <w:pPr>
        <w:rPr>
          <w:rFonts w:asciiTheme="majorHAnsi" w:hAnsiTheme="majorHAnsi" w:cstheme="majorHAnsi"/>
          <w:b/>
          <w:bCs/>
          <w:sz w:val="24"/>
          <w:szCs w:val="24"/>
        </w:rPr>
      </w:pPr>
    </w:p>
    <w:p w:rsidR="00A86B98" w:rsidRPr="0001451A" w:rsidRDefault="00A86B98" w:rsidP="0028018B">
      <w:pPr>
        <w:tabs>
          <w:tab w:val="left" w:pos="1920"/>
        </w:tabs>
        <w:rPr>
          <w:rFonts w:asciiTheme="majorHAnsi" w:hAnsiTheme="majorHAnsi" w:cstheme="majorHAnsi"/>
          <w:b/>
          <w:sz w:val="24"/>
          <w:szCs w:val="24"/>
          <w:lang w:val="en-GB"/>
        </w:rPr>
      </w:pPr>
    </w:p>
    <w:p w:rsidR="001A768E" w:rsidRPr="0001451A" w:rsidRDefault="001A768E" w:rsidP="0028018B">
      <w:pPr>
        <w:tabs>
          <w:tab w:val="left" w:pos="1920"/>
        </w:tabs>
        <w:rPr>
          <w:rFonts w:asciiTheme="majorHAnsi" w:hAnsiTheme="majorHAnsi" w:cstheme="majorHAnsi"/>
          <w:b/>
          <w:sz w:val="24"/>
          <w:szCs w:val="24"/>
          <w:lang w:val="en-GB"/>
        </w:rPr>
      </w:pPr>
    </w:p>
    <w:p w:rsidR="001A768E" w:rsidRPr="0001451A" w:rsidRDefault="001A768E" w:rsidP="0028018B">
      <w:pPr>
        <w:tabs>
          <w:tab w:val="left" w:pos="1920"/>
        </w:tabs>
        <w:rPr>
          <w:rFonts w:asciiTheme="majorHAnsi" w:hAnsiTheme="majorHAnsi" w:cstheme="majorHAnsi"/>
          <w:b/>
          <w:sz w:val="24"/>
          <w:szCs w:val="24"/>
          <w:lang w:val="en-GB"/>
        </w:rPr>
      </w:pPr>
    </w:p>
    <w:p w:rsidR="001A768E" w:rsidRPr="0001451A" w:rsidRDefault="001A768E" w:rsidP="0028018B">
      <w:pPr>
        <w:tabs>
          <w:tab w:val="left" w:pos="1920"/>
        </w:tabs>
        <w:rPr>
          <w:rFonts w:asciiTheme="majorHAnsi" w:hAnsiTheme="majorHAnsi" w:cstheme="majorHAnsi"/>
          <w:b/>
          <w:sz w:val="24"/>
          <w:szCs w:val="24"/>
          <w:lang w:val="en-GB"/>
        </w:rPr>
      </w:pPr>
    </w:p>
    <w:bookmarkStart w:id="0" w:name="_MON_1816806379"/>
    <w:bookmarkEnd w:id="0"/>
    <w:p w:rsidR="001A768E" w:rsidRPr="0001451A" w:rsidRDefault="003B5828" w:rsidP="0028018B">
      <w:pPr>
        <w:tabs>
          <w:tab w:val="left" w:pos="1920"/>
        </w:tabs>
        <w:rPr>
          <w:rFonts w:asciiTheme="majorHAnsi" w:hAnsiTheme="majorHAnsi" w:cstheme="majorHAnsi"/>
          <w:sz w:val="24"/>
          <w:szCs w:val="24"/>
        </w:rPr>
      </w:pPr>
      <w:r w:rsidRPr="0001451A">
        <w:rPr>
          <w:rFonts w:asciiTheme="majorHAnsi" w:hAnsiTheme="majorHAnsi" w:cstheme="majorHAnsi"/>
          <w:sz w:val="24"/>
          <w:szCs w:val="24"/>
        </w:rPr>
        <w:object w:dxaOrig="11427" w:dyaOrig="18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565.5pt" o:ole="">
            <v:imagedata r:id="rId10" o:title=""/>
          </v:shape>
          <o:OLEObject Type="Embed" ProgID="Visio.Drawing.11" ShapeID="_x0000_i1025" DrawAspect="Content" ObjectID="_1816981170" r:id="rId11"/>
        </w:object>
      </w:r>
    </w:p>
    <w:p w:rsidR="00C834FC" w:rsidRPr="0001451A" w:rsidRDefault="00C834FC" w:rsidP="00C834FC">
      <w:pPr>
        <w:pStyle w:val="Heading3"/>
        <w:rPr>
          <w:rFonts w:cstheme="majorHAnsi"/>
          <w:sz w:val="24"/>
          <w:szCs w:val="24"/>
        </w:rPr>
      </w:pPr>
    </w:p>
    <w:p w:rsidR="00BA201E" w:rsidRPr="0001451A" w:rsidRDefault="00BA201E" w:rsidP="00BA201E">
      <w:pPr>
        <w:rPr>
          <w:rFonts w:asciiTheme="majorHAnsi" w:hAnsiTheme="majorHAnsi" w:cstheme="majorHAnsi"/>
          <w:sz w:val="24"/>
          <w:szCs w:val="24"/>
        </w:rPr>
      </w:pPr>
    </w:p>
    <w:p w:rsidR="00150566" w:rsidRPr="0001451A" w:rsidRDefault="00150566" w:rsidP="00BA201E">
      <w:pPr>
        <w:rPr>
          <w:rFonts w:asciiTheme="majorHAnsi" w:hAnsiTheme="majorHAnsi" w:cstheme="majorHAnsi"/>
          <w:sz w:val="24"/>
          <w:szCs w:val="24"/>
        </w:rPr>
      </w:pPr>
    </w:p>
    <w:p w:rsidR="00150566" w:rsidRPr="0001451A" w:rsidRDefault="00150566" w:rsidP="00BA201E">
      <w:pPr>
        <w:rPr>
          <w:rFonts w:asciiTheme="majorHAnsi" w:hAnsiTheme="majorHAnsi" w:cstheme="majorHAnsi"/>
          <w:sz w:val="24"/>
          <w:szCs w:val="24"/>
        </w:rPr>
      </w:pPr>
      <w:r w:rsidRPr="0001451A">
        <w:rPr>
          <w:rFonts w:asciiTheme="majorHAnsi" w:hAnsiTheme="majorHAnsi" w:cstheme="majorHAnsi"/>
          <w:b/>
          <w:sz w:val="24"/>
          <w:szCs w:val="24"/>
        </w:rPr>
        <w:t>Question 11</w:t>
      </w:r>
      <w:r w:rsidRPr="0001451A">
        <w:rPr>
          <w:rFonts w:asciiTheme="majorHAnsi" w:hAnsiTheme="majorHAnsi" w:cstheme="majorHAnsi"/>
          <w:sz w:val="24"/>
          <w:szCs w:val="24"/>
        </w:rPr>
        <w:t xml:space="preserve"> – (minimum 5) Use Case Specs </w:t>
      </w:r>
    </w:p>
    <w:p w:rsidR="00BA201E" w:rsidRPr="0001451A" w:rsidRDefault="00150566" w:rsidP="00BA201E">
      <w:pPr>
        <w:rPr>
          <w:rFonts w:asciiTheme="majorHAnsi" w:hAnsiTheme="majorHAnsi" w:cstheme="majorHAnsi"/>
          <w:sz w:val="24"/>
          <w:szCs w:val="24"/>
        </w:rPr>
      </w:pPr>
      <w:r w:rsidRPr="0001451A">
        <w:rPr>
          <w:rFonts w:asciiTheme="majorHAnsi" w:hAnsiTheme="majorHAnsi" w:cstheme="majorHAnsi"/>
          <w:sz w:val="24"/>
          <w:szCs w:val="24"/>
        </w:rPr>
        <w:t xml:space="preserve"> Prepare use case specs for all use cases</w:t>
      </w:r>
    </w:p>
    <w:tbl>
      <w:tblPr>
        <w:tblStyle w:val="TableGrid"/>
        <w:tblpPr w:leftFromText="180" w:rightFromText="180" w:vertAnchor="text" w:horzAnchor="page" w:tblpX="883" w:tblpY="-1363"/>
        <w:tblW w:w="0" w:type="auto"/>
        <w:tblLook w:val="04A0" w:firstRow="1" w:lastRow="0" w:firstColumn="1" w:lastColumn="0" w:noHBand="0" w:noVBand="1"/>
      </w:tblPr>
      <w:tblGrid>
        <w:gridCol w:w="466"/>
        <w:gridCol w:w="872"/>
        <w:gridCol w:w="1204"/>
        <w:gridCol w:w="1101"/>
        <w:gridCol w:w="1257"/>
        <w:gridCol w:w="1713"/>
        <w:gridCol w:w="996"/>
        <w:gridCol w:w="1247"/>
      </w:tblGrid>
      <w:tr w:rsidR="00150566" w:rsidRPr="0001451A" w:rsidTr="00536A3C">
        <w:tc>
          <w:tcPr>
            <w:tcW w:w="466"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lastRenderedPageBreak/>
              <w:t>UC-ID</w:t>
            </w:r>
          </w:p>
        </w:tc>
        <w:tc>
          <w:tcPr>
            <w:tcW w:w="872"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Use Case Name</w:t>
            </w:r>
          </w:p>
        </w:tc>
        <w:tc>
          <w:tcPr>
            <w:tcW w:w="1204"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Actors</w:t>
            </w:r>
          </w:p>
        </w:tc>
        <w:tc>
          <w:tcPr>
            <w:tcW w:w="1101"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Description</w:t>
            </w:r>
          </w:p>
        </w:tc>
        <w:tc>
          <w:tcPr>
            <w:tcW w:w="1257"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Preconditions</w:t>
            </w:r>
          </w:p>
        </w:tc>
        <w:tc>
          <w:tcPr>
            <w:tcW w:w="1713"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Main Flow</w:t>
            </w:r>
          </w:p>
        </w:tc>
        <w:tc>
          <w:tcPr>
            <w:tcW w:w="996" w:type="dxa"/>
          </w:tcPr>
          <w:p w:rsidR="00BA201E" w:rsidRPr="0001451A" w:rsidRDefault="00BA201E" w:rsidP="00BA201E">
            <w:pPr>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Alternative Flow</w:t>
            </w:r>
          </w:p>
        </w:tc>
        <w:tc>
          <w:tcPr>
            <w:tcW w:w="1146" w:type="dxa"/>
          </w:tcPr>
          <w:p w:rsidR="00BA201E" w:rsidRPr="0001451A" w:rsidRDefault="00BA201E" w:rsidP="00BA201E">
            <w:pPr>
              <w:rPr>
                <w:rFonts w:asciiTheme="majorHAnsi" w:hAnsiTheme="majorHAnsi" w:cstheme="majorHAnsi"/>
                <w:b/>
                <w:color w:val="00B050"/>
                <w:sz w:val="24"/>
                <w:szCs w:val="24"/>
              </w:rPr>
            </w:pPr>
            <w:proofErr w:type="spellStart"/>
            <w:r w:rsidRPr="0001451A">
              <w:rPr>
                <w:rFonts w:asciiTheme="majorHAnsi" w:hAnsiTheme="majorHAnsi" w:cstheme="majorHAnsi"/>
                <w:b/>
                <w:color w:val="00B050"/>
                <w:sz w:val="24"/>
                <w:szCs w:val="24"/>
              </w:rPr>
              <w:t>Postconditions</w:t>
            </w:r>
            <w:proofErr w:type="spellEnd"/>
          </w:p>
          <w:p w:rsidR="00BA201E" w:rsidRPr="0001451A" w:rsidRDefault="00BA201E" w:rsidP="00BA201E">
            <w:pPr>
              <w:rPr>
                <w:rFonts w:asciiTheme="majorHAnsi" w:hAnsiTheme="majorHAnsi" w:cstheme="majorHAnsi"/>
                <w:b/>
                <w:color w:val="00B050"/>
                <w:sz w:val="24"/>
                <w:szCs w:val="24"/>
              </w:rPr>
            </w:pPr>
          </w:p>
          <w:p w:rsidR="00BA201E" w:rsidRPr="0001451A" w:rsidRDefault="00BA201E" w:rsidP="00BA201E">
            <w:pPr>
              <w:tabs>
                <w:tab w:val="left" w:pos="795"/>
              </w:tabs>
              <w:rPr>
                <w:rFonts w:asciiTheme="majorHAnsi" w:hAnsiTheme="majorHAnsi" w:cstheme="majorHAnsi"/>
                <w:b/>
                <w:color w:val="00B050"/>
                <w:sz w:val="24"/>
                <w:szCs w:val="24"/>
              </w:rPr>
            </w:pPr>
            <w:r w:rsidRPr="0001451A">
              <w:rPr>
                <w:rFonts w:asciiTheme="majorHAnsi" w:hAnsiTheme="majorHAnsi" w:cstheme="majorHAnsi"/>
                <w:b/>
                <w:color w:val="00B050"/>
                <w:sz w:val="24"/>
                <w:szCs w:val="24"/>
              </w:rPr>
              <w:tab/>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UC-01</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Browse Products</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views the list of products available in the store with details such as name, price, and description.</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Internet connection is available.</w:t>
            </w:r>
            <w:r w:rsidRPr="0001451A">
              <w:rPr>
                <w:rFonts w:asciiTheme="majorHAnsi" w:hAnsiTheme="majorHAnsi" w:cstheme="majorHAnsi"/>
                <w:sz w:val="24"/>
                <w:szCs w:val="24"/>
              </w:rPr>
              <w:br/>
              <w:t>Products exist in the database.</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Customer selects 'Browse Products' from the menu.</w:t>
            </w:r>
            <w:r w:rsidRPr="0001451A">
              <w:rPr>
                <w:rFonts w:asciiTheme="majorHAnsi" w:hAnsiTheme="majorHAnsi" w:cstheme="majorHAnsi"/>
                <w:sz w:val="24"/>
                <w:szCs w:val="24"/>
              </w:rPr>
              <w:br/>
              <w:t>2. System displays a list of available products.</w:t>
            </w:r>
            <w:r w:rsidRPr="0001451A">
              <w:rPr>
                <w:rFonts w:asciiTheme="majorHAnsi" w:hAnsiTheme="majorHAnsi" w:cstheme="majorHAnsi"/>
                <w:sz w:val="24"/>
                <w:szCs w:val="24"/>
              </w:rPr>
              <w:br/>
              <w:t>3. Customer clicks a product to view details.</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If no products </w:t>
            </w:r>
            <w:proofErr w:type="gramStart"/>
            <w:r w:rsidRPr="0001451A">
              <w:rPr>
                <w:rFonts w:asciiTheme="majorHAnsi" w:hAnsiTheme="majorHAnsi" w:cstheme="majorHAnsi"/>
                <w:sz w:val="24"/>
                <w:szCs w:val="24"/>
              </w:rPr>
              <w:t>are found</w:t>
            </w:r>
            <w:proofErr w:type="gramEnd"/>
            <w:r w:rsidRPr="0001451A">
              <w:rPr>
                <w:rFonts w:asciiTheme="majorHAnsi" w:hAnsiTheme="majorHAnsi" w:cstheme="majorHAnsi"/>
                <w:sz w:val="24"/>
                <w:szCs w:val="24"/>
              </w:rPr>
              <w:t>, the system displays 'No products available.'</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has viewed product details.</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UC-02</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Search Products</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Administrator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Search for products by name, category, or keywords.</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Product database is populated.</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Actor enters search keywords.</w:t>
            </w:r>
            <w:r w:rsidRPr="0001451A">
              <w:rPr>
                <w:rFonts w:asciiTheme="majorHAnsi" w:hAnsiTheme="majorHAnsi" w:cstheme="majorHAnsi"/>
                <w:sz w:val="24"/>
                <w:szCs w:val="24"/>
              </w:rPr>
              <w:br/>
              <w:t>2. System searches and retrieves matching products.</w:t>
            </w:r>
            <w:r w:rsidRPr="0001451A">
              <w:rPr>
                <w:rFonts w:asciiTheme="majorHAnsi" w:hAnsiTheme="majorHAnsi" w:cstheme="majorHAnsi"/>
                <w:sz w:val="24"/>
                <w:szCs w:val="24"/>
              </w:rPr>
              <w:br/>
              <w:t>3. System displays search results.</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If no matches found, system displays 'No products found.'</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Search results </w:t>
            </w:r>
            <w:proofErr w:type="gramStart"/>
            <w:r w:rsidRPr="0001451A">
              <w:rPr>
                <w:rFonts w:asciiTheme="majorHAnsi" w:hAnsiTheme="majorHAnsi" w:cstheme="majorHAnsi"/>
                <w:sz w:val="24"/>
                <w:szCs w:val="24"/>
              </w:rPr>
              <w:t>are displayed</w:t>
            </w:r>
            <w:proofErr w:type="gramEnd"/>
            <w:r w:rsidRPr="0001451A">
              <w:rPr>
                <w:rFonts w:asciiTheme="majorHAnsi" w:hAnsiTheme="majorHAnsi" w:cstheme="majorHAnsi"/>
                <w:sz w:val="24"/>
                <w:szCs w:val="24"/>
              </w:rPr>
              <w:t>.</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UC-03</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Place Order</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purchases products from the online store.</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Customer </w:t>
            </w:r>
            <w:proofErr w:type="gramStart"/>
            <w:r w:rsidRPr="0001451A">
              <w:rPr>
                <w:rFonts w:asciiTheme="majorHAnsi" w:hAnsiTheme="majorHAnsi" w:cstheme="majorHAnsi"/>
                <w:sz w:val="24"/>
                <w:szCs w:val="24"/>
              </w:rPr>
              <w:t>is logged in</w:t>
            </w:r>
            <w:proofErr w:type="gramEnd"/>
            <w:r w:rsidRPr="0001451A">
              <w:rPr>
                <w:rFonts w:asciiTheme="majorHAnsi" w:hAnsiTheme="majorHAnsi" w:cstheme="majorHAnsi"/>
                <w:sz w:val="24"/>
                <w:szCs w:val="24"/>
              </w:rPr>
              <w:t>.</w:t>
            </w:r>
            <w:r w:rsidRPr="0001451A">
              <w:rPr>
                <w:rFonts w:asciiTheme="majorHAnsi" w:hAnsiTheme="majorHAnsi" w:cstheme="majorHAnsi"/>
                <w:sz w:val="24"/>
                <w:szCs w:val="24"/>
              </w:rPr>
              <w:br/>
              <w:t>Products are available in stock.</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Customer adds products to the cart.</w:t>
            </w:r>
            <w:r w:rsidRPr="0001451A">
              <w:rPr>
                <w:rFonts w:asciiTheme="majorHAnsi" w:hAnsiTheme="majorHAnsi" w:cstheme="majorHAnsi"/>
                <w:sz w:val="24"/>
                <w:szCs w:val="24"/>
              </w:rPr>
              <w:br/>
              <w:t>2. Customer clicks 'Checkout' and provides shipping/payment details.</w:t>
            </w:r>
            <w:r w:rsidRPr="0001451A">
              <w:rPr>
                <w:rFonts w:asciiTheme="majorHAnsi" w:hAnsiTheme="majorHAnsi" w:cstheme="majorHAnsi"/>
                <w:sz w:val="24"/>
                <w:szCs w:val="24"/>
              </w:rPr>
              <w:br/>
              <w:t>3. System processes payment.</w:t>
            </w:r>
            <w:r w:rsidRPr="0001451A">
              <w:rPr>
                <w:rFonts w:asciiTheme="majorHAnsi" w:hAnsiTheme="majorHAnsi" w:cstheme="majorHAnsi"/>
                <w:sz w:val="24"/>
                <w:szCs w:val="24"/>
              </w:rPr>
              <w:br/>
              <w:t>4. System confirms order and generates order ID.</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Payment fails → prompt to retry.</w:t>
            </w:r>
            <w:r w:rsidRPr="0001451A">
              <w:rPr>
                <w:rFonts w:asciiTheme="majorHAnsi" w:hAnsiTheme="majorHAnsi" w:cstheme="majorHAnsi"/>
                <w:sz w:val="24"/>
                <w:szCs w:val="24"/>
              </w:rPr>
              <w:br/>
              <w:t>Product out of stock during checkout → remove from cart and notify.</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Order record </w:t>
            </w:r>
            <w:proofErr w:type="gramStart"/>
            <w:r w:rsidRPr="0001451A">
              <w:rPr>
                <w:rFonts w:asciiTheme="majorHAnsi" w:hAnsiTheme="majorHAnsi" w:cstheme="majorHAnsi"/>
                <w:sz w:val="24"/>
                <w:szCs w:val="24"/>
              </w:rPr>
              <w:t>is created</w:t>
            </w:r>
            <w:proofErr w:type="gramEnd"/>
            <w:r w:rsidRPr="0001451A">
              <w:rPr>
                <w:rFonts w:asciiTheme="majorHAnsi" w:hAnsiTheme="majorHAnsi" w:cstheme="majorHAnsi"/>
                <w:sz w:val="24"/>
                <w:szCs w:val="24"/>
              </w:rPr>
              <w:t xml:space="preserve"> in the system.</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lastRenderedPageBreak/>
              <w:t>UC-04</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Track Order</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Delivery Person</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View the current delivery status of an order.</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Order exists in the system.</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Actor enters order ID.</w:t>
            </w:r>
            <w:r w:rsidRPr="0001451A">
              <w:rPr>
                <w:rFonts w:asciiTheme="majorHAnsi" w:hAnsiTheme="majorHAnsi" w:cstheme="majorHAnsi"/>
                <w:sz w:val="24"/>
                <w:szCs w:val="24"/>
              </w:rPr>
              <w:br/>
              <w:t>2. System fetches latest delivery status.</w:t>
            </w:r>
            <w:r w:rsidRPr="0001451A">
              <w:rPr>
                <w:rFonts w:asciiTheme="majorHAnsi" w:hAnsiTheme="majorHAnsi" w:cstheme="majorHAnsi"/>
                <w:sz w:val="24"/>
                <w:szCs w:val="24"/>
              </w:rPr>
              <w:br/>
              <w:t>3. System displays order location and estimated delivery date.</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Invalid order ID → 'Order not found' message.</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Updated order status displayed to actor.</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UC-05</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Manage Products</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Supplier, Administrator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Add, update, or delete product details.</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Actor </w:t>
            </w:r>
            <w:proofErr w:type="gramStart"/>
            <w:r w:rsidRPr="0001451A">
              <w:rPr>
                <w:rFonts w:asciiTheme="majorHAnsi" w:hAnsiTheme="majorHAnsi" w:cstheme="majorHAnsi"/>
                <w:sz w:val="24"/>
                <w:szCs w:val="24"/>
              </w:rPr>
              <w:t>is logged</w:t>
            </w:r>
            <w:proofErr w:type="gramEnd"/>
            <w:r w:rsidRPr="0001451A">
              <w:rPr>
                <w:rFonts w:asciiTheme="majorHAnsi" w:hAnsiTheme="majorHAnsi" w:cstheme="majorHAnsi"/>
                <w:sz w:val="24"/>
                <w:szCs w:val="24"/>
              </w:rPr>
              <w:t xml:space="preserve"> in with supplier/admin credentials.</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Actor selects 'Manage Products' option.</w:t>
            </w:r>
            <w:r w:rsidRPr="0001451A">
              <w:rPr>
                <w:rFonts w:asciiTheme="majorHAnsi" w:hAnsiTheme="majorHAnsi" w:cstheme="majorHAnsi"/>
                <w:sz w:val="24"/>
                <w:szCs w:val="24"/>
              </w:rPr>
              <w:br/>
              <w:t>2. Actor adds/updates/deletes product information.</w:t>
            </w:r>
            <w:r w:rsidRPr="0001451A">
              <w:rPr>
                <w:rFonts w:asciiTheme="majorHAnsi" w:hAnsiTheme="majorHAnsi" w:cstheme="majorHAnsi"/>
                <w:sz w:val="24"/>
                <w:szCs w:val="24"/>
              </w:rPr>
              <w:br/>
              <w:t>3. System updates the database.</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Missing mandatory </w:t>
            </w:r>
            <w:proofErr w:type="gramStart"/>
            <w:r w:rsidRPr="0001451A">
              <w:rPr>
                <w:rFonts w:asciiTheme="majorHAnsi" w:hAnsiTheme="majorHAnsi" w:cstheme="majorHAnsi"/>
                <w:sz w:val="24"/>
                <w:szCs w:val="24"/>
              </w:rPr>
              <w:t>fields</w:t>
            </w:r>
            <w:proofErr w:type="gramEnd"/>
            <w:r w:rsidRPr="0001451A">
              <w:rPr>
                <w:rFonts w:asciiTheme="majorHAnsi" w:hAnsiTheme="majorHAnsi" w:cstheme="majorHAnsi"/>
                <w:sz w:val="24"/>
                <w:szCs w:val="24"/>
              </w:rPr>
              <w:t xml:space="preserve"> → prompt to complete.</w:t>
            </w:r>
            <w:r w:rsidRPr="0001451A">
              <w:rPr>
                <w:rFonts w:asciiTheme="majorHAnsi" w:hAnsiTheme="majorHAnsi" w:cstheme="majorHAnsi"/>
                <w:sz w:val="24"/>
                <w:szCs w:val="24"/>
              </w:rPr>
              <w:br/>
              <w:t>Duplicate product ID → reject entry.</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Product database updated.</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UC-06</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Manage Inventory</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Administrator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Monitor and update stock levels for products.</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Admin logged into the system.</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Admin selects 'Manage Inventory.'</w:t>
            </w:r>
            <w:r w:rsidRPr="0001451A">
              <w:rPr>
                <w:rFonts w:asciiTheme="majorHAnsi" w:hAnsiTheme="majorHAnsi" w:cstheme="majorHAnsi"/>
                <w:sz w:val="24"/>
                <w:szCs w:val="24"/>
              </w:rPr>
              <w:br/>
              <w:t>2. Admin updates stock quantities.</w:t>
            </w:r>
            <w:r w:rsidRPr="0001451A">
              <w:rPr>
                <w:rFonts w:asciiTheme="majorHAnsi" w:hAnsiTheme="majorHAnsi" w:cstheme="majorHAnsi"/>
                <w:sz w:val="24"/>
                <w:szCs w:val="24"/>
              </w:rPr>
              <w:br/>
              <w:t>3. System stores updated inventory data.</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Invalid </w:t>
            </w:r>
            <w:proofErr w:type="gramStart"/>
            <w:r w:rsidRPr="0001451A">
              <w:rPr>
                <w:rFonts w:asciiTheme="majorHAnsi" w:hAnsiTheme="majorHAnsi" w:cstheme="majorHAnsi"/>
                <w:sz w:val="24"/>
                <w:szCs w:val="24"/>
              </w:rPr>
              <w:t>stock value → error message</w:t>
            </w:r>
            <w:proofErr w:type="gramEnd"/>
            <w:r w:rsidRPr="0001451A">
              <w:rPr>
                <w:rFonts w:asciiTheme="majorHAnsi" w:hAnsiTheme="majorHAnsi" w:cstheme="majorHAnsi"/>
                <w:sz w:val="24"/>
                <w:szCs w:val="24"/>
              </w:rPr>
              <w:t>.</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Inventory data updated in the system.</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UC-07</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Manage Orders</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Administrator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Admin can view, update, or cancel customer orders.</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Order records exist in the system.</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Admin navigates to 'Order Management.'</w:t>
            </w:r>
            <w:r w:rsidRPr="0001451A">
              <w:rPr>
                <w:rFonts w:asciiTheme="majorHAnsi" w:hAnsiTheme="majorHAnsi" w:cstheme="majorHAnsi"/>
                <w:sz w:val="24"/>
                <w:szCs w:val="24"/>
              </w:rPr>
              <w:br/>
              <w:t>2. Admin selects order to update or cancel.</w:t>
            </w:r>
            <w:r w:rsidRPr="0001451A">
              <w:rPr>
                <w:rFonts w:asciiTheme="majorHAnsi" w:hAnsiTheme="majorHAnsi" w:cstheme="majorHAnsi"/>
                <w:sz w:val="24"/>
                <w:szCs w:val="24"/>
              </w:rPr>
              <w:br/>
              <w:t xml:space="preserve">3. System </w:t>
            </w:r>
            <w:r w:rsidRPr="0001451A">
              <w:rPr>
                <w:rFonts w:asciiTheme="majorHAnsi" w:hAnsiTheme="majorHAnsi" w:cstheme="majorHAnsi"/>
                <w:sz w:val="24"/>
                <w:szCs w:val="24"/>
              </w:rPr>
              <w:lastRenderedPageBreak/>
              <w:t>updates order status accordingly.</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lastRenderedPageBreak/>
              <w:t>Invalid order ID → 'Order not found.'</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Order status updated in database.</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UC-08</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Register User</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Supplier</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New users register for an account in the store.</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Internet access is available.</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Actor selects 'Register' option.</w:t>
            </w:r>
            <w:r w:rsidRPr="0001451A">
              <w:rPr>
                <w:rFonts w:asciiTheme="majorHAnsi" w:hAnsiTheme="majorHAnsi" w:cstheme="majorHAnsi"/>
                <w:sz w:val="24"/>
                <w:szCs w:val="24"/>
              </w:rPr>
              <w:br/>
              <w:t>2. Actor fills out registration form.</w:t>
            </w:r>
            <w:r w:rsidRPr="0001451A">
              <w:rPr>
                <w:rFonts w:asciiTheme="majorHAnsi" w:hAnsiTheme="majorHAnsi" w:cstheme="majorHAnsi"/>
                <w:sz w:val="24"/>
                <w:szCs w:val="24"/>
              </w:rPr>
              <w:br/>
              <w:t>3. System validates data and creates account.</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Email already registered → error message.</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User account created in the system.</w:t>
            </w:r>
          </w:p>
        </w:tc>
      </w:tr>
      <w:tr w:rsidR="00150566" w:rsidRPr="0001451A" w:rsidTr="00536A3C">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UC-09</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Login</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Customer, Supplier, Administrator, Delivery Person</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Authenticate and grant access to the system.</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User account exists.</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Actor enters username and password.</w:t>
            </w:r>
            <w:r w:rsidRPr="0001451A">
              <w:rPr>
                <w:rFonts w:asciiTheme="majorHAnsi" w:hAnsiTheme="majorHAnsi" w:cstheme="majorHAnsi"/>
                <w:sz w:val="24"/>
                <w:szCs w:val="24"/>
              </w:rPr>
              <w:br/>
              <w:t>2. System validates credentials.</w:t>
            </w:r>
            <w:r w:rsidRPr="0001451A">
              <w:rPr>
                <w:rFonts w:asciiTheme="majorHAnsi" w:hAnsiTheme="majorHAnsi" w:cstheme="majorHAnsi"/>
                <w:sz w:val="24"/>
                <w:szCs w:val="24"/>
              </w:rPr>
              <w:br/>
              <w:t>3. System grants access to the dashboard.</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Invalid credentials → prompt to retry.</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 xml:space="preserve">Actor </w:t>
            </w:r>
            <w:proofErr w:type="gramStart"/>
            <w:r w:rsidRPr="0001451A">
              <w:rPr>
                <w:rFonts w:asciiTheme="majorHAnsi" w:hAnsiTheme="majorHAnsi" w:cstheme="majorHAnsi"/>
                <w:sz w:val="24"/>
                <w:szCs w:val="24"/>
              </w:rPr>
              <w:t>is logged</w:t>
            </w:r>
            <w:proofErr w:type="gramEnd"/>
            <w:r w:rsidRPr="0001451A">
              <w:rPr>
                <w:rFonts w:asciiTheme="majorHAnsi" w:hAnsiTheme="majorHAnsi" w:cstheme="majorHAnsi"/>
                <w:sz w:val="24"/>
                <w:szCs w:val="24"/>
              </w:rPr>
              <w:t xml:space="preserve"> into the system.</w:t>
            </w:r>
          </w:p>
        </w:tc>
      </w:tr>
      <w:tr w:rsidR="00150566" w:rsidRPr="0001451A" w:rsidTr="00536A3C">
        <w:trPr>
          <w:trHeight w:val="3704"/>
        </w:trPr>
        <w:tc>
          <w:tcPr>
            <w:tcW w:w="46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UC-10</w:t>
            </w:r>
          </w:p>
        </w:tc>
        <w:tc>
          <w:tcPr>
            <w:tcW w:w="872"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Deliver Order</w:t>
            </w:r>
          </w:p>
        </w:tc>
        <w:tc>
          <w:tcPr>
            <w:tcW w:w="1204"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Delivery Person</w:t>
            </w:r>
          </w:p>
        </w:tc>
        <w:tc>
          <w:tcPr>
            <w:tcW w:w="1101"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Delivery person updates the status after delivering the product to the customer.</w:t>
            </w:r>
          </w:p>
        </w:tc>
        <w:tc>
          <w:tcPr>
            <w:tcW w:w="1257"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Delivery assignment exists in the system.</w:t>
            </w:r>
          </w:p>
        </w:tc>
        <w:tc>
          <w:tcPr>
            <w:tcW w:w="1713"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1. Delivery person logs into system.</w:t>
            </w:r>
            <w:r w:rsidRPr="0001451A">
              <w:rPr>
                <w:rFonts w:asciiTheme="majorHAnsi" w:hAnsiTheme="majorHAnsi" w:cstheme="majorHAnsi"/>
                <w:sz w:val="24"/>
                <w:szCs w:val="24"/>
              </w:rPr>
              <w:br/>
              <w:t>2. Selects assigned order.</w:t>
            </w:r>
            <w:r w:rsidRPr="0001451A">
              <w:rPr>
                <w:rFonts w:asciiTheme="majorHAnsi" w:hAnsiTheme="majorHAnsi" w:cstheme="majorHAnsi"/>
                <w:sz w:val="24"/>
                <w:szCs w:val="24"/>
              </w:rPr>
              <w:br/>
              <w:t>3. Marks order as 'Delivered.'</w:t>
            </w:r>
          </w:p>
        </w:tc>
        <w:tc>
          <w:tcPr>
            <w:tcW w:w="99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If delivery failed, select 'Delivery Failed' with reason.</w:t>
            </w:r>
          </w:p>
        </w:tc>
        <w:tc>
          <w:tcPr>
            <w:tcW w:w="1146" w:type="dxa"/>
          </w:tcPr>
          <w:p w:rsidR="00BA201E" w:rsidRPr="0001451A" w:rsidRDefault="00BA201E" w:rsidP="00BA201E">
            <w:pPr>
              <w:rPr>
                <w:rFonts w:asciiTheme="majorHAnsi" w:hAnsiTheme="majorHAnsi" w:cstheme="majorHAnsi"/>
                <w:sz w:val="24"/>
                <w:szCs w:val="24"/>
              </w:rPr>
            </w:pPr>
            <w:r w:rsidRPr="0001451A">
              <w:rPr>
                <w:rFonts w:asciiTheme="majorHAnsi" w:hAnsiTheme="majorHAnsi" w:cstheme="majorHAnsi"/>
                <w:sz w:val="24"/>
                <w:szCs w:val="24"/>
              </w:rPr>
              <w:t>Order status updated in the system.</w:t>
            </w:r>
          </w:p>
        </w:tc>
      </w:tr>
    </w:tbl>
    <w:p w:rsidR="00BA201E" w:rsidRPr="0001451A" w:rsidRDefault="00BA201E" w:rsidP="00BA201E">
      <w:pPr>
        <w:rPr>
          <w:rFonts w:asciiTheme="majorHAnsi" w:hAnsiTheme="majorHAnsi" w:cstheme="majorHAnsi"/>
          <w:sz w:val="24"/>
          <w:szCs w:val="24"/>
        </w:rPr>
      </w:pPr>
    </w:p>
    <w:p w:rsidR="00BA201E" w:rsidRPr="0001451A" w:rsidRDefault="00BA201E" w:rsidP="00BA201E">
      <w:pPr>
        <w:rPr>
          <w:rFonts w:asciiTheme="majorHAnsi" w:hAnsiTheme="majorHAnsi" w:cstheme="majorHAnsi"/>
          <w:sz w:val="24"/>
          <w:szCs w:val="24"/>
        </w:rPr>
      </w:pPr>
    </w:p>
    <w:p w:rsidR="00BA201E" w:rsidRPr="0001451A" w:rsidRDefault="00BA201E" w:rsidP="00BA201E">
      <w:pPr>
        <w:rPr>
          <w:rFonts w:asciiTheme="majorHAnsi" w:hAnsiTheme="majorHAnsi" w:cstheme="majorHAnsi"/>
          <w:sz w:val="24"/>
          <w:szCs w:val="24"/>
        </w:rPr>
      </w:pPr>
    </w:p>
    <w:p w:rsidR="00150566" w:rsidRPr="0001451A" w:rsidRDefault="00150566" w:rsidP="0028018B">
      <w:pPr>
        <w:tabs>
          <w:tab w:val="left" w:pos="1920"/>
        </w:tabs>
        <w:rPr>
          <w:rFonts w:asciiTheme="majorHAnsi" w:hAnsiTheme="majorHAnsi" w:cstheme="majorHAnsi"/>
          <w:b/>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150566" w:rsidRPr="0001451A" w:rsidRDefault="00150566" w:rsidP="00150566">
      <w:pPr>
        <w:rPr>
          <w:rFonts w:asciiTheme="majorHAnsi" w:hAnsiTheme="majorHAnsi" w:cstheme="majorHAnsi"/>
          <w:sz w:val="24"/>
          <w:szCs w:val="24"/>
          <w:lang w:val="en-GB"/>
        </w:rPr>
      </w:pPr>
    </w:p>
    <w:p w:rsidR="00E06F0F" w:rsidRPr="0001451A" w:rsidRDefault="00E06F0F" w:rsidP="00150566">
      <w:pPr>
        <w:jc w:val="right"/>
        <w:rPr>
          <w:rFonts w:asciiTheme="majorHAnsi" w:hAnsiTheme="majorHAnsi" w:cstheme="majorHAnsi"/>
          <w:sz w:val="24"/>
          <w:szCs w:val="24"/>
          <w:lang w:val="en-GB"/>
        </w:rPr>
      </w:pPr>
    </w:p>
    <w:p w:rsidR="00150566" w:rsidRPr="0001451A" w:rsidRDefault="00150566" w:rsidP="00150566">
      <w:pPr>
        <w:jc w:val="right"/>
        <w:rPr>
          <w:rFonts w:asciiTheme="majorHAnsi" w:hAnsiTheme="majorHAnsi" w:cstheme="majorHAnsi"/>
          <w:sz w:val="24"/>
          <w:szCs w:val="24"/>
          <w:lang w:val="en-GB"/>
        </w:rPr>
      </w:pPr>
    </w:p>
    <w:p w:rsidR="00150566" w:rsidRPr="0001451A" w:rsidRDefault="00150566" w:rsidP="00150566">
      <w:pPr>
        <w:jc w:val="right"/>
        <w:rPr>
          <w:rFonts w:asciiTheme="majorHAnsi" w:hAnsiTheme="majorHAnsi" w:cstheme="majorHAnsi"/>
          <w:sz w:val="24"/>
          <w:szCs w:val="24"/>
          <w:lang w:val="en-GB"/>
        </w:rPr>
      </w:pPr>
    </w:p>
    <w:p w:rsidR="004C753A" w:rsidRPr="0001451A" w:rsidRDefault="004C753A" w:rsidP="004C753A">
      <w:pPr>
        <w:rPr>
          <w:rFonts w:asciiTheme="majorHAnsi" w:hAnsiTheme="majorHAnsi" w:cstheme="majorHAnsi"/>
          <w:sz w:val="24"/>
          <w:szCs w:val="24"/>
          <w:lang w:val="en-IN"/>
        </w:rPr>
      </w:pPr>
      <w:r w:rsidRPr="0001451A">
        <w:rPr>
          <w:rFonts w:asciiTheme="majorHAnsi" w:hAnsiTheme="majorHAnsi" w:cstheme="majorHAnsi"/>
          <w:sz w:val="24"/>
          <w:szCs w:val="24"/>
          <w:lang w:val="en-IN"/>
        </w:rPr>
        <w:lastRenderedPageBreak/>
        <w:t xml:space="preserve">Question 12 – (minimum 5) Activity Diagrams </w:t>
      </w:r>
    </w:p>
    <w:p w:rsidR="004C753A" w:rsidRPr="0001451A" w:rsidRDefault="004C753A" w:rsidP="004C753A">
      <w:pPr>
        <w:rPr>
          <w:rFonts w:asciiTheme="majorHAnsi" w:hAnsiTheme="majorHAnsi" w:cstheme="majorHAnsi"/>
          <w:sz w:val="24"/>
          <w:szCs w:val="24"/>
          <w:lang w:val="en-IN"/>
        </w:rPr>
      </w:pPr>
      <w:r w:rsidRPr="0001451A">
        <w:rPr>
          <w:rFonts w:asciiTheme="majorHAnsi" w:hAnsiTheme="majorHAnsi" w:cstheme="majorHAnsi"/>
          <w:sz w:val="24"/>
          <w:szCs w:val="24"/>
          <w:lang w:val="en-IN"/>
        </w:rPr>
        <w:t>Activity diagram</w:t>
      </w:r>
    </w:p>
    <w:p w:rsidR="002F24E4" w:rsidRPr="0001451A" w:rsidRDefault="0001451A" w:rsidP="002F24E4">
      <w:pPr>
        <w:autoSpaceDE w:val="0"/>
        <w:autoSpaceDN w:val="0"/>
        <w:adjustRightInd w:val="0"/>
        <w:spacing w:after="0" w:line="288" w:lineRule="auto"/>
        <w:rPr>
          <w:rFonts w:asciiTheme="majorHAnsi" w:hAnsiTheme="majorHAnsi" w:cstheme="majorHAnsi"/>
          <w:color w:val="000000"/>
          <w:sz w:val="24"/>
          <w:szCs w:val="24"/>
          <w:lang w:val="en-IN"/>
        </w:rPr>
      </w:pPr>
      <w:r w:rsidRPr="0001451A">
        <w:rPr>
          <w:rFonts w:asciiTheme="majorHAnsi" w:hAnsiTheme="majorHAnsi" w:cstheme="majorHAnsi"/>
          <w:sz w:val="24"/>
          <w:szCs w:val="24"/>
        </w:rPr>
        <w:object w:dxaOrig="11057" w:dyaOrig="11745">
          <v:shape id="_x0000_i1026" type="#_x0000_t75" style="width:6in;height:459pt" o:ole="">
            <v:imagedata r:id="rId12" o:title=""/>
          </v:shape>
          <o:OLEObject Type="Embed" ProgID="Visio.Drawing.11" ShapeID="_x0000_i1026" DrawAspect="Content" ObjectID="_1816981171" r:id="rId13"/>
        </w:object>
      </w:r>
    </w:p>
    <w:p w:rsidR="00150566" w:rsidRPr="0001451A" w:rsidRDefault="00150566" w:rsidP="004C753A">
      <w:pPr>
        <w:rPr>
          <w:rFonts w:asciiTheme="majorHAnsi" w:hAnsiTheme="majorHAnsi" w:cstheme="majorHAnsi"/>
          <w:sz w:val="24"/>
          <w:szCs w:val="24"/>
          <w:lang w:val="en-GB"/>
        </w:rPr>
      </w:pPr>
    </w:p>
    <w:p w:rsidR="004C753A" w:rsidRPr="0001451A" w:rsidRDefault="004C753A" w:rsidP="00150566">
      <w:pPr>
        <w:jc w:val="right"/>
        <w:rPr>
          <w:rFonts w:asciiTheme="majorHAnsi" w:hAnsiTheme="majorHAnsi" w:cstheme="majorHAnsi"/>
          <w:sz w:val="24"/>
          <w:szCs w:val="24"/>
          <w:lang w:val="en-GB"/>
        </w:rPr>
      </w:pPr>
    </w:p>
    <w:p w:rsidR="002F24E4" w:rsidRDefault="002F24E4" w:rsidP="00150566">
      <w:pPr>
        <w:jc w:val="right"/>
        <w:rPr>
          <w:rFonts w:asciiTheme="majorHAnsi" w:hAnsiTheme="majorHAnsi" w:cstheme="majorHAnsi"/>
          <w:sz w:val="24"/>
          <w:szCs w:val="24"/>
          <w:lang w:val="en-GB"/>
        </w:rPr>
      </w:pPr>
    </w:p>
    <w:p w:rsidR="004F16DE" w:rsidRPr="0001451A" w:rsidRDefault="004F16DE" w:rsidP="00150566">
      <w:pPr>
        <w:jc w:val="right"/>
        <w:rPr>
          <w:rFonts w:asciiTheme="majorHAnsi" w:hAnsiTheme="majorHAnsi" w:cstheme="majorHAnsi"/>
          <w:sz w:val="24"/>
          <w:szCs w:val="24"/>
          <w:lang w:val="en-GB"/>
        </w:rPr>
      </w:pPr>
    </w:p>
    <w:p w:rsidR="0001451A" w:rsidRDefault="0001451A" w:rsidP="0001451A">
      <w:pPr>
        <w:rPr>
          <w:rFonts w:asciiTheme="majorHAnsi" w:hAnsiTheme="majorHAnsi" w:cstheme="majorHAnsi"/>
          <w:sz w:val="24"/>
          <w:szCs w:val="24"/>
        </w:rPr>
      </w:pPr>
      <w:r w:rsidRPr="0001451A">
        <w:rPr>
          <w:rFonts w:asciiTheme="majorHAnsi" w:hAnsiTheme="majorHAnsi" w:cstheme="majorHAnsi"/>
          <w:sz w:val="24"/>
          <w:szCs w:val="24"/>
        </w:rPr>
        <w:t>Activity Diagram 2: Farmer Browsing &amp; Selecting Products</w:t>
      </w:r>
    </w:p>
    <w:p w:rsidR="004F16DE" w:rsidRDefault="004F16DE" w:rsidP="0001451A">
      <w:r>
        <w:object w:dxaOrig="5152" w:dyaOrig="12767">
          <v:shape id="_x0000_i1027" type="#_x0000_t75" style="width:257.25pt;height:638.25pt" o:ole="">
            <v:imagedata r:id="rId14" o:title=""/>
          </v:shape>
          <o:OLEObject Type="Embed" ProgID="Visio.Drawing.11" ShapeID="_x0000_i1027" DrawAspect="Content" ObjectID="_1816981172" r:id="rId15"/>
        </w:object>
      </w:r>
    </w:p>
    <w:p w:rsidR="00930C26" w:rsidRPr="00930C26" w:rsidRDefault="00930C26" w:rsidP="0001451A">
      <w:pPr>
        <w:rPr>
          <w:rFonts w:asciiTheme="majorHAnsi" w:hAnsiTheme="majorHAnsi" w:cstheme="majorHAnsi"/>
          <w:sz w:val="24"/>
          <w:szCs w:val="24"/>
        </w:rPr>
      </w:pPr>
      <w:r w:rsidRPr="00930C26">
        <w:rPr>
          <w:rFonts w:asciiTheme="majorHAnsi" w:hAnsiTheme="majorHAnsi" w:cstheme="majorHAnsi"/>
          <w:sz w:val="24"/>
          <w:szCs w:val="24"/>
        </w:rPr>
        <w:lastRenderedPageBreak/>
        <w:t>Activity Diagram for Place an Order (Checkout Process)</w:t>
      </w:r>
      <w:r w:rsidR="00591DFC">
        <w:rPr>
          <w:rFonts w:asciiTheme="majorHAnsi" w:hAnsiTheme="majorHAnsi" w:cstheme="majorHAnsi"/>
          <w:sz w:val="24"/>
          <w:szCs w:val="24"/>
        </w:rPr>
        <w:t xml:space="preserve"> </w:t>
      </w:r>
      <w:proofErr w:type="gramStart"/>
      <w:r w:rsidR="00591DFC">
        <w:rPr>
          <w:rFonts w:asciiTheme="majorHAnsi" w:hAnsiTheme="majorHAnsi" w:cstheme="majorHAnsi"/>
          <w:sz w:val="24"/>
          <w:szCs w:val="24"/>
        </w:rPr>
        <w:t>&amp;  Payment</w:t>
      </w:r>
      <w:bookmarkStart w:id="1" w:name="_GoBack"/>
      <w:bookmarkEnd w:id="1"/>
      <w:proofErr w:type="gramEnd"/>
    </w:p>
    <w:p w:rsidR="000D695B" w:rsidRDefault="00930C26" w:rsidP="00930C26">
      <w:pPr>
        <w:rPr>
          <w:rFonts w:asciiTheme="majorHAnsi" w:hAnsiTheme="majorHAnsi" w:cstheme="majorHAnsi"/>
          <w:sz w:val="24"/>
          <w:szCs w:val="24"/>
          <w:lang w:val="en-GB"/>
        </w:rPr>
      </w:pPr>
      <w:r>
        <w:object w:dxaOrig="4819" w:dyaOrig="13901">
          <v:shape id="_x0000_i1028" type="#_x0000_t75" style="width:224.25pt;height:621pt" o:ole="">
            <v:imagedata r:id="rId16" o:title=""/>
          </v:shape>
          <o:OLEObject Type="Embed" ProgID="Visio.Drawing.11" ShapeID="_x0000_i1028" DrawAspect="Content" ObjectID="_1816981173" r:id="rId17"/>
        </w:object>
      </w:r>
    </w:p>
    <w:p w:rsidR="000D695B" w:rsidRDefault="00591DFC" w:rsidP="00930C26">
      <w:pPr>
        <w:rPr>
          <w:rFonts w:asciiTheme="majorHAnsi" w:hAnsiTheme="majorHAnsi" w:cstheme="majorHAnsi"/>
          <w:sz w:val="24"/>
          <w:szCs w:val="24"/>
          <w:lang w:val="en-GB"/>
        </w:rPr>
      </w:pPr>
      <w:r>
        <w:object w:dxaOrig="4416" w:dyaOrig="12483">
          <v:shape id="_x0000_i1029" type="#_x0000_t75" style="width:339pt;height:447.75pt" o:ole="">
            <v:imagedata r:id="rId18" o:title=""/>
          </v:shape>
          <o:OLEObject Type="Embed" ProgID="Visio.Drawing.11" ShapeID="_x0000_i1029" DrawAspect="Content" ObjectID="_1816981174" r:id="rId19"/>
        </w:object>
      </w:r>
    </w:p>
    <w:p w:rsidR="000D695B" w:rsidRPr="0001451A" w:rsidRDefault="000D695B" w:rsidP="00930C26">
      <w:pPr>
        <w:rPr>
          <w:rFonts w:asciiTheme="majorHAnsi" w:hAnsiTheme="majorHAnsi" w:cstheme="majorHAnsi"/>
          <w:sz w:val="24"/>
          <w:szCs w:val="24"/>
          <w:lang w:val="en-GB"/>
        </w:rPr>
      </w:pPr>
    </w:p>
    <w:p w:rsidR="002F24E4" w:rsidRDefault="002F24E4" w:rsidP="002F24E4">
      <w:pPr>
        <w:rPr>
          <w:rFonts w:asciiTheme="majorHAnsi" w:hAnsiTheme="majorHAnsi" w:cstheme="majorHAnsi"/>
          <w:sz w:val="24"/>
          <w:szCs w:val="24"/>
          <w:lang w:val="en-GB"/>
        </w:rPr>
      </w:pPr>
    </w:p>
    <w:p w:rsidR="00591DFC" w:rsidRDefault="00591DFC" w:rsidP="002F24E4">
      <w:pPr>
        <w:rPr>
          <w:rFonts w:asciiTheme="majorHAnsi" w:hAnsiTheme="majorHAnsi" w:cstheme="majorHAnsi"/>
          <w:sz w:val="24"/>
          <w:szCs w:val="24"/>
          <w:lang w:val="en-GB"/>
        </w:rPr>
      </w:pPr>
    </w:p>
    <w:p w:rsidR="00591DFC" w:rsidRDefault="00591DFC" w:rsidP="002F24E4">
      <w:pPr>
        <w:rPr>
          <w:rFonts w:asciiTheme="majorHAnsi" w:hAnsiTheme="majorHAnsi" w:cstheme="majorHAnsi"/>
          <w:sz w:val="24"/>
          <w:szCs w:val="24"/>
          <w:lang w:val="en-GB"/>
        </w:rPr>
      </w:pPr>
    </w:p>
    <w:p w:rsidR="00591DFC" w:rsidRDefault="00591DFC" w:rsidP="002F24E4">
      <w:pPr>
        <w:rPr>
          <w:rFonts w:asciiTheme="majorHAnsi" w:hAnsiTheme="majorHAnsi" w:cstheme="majorHAnsi"/>
          <w:sz w:val="24"/>
          <w:szCs w:val="24"/>
          <w:lang w:val="en-GB"/>
        </w:rPr>
      </w:pPr>
    </w:p>
    <w:p w:rsidR="00591DFC" w:rsidRDefault="00591DFC" w:rsidP="002F24E4">
      <w:pPr>
        <w:rPr>
          <w:rFonts w:asciiTheme="majorHAnsi" w:hAnsiTheme="majorHAnsi" w:cstheme="majorHAnsi"/>
          <w:sz w:val="24"/>
          <w:szCs w:val="24"/>
          <w:lang w:val="en-GB"/>
        </w:rPr>
      </w:pPr>
      <w:r>
        <w:rPr>
          <w:rFonts w:asciiTheme="majorHAnsi" w:hAnsiTheme="majorHAnsi" w:cstheme="majorHAnsi"/>
          <w:sz w:val="24"/>
          <w:szCs w:val="24"/>
          <w:lang w:val="en-GB"/>
        </w:rPr>
        <w:t>Activity Diagram for Delivery of Agriculture Product</w:t>
      </w:r>
    </w:p>
    <w:p w:rsidR="00591DFC" w:rsidRDefault="00591DFC" w:rsidP="002F24E4">
      <w:pPr>
        <w:rPr>
          <w:rFonts w:asciiTheme="majorHAnsi" w:hAnsiTheme="majorHAnsi" w:cstheme="majorHAnsi"/>
          <w:sz w:val="24"/>
          <w:szCs w:val="24"/>
          <w:lang w:val="en-GB"/>
        </w:rPr>
      </w:pPr>
      <w:r>
        <w:object w:dxaOrig="4996" w:dyaOrig="13177">
          <v:shape id="_x0000_i1030" type="#_x0000_t75" style="width:245.25pt;height:9in" o:ole="">
            <v:imagedata r:id="rId20" o:title=""/>
          </v:shape>
          <o:OLEObject Type="Embed" ProgID="Visio.Drawing.11" ShapeID="_x0000_i1030" DrawAspect="Content" ObjectID="_1816981175" r:id="rId21"/>
        </w:object>
      </w:r>
    </w:p>
    <w:p w:rsidR="00591DFC" w:rsidRPr="0001451A" w:rsidRDefault="00591DFC" w:rsidP="002F24E4">
      <w:pPr>
        <w:rPr>
          <w:rFonts w:asciiTheme="majorHAnsi" w:hAnsiTheme="majorHAnsi" w:cstheme="majorHAnsi"/>
          <w:sz w:val="24"/>
          <w:szCs w:val="24"/>
          <w:lang w:val="en-GB"/>
        </w:rPr>
      </w:pPr>
    </w:p>
    <w:p w:rsidR="004C753A" w:rsidRPr="0001451A" w:rsidRDefault="004C753A" w:rsidP="00150566">
      <w:pPr>
        <w:jc w:val="right"/>
        <w:rPr>
          <w:rFonts w:asciiTheme="majorHAnsi" w:hAnsiTheme="majorHAnsi" w:cstheme="majorHAnsi"/>
          <w:sz w:val="24"/>
          <w:szCs w:val="24"/>
          <w:lang w:val="en-GB"/>
        </w:rPr>
      </w:pPr>
    </w:p>
    <w:sectPr w:rsidR="004C753A" w:rsidRPr="0001451A" w:rsidSect="00034616">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9EA" w:rsidRDefault="006D09EA" w:rsidP="004C753A">
      <w:pPr>
        <w:spacing w:after="0" w:line="240" w:lineRule="auto"/>
      </w:pPr>
      <w:r>
        <w:separator/>
      </w:r>
    </w:p>
  </w:endnote>
  <w:endnote w:type="continuationSeparator" w:id="0">
    <w:p w:rsidR="006D09EA" w:rsidRDefault="006D09EA" w:rsidP="004C7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95B" w:rsidRDefault="000D6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95B" w:rsidRDefault="000D69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95B" w:rsidRDefault="000D6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9EA" w:rsidRDefault="006D09EA" w:rsidP="004C753A">
      <w:pPr>
        <w:spacing w:after="0" w:line="240" w:lineRule="auto"/>
      </w:pPr>
      <w:r>
        <w:separator/>
      </w:r>
    </w:p>
  </w:footnote>
  <w:footnote w:type="continuationSeparator" w:id="0">
    <w:p w:rsidR="006D09EA" w:rsidRDefault="006D09EA" w:rsidP="004C7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95B" w:rsidRDefault="000D69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A28" w:rsidRDefault="00845A28">
    <w:pPr>
      <w:pStyle w:val="Head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95B" w:rsidRDefault="000D69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1E30FE"/>
    <w:multiLevelType w:val="hybridMultilevel"/>
    <w:tmpl w:val="9D8A625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06616C5C"/>
    <w:multiLevelType w:val="multilevel"/>
    <w:tmpl w:val="C374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600146"/>
    <w:multiLevelType w:val="hybridMultilevel"/>
    <w:tmpl w:val="22186F88"/>
    <w:lvl w:ilvl="0" w:tplc="FFFFFFF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23A640C"/>
    <w:multiLevelType w:val="multilevel"/>
    <w:tmpl w:val="E9BC8002"/>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CF10A1"/>
    <w:multiLevelType w:val="hybridMultilevel"/>
    <w:tmpl w:val="622CAFB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1BAC5135"/>
    <w:multiLevelType w:val="multilevel"/>
    <w:tmpl w:val="A6A8E7FA"/>
    <w:lvl w:ilvl="0">
      <w:numFmt w:val="bullet"/>
      <w:lvlText w:val=""/>
      <w:lvlJc w:val="left"/>
      <w:pPr>
        <w:ind w:left="1110" w:hanging="360"/>
      </w:pPr>
      <w:rPr>
        <w:rFonts w:ascii="Symbol" w:eastAsia="Times New Roman" w:hAnsi="Symbol" w:cs="Times New Roman" w:hint="default"/>
      </w:rPr>
    </w:lvl>
    <w:lvl w:ilvl="1" w:tentative="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12" w15:restartNumberingAfterBreak="0">
    <w:nsid w:val="1D1D2442"/>
    <w:multiLevelType w:val="hybridMultilevel"/>
    <w:tmpl w:val="625CC38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1D696936"/>
    <w:multiLevelType w:val="multilevel"/>
    <w:tmpl w:val="258C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A560F5"/>
    <w:multiLevelType w:val="multilevel"/>
    <w:tmpl w:val="8ECA71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D54E96"/>
    <w:multiLevelType w:val="multilevel"/>
    <w:tmpl w:val="A6A8E7FA"/>
    <w:lvl w:ilvl="0">
      <w:numFmt w:val="bullet"/>
      <w:lvlText w:val=""/>
      <w:lvlJc w:val="left"/>
      <w:pPr>
        <w:ind w:left="1110" w:hanging="360"/>
      </w:pPr>
      <w:rPr>
        <w:rFonts w:ascii="Symbol" w:eastAsia="Times New Roman" w:hAnsi="Symbol" w:cs="Times New Roman" w:hint="default"/>
      </w:rPr>
    </w:lvl>
    <w:lvl w:ilvl="1" w:tentative="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16" w15:restartNumberingAfterBreak="0">
    <w:nsid w:val="227921F5"/>
    <w:multiLevelType w:val="multilevel"/>
    <w:tmpl w:val="CEFC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B52F8A"/>
    <w:multiLevelType w:val="multilevel"/>
    <w:tmpl w:val="E63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8669A5"/>
    <w:multiLevelType w:val="multilevel"/>
    <w:tmpl w:val="A6A8E7FA"/>
    <w:lvl w:ilvl="0">
      <w:numFmt w:val="bullet"/>
      <w:lvlText w:val=""/>
      <w:lvlJc w:val="left"/>
      <w:pPr>
        <w:ind w:left="1110" w:hanging="360"/>
      </w:pPr>
      <w:rPr>
        <w:rFonts w:ascii="Symbol" w:eastAsia="Times New Roman" w:hAnsi="Symbol" w:cs="Times New Roman" w:hint="default"/>
      </w:rPr>
    </w:lvl>
    <w:lvl w:ilvl="1" w:tentative="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19" w15:restartNumberingAfterBreak="0">
    <w:nsid w:val="2D0D0B7B"/>
    <w:multiLevelType w:val="multilevel"/>
    <w:tmpl w:val="321A6E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B10763"/>
    <w:multiLevelType w:val="multilevel"/>
    <w:tmpl w:val="FFD0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8C68E4"/>
    <w:multiLevelType w:val="hybridMultilevel"/>
    <w:tmpl w:val="5C161F8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40391BA5"/>
    <w:multiLevelType w:val="multilevel"/>
    <w:tmpl w:val="58AE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EC2810"/>
    <w:multiLevelType w:val="hybridMultilevel"/>
    <w:tmpl w:val="35EE59D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46DF2236"/>
    <w:multiLevelType w:val="multilevel"/>
    <w:tmpl w:val="4758653E"/>
    <w:lvl w:ilvl="0">
      <w:numFmt w:val="bullet"/>
      <w:lvlText w:val=""/>
      <w:lvlJc w:val="left"/>
      <w:pPr>
        <w:ind w:left="1110" w:hanging="360"/>
      </w:pPr>
      <w:rPr>
        <w:rFonts w:ascii="Symbol" w:eastAsia="Times New Roman" w:hAnsi="Symbol" w:cs="Times New Roman" w:hint="default"/>
      </w:rPr>
    </w:lvl>
    <w:lvl w:ilvl="1">
      <w:start w:val="1"/>
      <w:numFmt w:val="decimal"/>
      <w:lvlText w:val="%2."/>
      <w:lvlJc w:val="left"/>
      <w:pPr>
        <w:ind w:left="360" w:hanging="360"/>
      </w:pPr>
      <w:rPr>
        <w:rFonts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25" w15:restartNumberingAfterBreak="0">
    <w:nsid w:val="48AF1B34"/>
    <w:multiLevelType w:val="hybridMultilevel"/>
    <w:tmpl w:val="9AB8281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E281380"/>
    <w:multiLevelType w:val="multilevel"/>
    <w:tmpl w:val="74766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66488B"/>
    <w:multiLevelType w:val="hybridMultilevel"/>
    <w:tmpl w:val="6658CE12"/>
    <w:lvl w:ilvl="0" w:tplc="40090011">
      <w:start w:val="1"/>
      <w:numFmt w:val="decimal"/>
      <w:lvlText w:val="%1)"/>
      <w:lvlJc w:val="left"/>
      <w:pPr>
        <w:ind w:left="720" w:hanging="360"/>
      </w:pPr>
    </w:lvl>
    <w:lvl w:ilvl="1" w:tplc="40090013">
      <w:start w:val="1"/>
      <w:numFmt w:val="upperRoman"/>
      <w:lvlText w:val="%2."/>
      <w:lvlJc w:val="right"/>
      <w:pPr>
        <w:ind w:left="36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6FC52C1"/>
    <w:multiLevelType w:val="multilevel"/>
    <w:tmpl w:val="DB30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CB76BB"/>
    <w:multiLevelType w:val="multilevel"/>
    <w:tmpl w:val="53766FE0"/>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69A7065C"/>
    <w:multiLevelType w:val="multilevel"/>
    <w:tmpl w:val="2C702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B5C792E"/>
    <w:multiLevelType w:val="multilevel"/>
    <w:tmpl w:val="7A10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84554C"/>
    <w:multiLevelType w:val="multilevel"/>
    <w:tmpl w:val="3F1221C6"/>
    <w:lvl w:ilvl="0">
      <w:start w:val="1"/>
      <w:numFmt w:val="decimal"/>
      <w:lvlText w:val="%1."/>
      <w:lvlJc w:val="left"/>
      <w:pPr>
        <w:ind w:left="1110" w:hanging="360"/>
      </w:pPr>
      <w:rPr>
        <w:rFonts w:hint="default"/>
      </w:rPr>
    </w:lvl>
    <w:lvl w:ilvl="1" w:tentative="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33" w15:restartNumberingAfterBreak="0">
    <w:nsid w:val="755E654B"/>
    <w:multiLevelType w:val="hybridMultilevel"/>
    <w:tmpl w:val="6EC053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7A6B383F"/>
    <w:multiLevelType w:val="hybridMultilevel"/>
    <w:tmpl w:val="FC2604B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7E6672EC"/>
    <w:multiLevelType w:val="hybridMultilevel"/>
    <w:tmpl w:val="31D8935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8"/>
  </w:num>
  <w:num w:numId="8">
    <w:abstractNumId w:val="9"/>
  </w:num>
  <w:num w:numId="9">
    <w:abstractNumId w:val="14"/>
  </w:num>
  <w:num w:numId="10">
    <w:abstractNumId w:val="17"/>
  </w:num>
  <w:num w:numId="11">
    <w:abstractNumId w:val="13"/>
  </w:num>
  <w:num w:numId="12">
    <w:abstractNumId w:val="10"/>
  </w:num>
  <w:num w:numId="13">
    <w:abstractNumId w:val="6"/>
  </w:num>
  <w:num w:numId="14">
    <w:abstractNumId w:val="23"/>
  </w:num>
  <w:num w:numId="15">
    <w:abstractNumId w:val="35"/>
  </w:num>
  <w:num w:numId="16">
    <w:abstractNumId w:val="21"/>
  </w:num>
  <w:num w:numId="17">
    <w:abstractNumId w:val="12"/>
  </w:num>
  <w:num w:numId="18">
    <w:abstractNumId w:val="33"/>
  </w:num>
  <w:num w:numId="19">
    <w:abstractNumId w:val="25"/>
  </w:num>
  <w:num w:numId="20">
    <w:abstractNumId w:val="34"/>
  </w:num>
  <w:num w:numId="21">
    <w:abstractNumId w:val="18"/>
  </w:num>
  <w:num w:numId="22">
    <w:abstractNumId w:val="20"/>
  </w:num>
  <w:num w:numId="23">
    <w:abstractNumId w:val="16"/>
  </w:num>
  <w:num w:numId="24">
    <w:abstractNumId w:val="22"/>
  </w:num>
  <w:num w:numId="25">
    <w:abstractNumId w:val="30"/>
  </w:num>
  <w:num w:numId="26">
    <w:abstractNumId w:val="7"/>
  </w:num>
  <w:num w:numId="27">
    <w:abstractNumId w:val="11"/>
  </w:num>
  <w:num w:numId="28">
    <w:abstractNumId w:val="28"/>
  </w:num>
  <w:num w:numId="29">
    <w:abstractNumId w:val="19"/>
  </w:num>
  <w:num w:numId="30">
    <w:abstractNumId w:val="24"/>
  </w:num>
  <w:num w:numId="31">
    <w:abstractNumId w:val="15"/>
  </w:num>
  <w:num w:numId="32">
    <w:abstractNumId w:val="26"/>
  </w:num>
  <w:num w:numId="33">
    <w:abstractNumId w:val="31"/>
  </w:num>
  <w:num w:numId="34">
    <w:abstractNumId w:val="32"/>
  </w:num>
  <w:num w:numId="35">
    <w:abstractNumId w:val="27"/>
  </w:num>
  <w:num w:numId="36">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076AC"/>
    <w:rsid w:val="0001451A"/>
    <w:rsid w:val="00026E81"/>
    <w:rsid w:val="00034616"/>
    <w:rsid w:val="00044A7C"/>
    <w:rsid w:val="0006063C"/>
    <w:rsid w:val="00062C13"/>
    <w:rsid w:val="00067151"/>
    <w:rsid w:val="000722D9"/>
    <w:rsid w:val="000778B2"/>
    <w:rsid w:val="000C0784"/>
    <w:rsid w:val="000D404B"/>
    <w:rsid w:val="000D5BDA"/>
    <w:rsid w:val="000D695B"/>
    <w:rsid w:val="000E0DE6"/>
    <w:rsid w:val="00102F1C"/>
    <w:rsid w:val="00115A96"/>
    <w:rsid w:val="00126DF6"/>
    <w:rsid w:val="00130976"/>
    <w:rsid w:val="00133509"/>
    <w:rsid w:val="00150566"/>
    <w:rsid w:val="0015074B"/>
    <w:rsid w:val="00152E4C"/>
    <w:rsid w:val="001551EC"/>
    <w:rsid w:val="0018091E"/>
    <w:rsid w:val="001A768E"/>
    <w:rsid w:val="001D398A"/>
    <w:rsid w:val="00202CBC"/>
    <w:rsid w:val="00203707"/>
    <w:rsid w:val="00204FB3"/>
    <w:rsid w:val="00206765"/>
    <w:rsid w:val="00210329"/>
    <w:rsid w:val="00223375"/>
    <w:rsid w:val="00233F9E"/>
    <w:rsid w:val="00240B25"/>
    <w:rsid w:val="00246BF6"/>
    <w:rsid w:val="00256333"/>
    <w:rsid w:val="0028018B"/>
    <w:rsid w:val="0029639D"/>
    <w:rsid w:val="00297ACA"/>
    <w:rsid w:val="002E0C1E"/>
    <w:rsid w:val="002F24E4"/>
    <w:rsid w:val="003032F1"/>
    <w:rsid w:val="00303B30"/>
    <w:rsid w:val="00324E00"/>
    <w:rsid w:val="00326F90"/>
    <w:rsid w:val="0033061D"/>
    <w:rsid w:val="00354BDE"/>
    <w:rsid w:val="003671F9"/>
    <w:rsid w:val="00372D61"/>
    <w:rsid w:val="003861C1"/>
    <w:rsid w:val="00392A72"/>
    <w:rsid w:val="00393DA0"/>
    <w:rsid w:val="003B5828"/>
    <w:rsid w:val="003C6EC3"/>
    <w:rsid w:val="003D2A83"/>
    <w:rsid w:val="003E2023"/>
    <w:rsid w:val="00402786"/>
    <w:rsid w:val="004064AE"/>
    <w:rsid w:val="004316D7"/>
    <w:rsid w:val="004618AF"/>
    <w:rsid w:val="00495905"/>
    <w:rsid w:val="004C753A"/>
    <w:rsid w:val="004E62A5"/>
    <w:rsid w:val="004F16DE"/>
    <w:rsid w:val="00507F0F"/>
    <w:rsid w:val="00536A3C"/>
    <w:rsid w:val="00540C7D"/>
    <w:rsid w:val="00544FC7"/>
    <w:rsid w:val="0055173A"/>
    <w:rsid w:val="00554BA6"/>
    <w:rsid w:val="00591DFC"/>
    <w:rsid w:val="00592150"/>
    <w:rsid w:val="005D4B72"/>
    <w:rsid w:val="005D5942"/>
    <w:rsid w:val="005F0D28"/>
    <w:rsid w:val="005F14CB"/>
    <w:rsid w:val="005F58D5"/>
    <w:rsid w:val="006059FE"/>
    <w:rsid w:val="00611C0D"/>
    <w:rsid w:val="0062428A"/>
    <w:rsid w:val="00636764"/>
    <w:rsid w:val="00652B37"/>
    <w:rsid w:val="0065591D"/>
    <w:rsid w:val="00655ACB"/>
    <w:rsid w:val="00656562"/>
    <w:rsid w:val="00662B0D"/>
    <w:rsid w:val="00671AFD"/>
    <w:rsid w:val="0069382C"/>
    <w:rsid w:val="006A5534"/>
    <w:rsid w:val="006B04AF"/>
    <w:rsid w:val="006D03EA"/>
    <w:rsid w:val="006D09EA"/>
    <w:rsid w:val="00704333"/>
    <w:rsid w:val="0071114A"/>
    <w:rsid w:val="0071124B"/>
    <w:rsid w:val="00736A08"/>
    <w:rsid w:val="00767023"/>
    <w:rsid w:val="00791987"/>
    <w:rsid w:val="007D58A9"/>
    <w:rsid w:val="007D6572"/>
    <w:rsid w:val="007E0147"/>
    <w:rsid w:val="007E05B2"/>
    <w:rsid w:val="00845A28"/>
    <w:rsid w:val="008504CE"/>
    <w:rsid w:val="00852CB1"/>
    <w:rsid w:val="00861AE1"/>
    <w:rsid w:val="00870AC7"/>
    <w:rsid w:val="00875917"/>
    <w:rsid w:val="00895A59"/>
    <w:rsid w:val="008F513B"/>
    <w:rsid w:val="008F7EAA"/>
    <w:rsid w:val="00913C5A"/>
    <w:rsid w:val="00917C41"/>
    <w:rsid w:val="00920562"/>
    <w:rsid w:val="0092546C"/>
    <w:rsid w:val="00930C26"/>
    <w:rsid w:val="00935AFD"/>
    <w:rsid w:val="00966ECC"/>
    <w:rsid w:val="009747ED"/>
    <w:rsid w:val="009808F6"/>
    <w:rsid w:val="009924B5"/>
    <w:rsid w:val="009A5347"/>
    <w:rsid w:val="009C44AF"/>
    <w:rsid w:val="009D067F"/>
    <w:rsid w:val="00A23438"/>
    <w:rsid w:val="00A3137D"/>
    <w:rsid w:val="00A3415C"/>
    <w:rsid w:val="00A506F7"/>
    <w:rsid w:val="00A54D35"/>
    <w:rsid w:val="00A63DB3"/>
    <w:rsid w:val="00A656B6"/>
    <w:rsid w:val="00A764A2"/>
    <w:rsid w:val="00A86B98"/>
    <w:rsid w:val="00AA1D8D"/>
    <w:rsid w:val="00AB44F1"/>
    <w:rsid w:val="00AF7C6B"/>
    <w:rsid w:val="00B25B90"/>
    <w:rsid w:val="00B4516F"/>
    <w:rsid w:val="00B47730"/>
    <w:rsid w:val="00B77DC2"/>
    <w:rsid w:val="00B84840"/>
    <w:rsid w:val="00BA201E"/>
    <w:rsid w:val="00BA7659"/>
    <w:rsid w:val="00BD57FB"/>
    <w:rsid w:val="00BF3AF2"/>
    <w:rsid w:val="00C01FD5"/>
    <w:rsid w:val="00C03C62"/>
    <w:rsid w:val="00C167E6"/>
    <w:rsid w:val="00C21EBF"/>
    <w:rsid w:val="00C24000"/>
    <w:rsid w:val="00C34B76"/>
    <w:rsid w:val="00C546FE"/>
    <w:rsid w:val="00C834FC"/>
    <w:rsid w:val="00C91271"/>
    <w:rsid w:val="00CA383B"/>
    <w:rsid w:val="00CB0664"/>
    <w:rsid w:val="00CB4B8E"/>
    <w:rsid w:val="00CB7124"/>
    <w:rsid w:val="00CC47E3"/>
    <w:rsid w:val="00CC5815"/>
    <w:rsid w:val="00CD0DE0"/>
    <w:rsid w:val="00D02C72"/>
    <w:rsid w:val="00D201B6"/>
    <w:rsid w:val="00D26A02"/>
    <w:rsid w:val="00D835D5"/>
    <w:rsid w:val="00D92380"/>
    <w:rsid w:val="00DA1472"/>
    <w:rsid w:val="00DC3E66"/>
    <w:rsid w:val="00DC7B40"/>
    <w:rsid w:val="00DF1963"/>
    <w:rsid w:val="00E0451F"/>
    <w:rsid w:val="00E06F0F"/>
    <w:rsid w:val="00E11DE9"/>
    <w:rsid w:val="00E1263F"/>
    <w:rsid w:val="00E32155"/>
    <w:rsid w:val="00E470CF"/>
    <w:rsid w:val="00E472A6"/>
    <w:rsid w:val="00E548F5"/>
    <w:rsid w:val="00E5665E"/>
    <w:rsid w:val="00E6158C"/>
    <w:rsid w:val="00E812EB"/>
    <w:rsid w:val="00E8199C"/>
    <w:rsid w:val="00E8350E"/>
    <w:rsid w:val="00E866A0"/>
    <w:rsid w:val="00EA0A90"/>
    <w:rsid w:val="00EA6A65"/>
    <w:rsid w:val="00EA789F"/>
    <w:rsid w:val="00EA7EA0"/>
    <w:rsid w:val="00ED5EC6"/>
    <w:rsid w:val="00ED7F6C"/>
    <w:rsid w:val="00EF1362"/>
    <w:rsid w:val="00EF1975"/>
    <w:rsid w:val="00F042EF"/>
    <w:rsid w:val="00F23FF2"/>
    <w:rsid w:val="00F26AC3"/>
    <w:rsid w:val="00F270AA"/>
    <w:rsid w:val="00F451CA"/>
    <w:rsid w:val="00F779DA"/>
    <w:rsid w:val="00F97B7C"/>
    <w:rsid w:val="00FA1F9B"/>
    <w:rsid w:val="00FA7466"/>
    <w:rsid w:val="00FC2D55"/>
    <w:rsid w:val="00FC2EF1"/>
    <w:rsid w:val="00FC4E31"/>
    <w:rsid w:val="00FC693F"/>
    <w:rsid w:val="00FE0705"/>
    <w:rsid w:val="00FE3A9F"/>
    <w:rsid w:val="00FE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9E59F6"/>
  <w14:defaultImageDpi w14:val="300"/>
  <w15:docId w15:val="{E7545C70-8EE5-4B77-9661-B9BC8014B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895A59"/>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3519">
      <w:bodyDiv w:val="1"/>
      <w:marLeft w:val="0"/>
      <w:marRight w:val="0"/>
      <w:marTop w:val="0"/>
      <w:marBottom w:val="0"/>
      <w:divBdr>
        <w:top w:val="none" w:sz="0" w:space="0" w:color="auto"/>
        <w:left w:val="none" w:sz="0" w:space="0" w:color="auto"/>
        <w:bottom w:val="none" w:sz="0" w:space="0" w:color="auto"/>
        <w:right w:val="none" w:sz="0" w:space="0" w:color="auto"/>
      </w:divBdr>
    </w:div>
    <w:div w:id="45104438">
      <w:bodyDiv w:val="1"/>
      <w:marLeft w:val="0"/>
      <w:marRight w:val="0"/>
      <w:marTop w:val="0"/>
      <w:marBottom w:val="0"/>
      <w:divBdr>
        <w:top w:val="none" w:sz="0" w:space="0" w:color="auto"/>
        <w:left w:val="none" w:sz="0" w:space="0" w:color="auto"/>
        <w:bottom w:val="none" w:sz="0" w:space="0" w:color="auto"/>
        <w:right w:val="none" w:sz="0" w:space="0" w:color="auto"/>
      </w:divBdr>
    </w:div>
    <w:div w:id="133570601">
      <w:bodyDiv w:val="1"/>
      <w:marLeft w:val="0"/>
      <w:marRight w:val="0"/>
      <w:marTop w:val="0"/>
      <w:marBottom w:val="0"/>
      <w:divBdr>
        <w:top w:val="none" w:sz="0" w:space="0" w:color="auto"/>
        <w:left w:val="none" w:sz="0" w:space="0" w:color="auto"/>
        <w:bottom w:val="none" w:sz="0" w:space="0" w:color="auto"/>
        <w:right w:val="none" w:sz="0" w:space="0" w:color="auto"/>
      </w:divBdr>
    </w:div>
    <w:div w:id="163668794">
      <w:bodyDiv w:val="1"/>
      <w:marLeft w:val="0"/>
      <w:marRight w:val="0"/>
      <w:marTop w:val="0"/>
      <w:marBottom w:val="0"/>
      <w:divBdr>
        <w:top w:val="none" w:sz="0" w:space="0" w:color="auto"/>
        <w:left w:val="none" w:sz="0" w:space="0" w:color="auto"/>
        <w:bottom w:val="none" w:sz="0" w:space="0" w:color="auto"/>
        <w:right w:val="none" w:sz="0" w:space="0" w:color="auto"/>
      </w:divBdr>
    </w:div>
    <w:div w:id="174080100">
      <w:bodyDiv w:val="1"/>
      <w:marLeft w:val="0"/>
      <w:marRight w:val="0"/>
      <w:marTop w:val="0"/>
      <w:marBottom w:val="0"/>
      <w:divBdr>
        <w:top w:val="none" w:sz="0" w:space="0" w:color="auto"/>
        <w:left w:val="none" w:sz="0" w:space="0" w:color="auto"/>
        <w:bottom w:val="none" w:sz="0" w:space="0" w:color="auto"/>
        <w:right w:val="none" w:sz="0" w:space="0" w:color="auto"/>
      </w:divBdr>
    </w:div>
    <w:div w:id="196352123">
      <w:bodyDiv w:val="1"/>
      <w:marLeft w:val="0"/>
      <w:marRight w:val="0"/>
      <w:marTop w:val="0"/>
      <w:marBottom w:val="0"/>
      <w:divBdr>
        <w:top w:val="none" w:sz="0" w:space="0" w:color="auto"/>
        <w:left w:val="none" w:sz="0" w:space="0" w:color="auto"/>
        <w:bottom w:val="none" w:sz="0" w:space="0" w:color="auto"/>
        <w:right w:val="none" w:sz="0" w:space="0" w:color="auto"/>
      </w:divBdr>
    </w:div>
    <w:div w:id="222253571">
      <w:bodyDiv w:val="1"/>
      <w:marLeft w:val="0"/>
      <w:marRight w:val="0"/>
      <w:marTop w:val="0"/>
      <w:marBottom w:val="0"/>
      <w:divBdr>
        <w:top w:val="none" w:sz="0" w:space="0" w:color="auto"/>
        <w:left w:val="none" w:sz="0" w:space="0" w:color="auto"/>
        <w:bottom w:val="none" w:sz="0" w:space="0" w:color="auto"/>
        <w:right w:val="none" w:sz="0" w:space="0" w:color="auto"/>
      </w:divBdr>
    </w:div>
    <w:div w:id="227691018">
      <w:bodyDiv w:val="1"/>
      <w:marLeft w:val="0"/>
      <w:marRight w:val="0"/>
      <w:marTop w:val="0"/>
      <w:marBottom w:val="0"/>
      <w:divBdr>
        <w:top w:val="none" w:sz="0" w:space="0" w:color="auto"/>
        <w:left w:val="none" w:sz="0" w:space="0" w:color="auto"/>
        <w:bottom w:val="none" w:sz="0" w:space="0" w:color="auto"/>
        <w:right w:val="none" w:sz="0" w:space="0" w:color="auto"/>
      </w:divBdr>
    </w:div>
    <w:div w:id="238098823">
      <w:bodyDiv w:val="1"/>
      <w:marLeft w:val="0"/>
      <w:marRight w:val="0"/>
      <w:marTop w:val="0"/>
      <w:marBottom w:val="0"/>
      <w:divBdr>
        <w:top w:val="none" w:sz="0" w:space="0" w:color="auto"/>
        <w:left w:val="none" w:sz="0" w:space="0" w:color="auto"/>
        <w:bottom w:val="none" w:sz="0" w:space="0" w:color="auto"/>
        <w:right w:val="none" w:sz="0" w:space="0" w:color="auto"/>
      </w:divBdr>
    </w:div>
    <w:div w:id="305667764">
      <w:bodyDiv w:val="1"/>
      <w:marLeft w:val="0"/>
      <w:marRight w:val="0"/>
      <w:marTop w:val="0"/>
      <w:marBottom w:val="0"/>
      <w:divBdr>
        <w:top w:val="none" w:sz="0" w:space="0" w:color="auto"/>
        <w:left w:val="none" w:sz="0" w:space="0" w:color="auto"/>
        <w:bottom w:val="none" w:sz="0" w:space="0" w:color="auto"/>
        <w:right w:val="none" w:sz="0" w:space="0" w:color="auto"/>
      </w:divBdr>
    </w:div>
    <w:div w:id="342710860">
      <w:bodyDiv w:val="1"/>
      <w:marLeft w:val="0"/>
      <w:marRight w:val="0"/>
      <w:marTop w:val="0"/>
      <w:marBottom w:val="0"/>
      <w:divBdr>
        <w:top w:val="none" w:sz="0" w:space="0" w:color="auto"/>
        <w:left w:val="none" w:sz="0" w:space="0" w:color="auto"/>
        <w:bottom w:val="none" w:sz="0" w:space="0" w:color="auto"/>
        <w:right w:val="none" w:sz="0" w:space="0" w:color="auto"/>
      </w:divBdr>
    </w:div>
    <w:div w:id="358237357">
      <w:bodyDiv w:val="1"/>
      <w:marLeft w:val="0"/>
      <w:marRight w:val="0"/>
      <w:marTop w:val="0"/>
      <w:marBottom w:val="0"/>
      <w:divBdr>
        <w:top w:val="none" w:sz="0" w:space="0" w:color="auto"/>
        <w:left w:val="none" w:sz="0" w:space="0" w:color="auto"/>
        <w:bottom w:val="none" w:sz="0" w:space="0" w:color="auto"/>
        <w:right w:val="none" w:sz="0" w:space="0" w:color="auto"/>
      </w:divBdr>
    </w:div>
    <w:div w:id="412507508">
      <w:bodyDiv w:val="1"/>
      <w:marLeft w:val="0"/>
      <w:marRight w:val="0"/>
      <w:marTop w:val="0"/>
      <w:marBottom w:val="0"/>
      <w:divBdr>
        <w:top w:val="none" w:sz="0" w:space="0" w:color="auto"/>
        <w:left w:val="none" w:sz="0" w:space="0" w:color="auto"/>
        <w:bottom w:val="none" w:sz="0" w:space="0" w:color="auto"/>
        <w:right w:val="none" w:sz="0" w:space="0" w:color="auto"/>
      </w:divBdr>
    </w:div>
    <w:div w:id="416949209">
      <w:bodyDiv w:val="1"/>
      <w:marLeft w:val="0"/>
      <w:marRight w:val="0"/>
      <w:marTop w:val="0"/>
      <w:marBottom w:val="0"/>
      <w:divBdr>
        <w:top w:val="none" w:sz="0" w:space="0" w:color="auto"/>
        <w:left w:val="none" w:sz="0" w:space="0" w:color="auto"/>
        <w:bottom w:val="none" w:sz="0" w:space="0" w:color="auto"/>
        <w:right w:val="none" w:sz="0" w:space="0" w:color="auto"/>
      </w:divBdr>
    </w:div>
    <w:div w:id="456795313">
      <w:bodyDiv w:val="1"/>
      <w:marLeft w:val="0"/>
      <w:marRight w:val="0"/>
      <w:marTop w:val="0"/>
      <w:marBottom w:val="0"/>
      <w:divBdr>
        <w:top w:val="none" w:sz="0" w:space="0" w:color="auto"/>
        <w:left w:val="none" w:sz="0" w:space="0" w:color="auto"/>
        <w:bottom w:val="none" w:sz="0" w:space="0" w:color="auto"/>
        <w:right w:val="none" w:sz="0" w:space="0" w:color="auto"/>
      </w:divBdr>
    </w:div>
    <w:div w:id="461504530">
      <w:bodyDiv w:val="1"/>
      <w:marLeft w:val="0"/>
      <w:marRight w:val="0"/>
      <w:marTop w:val="0"/>
      <w:marBottom w:val="0"/>
      <w:divBdr>
        <w:top w:val="none" w:sz="0" w:space="0" w:color="auto"/>
        <w:left w:val="none" w:sz="0" w:space="0" w:color="auto"/>
        <w:bottom w:val="none" w:sz="0" w:space="0" w:color="auto"/>
        <w:right w:val="none" w:sz="0" w:space="0" w:color="auto"/>
      </w:divBdr>
    </w:div>
    <w:div w:id="462306855">
      <w:bodyDiv w:val="1"/>
      <w:marLeft w:val="0"/>
      <w:marRight w:val="0"/>
      <w:marTop w:val="0"/>
      <w:marBottom w:val="0"/>
      <w:divBdr>
        <w:top w:val="none" w:sz="0" w:space="0" w:color="auto"/>
        <w:left w:val="none" w:sz="0" w:space="0" w:color="auto"/>
        <w:bottom w:val="none" w:sz="0" w:space="0" w:color="auto"/>
        <w:right w:val="none" w:sz="0" w:space="0" w:color="auto"/>
      </w:divBdr>
    </w:div>
    <w:div w:id="481040645">
      <w:bodyDiv w:val="1"/>
      <w:marLeft w:val="0"/>
      <w:marRight w:val="0"/>
      <w:marTop w:val="0"/>
      <w:marBottom w:val="0"/>
      <w:divBdr>
        <w:top w:val="none" w:sz="0" w:space="0" w:color="auto"/>
        <w:left w:val="none" w:sz="0" w:space="0" w:color="auto"/>
        <w:bottom w:val="none" w:sz="0" w:space="0" w:color="auto"/>
        <w:right w:val="none" w:sz="0" w:space="0" w:color="auto"/>
      </w:divBdr>
    </w:div>
    <w:div w:id="498276008">
      <w:bodyDiv w:val="1"/>
      <w:marLeft w:val="0"/>
      <w:marRight w:val="0"/>
      <w:marTop w:val="0"/>
      <w:marBottom w:val="0"/>
      <w:divBdr>
        <w:top w:val="none" w:sz="0" w:space="0" w:color="auto"/>
        <w:left w:val="none" w:sz="0" w:space="0" w:color="auto"/>
        <w:bottom w:val="none" w:sz="0" w:space="0" w:color="auto"/>
        <w:right w:val="none" w:sz="0" w:space="0" w:color="auto"/>
      </w:divBdr>
    </w:div>
    <w:div w:id="571231258">
      <w:bodyDiv w:val="1"/>
      <w:marLeft w:val="0"/>
      <w:marRight w:val="0"/>
      <w:marTop w:val="0"/>
      <w:marBottom w:val="0"/>
      <w:divBdr>
        <w:top w:val="none" w:sz="0" w:space="0" w:color="auto"/>
        <w:left w:val="none" w:sz="0" w:space="0" w:color="auto"/>
        <w:bottom w:val="none" w:sz="0" w:space="0" w:color="auto"/>
        <w:right w:val="none" w:sz="0" w:space="0" w:color="auto"/>
      </w:divBdr>
    </w:div>
    <w:div w:id="582420860">
      <w:bodyDiv w:val="1"/>
      <w:marLeft w:val="0"/>
      <w:marRight w:val="0"/>
      <w:marTop w:val="0"/>
      <w:marBottom w:val="0"/>
      <w:divBdr>
        <w:top w:val="none" w:sz="0" w:space="0" w:color="auto"/>
        <w:left w:val="none" w:sz="0" w:space="0" w:color="auto"/>
        <w:bottom w:val="none" w:sz="0" w:space="0" w:color="auto"/>
        <w:right w:val="none" w:sz="0" w:space="0" w:color="auto"/>
      </w:divBdr>
    </w:div>
    <w:div w:id="605891129">
      <w:bodyDiv w:val="1"/>
      <w:marLeft w:val="0"/>
      <w:marRight w:val="0"/>
      <w:marTop w:val="0"/>
      <w:marBottom w:val="0"/>
      <w:divBdr>
        <w:top w:val="none" w:sz="0" w:space="0" w:color="auto"/>
        <w:left w:val="none" w:sz="0" w:space="0" w:color="auto"/>
        <w:bottom w:val="none" w:sz="0" w:space="0" w:color="auto"/>
        <w:right w:val="none" w:sz="0" w:space="0" w:color="auto"/>
      </w:divBdr>
    </w:div>
    <w:div w:id="612445346">
      <w:bodyDiv w:val="1"/>
      <w:marLeft w:val="0"/>
      <w:marRight w:val="0"/>
      <w:marTop w:val="0"/>
      <w:marBottom w:val="0"/>
      <w:divBdr>
        <w:top w:val="none" w:sz="0" w:space="0" w:color="auto"/>
        <w:left w:val="none" w:sz="0" w:space="0" w:color="auto"/>
        <w:bottom w:val="none" w:sz="0" w:space="0" w:color="auto"/>
        <w:right w:val="none" w:sz="0" w:space="0" w:color="auto"/>
      </w:divBdr>
    </w:div>
    <w:div w:id="618876216">
      <w:bodyDiv w:val="1"/>
      <w:marLeft w:val="0"/>
      <w:marRight w:val="0"/>
      <w:marTop w:val="0"/>
      <w:marBottom w:val="0"/>
      <w:divBdr>
        <w:top w:val="none" w:sz="0" w:space="0" w:color="auto"/>
        <w:left w:val="none" w:sz="0" w:space="0" w:color="auto"/>
        <w:bottom w:val="none" w:sz="0" w:space="0" w:color="auto"/>
        <w:right w:val="none" w:sz="0" w:space="0" w:color="auto"/>
      </w:divBdr>
    </w:div>
    <w:div w:id="700784429">
      <w:bodyDiv w:val="1"/>
      <w:marLeft w:val="0"/>
      <w:marRight w:val="0"/>
      <w:marTop w:val="0"/>
      <w:marBottom w:val="0"/>
      <w:divBdr>
        <w:top w:val="none" w:sz="0" w:space="0" w:color="auto"/>
        <w:left w:val="none" w:sz="0" w:space="0" w:color="auto"/>
        <w:bottom w:val="none" w:sz="0" w:space="0" w:color="auto"/>
        <w:right w:val="none" w:sz="0" w:space="0" w:color="auto"/>
      </w:divBdr>
    </w:div>
    <w:div w:id="716585856">
      <w:bodyDiv w:val="1"/>
      <w:marLeft w:val="0"/>
      <w:marRight w:val="0"/>
      <w:marTop w:val="0"/>
      <w:marBottom w:val="0"/>
      <w:divBdr>
        <w:top w:val="none" w:sz="0" w:space="0" w:color="auto"/>
        <w:left w:val="none" w:sz="0" w:space="0" w:color="auto"/>
        <w:bottom w:val="none" w:sz="0" w:space="0" w:color="auto"/>
        <w:right w:val="none" w:sz="0" w:space="0" w:color="auto"/>
      </w:divBdr>
    </w:div>
    <w:div w:id="768936147">
      <w:bodyDiv w:val="1"/>
      <w:marLeft w:val="0"/>
      <w:marRight w:val="0"/>
      <w:marTop w:val="0"/>
      <w:marBottom w:val="0"/>
      <w:divBdr>
        <w:top w:val="none" w:sz="0" w:space="0" w:color="auto"/>
        <w:left w:val="none" w:sz="0" w:space="0" w:color="auto"/>
        <w:bottom w:val="none" w:sz="0" w:space="0" w:color="auto"/>
        <w:right w:val="none" w:sz="0" w:space="0" w:color="auto"/>
      </w:divBdr>
    </w:div>
    <w:div w:id="782575476">
      <w:bodyDiv w:val="1"/>
      <w:marLeft w:val="0"/>
      <w:marRight w:val="0"/>
      <w:marTop w:val="0"/>
      <w:marBottom w:val="0"/>
      <w:divBdr>
        <w:top w:val="none" w:sz="0" w:space="0" w:color="auto"/>
        <w:left w:val="none" w:sz="0" w:space="0" w:color="auto"/>
        <w:bottom w:val="none" w:sz="0" w:space="0" w:color="auto"/>
        <w:right w:val="none" w:sz="0" w:space="0" w:color="auto"/>
      </w:divBdr>
    </w:div>
    <w:div w:id="823013245">
      <w:bodyDiv w:val="1"/>
      <w:marLeft w:val="0"/>
      <w:marRight w:val="0"/>
      <w:marTop w:val="0"/>
      <w:marBottom w:val="0"/>
      <w:divBdr>
        <w:top w:val="none" w:sz="0" w:space="0" w:color="auto"/>
        <w:left w:val="none" w:sz="0" w:space="0" w:color="auto"/>
        <w:bottom w:val="none" w:sz="0" w:space="0" w:color="auto"/>
        <w:right w:val="none" w:sz="0" w:space="0" w:color="auto"/>
      </w:divBdr>
    </w:div>
    <w:div w:id="846016094">
      <w:bodyDiv w:val="1"/>
      <w:marLeft w:val="0"/>
      <w:marRight w:val="0"/>
      <w:marTop w:val="0"/>
      <w:marBottom w:val="0"/>
      <w:divBdr>
        <w:top w:val="none" w:sz="0" w:space="0" w:color="auto"/>
        <w:left w:val="none" w:sz="0" w:space="0" w:color="auto"/>
        <w:bottom w:val="none" w:sz="0" w:space="0" w:color="auto"/>
        <w:right w:val="none" w:sz="0" w:space="0" w:color="auto"/>
      </w:divBdr>
    </w:div>
    <w:div w:id="858932099">
      <w:bodyDiv w:val="1"/>
      <w:marLeft w:val="0"/>
      <w:marRight w:val="0"/>
      <w:marTop w:val="0"/>
      <w:marBottom w:val="0"/>
      <w:divBdr>
        <w:top w:val="none" w:sz="0" w:space="0" w:color="auto"/>
        <w:left w:val="none" w:sz="0" w:space="0" w:color="auto"/>
        <w:bottom w:val="none" w:sz="0" w:space="0" w:color="auto"/>
        <w:right w:val="none" w:sz="0" w:space="0" w:color="auto"/>
      </w:divBdr>
    </w:div>
    <w:div w:id="861164444">
      <w:bodyDiv w:val="1"/>
      <w:marLeft w:val="0"/>
      <w:marRight w:val="0"/>
      <w:marTop w:val="0"/>
      <w:marBottom w:val="0"/>
      <w:divBdr>
        <w:top w:val="none" w:sz="0" w:space="0" w:color="auto"/>
        <w:left w:val="none" w:sz="0" w:space="0" w:color="auto"/>
        <w:bottom w:val="none" w:sz="0" w:space="0" w:color="auto"/>
        <w:right w:val="none" w:sz="0" w:space="0" w:color="auto"/>
      </w:divBdr>
    </w:div>
    <w:div w:id="899554127">
      <w:bodyDiv w:val="1"/>
      <w:marLeft w:val="0"/>
      <w:marRight w:val="0"/>
      <w:marTop w:val="0"/>
      <w:marBottom w:val="0"/>
      <w:divBdr>
        <w:top w:val="none" w:sz="0" w:space="0" w:color="auto"/>
        <w:left w:val="none" w:sz="0" w:space="0" w:color="auto"/>
        <w:bottom w:val="none" w:sz="0" w:space="0" w:color="auto"/>
        <w:right w:val="none" w:sz="0" w:space="0" w:color="auto"/>
      </w:divBdr>
    </w:div>
    <w:div w:id="922376974">
      <w:bodyDiv w:val="1"/>
      <w:marLeft w:val="0"/>
      <w:marRight w:val="0"/>
      <w:marTop w:val="0"/>
      <w:marBottom w:val="0"/>
      <w:divBdr>
        <w:top w:val="none" w:sz="0" w:space="0" w:color="auto"/>
        <w:left w:val="none" w:sz="0" w:space="0" w:color="auto"/>
        <w:bottom w:val="none" w:sz="0" w:space="0" w:color="auto"/>
        <w:right w:val="none" w:sz="0" w:space="0" w:color="auto"/>
      </w:divBdr>
    </w:div>
    <w:div w:id="949707720">
      <w:bodyDiv w:val="1"/>
      <w:marLeft w:val="0"/>
      <w:marRight w:val="0"/>
      <w:marTop w:val="0"/>
      <w:marBottom w:val="0"/>
      <w:divBdr>
        <w:top w:val="none" w:sz="0" w:space="0" w:color="auto"/>
        <w:left w:val="none" w:sz="0" w:space="0" w:color="auto"/>
        <w:bottom w:val="none" w:sz="0" w:space="0" w:color="auto"/>
        <w:right w:val="none" w:sz="0" w:space="0" w:color="auto"/>
      </w:divBdr>
    </w:div>
    <w:div w:id="951403511">
      <w:bodyDiv w:val="1"/>
      <w:marLeft w:val="0"/>
      <w:marRight w:val="0"/>
      <w:marTop w:val="0"/>
      <w:marBottom w:val="0"/>
      <w:divBdr>
        <w:top w:val="none" w:sz="0" w:space="0" w:color="auto"/>
        <w:left w:val="none" w:sz="0" w:space="0" w:color="auto"/>
        <w:bottom w:val="none" w:sz="0" w:space="0" w:color="auto"/>
        <w:right w:val="none" w:sz="0" w:space="0" w:color="auto"/>
      </w:divBdr>
    </w:div>
    <w:div w:id="955529872">
      <w:bodyDiv w:val="1"/>
      <w:marLeft w:val="0"/>
      <w:marRight w:val="0"/>
      <w:marTop w:val="0"/>
      <w:marBottom w:val="0"/>
      <w:divBdr>
        <w:top w:val="none" w:sz="0" w:space="0" w:color="auto"/>
        <w:left w:val="none" w:sz="0" w:space="0" w:color="auto"/>
        <w:bottom w:val="none" w:sz="0" w:space="0" w:color="auto"/>
        <w:right w:val="none" w:sz="0" w:space="0" w:color="auto"/>
      </w:divBdr>
    </w:div>
    <w:div w:id="970863018">
      <w:bodyDiv w:val="1"/>
      <w:marLeft w:val="0"/>
      <w:marRight w:val="0"/>
      <w:marTop w:val="0"/>
      <w:marBottom w:val="0"/>
      <w:divBdr>
        <w:top w:val="none" w:sz="0" w:space="0" w:color="auto"/>
        <w:left w:val="none" w:sz="0" w:space="0" w:color="auto"/>
        <w:bottom w:val="none" w:sz="0" w:space="0" w:color="auto"/>
        <w:right w:val="none" w:sz="0" w:space="0" w:color="auto"/>
      </w:divBdr>
    </w:div>
    <w:div w:id="1048067204">
      <w:bodyDiv w:val="1"/>
      <w:marLeft w:val="0"/>
      <w:marRight w:val="0"/>
      <w:marTop w:val="0"/>
      <w:marBottom w:val="0"/>
      <w:divBdr>
        <w:top w:val="none" w:sz="0" w:space="0" w:color="auto"/>
        <w:left w:val="none" w:sz="0" w:space="0" w:color="auto"/>
        <w:bottom w:val="none" w:sz="0" w:space="0" w:color="auto"/>
        <w:right w:val="none" w:sz="0" w:space="0" w:color="auto"/>
      </w:divBdr>
    </w:div>
    <w:div w:id="1073814605">
      <w:bodyDiv w:val="1"/>
      <w:marLeft w:val="0"/>
      <w:marRight w:val="0"/>
      <w:marTop w:val="0"/>
      <w:marBottom w:val="0"/>
      <w:divBdr>
        <w:top w:val="none" w:sz="0" w:space="0" w:color="auto"/>
        <w:left w:val="none" w:sz="0" w:space="0" w:color="auto"/>
        <w:bottom w:val="none" w:sz="0" w:space="0" w:color="auto"/>
        <w:right w:val="none" w:sz="0" w:space="0" w:color="auto"/>
      </w:divBdr>
    </w:div>
    <w:div w:id="1095436903">
      <w:bodyDiv w:val="1"/>
      <w:marLeft w:val="0"/>
      <w:marRight w:val="0"/>
      <w:marTop w:val="0"/>
      <w:marBottom w:val="0"/>
      <w:divBdr>
        <w:top w:val="none" w:sz="0" w:space="0" w:color="auto"/>
        <w:left w:val="none" w:sz="0" w:space="0" w:color="auto"/>
        <w:bottom w:val="none" w:sz="0" w:space="0" w:color="auto"/>
        <w:right w:val="none" w:sz="0" w:space="0" w:color="auto"/>
      </w:divBdr>
    </w:div>
    <w:div w:id="1160148292">
      <w:bodyDiv w:val="1"/>
      <w:marLeft w:val="0"/>
      <w:marRight w:val="0"/>
      <w:marTop w:val="0"/>
      <w:marBottom w:val="0"/>
      <w:divBdr>
        <w:top w:val="none" w:sz="0" w:space="0" w:color="auto"/>
        <w:left w:val="none" w:sz="0" w:space="0" w:color="auto"/>
        <w:bottom w:val="none" w:sz="0" w:space="0" w:color="auto"/>
        <w:right w:val="none" w:sz="0" w:space="0" w:color="auto"/>
      </w:divBdr>
    </w:div>
    <w:div w:id="1166172011">
      <w:bodyDiv w:val="1"/>
      <w:marLeft w:val="0"/>
      <w:marRight w:val="0"/>
      <w:marTop w:val="0"/>
      <w:marBottom w:val="0"/>
      <w:divBdr>
        <w:top w:val="none" w:sz="0" w:space="0" w:color="auto"/>
        <w:left w:val="none" w:sz="0" w:space="0" w:color="auto"/>
        <w:bottom w:val="none" w:sz="0" w:space="0" w:color="auto"/>
        <w:right w:val="none" w:sz="0" w:space="0" w:color="auto"/>
      </w:divBdr>
    </w:div>
    <w:div w:id="1167792105">
      <w:bodyDiv w:val="1"/>
      <w:marLeft w:val="0"/>
      <w:marRight w:val="0"/>
      <w:marTop w:val="0"/>
      <w:marBottom w:val="0"/>
      <w:divBdr>
        <w:top w:val="none" w:sz="0" w:space="0" w:color="auto"/>
        <w:left w:val="none" w:sz="0" w:space="0" w:color="auto"/>
        <w:bottom w:val="none" w:sz="0" w:space="0" w:color="auto"/>
        <w:right w:val="none" w:sz="0" w:space="0" w:color="auto"/>
      </w:divBdr>
    </w:div>
    <w:div w:id="1177698732">
      <w:bodyDiv w:val="1"/>
      <w:marLeft w:val="0"/>
      <w:marRight w:val="0"/>
      <w:marTop w:val="0"/>
      <w:marBottom w:val="0"/>
      <w:divBdr>
        <w:top w:val="none" w:sz="0" w:space="0" w:color="auto"/>
        <w:left w:val="none" w:sz="0" w:space="0" w:color="auto"/>
        <w:bottom w:val="none" w:sz="0" w:space="0" w:color="auto"/>
        <w:right w:val="none" w:sz="0" w:space="0" w:color="auto"/>
      </w:divBdr>
    </w:div>
    <w:div w:id="1199127071">
      <w:bodyDiv w:val="1"/>
      <w:marLeft w:val="0"/>
      <w:marRight w:val="0"/>
      <w:marTop w:val="0"/>
      <w:marBottom w:val="0"/>
      <w:divBdr>
        <w:top w:val="none" w:sz="0" w:space="0" w:color="auto"/>
        <w:left w:val="none" w:sz="0" w:space="0" w:color="auto"/>
        <w:bottom w:val="none" w:sz="0" w:space="0" w:color="auto"/>
        <w:right w:val="none" w:sz="0" w:space="0" w:color="auto"/>
      </w:divBdr>
    </w:div>
    <w:div w:id="1207915753">
      <w:bodyDiv w:val="1"/>
      <w:marLeft w:val="0"/>
      <w:marRight w:val="0"/>
      <w:marTop w:val="0"/>
      <w:marBottom w:val="0"/>
      <w:divBdr>
        <w:top w:val="none" w:sz="0" w:space="0" w:color="auto"/>
        <w:left w:val="none" w:sz="0" w:space="0" w:color="auto"/>
        <w:bottom w:val="none" w:sz="0" w:space="0" w:color="auto"/>
        <w:right w:val="none" w:sz="0" w:space="0" w:color="auto"/>
      </w:divBdr>
    </w:div>
    <w:div w:id="1236434358">
      <w:bodyDiv w:val="1"/>
      <w:marLeft w:val="0"/>
      <w:marRight w:val="0"/>
      <w:marTop w:val="0"/>
      <w:marBottom w:val="0"/>
      <w:divBdr>
        <w:top w:val="none" w:sz="0" w:space="0" w:color="auto"/>
        <w:left w:val="none" w:sz="0" w:space="0" w:color="auto"/>
        <w:bottom w:val="none" w:sz="0" w:space="0" w:color="auto"/>
        <w:right w:val="none" w:sz="0" w:space="0" w:color="auto"/>
      </w:divBdr>
    </w:div>
    <w:div w:id="1303655251">
      <w:bodyDiv w:val="1"/>
      <w:marLeft w:val="0"/>
      <w:marRight w:val="0"/>
      <w:marTop w:val="0"/>
      <w:marBottom w:val="0"/>
      <w:divBdr>
        <w:top w:val="none" w:sz="0" w:space="0" w:color="auto"/>
        <w:left w:val="none" w:sz="0" w:space="0" w:color="auto"/>
        <w:bottom w:val="none" w:sz="0" w:space="0" w:color="auto"/>
        <w:right w:val="none" w:sz="0" w:space="0" w:color="auto"/>
      </w:divBdr>
    </w:div>
    <w:div w:id="1304459908">
      <w:bodyDiv w:val="1"/>
      <w:marLeft w:val="0"/>
      <w:marRight w:val="0"/>
      <w:marTop w:val="0"/>
      <w:marBottom w:val="0"/>
      <w:divBdr>
        <w:top w:val="none" w:sz="0" w:space="0" w:color="auto"/>
        <w:left w:val="none" w:sz="0" w:space="0" w:color="auto"/>
        <w:bottom w:val="none" w:sz="0" w:space="0" w:color="auto"/>
        <w:right w:val="none" w:sz="0" w:space="0" w:color="auto"/>
      </w:divBdr>
    </w:div>
    <w:div w:id="1322809910">
      <w:bodyDiv w:val="1"/>
      <w:marLeft w:val="0"/>
      <w:marRight w:val="0"/>
      <w:marTop w:val="0"/>
      <w:marBottom w:val="0"/>
      <w:divBdr>
        <w:top w:val="none" w:sz="0" w:space="0" w:color="auto"/>
        <w:left w:val="none" w:sz="0" w:space="0" w:color="auto"/>
        <w:bottom w:val="none" w:sz="0" w:space="0" w:color="auto"/>
        <w:right w:val="none" w:sz="0" w:space="0" w:color="auto"/>
      </w:divBdr>
    </w:div>
    <w:div w:id="1333676320">
      <w:bodyDiv w:val="1"/>
      <w:marLeft w:val="0"/>
      <w:marRight w:val="0"/>
      <w:marTop w:val="0"/>
      <w:marBottom w:val="0"/>
      <w:divBdr>
        <w:top w:val="none" w:sz="0" w:space="0" w:color="auto"/>
        <w:left w:val="none" w:sz="0" w:space="0" w:color="auto"/>
        <w:bottom w:val="none" w:sz="0" w:space="0" w:color="auto"/>
        <w:right w:val="none" w:sz="0" w:space="0" w:color="auto"/>
      </w:divBdr>
    </w:div>
    <w:div w:id="1456362450">
      <w:bodyDiv w:val="1"/>
      <w:marLeft w:val="0"/>
      <w:marRight w:val="0"/>
      <w:marTop w:val="0"/>
      <w:marBottom w:val="0"/>
      <w:divBdr>
        <w:top w:val="none" w:sz="0" w:space="0" w:color="auto"/>
        <w:left w:val="none" w:sz="0" w:space="0" w:color="auto"/>
        <w:bottom w:val="none" w:sz="0" w:space="0" w:color="auto"/>
        <w:right w:val="none" w:sz="0" w:space="0" w:color="auto"/>
      </w:divBdr>
    </w:div>
    <w:div w:id="1516848775">
      <w:bodyDiv w:val="1"/>
      <w:marLeft w:val="0"/>
      <w:marRight w:val="0"/>
      <w:marTop w:val="0"/>
      <w:marBottom w:val="0"/>
      <w:divBdr>
        <w:top w:val="none" w:sz="0" w:space="0" w:color="auto"/>
        <w:left w:val="none" w:sz="0" w:space="0" w:color="auto"/>
        <w:bottom w:val="none" w:sz="0" w:space="0" w:color="auto"/>
        <w:right w:val="none" w:sz="0" w:space="0" w:color="auto"/>
      </w:divBdr>
    </w:div>
    <w:div w:id="1537889182">
      <w:bodyDiv w:val="1"/>
      <w:marLeft w:val="0"/>
      <w:marRight w:val="0"/>
      <w:marTop w:val="0"/>
      <w:marBottom w:val="0"/>
      <w:divBdr>
        <w:top w:val="none" w:sz="0" w:space="0" w:color="auto"/>
        <w:left w:val="none" w:sz="0" w:space="0" w:color="auto"/>
        <w:bottom w:val="none" w:sz="0" w:space="0" w:color="auto"/>
        <w:right w:val="none" w:sz="0" w:space="0" w:color="auto"/>
      </w:divBdr>
    </w:div>
    <w:div w:id="1546983652">
      <w:bodyDiv w:val="1"/>
      <w:marLeft w:val="0"/>
      <w:marRight w:val="0"/>
      <w:marTop w:val="0"/>
      <w:marBottom w:val="0"/>
      <w:divBdr>
        <w:top w:val="none" w:sz="0" w:space="0" w:color="auto"/>
        <w:left w:val="none" w:sz="0" w:space="0" w:color="auto"/>
        <w:bottom w:val="none" w:sz="0" w:space="0" w:color="auto"/>
        <w:right w:val="none" w:sz="0" w:space="0" w:color="auto"/>
      </w:divBdr>
    </w:div>
    <w:div w:id="1551846130">
      <w:bodyDiv w:val="1"/>
      <w:marLeft w:val="0"/>
      <w:marRight w:val="0"/>
      <w:marTop w:val="0"/>
      <w:marBottom w:val="0"/>
      <w:divBdr>
        <w:top w:val="none" w:sz="0" w:space="0" w:color="auto"/>
        <w:left w:val="none" w:sz="0" w:space="0" w:color="auto"/>
        <w:bottom w:val="none" w:sz="0" w:space="0" w:color="auto"/>
        <w:right w:val="none" w:sz="0" w:space="0" w:color="auto"/>
      </w:divBdr>
    </w:div>
    <w:div w:id="1629318907">
      <w:bodyDiv w:val="1"/>
      <w:marLeft w:val="0"/>
      <w:marRight w:val="0"/>
      <w:marTop w:val="0"/>
      <w:marBottom w:val="0"/>
      <w:divBdr>
        <w:top w:val="none" w:sz="0" w:space="0" w:color="auto"/>
        <w:left w:val="none" w:sz="0" w:space="0" w:color="auto"/>
        <w:bottom w:val="none" w:sz="0" w:space="0" w:color="auto"/>
        <w:right w:val="none" w:sz="0" w:space="0" w:color="auto"/>
      </w:divBdr>
    </w:div>
    <w:div w:id="1648515532">
      <w:bodyDiv w:val="1"/>
      <w:marLeft w:val="0"/>
      <w:marRight w:val="0"/>
      <w:marTop w:val="0"/>
      <w:marBottom w:val="0"/>
      <w:divBdr>
        <w:top w:val="none" w:sz="0" w:space="0" w:color="auto"/>
        <w:left w:val="none" w:sz="0" w:space="0" w:color="auto"/>
        <w:bottom w:val="none" w:sz="0" w:space="0" w:color="auto"/>
        <w:right w:val="none" w:sz="0" w:space="0" w:color="auto"/>
      </w:divBdr>
    </w:div>
    <w:div w:id="1665745930">
      <w:bodyDiv w:val="1"/>
      <w:marLeft w:val="0"/>
      <w:marRight w:val="0"/>
      <w:marTop w:val="0"/>
      <w:marBottom w:val="0"/>
      <w:divBdr>
        <w:top w:val="none" w:sz="0" w:space="0" w:color="auto"/>
        <w:left w:val="none" w:sz="0" w:space="0" w:color="auto"/>
        <w:bottom w:val="none" w:sz="0" w:space="0" w:color="auto"/>
        <w:right w:val="none" w:sz="0" w:space="0" w:color="auto"/>
      </w:divBdr>
    </w:div>
    <w:div w:id="1725905118">
      <w:bodyDiv w:val="1"/>
      <w:marLeft w:val="0"/>
      <w:marRight w:val="0"/>
      <w:marTop w:val="0"/>
      <w:marBottom w:val="0"/>
      <w:divBdr>
        <w:top w:val="none" w:sz="0" w:space="0" w:color="auto"/>
        <w:left w:val="none" w:sz="0" w:space="0" w:color="auto"/>
        <w:bottom w:val="none" w:sz="0" w:space="0" w:color="auto"/>
        <w:right w:val="none" w:sz="0" w:space="0" w:color="auto"/>
      </w:divBdr>
    </w:div>
    <w:div w:id="1787190862">
      <w:bodyDiv w:val="1"/>
      <w:marLeft w:val="0"/>
      <w:marRight w:val="0"/>
      <w:marTop w:val="0"/>
      <w:marBottom w:val="0"/>
      <w:divBdr>
        <w:top w:val="none" w:sz="0" w:space="0" w:color="auto"/>
        <w:left w:val="none" w:sz="0" w:space="0" w:color="auto"/>
        <w:bottom w:val="none" w:sz="0" w:space="0" w:color="auto"/>
        <w:right w:val="none" w:sz="0" w:space="0" w:color="auto"/>
      </w:divBdr>
    </w:div>
    <w:div w:id="1828933845">
      <w:bodyDiv w:val="1"/>
      <w:marLeft w:val="0"/>
      <w:marRight w:val="0"/>
      <w:marTop w:val="0"/>
      <w:marBottom w:val="0"/>
      <w:divBdr>
        <w:top w:val="none" w:sz="0" w:space="0" w:color="auto"/>
        <w:left w:val="none" w:sz="0" w:space="0" w:color="auto"/>
        <w:bottom w:val="none" w:sz="0" w:space="0" w:color="auto"/>
        <w:right w:val="none" w:sz="0" w:space="0" w:color="auto"/>
      </w:divBdr>
    </w:div>
    <w:div w:id="1834711879">
      <w:bodyDiv w:val="1"/>
      <w:marLeft w:val="0"/>
      <w:marRight w:val="0"/>
      <w:marTop w:val="0"/>
      <w:marBottom w:val="0"/>
      <w:divBdr>
        <w:top w:val="none" w:sz="0" w:space="0" w:color="auto"/>
        <w:left w:val="none" w:sz="0" w:space="0" w:color="auto"/>
        <w:bottom w:val="none" w:sz="0" w:space="0" w:color="auto"/>
        <w:right w:val="none" w:sz="0" w:space="0" w:color="auto"/>
      </w:divBdr>
    </w:div>
    <w:div w:id="1839464648">
      <w:bodyDiv w:val="1"/>
      <w:marLeft w:val="0"/>
      <w:marRight w:val="0"/>
      <w:marTop w:val="0"/>
      <w:marBottom w:val="0"/>
      <w:divBdr>
        <w:top w:val="none" w:sz="0" w:space="0" w:color="auto"/>
        <w:left w:val="none" w:sz="0" w:space="0" w:color="auto"/>
        <w:bottom w:val="none" w:sz="0" w:space="0" w:color="auto"/>
        <w:right w:val="none" w:sz="0" w:space="0" w:color="auto"/>
      </w:divBdr>
    </w:div>
    <w:div w:id="1846902220">
      <w:bodyDiv w:val="1"/>
      <w:marLeft w:val="0"/>
      <w:marRight w:val="0"/>
      <w:marTop w:val="0"/>
      <w:marBottom w:val="0"/>
      <w:divBdr>
        <w:top w:val="none" w:sz="0" w:space="0" w:color="auto"/>
        <w:left w:val="none" w:sz="0" w:space="0" w:color="auto"/>
        <w:bottom w:val="none" w:sz="0" w:space="0" w:color="auto"/>
        <w:right w:val="none" w:sz="0" w:space="0" w:color="auto"/>
      </w:divBdr>
    </w:div>
    <w:div w:id="1895653367">
      <w:bodyDiv w:val="1"/>
      <w:marLeft w:val="0"/>
      <w:marRight w:val="0"/>
      <w:marTop w:val="0"/>
      <w:marBottom w:val="0"/>
      <w:divBdr>
        <w:top w:val="none" w:sz="0" w:space="0" w:color="auto"/>
        <w:left w:val="none" w:sz="0" w:space="0" w:color="auto"/>
        <w:bottom w:val="none" w:sz="0" w:space="0" w:color="auto"/>
        <w:right w:val="none" w:sz="0" w:space="0" w:color="auto"/>
      </w:divBdr>
    </w:div>
    <w:div w:id="1918437274">
      <w:bodyDiv w:val="1"/>
      <w:marLeft w:val="0"/>
      <w:marRight w:val="0"/>
      <w:marTop w:val="0"/>
      <w:marBottom w:val="0"/>
      <w:divBdr>
        <w:top w:val="none" w:sz="0" w:space="0" w:color="auto"/>
        <w:left w:val="none" w:sz="0" w:space="0" w:color="auto"/>
        <w:bottom w:val="none" w:sz="0" w:space="0" w:color="auto"/>
        <w:right w:val="none" w:sz="0" w:space="0" w:color="auto"/>
      </w:divBdr>
    </w:div>
    <w:div w:id="1925720140">
      <w:bodyDiv w:val="1"/>
      <w:marLeft w:val="0"/>
      <w:marRight w:val="0"/>
      <w:marTop w:val="0"/>
      <w:marBottom w:val="0"/>
      <w:divBdr>
        <w:top w:val="none" w:sz="0" w:space="0" w:color="auto"/>
        <w:left w:val="none" w:sz="0" w:space="0" w:color="auto"/>
        <w:bottom w:val="none" w:sz="0" w:space="0" w:color="auto"/>
        <w:right w:val="none" w:sz="0" w:space="0" w:color="auto"/>
      </w:divBdr>
    </w:div>
    <w:div w:id="1954631762">
      <w:bodyDiv w:val="1"/>
      <w:marLeft w:val="0"/>
      <w:marRight w:val="0"/>
      <w:marTop w:val="0"/>
      <w:marBottom w:val="0"/>
      <w:divBdr>
        <w:top w:val="none" w:sz="0" w:space="0" w:color="auto"/>
        <w:left w:val="none" w:sz="0" w:space="0" w:color="auto"/>
        <w:bottom w:val="none" w:sz="0" w:space="0" w:color="auto"/>
        <w:right w:val="none" w:sz="0" w:space="0" w:color="auto"/>
      </w:divBdr>
    </w:div>
    <w:div w:id="1984498984">
      <w:bodyDiv w:val="1"/>
      <w:marLeft w:val="0"/>
      <w:marRight w:val="0"/>
      <w:marTop w:val="0"/>
      <w:marBottom w:val="0"/>
      <w:divBdr>
        <w:top w:val="none" w:sz="0" w:space="0" w:color="auto"/>
        <w:left w:val="none" w:sz="0" w:space="0" w:color="auto"/>
        <w:bottom w:val="none" w:sz="0" w:space="0" w:color="auto"/>
        <w:right w:val="none" w:sz="0" w:space="0" w:color="auto"/>
      </w:divBdr>
    </w:div>
    <w:div w:id="1991984808">
      <w:bodyDiv w:val="1"/>
      <w:marLeft w:val="0"/>
      <w:marRight w:val="0"/>
      <w:marTop w:val="0"/>
      <w:marBottom w:val="0"/>
      <w:divBdr>
        <w:top w:val="none" w:sz="0" w:space="0" w:color="auto"/>
        <w:left w:val="none" w:sz="0" w:space="0" w:color="auto"/>
        <w:bottom w:val="none" w:sz="0" w:space="0" w:color="auto"/>
        <w:right w:val="none" w:sz="0" w:space="0" w:color="auto"/>
      </w:divBdr>
    </w:div>
    <w:div w:id="2029527960">
      <w:bodyDiv w:val="1"/>
      <w:marLeft w:val="0"/>
      <w:marRight w:val="0"/>
      <w:marTop w:val="0"/>
      <w:marBottom w:val="0"/>
      <w:divBdr>
        <w:top w:val="none" w:sz="0" w:space="0" w:color="auto"/>
        <w:left w:val="none" w:sz="0" w:space="0" w:color="auto"/>
        <w:bottom w:val="none" w:sz="0" w:space="0" w:color="auto"/>
        <w:right w:val="none" w:sz="0" w:space="0" w:color="auto"/>
      </w:divBdr>
    </w:div>
    <w:div w:id="2123959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E71B2-117E-4D74-9A0E-7C0278D40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2244</TotalTime>
  <Pages>38</Pages>
  <Words>6873</Words>
  <Characters>39178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45960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Srinivasnl</cp:lastModifiedBy>
  <cp:revision>248</cp:revision>
  <dcterms:created xsi:type="dcterms:W3CDTF">2013-12-23T23:15:00Z</dcterms:created>
  <dcterms:modified xsi:type="dcterms:W3CDTF">2025-08-17T18:43:00Z</dcterms:modified>
  <cp:category/>
</cp:coreProperties>
</file>