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441E4" w14:textId="77777777" w:rsidR="00CE1B6C" w:rsidRDefault="00000000">
      <w:pPr>
        <w:pStyle w:val="Title"/>
      </w:pPr>
      <w:r>
        <w:t>Assignment 1 &amp; 2 – Final Submission</w:t>
      </w:r>
    </w:p>
    <w:p w14:paraId="07B09229" w14:textId="77777777" w:rsidR="00CE1B6C" w:rsidRDefault="00000000">
      <w:r>
        <w:t>Assignment 1</w:t>
      </w:r>
    </w:p>
    <w:p w14:paraId="1BE3E991" w14:textId="77777777" w:rsidR="00CE1B6C" w:rsidRDefault="00000000">
      <w:r>
        <w:t>Please make a BRD which can be presented to the client along with complete development and resource plan.</w:t>
      </w:r>
    </w:p>
    <w:p w14:paraId="11841BC5" w14:textId="77777777" w:rsidR="00CE1B6C" w:rsidRDefault="00000000">
      <w:r>
        <w:t>Executive Summary</w:t>
      </w:r>
    </w:p>
    <w:p w14:paraId="142A21F8" w14:textId="77777777" w:rsidR="00CE1B6C" w:rsidRDefault="00000000">
      <w:r>
        <w:t>This document covers the business requirements for business processes requirements for the implementation of ADP Software at DDoll, as agreed between DDoll and CSSI. The proposed system will focus on inventory management and enabling swift customer delivery. This document will have iterative changes until defining an agreed scope, herein. After signing this document, all subsequent modifications to business requirements will require a Process Change Request.</w:t>
      </w:r>
    </w:p>
    <w:p w14:paraId="2F65F2EC" w14:textId="77777777" w:rsidR="00CE1B6C" w:rsidRDefault="00000000">
      <w:r>
        <w:t>Business Goals</w:t>
      </w:r>
    </w:p>
    <w:p w14:paraId="75251AAD" w14:textId="77777777" w:rsidR="00CE1B6C" w:rsidRDefault="00000000">
      <w:r>
        <w:t>Streamlined Inventory Management: Ensure real-time monitoring of inventory levels across warehouses and plants to reduce spoilage and optimize stock levels.</w:t>
      </w:r>
    </w:p>
    <w:p w14:paraId="2B7D61F9" w14:textId="77777777" w:rsidR="00CE1B6C" w:rsidRDefault="00000000">
      <w:r>
        <w:t>Ensures Enhanced Delivery: Implement a system to bring about the fastest delivery routes and automate order processing based on location and availability.</w:t>
      </w:r>
    </w:p>
    <w:p w14:paraId="0424625B" w14:textId="77777777" w:rsidR="00CE1B6C" w:rsidRDefault="00000000">
      <w:r>
        <w:t>Improved Customer Satisfaction: Ensure the validity of the product and reduce the order fulfillment time.</w:t>
      </w:r>
    </w:p>
    <w:p w14:paraId="02DDE8D2" w14:textId="77777777" w:rsidR="00CE1B6C" w:rsidRDefault="00000000">
      <w:r>
        <w:t>Business Objectives</w:t>
      </w:r>
    </w:p>
    <w:p w14:paraId="163976C4" w14:textId="77777777" w:rsidR="00CE1B6C" w:rsidRDefault="00000000">
      <w:r>
        <w:t>Develop a centralized system to track and manage inventory across all locations.</w:t>
      </w:r>
    </w:p>
    <w:p w14:paraId="358DF2B5" w14:textId="77777777" w:rsidR="00CE1B6C" w:rsidRDefault="00000000">
      <w:r>
        <w:t>Automate order processing, allocation and dispatch across all location proximity.</w:t>
      </w:r>
    </w:p>
    <w:p w14:paraId="21A4C865" w14:textId="77777777" w:rsidR="00CE1B6C" w:rsidRDefault="00000000">
      <w:r>
        <w:t>Integrate delivery route optimization with real time traffic and weather data.</w:t>
      </w:r>
    </w:p>
    <w:p w14:paraId="49A89ED6" w14:textId="77777777" w:rsidR="00CE1B6C" w:rsidRDefault="00000000">
      <w:r>
        <w:t>Reduce inventory wastage by implementing an expiry date tracking system.</w:t>
      </w:r>
    </w:p>
    <w:p w14:paraId="64E250E8" w14:textId="77777777" w:rsidR="00CE1B6C" w:rsidRDefault="00000000">
      <w:r>
        <w:t>5. Enable reporting and analysis for better decision making and demand forecasting.</w:t>
      </w:r>
    </w:p>
    <w:p w14:paraId="5946B3F7" w14:textId="77777777" w:rsidR="00CE1B6C" w:rsidRDefault="00000000">
      <w:r>
        <w:t>Automate order processing, allocation, and dispatch based on inventory and location</w:t>
      </w:r>
    </w:p>
    <w:p w14:paraId="0872E2DA" w14:textId="77777777" w:rsidR="00CE1B6C" w:rsidRDefault="00000000">
      <w:r>
        <w:t>proximity.</w:t>
      </w:r>
    </w:p>
    <w:p w14:paraId="3A7569B0" w14:textId="77777777" w:rsidR="00CE1B6C" w:rsidRDefault="00000000">
      <w:r>
        <w:t>3. Integrate delivery route optimization with real-time traffic and weather data.</w:t>
      </w:r>
    </w:p>
    <w:p w14:paraId="45644A05" w14:textId="77777777" w:rsidR="00CE1B6C" w:rsidRDefault="00000000">
      <w:r>
        <w:t>4. Reduce inventory wastage by implementing an expiry-date tracking mechanism.</w:t>
      </w:r>
    </w:p>
    <w:p w14:paraId="33788DCA" w14:textId="77777777" w:rsidR="00CE1B6C" w:rsidRDefault="00000000">
      <w:r>
        <w:t>5. Enable reporting and analytics for better decision-making and demand forecasting.</w:t>
      </w:r>
    </w:p>
    <w:p w14:paraId="32E44E68" w14:textId="77777777" w:rsidR="00CE1B6C" w:rsidRDefault="00000000">
      <w:r>
        <w:lastRenderedPageBreak/>
        <w:t>5. Enable reporting and analytics for better decision-making and demand forecasting</w:t>
      </w:r>
    </w:p>
    <w:p w14:paraId="7BA0C551" w14:textId="77777777" w:rsidR="00CE1B6C" w:rsidRDefault="00000000">
      <w:r>
        <w:t>Business Rules</w:t>
      </w:r>
    </w:p>
    <w:p w14:paraId="61BEB6F3" w14:textId="77777777" w:rsidR="00CE1B6C" w:rsidRDefault="00000000">
      <w:r>
        <w:t>4. Business Rules</w:t>
      </w:r>
    </w:p>
    <w:p w14:paraId="6C7D7226" w14:textId="77777777" w:rsidR="00CE1B6C" w:rsidRDefault="00000000">
      <w:r>
        <w:t>1. Inventory must be updated in real-time upon receipt, dispatch, or adjustment.</w:t>
      </w:r>
    </w:p>
    <w:p w14:paraId="23910EE6" w14:textId="77777777" w:rsidR="00CE1B6C" w:rsidRDefault="00000000">
      <w:r>
        <w:t>2. Orders should only be fulfilled if the inventory is available and meets the required shelf-</w:t>
      </w:r>
    </w:p>
    <w:p w14:paraId="0EF54109" w14:textId="77777777" w:rsidR="00CE1B6C" w:rsidRDefault="00000000">
      <w:r>
        <w:t>life criteria.</w:t>
      </w:r>
    </w:p>
    <w:p w14:paraId="71CCA193" w14:textId="77777777" w:rsidR="00CE1B6C" w:rsidRDefault="00000000">
      <w:r>
        <w:t>3. Delivery routes must prioritize freshness while minimizing transportation costs.</w:t>
      </w:r>
    </w:p>
    <w:p w14:paraId="525F8427" w14:textId="77777777" w:rsidR="00CE1B6C" w:rsidRDefault="00000000">
      <w:r>
        <w:t>4. Customer priority orders (e.g., bulk orders) must be flagged for immediate action.</w:t>
      </w:r>
    </w:p>
    <w:p w14:paraId="355DC0D5" w14:textId="77777777" w:rsidR="00CE1B6C" w:rsidRDefault="00000000">
      <w:r>
        <w:t>5. Warehouse reordering thresholds should trigger automated purchase orders</w:t>
      </w:r>
    </w:p>
    <w:p w14:paraId="68BB7E19" w14:textId="77777777" w:rsidR="00CE1B6C" w:rsidRDefault="00000000">
      <w:r>
        <w:t>Inventory must be updated in real-time upon receipt, dispatch, or adjustment.</w:t>
      </w:r>
    </w:p>
    <w:p w14:paraId="7BE1734C" w14:textId="77777777" w:rsidR="00CE1B6C" w:rsidRDefault="00000000">
      <w:r>
        <w:t>Orders should only be fulfilled if the inventory is available and meets the required shelf-life criteria.</w:t>
      </w:r>
    </w:p>
    <w:p w14:paraId="1311323C" w14:textId="77777777" w:rsidR="00CE1B6C" w:rsidRDefault="00000000">
      <w:r>
        <w:t>Delivery routes must prioritize freshness while minimizing transportation costs.</w:t>
      </w:r>
    </w:p>
    <w:p w14:paraId="15C0D26F" w14:textId="77777777" w:rsidR="00CE1B6C" w:rsidRDefault="00000000">
      <w:r>
        <w:t>Customer priority orders (e.g., bulk orders) must be flagged for immediate action.5. Warehouse reordering thresholds should trigger automated purchase orders.</w:t>
      </w:r>
    </w:p>
    <w:p w14:paraId="2155AD5D" w14:textId="77777777" w:rsidR="00CE1B6C" w:rsidRDefault="00000000">
      <w:r>
        <w:t>Scope of the system</w:t>
      </w:r>
    </w:p>
    <w:p w14:paraId="6EE895BC" w14:textId="77777777" w:rsidR="00CE1B6C" w:rsidRDefault="00000000">
      <w:r>
        <w:t>In-Scope:</w:t>
      </w:r>
    </w:p>
    <w:p w14:paraId="6BC53C0A" w14:textId="77777777" w:rsidR="00CE1B6C" w:rsidRDefault="00000000">
      <w:r>
        <w:t>Inventory tracking at manufacturing plants and warehouses.</w:t>
      </w:r>
    </w:p>
    <w:p w14:paraId="089D374F" w14:textId="77777777" w:rsidR="00CE1B6C" w:rsidRDefault="00000000">
      <w:r>
        <w:t>Order management and allocation.</w:t>
      </w:r>
    </w:p>
    <w:p w14:paraId="125F85ED" w14:textId="77777777" w:rsidR="00CE1B6C" w:rsidRDefault="00000000">
      <w:r>
        <w:t>Delivery route optimization. Analytics and reporting dashboards.</w:t>
      </w:r>
    </w:p>
    <w:p w14:paraId="75A19FB9" w14:textId="77777777" w:rsidR="00CE1B6C" w:rsidRDefault="00000000">
      <w:r>
        <w:t>Out-of-Scope:</w:t>
      </w:r>
    </w:p>
    <w:p w14:paraId="5479791D" w14:textId="77777777" w:rsidR="00CE1B6C" w:rsidRDefault="00000000">
      <w:r>
        <w:t>Manufacturing process management. Customer relationship management (CRM).</w:t>
      </w:r>
    </w:p>
    <w:p w14:paraId="53281F95" w14:textId="77777777" w:rsidR="00CE1B6C" w:rsidRDefault="00000000">
      <w:r>
        <w:t>Assumptions</w:t>
      </w:r>
    </w:p>
    <w:p w14:paraId="45506CFF" w14:textId="77777777" w:rsidR="00CE1B6C" w:rsidRDefault="00000000">
      <w:r>
        <w:t>1. All warehouses and plants have internet connectivity for real-time updates.</w:t>
      </w:r>
    </w:p>
    <w:p w14:paraId="3972529F" w14:textId="77777777" w:rsidR="00CE1B6C" w:rsidRDefault="00000000">
      <w:r>
        <w:t>2. Delivery vehicles are GPS-enabled to support route optimization.</w:t>
      </w:r>
    </w:p>
    <w:p w14:paraId="71D86B62" w14:textId="77777777" w:rsidR="00CE1B6C" w:rsidRDefault="00000000">
      <w:r>
        <w:t>3. Data from external sources (e.g., traffic, weather) is available via APIs.</w:t>
      </w:r>
    </w:p>
    <w:p w14:paraId="169C95B3" w14:textId="77777777" w:rsidR="00CE1B6C" w:rsidRDefault="00000000">
      <w:r>
        <w:t>7. Constraints</w:t>
      </w:r>
    </w:p>
    <w:p w14:paraId="1027BAB0" w14:textId="77777777" w:rsidR="00CE1B6C" w:rsidRDefault="00000000">
      <w:r>
        <w:lastRenderedPageBreak/>
        <w:t>1. Budget limitations may restrict the scope of features.</w:t>
      </w:r>
    </w:p>
    <w:p w14:paraId="5F31B06D" w14:textId="77777777" w:rsidR="00CE1B6C" w:rsidRDefault="00000000">
      <w:r>
        <w:t>2. Integration with legacy systems may pose technical challenges.</w:t>
      </w:r>
    </w:p>
    <w:p w14:paraId="104A322C" w14:textId="77777777" w:rsidR="00CE1B6C" w:rsidRDefault="00000000">
      <w:r>
        <w:t>3. Project timelines must align with the company’s peak season schedules.</w:t>
      </w:r>
    </w:p>
    <w:p w14:paraId="09737D08" w14:textId="77777777" w:rsidR="00CE1B6C" w:rsidRDefault="00000000">
      <w:r>
        <w:t>Risk Analysis</w:t>
      </w:r>
    </w:p>
    <w:p w14:paraId="2E90547A" w14:textId="77777777" w:rsidR="00CE1B6C" w:rsidRDefault="00000000">
      <w:r>
        <w:t>Technical Risks:</w:t>
      </w:r>
    </w:p>
    <w:p w14:paraId="7205AB7A" w14:textId="77777777" w:rsidR="00CE1B6C" w:rsidRDefault="00000000">
      <w:r>
        <w:t>Integration issues with existing systems</w:t>
      </w:r>
    </w:p>
    <w:p w14:paraId="5E905B62" w14:textId="77777777" w:rsidR="00CE1B6C" w:rsidRDefault="00000000">
      <w:r>
        <w:t>System scalability with increasing business demand</w:t>
      </w:r>
    </w:p>
    <w:p w14:paraId="630EA660" w14:textId="77777777" w:rsidR="00CE1B6C" w:rsidRDefault="00000000">
      <w:r>
        <w:t>Political Risks:</w:t>
      </w:r>
    </w:p>
    <w:p w14:paraId="4411A0AB" w14:textId="77777777" w:rsidR="00CE1B6C" w:rsidRDefault="00000000">
      <w:r>
        <w:t>Resistance from employees due to new processes and technology.</w:t>
      </w:r>
    </w:p>
    <w:p w14:paraId="734D9A42" w14:textId="77777777" w:rsidR="00CE1B6C" w:rsidRDefault="00000000">
      <w:r>
        <w:t>Potential vendor lock-in with third-party tools.</w:t>
      </w:r>
    </w:p>
    <w:p w14:paraId="0323C387" w14:textId="77777777" w:rsidR="00CE1B6C" w:rsidRDefault="00000000">
      <w:r>
        <w:t>Requirement Risks:</w:t>
      </w:r>
    </w:p>
    <w:p w14:paraId="0E10B497" w14:textId="77777777" w:rsidR="00CE1B6C" w:rsidRDefault="00000000">
      <w:r>
        <w:t>Incomplete or evolving requirements from stakeholders.</w:t>
      </w:r>
    </w:p>
    <w:p w14:paraId="31ECAE38" w14:textId="77777777" w:rsidR="00CE1B6C" w:rsidRDefault="00000000">
      <w:r>
        <w:t>Potential vendor lock-in with third-party tools</w:t>
      </w:r>
    </w:p>
    <w:p w14:paraId="5FE46F03" w14:textId="77777777" w:rsidR="00CE1B6C" w:rsidRDefault="00000000">
      <w:r>
        <w:t>Potential vendor lock-in with third-party to Resistance from employees due to new processes and technology</w:t>
      </w:r>
    </w:p>
    <w:p w14:paraId="5983A9AB" w14:textId="77777777" w:rsidR="00CE1B6C" w:rsidRDefault="00000000">
      <w:r>
        <w:t>Business Risks:</w:t>
      </w:r>
    </w:p>
    <w:p w14:paraId="2B10EE52" w14:textId="77777777" w:rsidR="00CE1B6C" w:rsidRDefault="00000000">
      <w:r>
        <w:t>Downtime during system rollout</w:t>
      </w:r>
    </w:p>
    <w:p w14:paraId="43939A87" w14:textId="77777777" w:rsidR="00CE1B6C" w:rsidRDefault="00000000">
      <w:r>
        <w:t>Customer dissatisfaction due to transition delays.</w:t>
      </w:r>
    </w:p>
    <w:p w14:paraId="109C059D" w14:textId="77777777" w:rsidR="00CE1B6C" w:rsidRDefault="00000000">
      <w:r>
        <w:t>Business Process Overview</w:t>
      </w:r>
    </w:p>
    <w:p w14:paraId="4C8FFFF9" w14:textId="77777777" w:rsidR="00CE1B6C" w:rsidRDefault="00000000">
      <w:r>
        <w:t>AS-IS:</w:t>
      </w:r>
    </w:p>
    <w:p w14:paraId="4B5BC62D" w14:textId="77777777" w:rsidR="00CE1B6C" w:rsidRDefault="00000000">
      <w:r>
        <w:t>Inventory is managed manually or using isolated systems.</w:t>
      </w:r>
    </w:p>
    <w:p w14:paraId="1ACE9A92" w14:textId="77777777" w:rsidR="00CE1B6C" w:rsidRDefault="00000000">
      <w:r>
        <w:t>Order allocation is manually determined, leading to inefficiencies.</w:t>
      </w:r>
    </w:p>
    <w:p w14:paraId="030C8DF0" w14:textId="77777777" w:rsidR="00CE1B6C" w:rsidRDefault="00000000">
      <w:r>
        <w:t>Delivery routes are planned based on experience, not optimized.</w:t>
      </w:r>
    </w:p>
    <w:p w14:paraId="13ADDAD3" w14:textId="77777777" w:rsidR="00CE1B6C" w:rsidRDefault="00000000">
      <w:r>
        <w:t>TO-BE:</w:t>
      </w:r>
    </w:p>
    <w:p w14:paraId="0FB091B2" w14:textId="77777777" w:rsidR="00CE1B6C" w:rsidRDefault="00000000">
      <w:r>
        <w:t>A centralized system enables automated inventory management.</w:t>
      </w:r>
    </w:p>
    <w:p w14:paraId="03D21742" w14:textId="77777777" w:rsidR="00CE1B6C" w:rsidRDefault="00000000">
      <w:r>
        <w:t>Orders are allocated and dispatched through as intelligent algorithm.</w:t>
      </w:r>
    </w:p>
    <w:p w14:paraId="2DD2FE4B" w14:textId="77777777" w:rsidR="00CE1B6C" w:rsidRDefault="00000000">
      <w:r>
        <w:lastRenderedPageBreak/>
        <w:t>Delivery routes are optimized dynamically for speed and cost.</w:t>
      </w:r>
    </w:p>
    <w:p w14:paraId="12724962" w14:textId="77777777" w:rsidR="00CE1B6C" w:rsidRDefault="00000000">
      <w:r>
        <w:t>Business Requirements</w:t>
      </w:r>
    </w:p>
    <w:p w14:paraId="4575E8AD" w14:textId="77777777" w:rsidR="00CE1B6C" w:rsidRDefault="00000000">
      <w:r>
        <w:t>Inventory Management Module:</w:t>
      </w:r>
    </w:p>
    <w:p w14:paraId="576C17E7" w14:textId="77777777" w:rsidR="00CE1B6C" w:rsidRDefault="00000000">
      <w:r>
        <w:t>Real-time inventory tracking locations.</w:t>
      </w:r>
    </w:p>
    <w:p w14:paraId="68DDD7B3" w14:textId="77777777" w:rsidR="00CE1B6C" w:rsidRDefault="00000000">
      <w:r>
        <w:t>Expiry-date monitoring and alerts for perishable items.</w:t>
      </w:r>
    </w:p>
    <w:p w14:paraId="21A8E59D" w14:textId="77777777" w:rsidR="00CE1B6C" w:rsidRDefault="00000000">
      <w:r>
        <w:t>Order-Management Module:</w:t>
      </w:r>
    </w:p>
    <w:p w14:paraId="677D8DFA" w14:textId="77777777" w:rsidR="00CE1B6C" w:rsidRDefault="00000000">
      <w:r>
        <w:t>Automated order allocation based on location and inventory.</w:t>
      </w:r>
    </w:p>
    <w:p w14:paraId="56BC96C5" w14:textId="77777777" w:rsidR="00CE1B6C" w:rsidRDefault="00000000">
      <w:r>
        <w:t>Bulk order prioritization.</w:t>
      </w:r>
    </w:p>
    <w:p w14:paraId="1BF0F370" w14:textId="77777777" w:rsidR="00CE1B6C" w:rsidRDefault="00000000">
      <w:r>
        <w:t>Delivery Optimization Module:</w:t>
      </w:r>
    </w:p>
    <w:p w14:paraId="05B7CA6F" w14:textId="77777777" w:rsidR="00CE1B6C" w:rsidRDefault="00000000">
      <w:r>
        <w:t>Integration with GPS and real-time data for route planning.</w:t>
      </w:r>
    </w:p>
    <w:p w14:paraId="76DDC762" w14:textId="77777777" w:rsidR="00CE1B6C" w:rsidRDefault="00000000">
      <w:r>
        <w:t>Dynamic Rerouting in case of delays.</w:t>
      </w:r>
    </w:p>
    <w:p w14:paraId="3536EA3F" w14:textId="77777777" w:rsidR="00CE1B6C" w:rsidRDefault="00000000">
      <w:r>
        <w:t>Reporting Module:</w:t>
      </w:r>
    </w:p>
    <w:p w14:paraId="16C53F17" w14:textId="77777777" w:rsidR="00CE1B6C" w:rsidRDefault="00000000">
      <w:r>
        <w:t>Insights into inventory levels, order trends, and delivery performance.</w:t>
      </w:r>
    </w:p>
    <w:p w14:paraId="281224C8" w14:textId="77777777" w:rsidR="00CE1B6C" w:rsidRDefault="00000000">
      <w:r>
        <w:t>Development and Resource plan</w:t>
      </w:r>
    </w:p>
    <w:p w14:paraId="5B19D4D0" w14:textId="77777777" w:rsidR="00CE1B6C" w:rsidRDefault="00000000">
      <w:r>
        <w:t>Development Plan:</w:t>
      </w:r>
    </w:p>
    <w:p w14:paraId="09060655" w14:textId="77777777" w:rsidR="00CE1B6C" w:rsidRDefault="00000000">
      <w:r>
        <w:t>Phase 1: Requirement gathering, stakeholder, Workshops, and system design (4 Weeks).</w:t>
      </w:r>
    </w:p>
    <w:p w14:paraId="472DAB64" w14:textId="77777777" w:rsidR="00CE1B6C" w:rsidRDefault="00000000">
      <w:r>
        <w:t>Phase 2: Development of core modules (Inventory, Order, Delivery) (12 Weeks).</w:t>
      </w:r>
    </w:p>
    <w:p w14:paraId="3E15043A" w14:textId="77777777" w:rsidR="00CE1B6C" w:rsidRDefault="00000000">
      <w:r>
        <w:t>Phase 3: Integration with external systems (APIs, GPS) and legacy systems (6 weeks).</w:t>
      </w:r>
    </w:p>
    <w:p w14:paraId="47500A4C" w14:textId="77777777" w:rsidR="00CE1B6C" w:rsidRDefault="00000000">
      <w:r>
        <w:t>Phase 4: Testing and quality assurance (4 weeks).</w:t>
      </w:r>
    </w:p>
    <w:p w14:paraId="64A7EEA8" w14:textId="77777777" w:rsidR="00CE1B6C" w:rsidRDefault="00000000">
      <w:r>
        <w:t>Phase 5: Deployment, training, and support (4 weeks).</w:t>
      </w:r>
    </w:p>
    <w:p w14:paraId="197B9633" w14:textId="77777777" w:rsidR="00CE1B6C" w:rsidRDefault="00000000">
      <w:r>
        <w:t>Resource Plan:</w:t>
      </w:r>
    </w:p>
    <w:p w14:paraId="353DDCF9" w14:textId="77777777" w:rsidR="00CE1B6C" w:rsidRDefault="00000000">
      <w:r>
        <w:t>Project Manager: 1 FTE</w:t>
      </w:r>
    </w:p>
    <w:p w14:paraId="21530A03" w14:textId="77777777" w:rsidR="00CE1B6C" w:rsidRDefault="00000000">
      <w:r>
        <w:t>Developers: 3 FTE (Backend, Frontend, Integration specialists)</w:t>
      </w:r>
    </w:p>
    <w:p w14:paraId="09B3C87F" w14:textId="77777777" w:rsidR="00CE1B6C" w:rsidRDefault="00000000">
      <w:r>
        <w:t>QA Engineers: 2 FTE</w:t>
      </w:r>
    </w:p>
    <w:p w14:paraId="511F547A" w14:textId="77777777" w:rsidR="00CE1B6C" w:rsidRDefault="00000000">
      <w:r>
        <w:t>Business Analyst: 1 FTE</w:t>
      </w:r>
    </w:p>
    <w:p w14:paraId="39F8A9D5" w14:textId="77777777" w:rsidR="00CE1B6C" w:rsidRDefault="00000000">
      <w:r>
        <w:t>Support Team: 2 FTE</w:t>
      </w:r>
    </w:p>
    <w:p w14:paraId="13981E3C" w14:textId="77777777" w:rsidR="00CE1B6C" w:rsidRDefault="00000000">
      <w:r>
        <w:lastRenderedPageBreak/>
        <w:t>Appendices</w:t>
      </w:r>
    </w:p>
    <w:p w14:paraId="4DCC8CB5" w14:textId="77777777" w:rsidR="00CE1B6C" w:rsidRDefault="00000000">
      <w:r>
        <w:t>Glossary of Terms</w:t>
      </w:r>
    </w:p>
    <w:p w14:paraId="3B3EDC56" w14:textId="77777777" w:rsidR="00CE1B6C" w:rsidRDefault="00000000">
      <w:r>
        <w:t>Abbreviations Used</w:t>
      </w:r>
    </w:p>
    <w:p w14:paraId="7597AE40" w14:textId="77777777" w:rsidR="00CE1B6C" w:rsidRDefault="00000000">
      <w:r>
        <w:t>Related Documents</w:t>
      </w:r>
    </w:p>
    <w:p w14:paraId="5704B360" w14:textId="77777777" w:rsidR="00CE1B6C" w:rsidRDefault="00000000">
      <w:r>
        <w:t>Feasibility Study Report</w:t>
      </w:r>
    </w:p>
    <w:p w14:paraId="6A6259E4" w14:textId="77777777" w:rsidR="00CE1B6C" w:rsidRDefault="00000000">
      <w:r>
        <w:t>Market Analysis for Inventory and Delivery Optimization Software</w:t>
      </w:r>
    </w:p>
    <w:p w14:paraId="5A1F6EDF" w14:textId="77777777" w:rsidR="00CE1B6C" w:rsidRDefault="00000000">
      <w:r>
        <w:t>Stakeholder Requirements Document</w:t>
      </w:r>
    </w:p>
    <w:p w14:paraId="02ED4233" w14:textId="77777777" w:rsidR="00CE1B6C" w:rsidRDefault="00000000">
      <w:r>
        <w:t>2.Process flow diagram</w:t>
      </w:r>
    </w:p>
    <w:p w14:paraId="354E6698" w14:textId="77777777" w:rsidR="00DF7378" w:rsidRDefault="00DF7378" w:rsidP="00DF7378">
      <w:pPr>
        <w:pStyle w:val="Heading1"/>
      </w:pPr>
      <w:r>
        <w:t>Appendix B: ADP Inventory &amp; Delivery Process Flow</w:t>
      </w:r>
    </w:p>
    <w:p w14:paraId="1BC2A9BE" w14:textId="77777777" w:rsidR="00DF7378" w:rsidRDefault="00DF7378" w:rsidP="00DF7378">
      <w:r>
        <w:t xml:space="preserve">Below is the Process Flow Diagram for the ADP Software Implementation at </w:t>
      </w:r>
      <w:proofErr w:type="spellStart"/>
      <w:r>
        <w:t>DDoll</w:t>
      </w:r>
      <w:proofErr w:type="spellEnd"/>
      <w:r>
        <w:t>:</w:t>
      </w:r>
    </w:p>
    <w:p w14:paraId="15F68D4E" w14:textId="0F120A84" w:rsidR="00DF7378" w:rsidRDefault="00DF7378" w:rsidP="00DF7378">
      <w:r>
        <w:rPr>
          <w:noProof/>
        </w:rPr>
        <w:lastRenderedPageBreak/>
        <w:drawing>
          <wp:inline distT="0" distB="0" distL="0" distR="0" wp14:anchorId="422A12A4" wp14:editId="41345950">
            <wp:extent cx="5486400" cy="5486400"/>
            <wp:effectExtent l="0" t="0" r="0" b="0"/>
            <wp:docPr id="297155474" name="Picture 297155474" descr="A diagram of a process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process flow&#10;&#10;AI-generated content may be incorrect."/>
                    <pic:cNvPicPr/>
                  </pic:nvPicPr>
                  <pic:blipFill>
                    <a:blip r:embed="rId6"/>
                    <a:stretch>
                      <a:fillRect/>
                    </a:stretch>
                  </pic:blipFill>
                  <pic:spPr>
                    <a:xfrm>
                      <a:off x="0" y="0"/>
                      <a:ext cx="5486400" cy="5486400"/>
                    </a:xfrm>
                    <a:prstGeom prst="rect">
                      <a:avLst/>
                    </a:prstGeom>
                  </pic:spPr>
                </pic:pic>
              </a:graphicData>
            </a:graphic>
          </wp:inline>
        </w:drawing>
      </w:r>
    </w:p>
    <w:p w14:paraId="1424AD73" w14:textId="092E9805" w:rsidR="00DF7378" w:rsidRDefault="00DF7378" w:rsidP="00DF7378"/>
    <w:p w14:paraId="28F87C27" w14:textId="03EC5614" w:rsidR="00DF7378" w:rsidRDefault="00DF7378" w:rsidP="00DF7378"/>
    <w:p w14:paraId="63114231" w14:textId="77777777" w:rsidR="00CE1B6C" w:rsidRDefault="00000000">
      <w:r>
        <w:t>Assignment – 2</w:t>
      </w:r>
    </w:p>
    <w:p w14:paraId="28253D54" w14:textId="77777777" w:rsidR="00CE1B6C" w:rsidRDefault="00000000">
      <w:r>
        <w:t>1.Write an introduction letter to a client introducing yourself as a business analyst in charge of working with the client and his team to start the business understanding process.</w:t>
      </w:r>
    </w:p>
    <w:p w14:paraId="37AE7CBC" w14:textId="77777777" w:rsidR="00CE1B6C" w:rsidRDefault="00000000">
      <w:r>
        <w:t>Subject: Introduction as Your Business Analyst Partner DDoll,</w:t>
      </w:r>
    </w:p>
    <w:p w14:paraId="3BF3FB22" w14:textId="77777777" w:rsidR="00CE1B6C" w:rsidRDefault="00000000">
      <w:r>
        <w:t xml:space="preserve">I hope this message finds you well. My name is Srividya, and I am delighted to introduce myself as the Business Analyst assigned to collaborate with you and your team on this exciting project. Understanding the challenges and opportunities within the manufacturing and logistics sectors, particularly in delivering exceptional customer service, is a domain I </w:t>
      </w:r>
      <w:r>
        <w:lastRenderedPageBreak/>
        <w:t>am passionate about. With your vision of managing inventory and ensuring the quickest delivery of your ice-cream and milk products, my role will be to work closely with you to transform these goals into a robust, tailor-made software solution. To begin, I aim to thoroughly understand your current processes, challenges, and aspirations. Together, we will explore your operational workflows, identify key requirements, and map out a strategic plan that aligns with your business objectives. Your insights will be invaluable in ensuring the solution we design is practical, scalable, and optimized for your unique needs.</w:t>
      </w:r>
    </w:p>
    <w:p w14:paraId="19F62218" w14:textId="77777777" w:rsidR="00CE1B6C" w:rsidRDefault="00000000">
      <w:r>
        <w:t>I look forward to discussing your expectations and gathering inputs from your team during our initial meetings. In the meantime, please feel free to share any documents, current processes, or initial thoughts that could help us hit the ground running. Thank you for the opportunity to collaborate on this project. I am confident that, together, we will develop a solution that adds significant value to your business operations. Please let me know a convenient time for us to connect further. Looking forward to working with you.</w:t>
      </w:r>
    </w:p>
    <w:p w14:paraId="1286A4EC" w14:textId="77777777" w:rsidR="00CE1B6C" w:rsidRDefault="00000000">
      <w:r>
        <w:t>Warm regards,</w:t>
      </w:r>
    </w:p>
    <w:p w14:paraId="5271C009" w14:textId="77777777" w:rsidR="00CE1B6C" w:rsidRDefault="00000000">
      <w:r>
        <w:t>Srividya</w:t>
      </w:r>
    </w:p>
    <w:p w14:paraId="70E0EBFD" w14:textId="77777777" w:rsidR="00CE1B6C" w:rsidRDefault="00000000">
      <w:r>
        <w:t>Business Analyst</w:t>
      </w:r>
    </w:p>
    <w:p w14:paraId="7FCA3720" w14:textId="77777777" w:rsidR="00CE1B6C" w:rsidRDefault="00000000">
      <w:r>
        <w:t>+91 7400194330</w:t>
      </w:r>
    </w:p>
    <w:p w14:paraId="0BB1CE53" w14:textId="77777777" w:rsidR="00CE1B6C" w:rsidRDefault="00000000">
      <w:r>
        <w:t>Prepare a brief BRD and SRS for a project- Ticketing system</w:t>
      </w:r>
    </w:p>
    <w:p w14:paraId="3F44F7D5" w14:textId="77777777" w:rsidR="00CE1B6C" w:rsidRDefault="00000000">
      <w:r>
        <w:t>Business Requirements Document (BRD)</w:t>
      </w:r>
    </w:p>
    <w:p w14:paraId="53E46A43" w14:textId="77777777" w:rsidR="00CE1B6C" w:rsidRDefault="00000000">
      <w:r>
        <w:t>Project Name: Ticketing System Prepared By: Srividya Date: 6th December 2024</w:t>
      </w:r>
    </w:p>
    <w:p w14:paraId="7CCD7BE8" w14:textId="77777777" w:rsidR="00CE1B6C" w:rsidRDefault="00000000">
      <w:r>
        <w:t>Executive Summary The objective of the Ticketing System project is to implement a comprehensive solution for managing customer support tickets effectively. The system will streamline the process of ticket creation, tracking, resolution, and closure. It will be designed to ensure seamless communication between users, support agents, and managers, improving the overall efficiency of customer support operations. Additionally, the system will include advanced features for monitoring service level agreement (SLA)compliance, enhancing reporting capabilities, and integrating with a knowledge base for faster problem resolution.</w:t>
      </w:r>
    </w:p>
    <w:p w14:paraId="72175EE0" w14:textId="77777777" w:rsidR="00CE1B6C" w:rsidRDefault="00000000">
      <w:r>
        <w:t>1.Document Revision</w:t>
      </w:r>
    </w:p>
    <w:p w14:paraId="059FB14A" w14:textId="77777777" w:rsidR="00CE1B6C" w:rsidRDefault="00000000">
      <w:r>
        <w:t>Approval</w:t>
      </w:r>
    </w:p>
    <w:p w14:paraId="5A610560" w14:textId="77777777" w:rsidR="00CE1B6C" w:rsidRDefault="00000000">
      <w:r>
        <w:t>RACI</w:t>
      </w:r>
    </w:p>
    <w:p w14:paraId="57181521" w14:textId="77777777" w:rsidR="00CE1B6C" w:rsidRDefault="00000000">
      <w:r>
        <w:t>Introduction:</w:t>
      </w:r>
    </w:p>
    <w:p w14:paraId="51EF8A59" w14:textId="77777777" w:rsidR="00CE1B6C" w:rsidRDefault="00000000">
      <w:r>
        <w:t>Streamline Issue Resolution</w:t>
      </w:r>
    </w:p>
    <w:p w14:paraId="6D9B5FBB" w14:textId="77777777" w:rsidR="00CE1B6C" w:rsidRDefault="00000000">
      <w:r>
        <w:lastRenderedPageBreak/>
        <w:t>Enable users to easily raise and track tickets while ensuring quick and efficient resolution</w:t>
      </w:r>
    </w:p>
    <w:p w14:paraId="7CB47C3F" w14:textId="77777777" w:rsidR="00CE1B6C" w:rsidRDefault="00000000">
      <w:r>
        <w:t>by support teams.</w:t>
      </w:r>
    </w:p>
    <w:p w14:paraId="330F6BB5" w14:textId="77777777" w:rsidR="00CE1B6C" w:rsidRDefault="00000000">
      <w:r>
        <w:t>Enhance Transparency</w:t>
      </w:r>
    </w:p>
    <w:p w14:paraId="71A3CB1A" w14:textId="77777777" w:rsidR="00CE1B6C" w:rsidRDefault="00000000">
      <w:r>
        <w:t>Provide users and stakeholders with real-time updates on ticket status and resolution</w:t>
      </w:r>
    </w:p>
    <w:p w14:paraId="33B3A82C" w14:textId="77777777" w:rsidR="00CE1B6C" w:rsidRDefault="00000000">
      <w:r>
        <w:t>timelines.</w:t>
      </w:r>
    </w:p>
    <w:p w14:paraId="0E475FE7" w14:textId="77777777" w:rsidR="00CE1B6C" w:rsidRDefault="00000000">
      <w:r>
        <w:t>Improve Accountability</w:t>
      </w:r>
    </w:p>
    <w:p w14:paraId="6336D212" w14:textId="77777777" w:rsidR="00CE1B6C" w:rsidRDefault="00000000">
      <w:r>
        <w:t>Introduce clear ownership of tickets through automated assignments and escalation</w:t>
      </w:r>
    </w:p>
    <w:p w14:paraId="4925DC5F" w14:textId="77777777" w:rsidR="00CE1B6C" w:rsidRDefault="00000000">
      <w:r>
        <w:t>mechanisms.</w:t>
      </w:r>
    </w:p>
    <w:p w14:paraId="4C840E90" w14:textId="77777777" w:rsidR="00CE1B6C" w:rsidRDefault="00000000">
      <w:r>
        <w:t>Boost Operational Efficiency</w:t>
      </w:r>
    </w:p>
    <w:p w14:paraId="012F934B" w14:textId="77777777" w:rsidR="00CE1B6C" w:rsidRDefault="00000000">
      <w:r>
        <w:t>Automate routine processes such as ticket routing and SLA monitoring to reduce manual</w:t>
      </w:r>
    </w:p>
    <w:p w14:paraId="193243B8" w14:textId="77777777" w:rsidR="00CE1B6C" w:rsidRDefault="00000000">
      <w:r>
        <w:t>intervention and errors.</w:t>
      </w:r>
    </w:p>
    <w:p w14:paraId="385CA869" w14:textId="77777777" w:rsidR="00CE1B6C" w:rsidRDefault="00000000">
      <w:r>
        <w:t>Enable Data-Driven Decisions</w:t>
      </w:r>
    </w:p>
    <w:p w14:paraId="55B59CD2" w14:textId="77777777" w:rsidR="00CE1B6C" w:rsidRDefault="00000000">
      <w:r>
        <w:t>Generate actionable insights through reporting and analytics to identify patterns, improve</w:t>
      </w:r>
    </w:p>
    <w:p w14:paraId="334E1043" w14:textId="77777777" w:rsidR="00CE1B6C" w:rsidRDefault="00000000">
      <w:r>
        <w:t>service quality, and optimize resources</w:t>
      </w:r>
    </w:p>
    <w:p w14:paraId="54D2AA5D" w14:textId="77777777" w:rsidR="00CE1B6C" w:rsidRDefault="00000000">
      <w:r>
        <w:t>Enable users to easily raise and track tickets while ensuring quick and efficient resolution by support teams.</w:t>
      </w:r>
    </w:p>
    <w:p w14:paraId="30DE8B53" w14:textId="77777777" w:rsidR="00CE1B6C" w:rsidRDefault="00000000">
      <w:r>
        <w:t>Provide users and stakeholders with real-time updates on ticket status and resolution timelines.</w:t>
      </w:r>
    </w:p>
    <w:p w14:paraId="6493CB50" w14:textId="77777777" w:rsidR="00CE1B6C" w:rsidRDefault="00000000">
      <w:r>
        <w:t>Introduce clear ownership of tickets through automated assignments and escalation mechanisms.</w:t>
      </w:r>
    </w:p>
    <w:p w14:paraId="14EBA5F0" w14:textId="77777777" w:rsidR="00CE1B6C" w:rsidRDefault="00000000">
      <w:r>
        <w:t>Automate routine processes such as ticket routing and SLA monitoring to reduce manual intervention and errors.</w:t>
      </w:r>
    </w:p>
    <w:p w14:paraId="2F49B4EA" w14:textId="77777777" w:rsidR="00CE1B6C" w:rsidRDefault="00000000">
      <w:r>
        <w:t>Generate actionable insights through reporting and analytics to identify patterns, improve service quality, and optimize resources.</w:t>
      </w:r>
    </w:p>
    <w:p w14:paraId="39AE4ED9" w14:textId="77777777" w:rsidR="00CE1B6C" w:rsidRDefault="00000000">
      <w:r>
        <w:t>Enhanced Customer Satisfaction:</w:t>
      </w:r>
    </w:p>
    <w:p w14:paraId="6F13AC80" w14:textId="77777777" w:rsidR="00CE1B6C" w:rsidRDefault="00000000">
      <w:r>
        <w:t>By reducing resolution time and ensuring timely support through SLA compliance.</w:t>
      </w:r>
    </w:p>
    <w:p w14:paraId="60CDAA40" w14:textId="77777777" w:rsidR="00CE1B6C" w:rsidRDefault="00000000">
      <w:r>
        <w:t>Optimized Support team performance:</w:t>
      </w:r>
    </w:p>
    <w:p w14:paraId="4D094DEA" w14:textId="77777777" w:rsidR="00CE1B6C" w:rsidRDefault="00000000">
      <w:r>
        <w:lastRenderedPageBreak/>
        <w:t>By providing tools for assigning tickets to the appropriate agents, managing workloads, and tracking performance.</w:t>
      </w:r>
    </w:p>
    <w:p w14:paraId="78FEDCBA" w14:textId="77777777" w:rsidR="00CE1B6C" w:rsidRDefault="00000000">
      <w:r>
        <w:t>Better Decision Making:</w:t>
      </w:r>
    </w:p>
    <w:p w14:paraId="6466B9CA" w14:textId="77777777" w:rsidR="00CE1B6C" w:rsidRDefault="00000000">
      <w:r>
        <w:t>By offering detailed reports on ticket trends, SLA performance and agent efficiency.</w:t>
      </w:r>
    </w:p>
    <w:p w14:paraId="53F25BB7" w14:textId="77777777" w:rsidR="00CE1B6C" w:rsidRDefault="00000000">
      <w:r>
        <w:t>Cost Efficiency:</w:t>
      </w:r>
    </w:p>
    <w:p w14:paraId="13B55373" w14:textId="77777777" w:rsidR="00CE1B6C" w:rsidRDefault="00000000">
      <w:r>
        <w:t>By automating routine support processes, reducing human error, and speeding up the resolution process, leading to a reduction in operational costs.</w:t>
      </w:r>
    </w:p>
    <w:p w14:paraId="2E4F1FB2" w14:textId="77777777" w:rsidR="00CE1B6C" w:rsidRDefault="00000000">
      <w:r>
        <w:t>Tickets must be assigned to agents within 15 minutes of creation.</w:t>
      </w:r>
    </w:p>
    <w:p w14:paraId="2C7FBCFE" w14:textId="77777777" w:rsidR="00CE1B6C" w:rsidRDefault="00000000">
      <w:r>
        <w:t>Tickets cannot be closed until all required information is provided, and the issue is fully resolved.</w:t>
      </w:r>
    </w:p>
    <w:p w14:paraId="3B822122" w14:textId="77777777" w:rsidR="00CE1B6C" w:rsidRDefault="00000000">
      <w:r>
        <w:t>Support agents must adhere to the SLAs defined for each ticket type.</w:t>
      </w:r>
    </w:p>
    <w:p w14:paraId="0A3DEC6C" w14:textId="77777777" w:rsidR="00CE1B6C" w:rsidRDefault="00000000">
      <w:r>
        <w:t>A ticket must be reopened if a customer reports the issue again within 30 days of closure.</w:t>
      </w:r>
    </w:p>
    <w:p w14:paraId="04A3A143" w14:textId="77777777" w:rsidR="00CE1B6C" w:rsidRDefault="00000000">
      <w:r>
        <w:t>Background</w:t>
      </w:r>
    </w:p>
    <w:p w14:paraId="146E3965" w14:textId="77777777" w:rsidR="00CE1B6C" w:rsidRDefault="00000000">
      <w:r>
        <w:t>The company’s current ticketing system is inefficient, causing slow response times,</w:t>
      </w:r>
    </w:p>
    <w:p w14:paraId="639C980E" w14:textId="77777777" w:rsidR="00CE1B6C" w:rsidRDefault="00000000">
      <w:r>
        <w:t>missed SLAs, and manual processing. To address these issues, the company will</w:t>
      </w:r>
    </w:p>
    <w:p w14:paraId="09822C0D" w14:textId="77777777" w:rsidR="00CE1B6C" w:rsidRDefault="00000000">
      <w:r>
        <w:t>implement a new Ticketing System that automates ticket management, tracks SLAs,</w:t>
      </w:r>
    </w:p>
    <w:p w14:paraId="61E0B5D4" w14:textId="77777777" w:rsidR="00CE1B6C" w:rsidRDefault="00000000">
      <w:r>
        <w:t>integrates a knowledge base, and provides detailed reporting. This system will streamline</w:t>
      </w:r>
    </w:p>
    <w:p w14:paraId="04AC6E52" w14:textId="77777777" w:rsidR="00CE1B6C" w:rsidRDefault="00000000">
      <w:r>
        <w:t>support processes, improve customer satisfaction, and ensure compliance with SLAs.</w:t>
      </w:r>
    </w:p>
    <w:p w14:paraId="6610ED45" w14:textId="77777777" w:rsidR="00CE1B6C" w:rsidRDefault="00000000">
      <w:r>
        <w:t>The company’s current ticketing system is inefficient, causing slow response times, missed SLAs, and manual processing. To address these issues, the company will implement a new Ticketing System that automates ticket management, tracks SLAs, integrates a knowledge base, and provides detailed reporting. This system will streamline support processes, improve customer satisfaction, and ensure compliance with SLAs.</w:t>
      </w:r>
    </w:p>
    <w:p w14:paraId="326B53B9" w14:textId="77777777" w:rsidR="00CE1B6C" w:rsidRDefault="00000000">
      <w:r>
        <w:t>The project aims to enhance efficiency, reduce costs, and provide better data insights for decision-making. Key stakeholders include customer support, IT, and business leadership. The project will be completed in 6 months, with phased rollout and ongoing support.</w:t>
      </w:r>
    </w:p>
    <w:p w14:paraId="5A77AA03" w14:textId="77777777" w:rsidR="00CE1B6C" w:rsidRDefault="00000000">
      <w:r>
        <w:t>User portal for raising tickets.</w:t>
      </w:r>
    </w:p>
    <w:p w14:paraId="3BC20BB5" w14:textId="77777777" w:rsidR="00CE1B6C" w:rsidRDefault="00000000">
      <w:r>
        <w:t>Admin/Support team portal for ticket management.</w:t>
      </w:r>
    </w:p>
    <w:p w14:paraId="1E47F7B2" w14:textId="77777777" w:rsidR="00CE1B6C" w:rsidRDefault="00000000">
      <w:r>
        <w:t>Automated ticket assignment and prioritization based on predefined rules.</w:t>
      </w:r>
    </w:p>
    <w:p w14:paraId="49F63271" w14:textId="77777777" w:rsidR="00CE1B6C" w:rsidRDefault="00000000">
      <w:r>
        <w:t>SLA tracking and notification alerts for pending tickets.</w:t>
      </w:r>
    </w:p>
    <w:p w14:paraId="04F9FD89" w14:textId="77777777" w:rsidR="00CE1B6C" w:rsidRDefault="00000000">
      <w:r>
        <w:lastRenderedPageBreak/>
        <w:t>Reports and dashboards for performance analysis.</w:t>
      </w:r>
    </w:p>
    <w:p w14:paraId="05801424" w14:textId="77777777" w:rsidR="00CE1B6C" w:rsidRDefault="00000000">
      <w:r>
        <w:t>Integration with third-party tools (to be planned in future phases).</w:t>
      </w:r>
    </w:p>
    <w:p w14:paraId="1D91525E" w14:textId="77777777" w:rsidR="00CE1B6C" w:rsidRDefault="00000000">
      <w:r>
        <w:t>Hardware procurement and setup</w:t>
      </w:r>
    </w:p>
    <w:p w14:paraId="6B1196D8" w14:textId="77777777" w:rsidR="00CE1B6C" w:rsidRDefault="00000000">
      <w:r>
        <w:t>All users will have access to a computer or mobile device with an internet connection.</w:t>
      </w:r>
    </w:p>
    <w:p w14:paraId="1CD4CD3D" w14:textId="77777777" w:rsidR="00CE1B6C" w:rsidRDefault="00000000">
      <w:r>
        <w:t>Support teams will adhere to SLA policies as defined by the organization.</w:t>
      </w:r>
    </w:p>
    <w:p w14:paraId="2AD25EE0" w14:textId="77777777" w:rsidR="00CE1B6C" w:rsidRDefault="00000000">
      <w:r>
        <w:t>Constraints:</w:t>
      </w:r>
    </w:p>
    <w:p w14:paraId="638E7650" w14:textId="77777777" w:rsidR="00CE1B6C" w:rsidRDefault="00000000">
      <w:r>
        <w:t>The system must be developed and implemented within a 6-month timeline.</w:t>
      </w:r>
    </w:p>
    <w:p w14:paraId="6B5DCB14" w14:textId="77777777" w:rsidR="00CE1B6C" w:rsidRDefault="00000000">
      <w:r>
        <w:t>The system should be scalable to handle up to 10,000 tickets per day without performance degradation.</w:t>
      </w:r>
    </w:p>
    <w:p w14:paraId="0844AD50" w14:textId="77777777" w:rsidR="00CE1B6C" w:rsidRDefault="00000000">
      <w:r>
        <w:t>It must comply with applicable data privacy regulations (e.g., GDPR).</w:t>
      </w:r>
    </w:p>
    <w:p w14:paraId="4DB990E1" w14:textId="77777777" w:rsidR="00CE1B6C" w:rsidRDefault="00000000">
      <w:r>
        <w:t>Risk</w:t>
      </w:r>
    </w:p>
    <w:p w14:paraId="62F7F821" w14:textId="77777777" w:rsidR="00CE1B6C" w:rsidRDefault="00000000">
      <w:r>
        <w:t>Technical Risk:</w:t>
      </w:r>
    </w:p>
    <w:p w14:paraId="5DF6F582" w14:textId="77777777" w:rsidR="00CE1B6C" w:rsidRDefault="00000000">
      <w:r>
        <w:t>Risk: Integration and compatibility issues with existing systems (CRM, email, chat, etc.) could lead to delays or functionality problems, causing disruptions in the ticket management process.</w:t>
      </w:r>
    </w:p>
    <w:p w14:paraId="66356F2A" w14:textId="77777777" w:rsidR="00CE1B6C" w:rsidRDefault="00000000">
      <w:r>
        <w:t>Mitigation: Conduct detailed technical assessments and integration testing to ensure compatibility with current systems. Allocate time for troubleshooting and ensure robust APIs for seamless data exchange.</w:t>
      </w:r>
    </w:p>
    <w:p w14:paraId="2AF69086" w14:textId="77777777" w:rsidR="00CE1B6C" w:rsidRDefault="00000000">
      <w:r>
        <w:t>Political Risk:</w:t>
      </w:r>
    </w:p>
    <w:p w14:paraId="50133E98" w14:textId="77777777" w:rsidR="00CE1B6C" w:rsidRDefault="00000000">
      <w:r>
        <w:t>Mitigation: Maintain regular communication with key stakeholders and senior leadership to ensure alignment. Create clear documentation to keep all parties informed, regardless of organizational changes.</w:t>
      </w:r>
    </w:p>
    <w:p w14:paraId="0D5525DD" w14:textId="77777777" w:rsidR="00CE1B6C" w:rsidRDefault="00000000">
      <w:r>
        <w:t>Requirement Risk:</w:t>
      </w:r>
    </w:p>
    <w:p w14:paraId="169A3E31" w14:textId="77777777" w:rsidR="00CE1B6C" w:rsidRDefault="00000000">
      <w:r>
        <w:t>Risk: The requirements for the ticketing system might not be fully understood or documented, leading to misalignment between business needs and the delivered solution.</w:t>
      </w:r>
    </w:p>
    <w:p w14:paraId="3650AC67" w14:textId="77777777" w:rsidR="00CE1B6C" w:rsidRDefault="00000000">
      <w:r>
        <w:t>Mitigation: Engage stakeholders early in the project to define detailed requirements. Use iterative feedback and validation (e.g., user stories and prototypes) to refine the system according to actual needs.</w:t>
      </w:r>
    </w:p>
    <w:p w14:paraId="4FF2B3A6" w14:textId="77777777" w:rsidR="00CE1B6C" w:rsidRDefault="00000000">
      <w:r>
        <w:t>Business Risk:</w:t>
      </w:r>
    </w:p>
    <w:p w14:paraId="2CE2C50B" w14:textId="77777777" w:rsidR="00CE1B6C" w:rsidRDefault="00000000">
      <w:r>
        <w:t>Risk: The new ticketing system might not achieve the expected improvements in customer satisfaction or operational efficiency, leading to a lack of return on investment (ROI).</w:t>
      </w:r>
    </w:p>
    <w:p w14:paraId="12ADF364" w14:textId="77777777" w:rsidR="00CE1B6C" w:rsidRDefault="00000000">
      <w:r>
        <w:lastRenderedPageBreak/>
        <w:t>Mitigation: Set clear, measurable business objectives before the project starts (e.g., reduced response time, SLA compliance). Regularly assess the system post-implementation and adjust processes as needed based on feedback and performance metrics.</w:t>
      </w:r>
    </w:p>
    <w:p w14:paraId="365F063D" w14:textId="77777777" w:rsidR="00CE1B6C" w:rsidRDefault="00000000">
      <w:r>
        <w:t>8. Business Process Overview</w:t>
      </w:r>
    </w:p>
    <w:p w14:paraId="767F33DD" w14:textId="77777777" w:rsidR="00CE1B6C" w:rsidRDefault="00000000">
      <w:r>
        <w:t>1. Legacy System (AS-IS)</w:t>
      </w:r>
    </w:p>
    <w:p w14:paraId="08F5A019" w14:textId="77777777" w:rsidR="00CE1B6C" w:rsidRDefault="00000000">
      <w:r>
        <w:t>The current ticketing process is largely manual, involving several disconnected systems and processes that result in inefficiencies and delays. Below are the key elements of the legacy system:</w:t>
      </w:r>
    </w:p>
    <w:p w14:paraId="520B8778" w14:textId="77777777" w:rsidR="00CE1B6C" w:rsidRDefault="00000000">
      <w:r>
        <w:t>Ticket Creation: Customers submit support tickets via email or phone, which are manually entered into the system by agents. This often leads to errors in ticket categorization and delays in assignment.</w:t>
      </w:r>
    </w:p>
    <w:p w14:paraId="1F58DCC3" w14:textId="77777777" w:rsidR="00CE1B6C" w:rsidRDefault="00000000">
      <w:r>
        <w:t>Ticket Assignment: Tickets are manually assigned to support agents based on availability or expertise. This process is time-consuming and lacks prioritization, leading to unequal workload distribution among agents.</w:t>
      </w:r>
    </w:p>
    <w:p w14:paraId="2F19FA56" w14:textId="77777777" w:rsidR="00CE1B6C" w:rsidRDefault="00000000">
      <w:r>
        <w:t>SLA Management: SLA compliance is monitored manually through spreadsheets or ad hoc tracking, which is prone to human error. Tickets often exceed SLA timelines, leading to customer dissatisfaction.</w:t>
      </w:r>
    </w:p>
    <w:p w14:paraId="12A57263" w14:textId="77777777" w:rsidR="00CE1B6C" w:rsidRDefault="00000000">
      <w:r>
        <w:t>Resolution &amp; Closure: Agents resolve tickets based on available information, but often have limited access to knowledge resources, requiring them to solve recurring issues from scratch. The closure process is also manual and lacks consistency, leading to reopened tickets.</w:t>
      </w:r>
    </w:p>
    <w:p w14:paraId="7021FBD4" w14:textId="77777777" w:rsidR="00CE1B6C" w:rsidRDefault="00000000">
      <w:r>
        <w:t>Reporting: Reporting is done manually through ad hoc data collection and spreadsheets, making it difficult to track key performance metrics (KPIs) like ticket resolution time, agent performance, and SLA adherence.</w:t>
      </w:r>
    </w:p>
    <w:p w14:paraId="62C6F93C" w14:textId="77777777" w:rsidR="00CE1B6C" w:rsidRDefault="00000000">
      <w:r>
        <w:t>Knowledge Sharing: Information related to past issues and resolutions is stored across different systems, making it challenging for agents to quickly access relevant solutions.</w:t>
      </w:r>
    </w:p>
    <w:p w14:paraId="0654715B" w14:textId="77777777" w:rsidR="00CE1B6C" w:rsidRDefault="00000000">
      <w:r>
        <w:t>2. Proposed Recommendations (TO-BE)</w:t>
      </w:r>
    </w:p>
    <w:p w14:paraId="708D5B84" w14:textId="77777777" w:rsidR="00CE1B6C" w:rsidRDefault="00000000">
      <w:r>
        <w:t>The proposed ticketing system aims to address the inefficiencies of the legacy system by automating and streamlining key processes. The following changes will improve the overall ticketing process:</w:t>
      </w:r>
    </w:p>
    <w:p w14:paraId="79FCBE47" w14:textId="77777777" w:rsidR="00CE1B6C" w:rsidRDefault="00000000">
      <w:r>
        <w:t>Ticket Creation: The new system will allow customers to create tickets through multiple channels (email, web portal, chat, etc.). The system will automatically capture key details such as issue type, urgency, and customer information, eliminating manual data entry and reducing errors.</w:t>
      </w:r>
    </w:p>
    <w:p w14:paraId="701C9636" w14:textId="77777777" w:rsidR="00CE1B6C" w:rsidRDefault="00000000">
      <w:r>
        <w:lastRenderedPageBreak/>
        <w:t>Ticket Assignment: The system will automatically categorize and prioritize tickets based on predefined rules (e.g., urgency, issue type). Tickets will be assigned to the most appropriate agent based on their expertise and availability, ensuring a more efficient workload distribution.</w:t>
      </w:r>
    </w:p>
    <w:p w14:paraId="13BB8F87" w14:textId="77777777" w:rsidR="00CE1B6C" w:rsidRDefault="00000000">
      <w:r>
        <w:t>SLA Management: The new system will include automated SLA tracking, with real-time alerts and escalations for tickets nearing or exceeding their resolution deadlines. This will help ensure that tickets are resolved on time and SLAs are met.</w:t>
      </w:r>
    </w:p>
    <w:p w14:paraId="1D7DF5E7" w14:textId="77777777" w:rsidR="00CE1B6C" w:rsidRDefault="00000000">
      <w:r>
        <w:t>Resolution &amp; Closure: The system will integrate a knowledge base, allowing agents to quickly access solutions for common issues. Automated workflows will guide agents through the ticket resolution process, ensuring consistency and reducing resolution time. Tickets will be automatically closed once all resolution steps are completed, and customers are satisfied.</w:t>
      </w:r>
    </w:p>
    <w:p w14:paraId="044F59D1" w14:textId="77777777" w:rsidR="00CE1B6C" w:rsidRDefault="00000000">
      <w:r>
        <w:t>Reporting: The system will include built-in reporting features, providing real-time dashboards and detailed reports on KPIs such as ticket volume, resolution time, agent performance, and SLA compliance. These reports will be customizable, enabling managers to monitor performance and identify areas for improvement.</w:t>
      </w:r>
    </w:p>
    <w:p w14:paraId="7335518F" w14:textId="77777777" w:rsidR="00CE1B6C" w:rsidRDefault="00000000">
      <w:r>
        <w:t>Knowledge Sharing: A centralized knowledge base will be integrated into the system, allowing agents to search for and contribute solutions to recurring issues. This will help reduce resolution times, improve consistency, and enable new agents to ramp up more quickly.</w:t>
      </w:r>
    </w:p>
    <w:p w14:paraId="5F86C259" w14:textId="77777777" w:rsidR="00CE1B6C" w:rsidRDefault="00000000">
      <w:r>
        <w:t>9. Business Requirements</w:t>
      </w:r>
    </w:p>
    <w:p w14:paraId="4FDAC3A5" w14:textId="77777777" w:rsidR="00CE1B6C" w:rsidRDefault="00000000">
      <w:r>
        <w:t>Ticket Creation and Submission</w:t>
      </w:r>
    </w:p>
    <w:p w14:paraId="16907FB0" w14:textId="77777777" w:rsidR="00CE1B6C" w:rsidRDefault="00000000">
      <w:r>
        <w:t>The system must allow customers to submit tickets through multiple channels, including email, web portal, and chat, ensuring seamless ticket creation across various platforms.</w:t>
      </w:r>
    </w:p>
    <w:p w14:paraId="407F483F" w14:textId="77777777" w:rsidR="00CE1B6C" w:rsidRDefault="00000000">
      <w:r>
        <w:t>Automated Ticket Categorization and Prioritization</w:t>
      </w:r>
    </w:p>
    <w:p w14:paraId="6E037366" w14:textId="77777777" w:rsidR="00CE1B6C" w:rsidRDefault="00000000">
      <w:r>
        <w:t>The system must automatically categorize and prioritize tickets based on predefined criteria such as issue type, urgency, and customer profile.</w:t>
      </w:r>
    </w:p>
    <w:p w14:paraId="156EFA15" w14:textId="77777777" w:rsidR="00CE1B6C" w:rsidRDefault="00000000">
      <w:r>
        <w:t>SLA Management and Alerts</w:t>
      </w:r>
    </w:p>
    <w:p w14:paraId="5D7CAC01" w14:textId="77777777" w:rsidR="00CE1B6C" w:rsidRDefault="00000000">
      <w:r>
        <w:t>The system must track and monitor ticket SLAs automatically, providing real-time alerts and escalation notifications for tickets approaching or breaching their SLA deadlines.</w:t>
      </w:r>
    </w:p>
    <w:p w14:paraId="12DF7AEE" w14:textId="77777777" w:rsidR="00CE1B6C" w:rsidRDefault="00000000">
      <w:r>
        <w:t>Ticket Assignment and Routing The system must automatically assign tickets to the most appropriate agent based on factors such as expertise, workload, and availability.</w:t>
      </w:r>
    </w:p>
    <w:p w14:paraId="227BCAC3" w14:textId="77777777" w:rsidR="00CE1B6C" w:rsidRDefault="00000000">
      <w:r>
        <w:t>Knowledge Base Integration</w:t>
      </w:r>
    </w:p>
    <w:p w14:paraId="021E6D91" w14:textId="77777777" w:rsidR="00CE1B6C" w:rsidRDefault="00000000">
      <w:r>
        <w:lastRenderedPageBreak/>
        <w:t>The system must integrate a centralized knowledge base that allows agents to access solutions for recurring issues. The knowledge base must be easily searchable and allow agents to contribute new solutions.</w:t>
      </w:r>
    </w:p>
    <w:p w14:paraId="645DF52B" w14:textId="77777777" w:rsidR="00CE1B6C" w:rsidRDefault="00000000">
      <w:r>
        <w:t>Ticket Resolution Workflow</w:t>
      </w:r>
    </w:p>
    <w:p w14:paraId="039353E2" w14:textId="77777777" w:rsidR="00CE1B6C" w:rsidRDefault="00000000">
      <w:r>
        <w:t>The system must provide an automated workflow for ticket resolution that guides agents through the necessary steps, ensuring consistency in the resolution process.</w:t>
      </w:r>
    </w:p>
    <w:p w14:paraId="4605C6BD" w14:textId="77777777" w:rsidR="00CE1B6C" w:rsidRDefault="00000000">
      <w:r>
        <w:t>Ticket History and Audit Trail</w:t>
      </w:r>
    </w:p>
    <w:p w14:paraId="66A61EFE" w14:textId="77777777" w:rsidR="00CE1B6C" w:rsidRDefault="00000000">
      <w:r>
        <w:t>The system must maintain a complete history of all interactions related to each ticket, including agent notes, customer updates, and actions taken.</w:t>
      </w:r>
    </w:p>
    <w:p w14:paraId="0DFFEA6A" w14:textId="77777777" w:rsidR="00CE1B6C" w:rsidRDefault="00000000">
      <w:r>
        <w:t>Reporting and Dashboards The system must include customizable reporting features and real-time dashboards to track KPIs such as ticket volume, resolution time, SLA compliance, and agent performance.</w:t>
      </w:r>
    </w:p>
    <w:p w14:paraId="2DD0ACD1" w14:textId="77777777" w:rsidR="00CE1B6C" w:rsidRDefault="00000000">
      <w:r>
        <w:t>User Roles and Permissions</w:t>
      </w:r>
    </w:p>
    <w:p w14:paraId="39828C44" w14:textId="77777777" w:rsidR="00CE1B6C" w:rsidRDefault="00000000">
      <w:r>
        <w:t>The system must have configurable user roles and permissions to restrict access to sensitive data and ensure that agents and managers can only view or edit information relevant to their roles.</w:t>
      </w:r>
    </w:p>
    <w:p w14:paraId="604BEB56" w14:textId="77777777" w:rsidR="00CE1B6C" w:rsidRDefault="00000000">
      <w:r>
        <w:t>Multi-Language Support</w:t>
      </w:r>
    </w:p>
    <w:p w14:paraId="5B902BE4" w14:textId="77777777" w:rsidR="00CE1B6C" w:rsidRDefault="00000000">
      <w:r>
        <w:t>The system must support multiple languages to cater to a diverse customer base, allowing customers and agents to interact in their preferred language.</w:t>
      </w:r>
    </w:p>
    <w:p w14:paraId="44F0A803" w14:textId="77777777" w:rsidR="00CE1B6C" w:rsidRDefault="00000000">
      <w:r>
        <w:t>Mobile Access for Support Agents</w:t>
      </w:r>
    </w:p>
    <w:p w14:paraId="5F6A614A" w14:textId="77777777" w:rsidR="00CE1B6C" w:rsidRDefault="00000000">
      <w:r>
        <w:t>The system must provide mobile access for support agents, allowing them to view and manage tickets from anywhere.</w:t>
      </w:r>
    </w:p>
    <w:p w14:paraId="0F234ACC" w14:textId="77777777" w:rsidR="00CE1B6C" w:rsidRDefault="00000000">
      <w:r>
        <w:t>Ticket Escalation Process The system must include an automated ticket escalation process that triggers based on predefined conditions (e.g., unresolved ticket for a certain period or SLA breach).</w:t>
      </w:r>
    </w:p>
    <w:p w14:paraId="57F931B3" w14:textId="77777777" w:rsidR="00CE1B6C" w:rsidRDefault="00000000">
      <w:r>
        <w:t>Customer Feedback and Satisfaction Tracking</w:t>
      </w:r>
    </w:p>
    <w:p w14:paraId="0DF485B5" w14:textId="77777777" w:rsidR="00CE1B6C" w:rsidRDefault="00000000">
      <w:r>
        <w:t>The system must allow customers to provide feedback on ticket resolution and agent performance, and this data must be captured and analyzed for continuous improvement.</w:t>
      </w:r>
    </w:p>
    <w:p w14:paraId="78BA36E2" w14:textId="77777777" w:rsidR="00CE1B6C" w:rsidRDefault="00000000">
      <w:r>
        <w:t>Security and Data Privacy Compliance</w:t>
      </w:r>
    </w:p>
    <w:p w14:paraId="1AD87CE8" w14:textId="77777777" w:rsidR="00CE1B6C" w:rsidRDefault="00000000">
      <w:r>
        <w:t>The system must comply with relevant data privacy regulations (e.g., GDPR) and ensure secure handling of sensitive customer data.</w:t>
      </w:r>
    </w:p>
    <w:p w14:paraId="7E3C8D0B" w14:textId="77777777" w:rsidR="00CE1B6C" w:rsidRDefault="00000000">
      <w:r>
        <w:t>10.1 List of Acronyms</w:t>
      </w:r>
    </w:p>
    <w:p w14:paraId="73FBEB1C" w14:textId="77777777" w:rsidR="00CE1B6C" w:rsidRDefault="00000000">
      <w:r>
        <w:lastRenderedPageBreak/>
        <w:t>AI - Artificial Intelligence</w:t>
      </w:r>
    </w:p>
    <w:p w14:paraId="227784A3" w14:textId="77777777" w:rsidR="00CE1B6C" w:rsidRDefault="00000000">
      <w:r>
        <w:t>GDPR - General Data Protection Regulation</w:t>
      </w:r>
    </w:p>
    <w:p w14:paraId="5E28379B" w14:textId="77777777" w:rsidR="00CE1B6C" w:rsidRDefault="00000000">
      <w:r>
        <w:t>UAT - User Acceptance Testing</w:t>
      </w:r>
    </w:p>
    <w:p w14:paraId="47EA1FB5" w14:textId="77777777" w:rsidR="00CE1B6C" w:rsidRDefault="00000000">
      <w:r>
        <w:t>D&amp;I - Diversity and Inclusion</w:t>
      </w:r>
    </w:p>
    <w:p w14:paraId="7BCF39E4" w14:textId="77777777" w:rsidR="00CE1B6C" w:rsidRDefault="00000000">
      <w:r>
        <w:t>ROI - Return on Investment</w:t>
      </w:r>
    </w:p>
    <w:p w14:paraId="57ECE98C" w14:textId="77777777" w:rsidR="00CE1B6C" w:rsidRDefault="00000000">
      <w:r>
        <w:t>AS-IS - Current State of the Process/System</w:t>
      </w:r>
    </w:p>
    <w:p w14:paraId="36C87428" w14:textId="77777777" w:rsidR="00CE1B6C" w:rsidRDefault="00000000">
      <w:r>
        <w:t>TO-BE - Future State of the Process/System</w:t>
      </w:r>
    </w:p>
    <w:p w14:paraId="431CE345" w14:textId="77777777" w:rsidR="00CE1B6C" w:rsidRDefault="00000000">
      <w:r>
        <w:t>KPI - Key Performance Indicator</w:t>
      </w:r>
    </w:p>
    <w:p w14:paraId="4647A582" w14:textId="77777777" w:rsidR="00CE1B6C" w:rsidRDefault="00000000">
      <w:r>
        <w:t>TAT - Turnaround Time</w:t>
      </w:r>
    </w:p>
    <w:p w14:paraId="45A54517" w14:textId="77777777" w:rsidR="00CE1B6C" w:rsidRDefault="00000000">
      <w:r>
        <w:t>10.SLA - Service Level Agreement</w:t>
      </w:r>
    </w:p>
    <w:p w14:paraId="70586D87" w14:textId="77777777" w:rsidR="00CE1B6C" w:rsidRDefault="00000000">
      <w:r>
        <w:t>11.API - Application Programming Interface</w:t>
      </w:r>
    </w:p>
    <w:p w14:paraId="0B6EBCA5" w14:textId="77777777" w:rsidR="00CE1B6C" w:rsidRDefault="00000000">
      <w:r>
        <w:t>12.UI - User Interface</w:t>
      </w:r>
    </w:p>
    <w:p w14:paraId="3247CF4C" w14:textId="77777777" w:rsidR="00CE1B6C" w:rsidRDefault="00000000">
      <w:r>
        <w:t>13.UX - User Experience</w:t>
      </w:r>
    </w:p>
    <w:p w14:paraId="07E869C9" w14:textId="77777777" w:rsidR="00CE1B6C" w:rsidRDefault="00000000">
      <w:r>
        <w:t>14.BRD - Business Requirements Document</w:t>
      </w:r>
    </w:p>
    <w:p w14:paraId="7A2EE8F5" w14:textId="77777777" w:rsidR="00CE1B6C" w:rsidRDefault="00000000">
      <w:r>
        <w:t>15.RTM - Requirement Traceability Matrix</w:t>
      </w:r>
    </w:p>
    <w:p w14:paraId="74ABEDE5" w14:textId="77777777" w:rsidR="00CE1B6C" w:rsidRDefault="00000000">
      <w:r>
        <w:t>16.DPA - Data Protection Act (often used with GDPR)</w:t>
      </w:r>
    </w:p>
    <w:p w14:paraId="02D263CE" w14:textId="77777777" w:rsidR="00CE1B6C" w:rsidRDefault="00000000">
      <w:r>
        <w:t>Ticket</w:t>
      </w:r>
    </w:p>
    <w:p w14:paraId="5C4B81D1" w14:textId="77777777" w:rsidR="00CE1B6C" w:rsidRDefault="00000000">
      <w:r>
        <w:t>A record of a customer's issue, question, or request that is tracked and managed through the ticketing system. Tickets are created by customers or automatically generated by the system, and they represent an individual support case to be resolved by an agent.</w:t>
      </w:r>
    </w:p>
    <w:p w14:paraId="57C020AB" w14:textId="77777777" w:rsidR="00CE1B6C" w:rsidRDefault="00000000">
      <w:r>
        <w:t>SLA</w:t>
      </w:r>
    </w:p>
    <w:p w14:paraId="00B226A1" w14:textId="77777777" w:rsidR="00CE1B6C" w:rsidRDefault="00000000">
      <w:r>
        <w:t>A formal agreement between the company and the customer that defines the expected timeframes for responding to and resolving tickets. SLAs outline the maximum time allowed for each stage of the ticket lifecycle.</w:t>
      </w:r>
    </w:p>
    <w:p w14:paraId="4D808E2F" w14:textId="77777777" w:rsidR="00CE1B6C" w:rsidRDefault="00000000">
      <w:r>
        <w:t>Knowledge Base</w:t>
      </w:r>
    </w:p>
    <w:p w14:paraId="57DB748B" w14:textId="77777777" w:rsidR="00CE1B6C" w:rsidRDefault="00000000">
      <w:r>
        <w:t>A centralized repository of articles, solutions, FAQs, and troubleshooting guides accessible to support agents to assist in resolving tickets more efficiently.</w:t>
      </w:r>
    </w:p>
    <w:p w14:paraId="1912EB24" w14:textId="77777777" w:rsidR="00CE1B6C" w:rsidRDefault="00000000">
      <w:r>
        <w:t>Ticket Assignment</w:t>
      </w:r>
    </w:p>
    <w:p w14:paraId="05D3741C" w14:textId="77777777" w:rsidR="00CE1B6C" w:rsidRDefault="00000000">
      <w:r>
        <w:lastRenderedPageBreak/>
        <w:t>The process of routing a support ticket to the appropriate agent or team for resolution, based on factors such as expertise, availability, and workload.</w:t>
      </w:r>
    </w:p>
    <w:p w14:paraId="1C1A1A36" w14:textId="77777777" w:rsidR="00CE1B6C" w:rsidRDefault="00000000">
      <w:r>
        <w:t>Ticket Lifecycle</w:t>
      </w:r>
    </w:p>
    <w:p w14:paraId="306C3A66" w14:textId="77777777" w:rsidR="00CE1B6C" w:rsidRDefault="00000000">
      <w:r>
        <w:t>The various stages a ticket goes through from creation to closure. These stages typically include ticket creation, categorization, assignment, resolution, and closure.</w:t>
      </w:r>
    </w:p>
    <w:p w14:paraId="4309180C" w14:textId="77777777" w:rsidR="00CE1B6C" w:rsidRDefault="00000000">
      <w:r>
        <w:t>Escalation</w:t>
      </w:r>
    </w:p>
    <w:p w14:paraId="4EEC58A7" w14:textId="77777777" w:rsidR="00CE1B6C" w:rsidRDefault="00000000">
      <w:r>
        <w:t>The process of transferring a ticket to a higher level of support or management when it cannot be resolved at the current level within the defined SLA or requires additional expertise.</w:t>
      </w:r>
    </w:p>
    <w:p w14:paraId="5C11E5C5" w14:textId="77777777" w:rsidR="00CE1B6C" w:rsidRDefault="00000000">
      <w:r>
        <w:t>Agent</w:t>
      </w:r>
    </w:p>
    <w:p w14:paraId="35A88E02" w14:textId="77777777" w:rsidR="00CE1B6C" w:rsidRDefault="00000000">
      <w:r>
        <w:t>A support team member responsible for handling and resolving customer tickets within the ticketing system.</w:t>
      </w:r>
    </w:p>
    <w:p w14:paraId="1E5CBB98" w14:textId="77777777" w:rsidR="00CE1B6C" w:rsidRDefault="00000000">
      <w:r>
        <w:t>Customer Feedback</w:t>
      </w:r>
    </w:p>
    <w:p w14:paraId="66957A07" w14:textId="77777777" w:rsidR="00CE1B6C" w:rsidRDefault="00000000">
      <w:r>
        <w:t>Feedback provided by customers after the resolution of their support tickets, typically through surveys or ratings.</w:t>
      </w:r>
    </w:p>
    <w:p w14:paraId="0F774725" w14:textId="77777777" w:rsidR="00CE1B6C" w:rsidRDefault="00000000">
      <w:r>
        <w:t>Report/Reporting Dashboard</w:t>
      </w:r>
    </w:p>
    <w:p w14:paraId="6DF11FCB" w14:textId="77777777" w:rsidR="00CE1B6C" w:rsidRDefault="00000000">
      <w:r>
        <w:t>A tool within the ticketing system that generates visual or written reports based on key performance metrics such as ticket volume, SLA compliance, resolution times, and agent performance.</w:t>
      </w:r>
    </w:p>
    <w:p w14:paraId="565DA847" w14:textId="77777777" w:rsidR="00CE1B6C" w:rsidRDefault="00000000">
      <w:r>
        <w:t>Multi-channel Support</w:t>
      </w:r>
    </w:p>
    <w:p w14:paraId="620D9D75" w14:textId="77777777" w:rsidR="00CE1B6C" w:rsidRDefault="00000000">
      <w:r>
        <w:t>The ability for customers to submit tickets through various communication channels, such as email, web forms, live chat, or social media.</w:t>
      </w:r>
    </w:p>
    <w:p w14:paraId="3F5E8066" w14:textId="77777777" w:rsidR="00CE1B6C" w:rsidRDefault="00000000">
      <w:r>
        <w:t>11.Ticket Categorization</w:t>
      </w:r>
    </w:p>
    <w:p w14:paraId="27709C4D" w14:textId="77777777" w:rsidR="00CE1B6C" w:rsidRDefault="00000000">
      <w:r>
        <w:t>The process of assigning tickets to specific categories or types, such as technical support, billing inquiries, or product issues, to streamline the resolution process.</w:t>
      </w:r>
    </w:p>
    <w:p w14:paraId="2629083F" w14:textId="77777777" w:rsidR="00CE1B6C" w:rsidRDefault="00000000">
      <w:r>
        <w:t>Ticket Status</w:t>
      </w:r>
    </w:p>
    <w:p w14:paraId="0F2E1D4D" w14:textId="77777777" w:rsidR="00CE1B6C" w:rsidRDefault="00000000">
      <w:r>
        <w:t>The current state of a ticket, indicating its progress in the resolution process (e.g., New, In Progress, Awaiting Customer Response, Resolved, Closed).</w:t>
      </w:r>
    </w:p>
    <w:p w14:paraId="7726C03A" w14:textId="77777777" w:rsidR="00CE1B6C" w:rsidRDefault="00000000">
      <w:r>
        <w:t>Automated Workflow</w:t>
      </w:r>
    </w:p>
    <w:p w14:paraId="24A9662F" w14:textId="77777777" w:rsidR="00CE1B6C" w:rsidRDefault="00000000">
      <w:r>
        <w:t>A set of predefined rules or processes that automatically guide tickets through their lifecycle, such as ticket assignment, escalations, and reminders for overdue tickets.</w:t>
      </w:r>
    </w:p>
    <w:p w14:paraId="11C1EF52" w14:textId="77777777" w:rsidR="00CE1B6C" w:rsidRDefault="00000000">
      <w:r>
        <w:lastRenderedPageBreak/>
        <w:t>Ticket Closure</w:t>
      </w:r>
    </w:p>
    <w:p w14:paraId="5806D2E3" w14:textId="77777777" w:rsidR="00CE1B6C" w:rsidRDefault="00000000">
      <w:r>
        <w:t>The final stage in the ticket lifecycle, where a ticket is marked as resolved and closed after the customer’s issue has been addressed and no further action is needed.</w:t>
      </w:r>
    </w:p>
    <w:p w14:paraId="18D52DDA" w14:textId="77777777" w:rsidR="00CE1B6C" w:rsidRDefault="00000000">
      <w:r>
        <w:t>User Role/Permissions</w:t>
      </w:r>
    </w:p>
    <w:p w14:paraId="454CC070" w14:textId="77777777" w:rsidR="00CE1B6C" w:rsidRDefault="00000000">
      <w:r>
        <w:t>The access level and permissions assigned to different users within the ticketing system, such as agents, managers, and administrators, to ensure appropriate access to data and functions.</w:t>
      </w:r>
    </w:p>
    <w:p w14:paraId="2C7F6407" w14:textId="77777777" w:rsidR="00CE1B6C" w:rsidRDefault="00000000">
      <w:r>
        <w:t>Business Case Document</w:t>
      </w:r>
    </w:p>
    <w:p w14:paraId="2E2D2421" w14:textId="77777777" w:rsidR="00CE1B6C" w:rsidRDefault="00000000">
      <w:r>
        <w:t>Business Requirement Document</w:t>
      </w:r>
    </w:p>
    <w:p w14:paraId="14CFD9B0" w14:textId="77777777" w:rsidR="00CE1B6C" w:rsidRDefault="00000000">
      <w:r>
        <w:t>SRS</w:t>
      </w:r>
    </w:p>
    <w:p w14:paraId="04DEE44C" w14:textId="77777777" w:rsidR="00CE1B6C" w:rsidRDefault="00000000">
      <w:r>
        <w:t>Purpose</w:t>
      </w:r>
    </w:p>
    <w:p w14:paraId="75E8E34A" w14:textId="77777777" w:rsidR="00CE1B6C" w:rsidRDefault="00000000">
      <w:r>
        <w:t>The purpose of the Ticketing Life Cycle System is to streamline the process of issue reporting, tracking, and resolution within an organization. It provides users with a platform to create tickets for their concerns or inquiries, assigns these tickets to appropriate agents, and ensures timely updates on their progress. The system fosters effective communication between users and support teams, enhancing customer satisfaction while improving the efficiency of ticket management processes.</w:t>
      </w:r>
    </w:p>
    <w:p w14:paraId="02648A1E" w14:textId="77777777" w:rsidR="00CE1B6C" w:rsidRDefault="00000000">
      <w:r>
        <w:t>Scope</w:t>
      </w:r>
    </w:p>
    <w:p w14:paraId="66135A84" w14:textId="77777777" w:rsidR="00CE1B6C" w:rsidRDefault="00000000">
      <w:r>
        <w:t>The Ticketing Life Cycle System is designed to cater to organizations of varying sizes, supporting multiple roles such as users, agents, and administrators. Key functionalities include:</w:t>
      </w:r>
    </w:p>
    <w:p w14:paraId="0F846DF3" w14:textId="77777777" w:rsidR="00CE1B6C" w:rsidRDefault="00000000">
      <w:r>
        <w:t>Ticket Creation and Management: Users can report issues, which are categorized and prioritized for resolution.</w:t>
      </w:r>
    </w:p>
    <w:p w14:paraId="667AAE49" w14:textId="77777777" w:rsidR="00CE1B6C" w:rsidRDefault="00000000">
      <w:r>
        <w:t>Agent Assignment and Resolution: Tickets are assigned to agents based on predefined rules and availability.</w:t>
      </w:r>
    </w:p>
    <w:p w14:paraId="0B7D0A67" w14:textId="77777777" w:rsidR="00CE1B6C" w:rsidRDefault="00000000">
      <w:r>
        <w:t>Role-Based Dashboards: Users, agents, and administrators have tailored views to manage their specific tasks efficiently.</w:t>
      </w:r>
    </w:p>
    <w:p w14:paraId="5704C9C3" w14:textId="77777777" w:rsidR="00CE1B6C" w:rsidRDefault="00000000">
      <w:r>
        <w:t>Tracking and Notifications: The system keeps stakeholders informed through real-time updates and alerts.</w:t>
      </w:r>
    </w:p>
    <w:p w14:paraId="6DBD2E74" w14:textId="77777777" w:rsidR="00CE1B6C" w:rsidRDefault="00000000">
      <w:r>
        <w:t>Analytics and Reporting: Administrators can analyze trends, monitor performance, and generate reports to optimize operations.</w:t>
      </w:r>
    </w:p>
    <w:p w14:paraId="0DAC1892" w14:textId="77777777" w:rsidR="00CE1B6C" w:rsidRDefault="00000000">
      <w:r>
        <w:lastRenderedPageBreak/>
        <w:t>The system supports scalability, security, and compliance with industry standards, making it suitable for technical support, customer service, and other business functions requiring issue resolution.</w:t>
      </w:r>
    </w:p>
    <w:p w14:paraId="1E375941" w14:textId="77777777" w:rsidR="00CE1B6C" w:rsidRDefault="00000000">
      <w:r>
        <w:t>Overview</w:t>
      </w:r>
    </w:p>
    <w:p w14:paraId="4C67DFA4" w14:textId="77777777" w:rsidR="00CE1B6C" w:rsidRDefault="00000000">
      <w:r>
        <w:t>The Ticketing Life Cycle System is a web-based application offering a user-friendly interface accessible across devices. It incorporates modules for:</w:t>
      </w:r>
    </w:p>
    <w:p w14:paraId="47FB65ED" w14:textId="77777777" w:rsidR="00CE1B6C" w:rsidRDefault="00000000">
      <w:r>
        <w:t>User Management: Facilitates user registration, login, and profile management.</w:t>
      </w:r>
    </w:p>
    <w:p w14:paraId="12821CA7" w14:textId="77777777" w:rsidR="00CE1B6C" w:rsidRDefault="00000000">
      <w:r>
        <w:t>Ticket Management: Covers the full ticketing workflow, including creation, assignment, status updates, and resolution.</w:t>
      </w:r>
    </w:p>
    <w:p w14:paraId="2491E732" w14:textId="77777777" w:rsidR="00CE1B6C" w:rsidRDefault="00000000">
      <w:r>
        <w:t>Agent Management: Allows administrators to assign roles, monitor workloads, and evaluate agent performance.</w:t>
      </w:r>
    </w:p>
    <w:p w14:paraId="0C5F294E" w14:textId="77777777" w:rsidR="00CE1B6C" w:rsidRDefault="00000000">
      <w:r>
        <w:t>Notification System: Ensures users and agents receive timely updates about ticket status and escalations.</w:t>
      </w:r>
    </w:p>
    <w:p w14:paraId="39C05B65" w14:textId="77777777" w:rsidR="00CE1B6C" w:rsidRDefault="00000000">
      <w:r>
        <w:t>Integration and Extensibility: The system supports integration with third-party tools like Slack or Microsoft Teams and offers APIs for additional customization.</w:t>
      </w:r>
    </w:p>
    <w:p w14:paraId="237F052A" w14:textId="77777777" w:rsidR="00CE1B6C" w:rsidRDefault="00000000">
      <w:r>
        <w:t>Software Interfaces</w:t>
      </w:r>
    </w:p>
    <w:p w14:paraId="5AF5DD12" w14:textId="77777777" w:rsidR="00CE1B6C" w:rsidRDefault="00000000">
      <w:r>
        <w:t>Operating Systems:</w:t>
      </w:r>
    </w:p>
    <w:p w14:paraId="252ED9F3" w14:textId="77777777" w:rsidR="00CE1B6C" w:rsidRDefault="00000000">
      <w:r>
        <w:t>The system shall be compatible with Windows, macOS, and Linux for on-premises deployments and accessible on any OS via a browser for cloud-based deployments.</w:t>
      </w:r>
    </w:p>
    <w:p w14:paraId="116C1406" w14:textId="77777777" w:rsidR="00CE1B6C" w:rsidRDefault="00000000">
      <w:r>
        <w:t>Web Browsers:</w:t>
      </w:r>
    </w:p>
    <w:p w14:paraId="7A48EE5C" w14:textId="77777777" w:rsidR="00CE1B6C" w:rsidRDefault="00000000">
      <w:r>
        <w:t>Supports modern web browsers like Google Chrome, Mozilla Firefox, Microsoft Edge, and Safari (latest versions).</w:t>
      </w:r>
    </w:p>
    <w:p w14:paraId="5AED4ADD" w14:textId="77777777" w:rsidR="00CE1B6C" w:rsidRDefault="00000000">
      <w:r>
        <w:t>Database Management System</w:t>
      </w:r>
    </w:p>
    <w:p w14:paraId="5C5DDB79" w14:textId="77777777" w:rsidR="00CE1B6C" w:rsidRDefault="00000000">
      <w:r>
        <w:t>Utilizes relational databases such as MySQL, PostgreSQL, or cloud-based alternatives like AWS RDS or Azure SQL Database.</w:t>
      </w:r>
    </w:p>
    <w:p w14:paraId="17B98CF9" w14:textId="77777777" w:rsidR="00CE1B6C" w:rsidRDefault="00000000">
      <w:r>
        <w:t>Notification Services</w:t>
      </w:r>
    </w:p>
    <w:p w14:paraId="4461E208" w14:textId="77777777" w:rsidR="00CE1B6C" w:rsidRDefault="00000000">
      <w:r>
        <w:t>Integrates with email systems (e.g., SMTP) and SMS gateways (e.g., Twilio) for sending ticket status notifications.</w:t>
      </w:r>
    </w:p>
    <w:p w14:paraId="7A2921DF" w14:textId="77777777" w:rsidR="00CE1B6C" w:rsidRDefault="00000000">
      <w:r>
        <w:t>6.Hardware Interfaces</w:t>
      </w:r>
    </w:p>
    <w:p w14:paraId="17056778" w14:textId="77777777" w:rsidR="00CE1B6C" w:rsidRDefault="00000000">
      <w:r>
        <w:t>User devise</w:t>
      </w:r>
    </w:p>
    <w:p w14:paraId="455F1905" w14:textId="77777777" w:rsidR="00CE1B6C" w:rsidRDefault="00000000">
      <w:r>
        <w:lastRenderedPageBreak/>
        <w:t>Users and agents require devices like desktops, laptops, tablets, or smartphones with internet connectivity to access the system.</w:t>
      </w:r>
    </w:p>
    <w:p w14:paraId="6C4FB805" w14:textId="77777777" w:rsidR="00CE1B6C" w:rsidRDefault="00000000">
      <w:r>
        <w:t>Network Infrastructure</w:t>
      </w:r>
    </w:p>
    <w:p w14:paraId="4953848A" w14:textId="77777777" w:rsidR="00CE1B6C" w:rsidRDefault="00000000">
      <w:r>
        <w:t>Requires a reliable internet connection with a minimum bandwidth of 10 Mbps for smooth access and operation.</w:t>
      </w:r>
    </w:p>
    <w:p w14:paraId="24106B31" w14:textId="77777777" w:rsidR="00CE1B6C" w:rsidRDefault="00000000">
      <w:r>
        <w:t>Functional Requirements</w:t>
      </w:r>
    </w:p>
    <w:p w14:paraId="24ECEE1A" w14:textId="77777777" w:rsidR="00CE1B6C" w:rsidRDefault="00000000">
      <w:r>
        <w:t>Non-Functional Requirements</w:t>
      </w:r>
    </w:p>
    <w:p w14:paraId="307710DF" w14:textId="77777777" w:rsidR="00CE1B6C" w:rsidRDefault="00000000">
      <w:r>
        <w:t>Use Case Specifications</w:t>
      </w:r>
    </w:p>
    <w:p w14:paraId="62CF020B" w14:textId="77777777" w:rsidR="00CE1B6C" w:rsidRDefault="00000000">
      <w:r>
        <w:t>Use Case 1: Raise a New Ticket</w:t>
      </w:r>
    </w:p>
    <w:p w14:paraId="3A8E4154" w14:textId="77777777" w:rsidR="00CE1B6C" w:rsidRDefault="00000000">
      <w:r>
        <w:t>Use Case Name:</w:t>
      </w:r>
    </w:p>
    <w:p w14:paraId="7E6D0B7A" w14:textId="77777777" w:rsidR="00CE1B6C" w:rsidRDefault="00000000">
      <w:r>
        <w:t>Raise a New Ticket</w:t>
      </w:r>
    </w:p>
    <w:p w14:paraId="385E50F7" w14:textId="77777777" w:rsidR="00CE1B6C" w:rsidRDefault="00000000">
      <w:r>
        <w:t>Description:</w:t>
      </w:r>
    </w:p>
    <w:p w14:paraId="1554E122" w14:textId="77777777" w:rsidR="00CE1B6C" w:rsidRDefault="00000000">
      <w:r>
        <w:t>A user creates a ticket to report an issue, provide details, and request assistance.</w:t>
      </w:r>
    </w:p>
    <w:p w14:paraId="744DA12D" w14:textId="77777777" w:rsidR="00CE1B6C" w:rsidRDefault="00000000">
      <w:r>
        <w:t>Actors:</w:t>
      </w:r>
    </w:p>
    <w:p w14:paraId="612D34A8" w14:textId="77777777" w:rsidR="00CE1B6C" w:rsidRDefault="00000000">
      <w:r>
        <w:t>Primary: End-User</w:t>
      </w:r>
    </w:p>
    <w:p w14:paraId="1E49EDDF" w14:textId="77777777" w:rsidR="00CE1B6C" w:rsidRDefault="00000000">
      <w:r>
        <w:t>Secondary: System</w:t>
      </w:r>
    </w:p>
    <w:p w14:paraId="15373983" w14:textId="77777777" w:rsidR="00CE1B6C" w:rsidRDefault="00000000">
      <w:r>
        <w:t>4. Basic Flow:</w:t>
      </w:r>
    </w:p>
    <w:p w14:paraId="02A62498" w14:textId="77777777" w:rsidR="00CE1B6C" w:rsidRDefault="00000000">
      <w:r>
        <w:t>1. User logs into the ticketing system.</w:t>
      </w:r>
    </w:p>
    <w:p w14:paraId="3AD69211" w14:textId="77777777" w:rsidR="00CE1B6C" w:rsidRDefault="00000000">
      <w:r>
        <w:t>2. User navigates to the "Raise a Ticket" section.</w:t>
      </w:r>
    </w:p>
    <w:p w14:paraId="54AE6E85" w14:textId="77777777" w:rsidR="00CE1B6C" w:rsidRDefault="00000000">
      <w:r>
        <w:t>3. User selects the issue type.</w:t>
      </w:r>
    </w:p>
    <w:p w14:paraId="42D2B4B7" w14:textId="77777777" w:rsidR="00CE1B6C" w:rsidRDefault="00000000">
      <w:r>
        <w:t>4. User provides a detailed description of the issue.</w:t>
      </w:r>
    </w:p>
    <w:p w14:paraId="286BA680" w14:textId="77777777" w:rsidR="00CE1B6C" w:rsidRDefault="00000000">
      <w:r>
        <w:t>5. User attaches files, if necessary.</w:t>
      </w:r>
    </w:p>
    <w:p w14:paraId="44DF440E" w14:textId="77777777" w:rsidR="00CE1B6C" w:rsidRDefault="00000000">
      <w:r>
        <w:t>6. User sets the ticket priority.</w:t>
      </w:r>
    </w:p>
    <w:p w14:paraId="4442B8D5" w14:textId="77777777" w:rsidR="00CE1B6C" w:rsidRDefault="00000000">
      <w:r>
        <w:t>7. User submits the ticket.</w:t>
      </w:r>
    </w:p>
    <w:p w14:paraId="4EB9A4DC" w14:textId="77777777" w:rsidR="00CE1B6C" w:rsidRDefault="00000000">
      <w:r>
        <w:t>8. System generates a unique ticket ID and confirms submission.</w:t>
      </w:r>
    </w:p>
    <w:p w14:paraId="42F671D3" w14:textId="77777777" w:rsidR="00CE1B6C" w:rsidRDefault="00000000">
      <w:r>
        <w:t>Alternate Flow:</w:t>
      </w:r>
    </w:p>
    <w:p w14:paraId="037986B2" w14:textId="77777777" w:rsidR="00CE1B6C" w:rsidRDefault="00000000">
      <w:r>
        <w:t>5a. User saves the ticket as a draft instead of submitting it.</w:t>
      </w:r>
    </w:p>
    <w:p w14:paraId="68310260" w14:textId="77777777" w:rsidR="00CE1B6C" w:rsidRDefault="00000000">
      <w:r>
        <w:lastRenderedPageBreak/>
        <w:t>System stores the ticket as a draft for later editing.</w:t>
      </w:r>
    </w:p>
    <w:p w14:paraId="3B35010E" w14:textId="77777777" w:rsidR="00CE1B6C" w:rsidRDefault="00000000">
      <w:r>
        <w:t>Exceptional Flow:</w:t>
      </w:r>
    </w:p>
    <w:p w14:paraId="7B764A4D" w14:textId="77777777" w:rsidR="00CE1B6C" w:rsidRDefault="00000000">
      <w:r>
        <w:t>6a. Required fields are incomplete.</w:t>
      </w:r>
    </w:p>
    <w:p w14:paraId="040D7279" w14:textId="77777777" w:rsidR="00CE1B6C" w:rsidRDefault="00000000">
      <w:r>
        <w:t>System highlights missing fields and prevents submission.</w:t>
      </w:r>
    </w:p>
    <w:p w14:paraId="12ED413C" w14:textId="77777777" w:rsidR="00CE1B6C" w:rsidRDefault="00000000">
      <w:r>
        <w:t>6b. File exceeds the allowed size limit.</w:t>
      </w:r>
    </w:p>
    <w:p w14:paraId="32EC53E5" w14:textId="77777777" w:rsidR="00CE1B6C" w:rsidRDefault="00000000">
      <w:r>
        <w:t>System displays an error and prevents file upload.</w:t>
      </w:r>
    </w:p>
    <w:p w14:paraId="2F5B3B67" w14:textId="77777777" w:rsidR="00CE1B6C" w:rsidRDefault="00000000">
      <w:r>
        <w:t>Pre-Conditions:</w:t>
      </w:r>
    </w:p>
    <w:p w14:paraId="5A02B5A2" w14:textId="77777777" w:rsidR="00CE1B6C" w:rsidRDefault="00000000">
      <w:r>
        <w:t>User must have an active account.</w:t>
      </w:r>
    </w:p>
    <w:p w14:paraId="34FEF22D" w14:textId="77777777" w:rsidR="00CE1B6C" w:rsidRDefault="00000000">
      <w:r>
        <w:t>Post-Conditions:</w:t>
      </w:r>
    </w:p>
    <w:p w14:paraId="339D7886" w14:textId="77777777" w:rsidR="00CE1B6C" w:rsidRDefault="00000000">
      <w:r>
        <w:t>Ticket is logged in the system and assigned a unique ID.</w:t>
      </w:r>
    </w:p>
    <w:p w14:paraId="3B256DCB" w14:textId="77777777" w:rsidR="00CE1B6C" w:rsidRDefault="00000000">
      <w:r>
        <w:t>Notification is sent to the user.</w:t>
      </w:r>
    </w:p>
    <w:p w14:paraId="25F1D8AB" w14:textId="77777777" w:rsidR="00CE1B6C" w:rsidRDefault="00000000">
      <w:r>
        <w:t>Assumptions:</w:t>
      </w:r>
    </w:p>
    <w:p w14:paraId="4A11DC61" w14:textId="77777777" w:rsidR="00CE1B6C" w:rsidRDefault="00000000">
      <w:r>
        <w:t>Users know how to navigate the ticketing system interface.</w:t>
      </w:r>
    </w:p>
    <w:p w14:paraId="2A406149" w14:textId="77777777" w:rsidR="00CE1B6C" w:rsidRDefault="00000000">
      <w:r>
        <w:t>Attachments must not exceed 5MB per file.</w:t>
      </w:r>
    </w:p>
    <w:p w14:paraId="02E10484" w14:textId="77777777" w:rsidR="00CE1B6C" w:rsidRDefault="00000000">
      <w:r>
        <w:t>Submission allowed only during system operational hours.</w:t>
      </w:r>
    </w:p>
    <w:p w14:paraId="0D76EB03" w14:textId="77777777" w:rsidR="00CE1B6C" w:rsidRDefault="00000000">
      <w:r>
        <w:t>Dependencies:</w:t>
      </w:r>
    </w:p>
    <w:p w14:paraId="26228844" w14:textId="77777777" w:rsidR="00CE1B6C" w:rsidRDefault="00000000">
      <w:r>
        <w:t>Database and notification systems must be operational.</w:t>
      </w:r>
    </w:p>
    <w:p w14:paraId="15D26FB3" w14:textId="77777777" w:rsidR="00CE1B6C" w:rsidRDefault="00000000">
      <w:r>
        <w:t>Inputs and Outputs:</w:t>
      </w:r>
    </w:p>
    <w:p w14:paraId="4513D515" w14:textId="77777777" w:rsidR="00CE1B6C" w:rsidRDefault="00000000">
      <w:r>
        <w:t>Inputs: Issue type, description, priority, optional attachments.</w:t>
      </w:r>
    </w:p>
    <w:p w14:paraId="24E2632B" w14:textId="77777777" w:rsidR="00CE1B6C" w:rsidRDefault="00000000">
      <w:r>
        <w:t>Outputs: Ticket ID, confirmation notification.</w:t>
      </w:r>
    </w:p>
    <w:p w14:paraId="1C03289D" w14:textId="77777777" w:rsidR="00CE1B6C" w:rsidRDefault="00000000">
      <w:r>
        <w:t>Business Rules:</w:t>
      </w:r>
    </w:p>
    <w:p w14:paraId="4039C728" w14:textId="77777777" w:rsidR="00CE1B6C" w:rsidRDefault="00000000">
      <w:r>
        <w:t>Tickets must include all mandatory fields before submission.</w:t>
      </w:r>
    </w:p>
    <w:p w14:paraId="039A253F" w14:textId="77777777" w:rsidR="00CE1B6C" w:rsidRDefault="00000000">
      <w:r>
        <w:t>Duplicate tickets should be flagged.</w:t>
      </w:r>
    </w:p>
    <w:p w14:paraId="4B93A1F3" w14:textId="77777777" w:rsidR="00CE1B6C" w:rsidRDefault="00000000">
      <w:r>
        <w:t>Miscellaneous Information:</w:t>
      </w:r>
    </w:p>
    <w:p w14:paraId="79B8CCBA" w14:textId="77777777" w:rsidR="00CE1B6C" w:rsidRDefault="00000000">
      <w:r>
        <w:t>Interface should support mobile and desktop views.</w:t>
      </w:r>
    </w:p>
    <w:p w14:paraId="4192F986" w14:textId="77777777" w:rsidR="00CE1B6C" w:rsidRDefault="00000000">
      <w:r>
        <w:t>Use Case 2: View Ticket Details</w:t>
      </w:r>
    </w:p>
    <w:p w14:paraId="3E7B708F" w14:textId="77777777" w:rsidR="00CE1B6C" w:rsidRDefault="00000000">
      <w:r>
        <w:lastRenderedPageBreak/>
        <w:t>View Ticket Details</w:t>
      </w:r>
    </w:p>
    <w:p w14:paraId="2099E07D" w14:textId="77777777" w:rsidR="00CE1B6C" w:rsidRDefault="00000000">
      <w:r>
        <w:t>A user views the details of a previously submitted ticket.</w:t>
      </w:r>
    </w:p>
    <w:p w14:paraId="4A45DA46" w14:textId="77777777" w:rsidR="00CE1B6C" w:rsidRDefault="00000000">
      <w:r>
        <w:t>Basic Flow:</w:t>
      </w:r>
    </w:p>
    <w:p w14:paraId="74D3987A" w14:textId="77777777" w:rsidR="00CE1B6C" w:rsidRDefault="00000000">
      <w:r>
        <w:t>User navigates into the system</w:t>
      </w:r>
    </w:p>
    <w:p w14:paraId="748D737B" w14:textId="77777777" w:rsidR="00CE1B6C" w:rsidRDefault="00000000">
      <w:r>
        <w:t>User navigates to “My Tickets”</w:t>
      </w:r>
    </w:p>
    <w:p w14:paraId="71943CED" w14:textId="77777777" w:rsidR="00CE1B6C" w:rsidRDefault="00000000">
      <w:r>
        <w:t>User selects a ticket to view</w:t>
      </w:r>
    </w:p>
    <w:p w14:paraId="5EF24B0E" w14:textId="77777777" w:rsidR="00CE1B6C" w:rsidRDefault="00000000">
      <w:r>
        <w:t>System displays ticket details: ID, Issue type, description, status and history</w:t>
      </w:r>
    </w:p>
    <w:p w14:paraId="103634C7" w14:textId="77777777" w:rsidR="00CE1B6C" w:rsidRDefault="00000000">
      <w:r>
        <w:t>5a. If the ticket is closed:</w:t>
      </w:r>
    </w:p>
    <w:p w14:paraId="0A935DDC" w14:textId="77777777" w:rsidR="00CE1B6C" w:rsidRDefault="00000000">
      <w:r>
        <w:t>System displays resolution details.</w:t>
      </w:r>
    </w:p>
    <w:p w14:paraId="528470CD" w14:textId="77777777" w:rsidR="00CE1B6C" w:rsidRDefault="00000000">
      <w:r>
        <w:t>6a. Ticket is not accessible:</w:t>
      </w:r>
    </w:p>
    <w:p w14:paraId="3DE844EF" w14:textId="77777777" w:rsidR="00CE1B6C" w:rsidRDefault="00000000">
      <w:r>
        <w:t>1. System displays "Ticket not found" error.</w:t>
      </w:r>
    </w:p>
    <w:p w14:paraId="12A96436" w14:textId="77777777" w:rsidR="00CE1B6C" w:rsidRDefault="00000000">
      <w:r>
        <w:t>User must have access rights to the ticket.</w:t>
      </w:r>
    </w:p>
    <w:p w14:paraId="077627DD" w14:textId="77777777" w:rsidR="00CE1B6C" w:rsidRDefault="00000000">
      <w:r>
        <w:t>Ticket details are displayed to the user.</w:t>
      </w:r>
    </w:p>
    <w:p w14:paraId="5AE3FE42" w14:textId="77777777" w:rsidR="00CE1B6C" w:rsidRDefault="00000000">
      <w:r>
        <w:t>System’s database is up to date.</w:t>
      </w:r>
    </w:p>
    <w:p w14:paraId="779E13EC" w14:textId="77777777" w:rsidR="00CE1B6C" w:rsidRDefault="00000000">
      <w:r>
        <w:t>Users can view only their own tickets.</w:t>
      </w:r>
    </w:p>
    <w:p w14:paraId="066F3ECC" w14:textId="77777777" w:rsidR="00CE1B6C" w:rsidRDefault="00000000">
      <w:r>
        <w:t>Database must store ticket details accurately.</w:t>
      </w:r>
    </w:p>
    <w:p w14:paraId="74C8C789" w14:textId="77777777" w:rsidR="00CE1B6C" w:rsidRDefault="00000000">
      <w:r>
        <w:t>Inputs: Ticket ID or selection from list.</w:t>
      </w:r>
    </w:p>
    <w:p w14:paraId="559BD226" w14:textId="77777777" w:rsidR="00CE1B6C" w:rsidRDefault="00000000">
      <w:r>
        <w:t>Outputs: Detailed ticket information.</w:t>
      </w:r>
    </w:p>
    <w:p w14:paraId="55D9CD8D" w14:textId="77777777" w:rsidR="00CE1B6C" w:rsidRDefault="00000000">
      <w:r>
        <w:t>Closed tickets should display resolution summaries.</w:t>
      </w:r>
    </w:p>
    <w:p w14:paraId="1FAF7A95" w14:textId="77777777" w:rsidR="00CE1B6C" w:rsidRDefault="00000000">
      <w:r>
        <w:t>Interface may limit details for mobile views.</w:t>
      </w:r>
    </w:p>
    <w:p w14:paraId="29FE703C" w14:textId="77777777" w:rsidR="00CE1B6C" w:rsidRDefault="00000000">
      <w:r>
        <w:t>Use Case 3: Edit Draft Ticket</w:t>
      </w:r>
    </w:p>
    <w:p w14:paraId="212479ED" w14:textId="77777777" w:rsidR="00CE1B6C" w:rsidRDefault="00000000">
      <w:r>
        <w:t>1. Use Case Name: Edit Draft Ticket</w:t>
      </w:r>
    </w:p>
    <w:p w14:paraId="0F66418E" w14:textId="77777777" w:rsidR="00CE1B6C" w:rsidRDefault="00000000">
      <w:r>
        <w:t>User updates the details of a saved draft ticket.</w:t>
      </w:r>
    </w:p>
    <w:p w14:paraId="60EDB0DC" w14:textId="77777777" w:rsidR="00CE1B6C" w:rsidRDefault="00000000">
      <w:r>
        <w:t>1. User logs into the system.</w:t>
      </w:r>
    </w:p>
    <w:p w14:paraId="19A6E4AE" w14:textId="77777777" w:rsidR="00CE1B6C" w:rsidRDefault="00000000">
      <w:r>
        <w:t>2. User navigates to the "My Drafts" section.</w:t>
      </w:r>
    </w:p>
    <w:p w14:paraId="329FAB3F" w14:textId="77777777" w:rsidR="00CE1B6C" w:rsidRDefault="00000000">
      <w:r>
        <w:t>3. User selects a draft ticket.</w:t>
      </w:r>
    </w:p>
    <w:p w14:paraId="32796708" w14:textId="77777777" w:rsidR="00CE1B6C" w:rsidRDefault="00000000">
      <w:r>
        <w:lastRenderedPageBreak/>
        <w:t>4. User updates fields and saves changes or submits the ticket.</w:t>
      </w:r>
    </w:p>
    <w:p w14:paraId="76725AE5" w14:textId="77777777" w:rsidR="00CE1B6C" w:rsidRDefault="00000000">
      <w:r>
        <w:t>4a. If the user decides not to submit the ticket:1. User saves changes and exits without submitting.</w:t>
      </w:r>
    </w:p>
    <w:p w14:paraId="1C15FDDA" w14:textId="77777777" w:rsidR="00CE1B6C" w:rsidRDefault="00000000">
      <w:r>
        <w:t>6a. Draft is not found:</w:t>
      </w:r>
    </w:p>
    <w:p w14:paraId="12B85503" w14:textId="77777777" w:rsidR="00CE1B6C" w:rsidRDefault="00000000">
      <w:r>
        <w:t>1. System displays "Draft not found" error.</w:t>
      </w:r>
    </w:p>
    <w:p w14:paraId="44A20C23" w14:textId="77777777" w:rsidR="00CE1B6C" w:rsidRDefault="00000000">
      <w:r>
        <w:t>A draft ticket must exist in the system.</w:t>
      </w:r>
    </w:p>
    <w:p w14:paraId="17B86F76" w14:textId="77777777" w:rsidR="00CE1B6C" w:rsidRDefault="00000000">
      <w:r>
        <w:t>Draft is updated, or ticket is submitted.</w:t>
      </w:r>
    </w:p>
    <w:p w14:paraId="1998C60E" w14:textId="77777777" w:rsidR="00CE1B6C" w:rsidRDefault="00000000">
      <w:r>
        <w:t>User has edit rights for the draft.</w:t>
      </w:r>
    </w:p>
    <w:p w14:paraId="14F2C5CE" w14:textId="77777777" w:rsidR="00CE1B6C" w:rsidRDefault="00000000">
      <w:r>
        <w:t>Drafts expire after 30 days.</w:t>
      </w:r>
    </w:p>
    <w:p w14:paraId="409B2496" w14:textId="77777777" w:rsidR="00CE1B6C" w:rsidRDefault="00000000">
      <w:r>
        <w:t>Dependencies</w:t>
      </w:r>
    </w:p>
    <w:p w14:paraId="1AD7638A" w14:textId="77777777" w:rsidR="00CE1B6C" w:rsidRDefault="00000000">
      <w:r>
        <w:t>Drafts must be stored in the system.</w:t>
      </w:r>
    </w:p>
    <w:p w14:paraId="54125ED4" w14:textId="77777777" w:rsidR="00CE1B6C" w:rsidRDefault="00000000">
      <w:r>
        <w:t>Inputs: Updated ticket details.</w:t>
      </w:r>
    </w:p>
    <w:p w14:paraId="5FCCBF9C" w14:textId="77777777" w:rsidR="00CE1B6C" w:rsidRDefault="00000000">
      <w:r>
        <w:t>Outputs: Updated draft or new ticket ID.</w:t>
      </w:r>
    </w:p>
    <w:p w14:paraId="4CDFA048" w14:textId="77777777" w:rsidR="00CE1B6C" w:rsidRDefault="00000000">
      <w:r>
        <w:t>Mandatory fields must be completed for submission.</w:t>
      </w:r>
    </w:p>
    <w:p w14:paraId="3A14D77A" w14:textId="77777777" w:rsidR="00CE1B6C" w:rsidRDefault="00000000">
      <w:r>
        <w:t>Drafts support multiple edits before submission</w:t>
      </w:r>
    </w:p>
    <w:p w14:paraId="4C9B3DAF" w14:textId="77777777" w:rsidR="00CE1B6C" w:rsidRDefault="00000000">
      <w:r>
        <w:t>Use Case 4: Delete Draft Ticket</w:t>
      </w:r>
    </w:p>
    <w:p w14:paraId="7A9A3EA8" w14:textId="77777777" w:rsidR="00CE1B6C" w:rsidRDefault="00000000">
      <w:r>
        <w:t>Delete Draft Ticket</w:t>
      </w:r>
    </w:p>
    <w:p w14:paraId="0A62BC4E" w14:textId="77777777" w:rsidR="00CE1B6C" w:rsidRDefault="00000000">
      <w:r>
        <w:t>User deletes a saved draft ticket they no longer wish to submit.</w:t>
      </w:r>
    </w:p>
    <w:p w14:paraId="08DEA6D3" w14:textId="77777777" w:rsidR="00CE1B6C" w:rsidRDefault="00000000">
      <w:r>
        <w:t>4. User chooses the "Delete" option.</w:t>
      </w:r>
    </w:p>
    <w:p w14:paraId="60B29FC0" w14:textId="77777777" w:rsidR="00CE1B6C" w:rsidRDefault="00000000">
      <w:r>
        <w:t>5. System confirms deletion.</w:t>
      </w:r>
    </w:p>
    <w:p w14:paraId="3FA7844F" w14:textId="77777777" w:rsidR="00CE1B6C" w:rsidRDefault="00000000">
      <w:r>
        <w:t>5. Alternate Flow:</w:t>
      </w:r>
    </w:p>
    <w:p w14:paraId="188B9255" w14:textId="77777777" w:rsidR="00CE1B6C" w:rsidRDefault="00000000">
      <w:r>
        <w:t>5a. If the user cancels the deletion:</w:t>
      </w:r>
    </w:p>
    <w:p w14:paraId="3D79933B" w14:textId="77777777" w:rsidR="00CE1B6C" w:rsidRDefault="00000000">
      <w:r>
        <w:t>Draft remains in the system.</w:t>
      </w:r>
    </w:p>
    <w:p w14:paraId="7C121BCA" w14:textId="77777777" w:rsidR="00CE1B6C" w:rsidRDefault="00000000">
      <w:r>
        <w:t>Draft not found:</w:t>
      </w:r>
    </w:p>
    <w:p w14:paraId="5DC12106" w14:textId="77777777" w:rsidR="00CE1B6C" w:rsidRDefault="00000000">
      <w:r>
        <w:t>System displays "Draft not found" error.</w:t>
      </w:r>
    </w:p>
    <w:p w14:paraId="551CBAC5" w14:textId="77777777" w:rsidR="00CE1B6C" w:rsidRDefault="00000000">
      <w:r>
        <w:t>7.Pre-Conditions:</w:t>
      </w:r>
    </w:p>
    <w:p w14:paraId="4A35FE5E" w14:textId="77777777" w:rsidR="00CE1B6C" w:rsidRDefault="00000000">
      <w:r>
        <w:lastRenderedPageBreak/>
        <w:t>Draft ticket exists in the system.</w:t>
      </w:r>
    </w:p>
    <w:p w14:paraId="146C3E15" w14:textId="77777777" w:rsidR="00CE1B6C" w:rsidRDefault="00000000">
      <w:r>
        <w:t>8. Post-Conditions:</w:t>
      </w:r>
    </w:p>
    <w:p w14:paraId="17966E9E" w14:textId="77777777" w:rsidR="00CE1B6C" w:rsidRDefault="00000000">
      <w:r>
        <w:t>Draft is removed from the system.</w:t>
      </w:r>
    </w:p>
    <w:p w14:paraId="011E65B7" w14:textId="77777777" w:rsidR="00CE1B6C" w:rsidRDefault="00000000">
      <w:r>
        <w:t>User has the right to delete drafts.</w:t>
      </w:r>
    </w:p>
    <w:p w14:paraId="0630C772" w14:textId="77777777" w:rsidR="00CE1B6C" w:rsidRDefault="00000000">
      <w:r>
        <w:t>Drafts cannot be recovered after deletion.</w:t>
      </w:r>
    </w:p>
    <w:p w14:paraId="1860091B" w14:textId="77777777" w:rsidR="00CE1B6C" w:rsidRDefault="00000000">
      <w:r>
        <w:t>Draft tickets must be stored in the system.</w:t>
      </w:r>
    </w:p>
    <w:p w14:paraId="374A01A0" w14:textId="77777777" w:rsidR="00CE1B6C" w:rsidRDefault="00000000">
      <w:r>
        <w:t>Inputs: Draft ticket ID.</w:t>
      </w:r>
    </w:p>
    <w:p w14:paraId="2D2D2AC9" w14:textId="77777777" w:rsidR="00CE1B6C" w:rsidRDefault="00000000">
      <w:r>
        <w:t>Outputs: Deletion confirmation.</w:t>
      </w:r>
    </w:p>
    <w:p w14:paraId="38CF201C" w14:textId="77777777" w:rsidR="00CE1B6C" w:rsidRDefault="00000000">
      <w:r>
        <w:t>Only the ticket owner can delete their draft.</w:t>
      </w:r>
    </w:p>
    <w:p w14:paraId="7D0FA9C2" w14:textId="77777777" w:rsidR="00CE1B6C" w:rsidRDefault="00000000">
      <w:r>
        <w:t>Deletion requires user confirmation</w:t>
      </w:r>
    </w:p>
    <w:p w14:paraId="5CF084A4" w14:textId="77777777" w:rsidR="00CE1B6C" w:rsidRDefault="00000000">
      <w:r>
        <w:t>Use Case 5: Submit Feedback for a Resolved Ticket</w:t>
      </w:r>
    </w:p>
    <w:p w14:paraId="121D6983" w14:textId="77777777" w:rsidR="00CE1B6C" w:rsidRDefault="00000000">
      <w:r>
        <w:t>Submit Feedback for a Resolved Ticket</w:t>
      </w:r>
    </w:p>
    <w:p w14:paraId="0D658994" w14:textId="77777777" w:rsidR="00CE1B6C" w:rsidRDefault="00000000">
      <w:r>
        <w:t>user provides feedback on the resolution of a ticket.</w:t>
      </w:r>
    </w:p>
    <w:p w14:paraId="0B5BB515" w14:textId="77777777" w:rsidR="00CE1B6C" w:rsidRDefault="00000000">
      <w:r>
        <w:t>2. User navigates to "Resolved Tickets."</w:t>
      </w:r>
    </w:p>
    <w:p w14:paraId="583E9096" w14:textId="77777777" w:rsidR="00CE1B6C" w:rsidRDefault="00000000">
      <w:r>
        <w:t>3. User selects a ticket.</w:t>
      </w:r>
    </w:p>
    <w:p w14:paraId="733DBFE7" w14:textId="77777777" w:rsidR="00CE1B6C" w:rsidRDefault="00000000">
      <w:r>
        <w:t>4. System displays the resolution details.</w:t>
      </w:r>
    </w:p>
    <w:p w14:paraId="22F7F2F6" w14:textId="77777777" w:rsidR="00CE1B6C" w:rsidRDefault="00000000">
      <w:r>
        <w:t>5. User submits feedback, including ratings and optional comments.</w:t>
      </w:r>
    </w:p>
    <w:p w14:paraId="1D308C61" w14:textId="77777777" w:rsidR="00CE1B6C" w:rsidRDefault="00000000">
      <w:r>
        <w:t>6. System saves the feedback and updates the ticket record.</w:t>
      </w:r>
    </w:p>
    <w:p w14:paraId="6A8623E0" w14:textId="77777777" w:rsidR="00CE1B6C" w:rsidRDefault="00000000">
      <w:r>
        <w:t>5a. User opts to skip providing feedback.</w:t>
      </w:r>
    </w:p>
    <w:p w14:paraId="371B42E2" w14:textId="77777777" w:rsidR="00CE1B6C" w:rsidRDefault="00000000">
      <w:r>
        <w:t>6a. Feedback submission fails due to system error:</w:t>
      </w:r>
    </w:p>
    <w:p w14:paraId="2BE1B145" w14:textId="77777777" w:rsidR="00CE1B6C" w:rsidRDefault="00000000">
      <w:r>
        <w:t>1. System notifies the user and prompts them to retry later.</w:t>
      </w:r>
    </w:p>
    <w:p w14:paraId="0C5A5D64" w14:textId="77777777" w:rsidR="00CE1B6C" w:rsidRDefault="00000000">
      <w:r>
        <w:t>System notifies the user and prompts them to retry later.</w:t>
      </w:r>
    </w:p>
    <w:p w14:paraId="01BD7716" w14:textId="77777777" w:rsidR="00CE1B6C" w:rsidRDefault="00000000">
      <w:r>
        <w:t>Ticket must have a "Resolved" status.</w:t>
      </w:r>
    </w:p>
    <w:p w14:paraId="5C8E2B7B" w14:textId="77777777" w:rsidR="00CE1B6C" w:rsidRDefault="00000000">
      <w:r>
        <w:t>Feedback is successfully recorded in the system.</w:t>
      </w:r>
    </w:p>
    <w:p w14:paraId="5526F922" w14:textId="77777777" w:rsidR="00CE1B6C" w:rsidRDefault="00000000">
      <w:r>
        <w:t>User understands how to provide feedback.</w:t>
      </w:r>
    </w:p>
    <w:p w14:paraId="533069F6" w14:textId="77777777" w:rsidR="00CE1B6C" w:rsidRDefault="00000000">
      <w:r>
        <w:t>Feedback must be submitted within 30 days of ticket resolution.</w:t>
      </w:r>
    </w:p>
    <w:p w14:paraId="035DEFB1" w14:textId="77777777" w:rsidR="00CE1B6C" w:rsidRDefault="00000000">
      <w:r>
        <w:lastRenderedPageBreak/>
        <w:t>Ticket details and resolution history must be accessible</w:t>
      </w:r>
    </w:p>
    <w:p w14:paraId="45C10D4D" w14:textId="77777777" w:rsidR="00CE1B6C" w:rsidRDefault="00000000">
      <w:r>
        <w:t>Inputs: Rating, comments.</w:t>
      </w:r>
    </w:p>
    <w:p w14:paraId="1A281F10" w14:textId="77777777" w:rsidR="00CE1B6C" w:rsidRDefault="00000000">
      <w:r>
        <w:t>Outputs: Confirmation of feedback submission.</w:t>
      </w:r>
    </w:p>
    <w:p w14:paraId="103C655C" w14:textId="77777777" w:rsidR="00CE1B6C" w:rsidRDefault="00000000">
      <w:r>
        <w:t>Users can submit feedback only once per ticket.</w:t>
      </w:r>
    </w:p>
    <w:p w14:paraId="780924E7" w14:textId="77777777" w:rsidR="00CE1B6C" w:rsidRDefault="00000000">
      <w:r>
        <w:t>Feedback may influence team performance metrics.</w:t>
      </w:r>
    </w:p>
    <w:p w14:paraId="11D9B1C0" w14:textId="77777777" w:rsidR="00CE1B6C" w:rsidRDefault="00000000">
      <w:r>
        <w:t>Use Case 6: Reopen a Closed Ticket</w:t>
      </w:r>
    </w:p>
    <w:p w14:paraId="6784C194" w14:textId="77777777" w:rsidR="00CE1B6C" w:rsidRDefault="00000000">
      <w:r>
        <w:t>1. Use Case Name: Reopen a Closed Ticket</w:t>
      </w:r>
    </w:p>
    <w:p w14:paraId="6B0338C2" w14:textId="77777777" w:rsidR="00CE1B6C" w:rsidRDefault="00000000">
      <w:r>
        <w:t>2. Description: Users can reopen a ticket if the issue persists after it was marked resolved.</w:t>
      </w:r>
    </w:p>
    <w:p w14:paraId="75A55D30" w14:textId="77777777" w:rsidR="00CE1B6C" w:rsidRDefault="00000000">
      <w:r>
        <w:t>3. Actors:</w:t>
      </w:r>
    </w:p>
    <w:p w14:paraId="63F4FE3C" w14:textId="77777777" w:rsidR="00CE1B6C" w:rsidRDefault="00000000">
      <w:r>
        <w:t>Secondary: Support Team, System</w:t>
      </w:r>
    </w:p>
    <w:p w14:paraId="48CA311E" w14:textId="77777777" w:rsidR="00CE1B6C" w:rsidRDefault="00000000">
      <w:r>
        <w:t>2. User navigates to "Closed Tickets."</w:t>
      </w:r>
    </w:p>
    <w:p w14:paraId="0FCB2644" w14:textId="77777777" w:rsidR="00CE1B6C" w:rsidRDefault="00000000">
      <w:r>
        <w:t>3. User selects a ticket and clicks "Reopen."</w:t>
      </w:r>
    </w:p>
    <w:p w14:paraId="7F87B46C" w14:textId="77777777" w:rsidR="00CE1B6C" w:rsidRDefault="00000000">
      <w:r>
        <w:t>4. System changes the ticket status to "Reopened" and notifies the support team.</w:t>
      </w:r>
    </w:p>
    <w:p w14:paraId="14219C82" w14:textId="77777777" w:rsidR="00CE1B6C" w:rsidRDefault="00000000">
      <w:r>
        <w:t>5a. User provides additional information while reopening the ticket.</w:t>
      </w:r>
    </w:p>
    <w:p w14:paraId="687DD1B5" w14:textId="77777777" w:rsidR="00CE1B6C" w:rsidRDefault="00000000">
      <w:r>
        <w:t>6a. Reopening is not allowed due to policy:</w:t>
      </w:r>
    </w:p>
    <w:p w14:paraId="3DE30C95" w14:textId="77777777" w:rsidR="00CE1B6C" w:rsidRDefault="00000000">
      <w:r>
        <w:t>System displays a message stating, "Reopening is not permitted for this ticket."</w:t>
      </w:r>
    </w:p>
    <w:p w14:paraId="4A668552" w14:textId="77777777" w:rsidR="00CE1B6C" w:rsidRDefault="00000000">
      <w:r>
        <w:t>Ticket must have a "Closed" status.</w:t>
      </w:r>
    </w:p>
    <w:p w14:paraId="5A1588C8" w14:textId="77777777" w:rsidR="00CE1B6C" w:rsidRDefault="00000000">
      <w:r>
        <w:t>Ticket status changes to "Reopened."</w:t>
      </w:r>
    </w:p>
    <w:p w14:paraId="072D5360" w14:textId="77777777" w:rsidR="00CE1B6C" w:rsidRDefault="00000000">
      <w:r>
        <w:t>Notification is sent to the support team.</w:t>
      </w:r>
    </w:p>
    <w:p w14:paraId="70E440DF" w14:textId="77777777" w:rsidR="00CE1B6C" w:rsidRDefault="00000000">
      <w:r>
        <w:t>Users understand when reopening a ticket is appropriate.</w:t>
      </w:r>
    </w:p>
    <w:p w14:paraId="7F999149" w14:textId="77777777" w:rsidR="00CE1B6C" w:rsidRDefault="00000000">
      <w:r>
        <w:t>Tickets can only be reopened within 15 days of closure.</w:t>
      </w:r>
    </w:p>
    <w:p w14:paraId="41679B79" w14:textId="77777777" w:rsidR="00CE1B6C" w:rsidRDefault="00000000">
      <w:r>
        <w:t>Notification system must be functional.</w:t>
      </w:r>
    </w:p>
    <w:p w14:paraId="3EC457D5" w14:textId="77777777" w:rsidR="00CE1B6C" w:rsidRDefault="00000000">
      <w:r>
        <w:t>Inputs: Ticket ID, additional details (optional).</w:t>
      </w:r>
    </w:p>
    <w:p w14:paraId="0D6A6F48" w14:textId="77777777" w:rsidR="00CE1B6C" w:rsidRDefault="00000000">
      <w:r>
        <w:t>Outputs: Updated ticket status, notification.</w:t>
      </w:r>
    </w:p>
    <w:p w14:paraId="473BDC05" w14:textId="77777777" w:rsidR="00CE1B6C" w:rsidRDefault="00000000">
      <w:r>
        <w:t>Tickets closed due to policy violations cannot be reopened.</w:t>
      </w:r>
    </w:p>
    <w:p w14:paraId="5E7494DD" w14:textId="77777777" w:rsidR="00CE1B6C" w:rsidRDefault="00000000">
      <w:r>
        <w:t>Reopening requests are logged for audit purposes.</w:t>
      </w:r>
    </w:p>
    <w:p w14:paraId="397FD573" w14:textId="77777777" w:rsidR="00CE1B6C" w:rsidRDefault="00000000">
      <w:r>
        <w:lastRenderedPageBreak/>
        <w:t>Use Case 7: Attach Files to a Ticket</w:t>
      </w:r>
    </w:p>
    <w:p w14:paraId="782C7D95" w14:textId="77777777" w:rsidR="00CE1B6C" w:rsidRDefault="00000000">
      <w:r>
        <w:t>Attach Files to a Ticket</w:t>
      </w:r>
    </w:p>
    <w:p w14:paraId="5DDAB10B" w14:textId="77777777" w:rsidR="00CE1B6C" w:rsidRDefault="00000000">
      <w:r>
        <w:t>2. Description: Users can upload files to provide additional context for a ticket.</w:t>
      </w:r>
    </w:p>
    <w:p w14:paraId="29C6CCD6" w14:textId="77777777" w:rsidR="00CE1B6C" w:rsidRDefault="00000000">
      <w:r>
        <w:t>1. User navigates to the ticket submission or update page.</w:t>
      </w:r>
    </w:p>
    <w:p w14:paraId="4AACFF6A" w14:textId="77777777" w:rsidR="00CE1B6C" w:rsidRDefault="00000000">
      <w:r>
        <w:t>2. User clicks "Attach File."</w:t>
      </w:r>
    </w:p>
    <w:p w14:paraId="69CF5EE5" w14:textId="77777777" w:rsidR="00CE1B6C" w:rsidRDefault="00000000">
      <w:r>
        <w:t>3. User selects a file from their device.</w:t>
      </w:r>
    </w:p>
    <w:p w14:paraId="53786BC7" w14:textId="77777777" w:rsidR="00CE1B6C" w:rsidRDefault="00000000">
      <w:r>
        <w:t>4. System uploads and attaches the file to the ticket.</w:t>
      </w:r>
    </w:p>
    <w:p w14:paraId="4DCBA369" w14:textId="77777777" w:rsidR="00CE1B6C" w:rsidRDefault="00000000">
      <w:r>
        <w:t>User removes the attachment before submitting the ticket.</w:t>
      </w:r>
    </w:p>
    <w:p w14:paraId="1848BF20" w14:textId="77777777" w:rsidR="00CE1B6C" w:rsidRDefault="00000000">
      <w:r>
        <w:t>6.Exceptional Flow:</w:t>
      </w:r>
    </w:p>
    <w:p w14:paraId="39D8E925" w14:textId="77777777" w:rsidR="00CE1B6C" w:rsidRDefault="00000000">
      <w:r>
        <w:t>6a. File exceeds size limit:</w:t>
      </w:r>
    </w:p>
    <w:p w14:paraId="517504F6" w14:textId="77777777" w:rsidR="00CE1B6C" w:rsidRDefault="00000000">
      <w:r>
        <w:t>1. System displays an error message and cancels the upload.</w:t>
      </w:r>
    </w:p>
    <w:p w14:paraId="114C2703" w14:textId="77777777" w:rsidR="00CE1B6C" w:rsidRDefault="00000000">
      <w:r>
        <w:t>Ticket must be in draft or active status.</w:t>
      </w:r>
    </w:p>
    <w:p w14:paraId="3181692B" w14:textId="77777777" w:rsidR="00CE1B6C" w:rsidRDefault="00000000">
      <w:r>
        <w:t>File is successfully attached to the ticket.</w:t>
      </w:r>
    </w:p>
    <w:p w14:paraId="4CAC709C" w14:textId="77777777" w:rsidR="00CE1B6C" w:rsidRDefault="00000000">
      <w:r>
        <w:t>9.  Assumptions:</w:t>
      </w:r>
    </w:p>
    <w:p w14:paraId="0E68F049" w14:textId="77777777" w:rsidR="00CE1B6C" w:rsidRDefault="00000000">
      <w:r>
        <w:t>User has the required file ready to upload.</w:t>
      </w:r>
    </w:p>
    <w:p w14:paraId="6AD6CB4D" w14:textId="77777777" w:rsidR="00CE1B6C" w:rsidRDefault="00000000">
      <w:r>
        <w:t>10. Constraints:</w:t>
      </w:r>
    </w:p>
    <w:p w14:paraId="4D423E4F" w14:textId="77777777" w:rsidR="00CE1B6C" w:rsidRDefault="00000000">
      <w:r>
        <w:t>Maximum file size is 5MB.</w:t>
      </w:r>
    </w:p>
    <w:p w14:paraId="015D47C7" w14:textId="77777777" w:rsidR="00CE1B6C" w:rsidRDefault="00000000">
      <w:r>
        <w:t>Only specific file types (e.g., PDF, PNG) are allowed.</w:t>
      </w:r>
    </w:p>
    <w:p w14:paraId="7297400F" w14:textId="77777777" w:rsidR="00CE1B6C" w:rsidRDefault="00000000">
      <w:r>
        <w:t>11. Dependencies:</w:t>
      </w:r>
    </w:p>
    <w:p w14:paraId="2F816415" w14:textId="77777777" w:rsidR="00CE1B6C" w:rsidRDefault="00000000">
      <w:r>
        <w:t>Storage system must be operational.</w:t>
      </w:r>
    </w:p>
    <w:p w14:paraId="11E93666" w14:textId="77777777" w:rsidR="00CE1B6C" w:rsidRDefault="00000000">
      <w:r>
        <w:t>12. Inputs and Outputs:</w:t>
      </w:r>
    </w:p>
    <w:p w14:paraId="3AD8A672" w14:textId="77777777" w:rsidR="00CE1B6C" w:rsidRDefault="00000000">
      <w:r>
        <w:t>Inputs: File.</w:t>
      </w:r>
    </w:p>
    <w:p w14:paraId="24763084" w14:textId="77777777" w:rsidR="00CE1B6C" w:rsidRDefault="00000000">
      <w:r>
        <w:t>Outputs: Confirmation of successful upload.</w:t>
      </w:r>
    </w:p>
    <w:p w14:paraId="65300E45" w14:textId="77777777" w:rsidR="00CE1B6C" w:rsidRDefault="00000000">
      <w:r>
        <w:t>13. Business Rules:</w:t>
      </w:r>
    </w:p>
    <w:p w14:paraId="7FA0507E" w14:textId="77777777" w:rsidR="00CE1B6C" w:rsidRDefault="00000000">
      <w:r>
        <w:t>Sensitive files must be flagged for restricted access.</w:t>
      </w:r>
    </w:p>
    <w:p w14:paraId="443CF366" w14:textId="77777777" w:rsidR="00CE1B6C" w:rsidRDefault="00000000">
      <w:r>
        <w:t>14. Miscellaneous Information:</w:t>
      </w:r>
    </w:p>
    <w:p w14:paraId="71527308" w14:textId="77777777" w:rsidR="00CE1B6C" w:rsidRDefault="00000000">
      <w:r>
        <w:lastRenderedPageBreak/>
        <w:t>Attachments are virus-scanned before being uploaded.</w:t>
      </w:r>
    </w:p>
    <w:p w14:paraId="0313F817" w14:textId="77777777" w:rsidR="00CE1B6C" w:rsidRDefault="00000000">
      <w:r>
        <w:t>Use Case 8:</w:t>
      </w:r>
    </w:p>
    <w:p w14:paraId="30213956" w14:textId="77777777" w:rsidR="00CE1B6C" w:rsidRDefault="00000000">
      <w:r>
        <w:t>Set Priority for a Ticket</w:t>
      </w:r>
    </w:p>
    <w:p w14:paraId="05A16DD1" w14:textId="77777777" w:rsidR="00CE1B6C" w:rsidRDefault="00000000">
      <w:r>
        <w:t>1. Use Case Name: Set Priority for a Ticket</w:t>
      </w:r>
    </w:p>
    <w:p w14:paraId="1CFE9FAE" w14:textId="77777777" w:rsidR="00CE1B6C" w:rsidRDefault="00000000">
      <w:r>
        <w:t>2. Description: Users set the priority level for a ticket during submission.</w:t>
      </w:r>
    </w:p>
    <w:p w14:paraId="6F4084E4" w14:textId="77777777" w:rsidR="00CE1B6C" w:rsidRDefault="00000000">
      <w:r>
        <w:t>1. User selects the priority level (Low, Medium, High) from a dropdown menu.</w:t>
      </w:r>
    </w:p>
    <w:p w14:paraId="1936FEE4" w14:textId="77777777" w:rsidR="00CE1B6C" w:rsidRDefault="00000000">
      <w:r>
        <w:t>2. System associates the priority with the ticket.</w:t>
      </w:r>
    </w:p>
    <w:p w14:paraId="6DDD1F0E" w14:textId="77777777" w:rsidR="00CE1B6C" w:rsidRDefault="00000000">
      <w:r>
        <w:t>5a. Priority is automatically assigned based on issue type.</w:t>
      </w:r>
    </w:p>
    <w:p w14:paraId="56FD5F0F" w14:textId="77777777" w:rsidR="00CE1B6C" w:rsidRDefault="00000000">
      <w:r>
        <w:t>6. Exceptional Flow:</w:t>
      </w:r>
    </w:p>
    <w:p w14:paraId="5134AFC5" w14:textId="77777777" w:rsidR="00CE1B6C" w:rsidRDefault="00000000">
      <w:r>
        <w:t>6a. Priority selection is missing:</w:t>
      </w:r>
    </w:p>
    <w:p w14:paraId="6D47F2ED" w14:textId="77777777" w:rsidR="00CE1B6C" w:rsidRDefault="00000000">
      <w:r>
        <w:t>1. System prompts the user to select a priority before proceeding.</w:t>
      </w:r>
    </w:p>
    <w:p w14:paraId="7C3F708B" w14:textId="77777777" w:rsidR="00CE1B6C" w:rsidRDefault="00000000">
      <w:r>
        <w:t>7. Pre-Conditions:</w:t>
      </w:r>
    </w:p>
    <w:p w14:paraId="28CD8DD7" w14:textId="77777777" w:rsidR="00CE1B6C" w:rsidRDefault="00000000">
      <w:r>
        <w:t>User must be submitting a new ticket.</w:t>
      </w:r>
    </w:p>
    <w:p w14:paraId="70C748FE" w14:textId="77777777" w:rsidR="00CE1B6C" w:rsidRDefault="00000000">
      <w:r>
        <w:t>Ticket is created with a defined priority level.</w:t>
      </w:r>
    </w:p>
    <w:p w14:paraId="28483AF3" w14:textId="77777777" w:rsidR="00CE1B6C" w:rsidRDefault="00000000">
      <w:r>
        <w:t>9. Assumptions:</w:t>
      </w:r>
    </w:p>
    <w:p w14:paraId="760A4DB9" w14:textId="77777777" w:rsidR="00CE1B6C" w:rsidRDefault="00000000">
      <w:r>
        <w:t>Users understand the importance of priority levels.</w:t>
      </w:r>
    </w:p>
    <w:p w14:paraId="04549D0F" w14:textId="77777777" w:rsidR="00CE1B6C" w:rsidRDefault="00000000">
      <w:r>
        <w:t>System defaults to "Medium" priority if no selection is made.</w:t>
      </w:r>
    </w:p>
    <w:p w14:paraId="3D19FCAD" w14:textId="77777777" w:rsidR="00CE1B6C" w:rsidRDefault="00000000">
      <w:r>
        <w:t>Issue type must be mapped to priority rules</w:t>
      </w:r>
    </w:p>
    <w:p w14:paraId="28FF437A" w14:textId="77777777" w:rsidR="00CE1B6C" w:rsidRDefault="00000000">
      <w:r>
        <w:t>Inputs: Priority level.</w:t>
      </w:r>
    </w:p>
    <w:p w14:paraId="63CC75DC" w14:textId="77777777" w:rsidR="00CE1B6C" w:rsidRDefault="00000000">
      <w:r>
        <w:t>Outputs: Confirmation of priority assignment.</w:t>
      </w:r>
    </w:p>
    <w:p w14:paraId="35D27142" w14:textId="77777777" w:rsidR="00CE1B6C" w:rsidRDefault="00000000">
      <w:r>
        <w:t>Only "Critical" priority requires manager approval.</w:t>
      </w:r>
    </w:p>
    <w:p w14:paraId="654FBFE0" w14:textId="77777777" w:rsidR="00CE1B6C" w:rsidRDefault="00000000">
      <w:r>
        <w:t>Priority levels influence SLA timelines</w:t>
      </w:r>
    </w:p>
    <w:p w14:paraId="3F80D87B" w14:textId="77777777" w:rsidR="00CE1B6C" w:rsidRDefault="00000000">
      <w:r>
        <w:t>Use Case 9:</w:t>
      </w:r>
    </w:p>
    <w:p w14:paraId="4CFDB3EF" w14:textId="77777777" w:rsidR="00CE1B6C" w:rsidRDefault="00000000">
      <w:r>
        <w:t>Receive Confirmation for Ticket Submission</w:t>
      </w:r>
    </w:p>
    <w:p w14:paraId="3BECBC14" w14:textId="77777777" w:rsidR="00CE1B6C" w:rsidRDefault="00000000">
      <w:r>
        <w:t>1. Use Case Name: Receive Confirmation for Ticket Submission</w:t>
      </w:r>
    </w:p>
    <w:p w14:paraId="03F82675" w14:textId="77777777" w:rsidR="00CE1B6C" w:rsidRDefault="00000000">
      <w:r>
        <w:t>2. Description: Users receive a confirmation notification after submitting a ticket.</w:t>
      </w:r>
    </w:p>
    <w:p w14:paraId="61E80C27" w14:textId="77777777" w:rsidR="00CE1B6C" w:rsidRDefault="00000000">
      <w:r>
        <w:lastRenderedPageBreak/>
        <w:t>Primary: System</w:t>
      </w:r>
    </w:p>
    <w:p w14:paraId="1E27101B" w14:textId="77777777" w:rsidR="00CE1B6C" w:rsidRDefault="00000000">
      <w:r>
        <w:t>Secondary: End-User</w:t>
      </w:r>
    </w:p>
    <w:p w14:paraId="5BA1B0C7" w14:textId="77777777" w:rsidR="00CE1B6C" w:rsidRDefault="00000000">
      <w:r>
        <w:t>1. User submits a ticket.</w:t>
      </w:r>
    </w:p>
    <w:p w14:paraId="65079B61" w14:textId="77777777" w:rsidR="00CE1B6C" w:rsidRDefault="00000000">
      <w:r>
        <w:t>2. System generates a unique ticket ID.</w:t>
      </w:r>
    </w:p>
    <w:p w14:paraId="6FE0D750" w14:textId="77777777" w:rsidR="00CE1B6C" w:rsidRDefault="00000000">
      <w:r>
        <w:t>3. System sends a confirmation email to the user.</w:t>
      </w:r>
    </w:p>
    <w:p w14:paraId="1FB11AAA" w14:textId="77777777" w:rsidR="00CE1B6C" w:rsidRDefault="00000000">
      <w:r>
        <w:t>5a. Confirmation is sent via SMS instead of email.</w:t>
      </w:r>
    </w:p>
    <w:p w14:paraId="6858B64F" w14:textId="77777777" w:rsidR="00CE1B6C" w:rsidRDefault="00000000">
      <w:r>
        <w:t>6a. Email server is unavailable:</w:t>
      </w:r>
    </w:p>
    <w:p w14:paraId="2E56EAA3" w14:textId="77777777" w:rsidR="00CE1B6C" w:rsidRDefault="00000000">
      <w:r>
        <w:t>1. System queues the email for later delivery.</w:t>
      </w:r>
    </w:p>
    <w:p w14:paraId="5774454E" w14:textId="77777777" w:rsidR="00CE1B6C" w:rsidRDefault="00000000">
      <w:r>
        <w:t>Ticket submission process is completed successfully.</w:t>
      </w:r>
    </w:p>
    <w:p w14:paraId="2293B63A" w14:textId="77777777" w:rsidR="00CE1B6C" w:rsidRDefault="00000000">
      <w:r>
        <w:t>User is notified of ticket submission.</w:t>
      </w:r>
    </w:p>
    <w:p w14:paraId="17C29056" w14:textId="77777777" w:rsidR="00CE1B6C" w:rsidRDefault="00000000">
      <w:r>
        <w:t>User’s contact information is accurate.</w:t>
      </w:r>
    </w:p>
    <w:p w14:paraId="1E27EEBD" w14:textId="77777777" w:rsidR="00CE1B6C" w:rsidRDefault="00000000">
      <w:r>
        <w:t>Email notifications are sent within 5 minutes of submission.</w:t>
      </w:r>
    </w:p>
    <w:p w14:paraId="7CFE84AD" w14:textId="77777777" w:rsidR="00CE1B6C" w:rsidRDefault="00000000">
      <w:r>
        <w:t>Notification system and email server must be operational.</w:t>
      </w:r>
    </w:p>
    <w:p w14:paraId="4B34CDA5" w14:textId="77777777" w:rsidR="00CE1B6C" w:rsidRDefault="00000000">
      <w:r>
        <w:t>Inputs: Ticket ID, user email.</w:t>
      </w:r>
    </w:p>
    <w:p w14:paraId="43C202E4" w14:textId="77777777" w:rsidR="00CE1B6C" w:rsidRDefault="00000000">
      <w:r>
        <w:t>Outputs: Confirmation email.</w:t>
      </w:r>
    </w:p>
    <w:p w14:paraId="04F5B767" w14:textId="77777777" w:rsidR="00CE1B6C" w:rsidRDefault="00000000">
      <w:r>
        <w:t>Confirmation must include ticket details for user reference.</w:t>
      </w:r>
    </w:p>
    <w:p w14:paraId="6189A456" w14:textId="77777777" w:rsidR="00CE1B6C" w:rsidRDefault="00000000">
      <w:r>
        <w:t>Notification preferences determine the delivery channel.</w:t>
      </w:r>
    </w:p>
    <w:p w14:paraId="787260BD" w14:textId="77777777" w:rsidR="00CE1B6C" w:rsidRDefault="00000000">
      <w:r>
        <w:t>Use Case 10:</w:t>
      </w:r>
    </w:p>
    <w:p w14:paraId="56F62945" w14:textId="77777777" w:rsidR="00CE1B6C" w:rsidRDefault="00000000">
      <w:r>
        <w:t>Update Ticket Status</w:t>
      </w:r>
    </w:p>
    <w:p w14:paraId="3C9A2A96" w14:textId="77777777" w:rsidR="00CE1B6C" w:rsidRDefault="00000000">
      <w:r>
        <w:t>1. Use Case Name: Update Ticket Status</w:t>
      </w:r>
    </w:p>
    <w:p w14:paraId="01609343" w14:textId="77777777" w:rsidR="00CE1B6C" w:rsidRDefault="00000000">
      <w:r>
        <w:t>2. Description: Support staff updates the status of a ticket as it progresses through different stages (e.g., Open, InProgress, Resolved).</w:t>
      </w:r>
    </w:p>
    <w:p w14:paraId="70FE31DA" w14:textId="77777777" w:rsidR="00CE1B6C" w:rsidRDefault="00000000">
      <w:r>
        <w:t>Primary:</w:t>
      </w:r>
    </w:p>
    <w:p w14:paraId="62CB6118" w14:textId="77777777" w:rsidR="00CE1B6C" w:rsidRDefault="00000000">
      <w:r>
        <w:t>Support Staff</w:t>
      </w:r>
    </w:p>
    <w:p w14:paraId="2F58C67D" w14:textId="77777777" w:rsidR="00CE1B6C" w:rsidRDefault="00000000">
      <w:r>
        <w:t>Secondary:</w:t>
      </w:r>
    </w:p>
    <w:p w14:paraId="7BC36B0B" w14:textId="77777777" w:rsidR="00CE1B6C" w:rsidRDefault="00000000">
      <w:r>
        <w:t>System</w:t>
      </w:r>
    </w:p>
    <w:p w14:paraId="12EE89B2" w14:textId="77777777" w:rsidR="00CE1B6C" w:rsidRDefault="00000000">
      <w:r>
        <w:lastRenderedPageBreak/>
        <w:t>1. Support staff logs into the system.</w:t>
      </w:r>
    </w:p>
    <w:p w14:paraId="64253F83" w14:textId="77777777" w:rsidR="00CE1B6C" w:rsidRDefault="00000000">
      <w:r>
        <w:t>2. Support staff navigates to the assigned ticket list.</w:t>
      </w:r>
    </w:p>
    <w:p w14:paraId="04027A3B" w14:textId="77777777" w:rsidR="00CE1B6C" w:rsidRDefault="00000000">
      <w:r>
        <w:t>3. Support staff selects a ticket and clicks "Update Status."</w:t>
      </w:r>
    </w:p>
    <w:p w14:paraId="6E17E3A7" w14:textId="77777777" w:rsidR="00CE1B6C" w:rsidRDefault="00000000">
      <w:r>
        <w:t>4. Support staff chooses the new status from the dropdown menu.</w:t>
      </w:r>
    </w:p>
    <w:p w14:paraId="25855CAE" w14:textId="77777777" w:rsidR="00CE1B6C" w:rsidRDefault="00000000">
      <w:r>
        <w:t>5. System updates the status and logs the action in the ticket history.</w:t>
      </w:r>
    </w:p>
    <w:p w14:paraId="08413EFB" w14:textId="77777777" w:rsidR="00CE1B6C" w:rsidRDefault="00000000">
      <w:r>
        <w:t>5a. Support staff adds comments while updating the status:</w:t>
      </w:r>
    </w:p>
    <w:p w14:paraId="4A19C666" w14:textId="77777777" w:rsidR="00CE1B6C" w:rsidRDefault="00000000">
      <w:r>
        <w:t>System logs the comments along with the status change.</w:t>
      </w:r>
    </w:p>
    <w:p w14:paraId="59DD1F21" w14:textId="77777777" w:rsidR="00CE1B6C" w:rsidRDefault="00000000">
      <w:r>
        <w:t>6a. Attempt to update status fails due to a system error:</w:t>
      </w:r>
    </w:p>
    <w:p w14:paraId="13001A4B" w14:textId="77777777" w:rsidR="00CE1B6C" w:rsidRDefault="00000000">
      <w:r>
        <w:t>System displays an error message and prevents the update.</w:t>
      </w:r>
    </w:p>
    <w:p w14:paraId="05FD78E8" w14:textId="77777777" w:rsidR="00CE1B6C" w:rsidRDefault="00000000">
      <w:r>
        <w:t>Ticket must exist in the system.</w:t>
      </w:r>
    </w:p>
    <w:p w14:paraId="6813FE99" w14:textId="77777777" w:rsidR="00CE1B6C" w:rsidRDefault="00000000">
      <w:r>
        <w:t>Support staff must have appropriate permissions.</w:t>
      </w:r>
    </w:p>
    <w:p w14:paraId="621B14C3" w14:textId="77777777" w:rsidR="00CE1B6C" w:rsidRDefault="00000000">
      <w:r>
        <w:t>Ticket status is updated and logged in the history.</w:t>
      </w:r>
    </w:p>
    <w:p w14:paraId="43F86D3B" w14:textId="77777777" w:rsidR="00CE1B6C" w:rsidRDefault="00000000">
      <w:r>
        <w:t>Support staff is trained on status workflows.</w:t>
      </w:r>
    </w:p>
    <w:p w14:paraId="2C835BF5" w14:textId="77777777" w:rsidR="00CE1B6C" w:rsidRDefault="00000000">
      <w:r>
        <w:t>Certain statuses (e.g., "Closed") can only be applied after manager approval.</w:t>
      </w:r>
    </w:p>
    <w:p w14:paraId="466B9295" w14:textId="77777777" w:rsidR="00CE1B6C" w:rsidRDefault="00000000">
      <w:r>
        <w:t>Status workflow must be predefined in the system.</w:t>
      </w:r>
    </w:p>
    <w:p w14:paraId="27E32A08" w14:textId="77777777" w:rsidR="00CE1B6C" w:rsidRDefault="00000000">
      <w:r>
        <w:t>Inputs: Ticket ID, new status, optional comments.</w:t>
      </w:r>
    </w:p>
    <w:p w14:paraId="50D04ED2" w14:textId="77777777" w:rsidR="00CE1B6C" w:rsidRDefault="00000000">
      <w:r>
        <w:t>Outputs: Updated ticket status logged history entry.</w:t>
      </w:r>
    </w:p>
    <w:p w14:paraId="626CA6ED" w14:textId="77777777" w:rsidR="00CE1B6C" w:rsidRDefault="00000000">
      <w:r>
        <w:t>Only authorized users can update ticket statuses.</w:t>
      </w:r>
    </w:p>
    <w:p w14:paraId="7D4CCDBA" w14:textId="77777777" w:rsidR="00CE1B6C" w:rsidRDefault="00000000">
      <w:r>
        <w:t>Status changes trigger notifications to relevant users.</w:t>
      </w:r>
    </w:p>
    <w:p w14:paraId="067D4D8A" w14:textId="77777777" w:rsidR="00CE1B6C" w:rsidRDefault="00000000">
      <w:r>
        <w:t>Use Case 11:</w:t>
      </w:r>
    </w:p>
    <w:p w14:paraId="10144914" w14:textId="77777777" w:rsidR="00CE1B6C" w:rsidRDefault="00000000">
      <w:r>
        <w:t>Assign a Ticket to a Support Team</w:t>
      </w:r>
    </w:p>
    <w:p w14:paraId="7544429A" w14:textId="77777777" w:rsidR="00CE1B6C" w:rsidRDefault="00000000">
      <w:r>
        <w:t>1. Use Case Name: Assign a Ticket to a Support Team</w:t>
      </w:r>
    </w:p>
    <w:p w14:paraId="56BC12F1" w14:textId="77777777" w:rsidR="00CE1B6C" w:rsidRDefault="00000000">
      <w:r>
        <w:t>2. Description: The system or a support manager assigns a ticket to the appropriate support team for resolution.</w:t>
      </w:r>
    </w:p>
    <w:p w14:paraId="082F9147" w14:textId="77777777" w:rsidR="00CE1B6C" w:rsidRDefault="00000000">
      <w:r>
        <w:t>Primary: Support Manager</w:t>
      </w:r>
    </w:p>
    <w:p w14:paraId="23E50F96" w14:textId="77777777" w:rsidR="00CE1B6C" w:rsidRDefault="00000000">
      <w:r>
        <w:t>1. Support manager logs into the system.</w:t>
      </w:r>
    </w:p>
    <w:p w14:paraId="2593A936" w14:textId="77777777" w:rsidR="00CE1B6C" w:rsidRDefault="00000000">
      <w:r>
        <w:lastRenderedPageBreak/>
        <w:t>2. Manager navigates to unassigned tickets.</w:t>
      </w:r>
    </w:p>
    <w:p w14:paraId="2CCF4D8B" w14:textId="77777777" w:rsidR="00CE1B6C" w:rsidRDefault="00000000">
      <w:r>
        <w:t>3. Manager selects a ticket and clicks "Assign."</w:t>
      </w:r>
    </w:p>
    <w:p w14:paraId="27DE8791" w14:textId="77777777" w:rsidR="00CE1B6C" w:rsidRDefault="00000000">
      <w:r>
        <w:t>4. Manager selects the appropriate support team from a dropdown menu.</w:t>
      </w:r>
    </w:p>
    <w:p w14:paraId="1F0396C0" w14:textId="77777777" w:rsidR="00CE1B6C" w:rsidRDefault="00000000">
      <w:r>
        <w:t>5. System assigns the ticket to the selected team and notifies them.</w:t>
      </w:r>
    </w:p>
    <w:p w14:paraId="67BB0BC1" w14:textId="77777777" w:rsidR="00CE1B6C" w:rsidRDefault="00000000">
      <w:r>
        <w:t>5a. Ticket is automatically assigned by the system based on issue type.</w:t>
      </w:r>
    </w:p>
    <w:p w14:paraId="0DBEDA4F" w14:textId="77777777" w:rsidR="00CE1B6C" w:rsidRDefault="00000000">
      <w:r>
        <w:t>6a. No team is available for assignment: System flags the ticket as "Unassigned" and notifies the manager.</w:t>
      </w:r>
    </w:p>
    <w:p w14:paraId="6DC9D174" w14:textId="77777777" w:rsidR="00CE1B6C" w:rsidRDefault="00000000">
      <w:r>
        <w:t>7. Pre-Conditions: Ticket must exist in the system</w:t>
      </w:r>
    </w:p>
    <w:p w14:paraId="7275374A" w14:textId="77777777" w:rsidR="00CE1B6C" w:rsidRDefault="00000000">
      <w:r>
        <w:t>Ticket is assigned to a support team.</w:t>
      </w:r>
    </w:p>
    <w:p w14:paraId="15D6FE28" w14:textId="77777777" w:rsidR="00CE1B6C" w:rsidRDefault="00000000">
      <w:r>
        <w:t>Notification is sent to the team.</w:t>
      </w:r>
    </w:p>
    <w:p w14:paraId="73E10A23" w14:textId="77777777" w:rsidR="00CE1B6C" w:rsidRDefault="00000000">
      <w:r>
        <w:t>Support teams are predefined in the system.</w:t>
      </w:r>
    </w:p>
    <w:p w14:paraId="1B4ED71B" w14:textId="77777777" w:rsidR="00CE1B6C" w:rsidRDefault="00000000">
      <w:r>
        <w:t>Tickets can only be assigned to one team at a time.</w:t>
      </w:r>
    </w:p>
    <w:p w14:paraId="3A9ED9FC" w14:textId="77777777" w:rsidR="00CE1B6C" w:rsidRDefault="00000000">
      <w:r>
        <w:t>System must have an updated list of available teams.</w:t>
      </w:r>
    </w:p>
    <w:p w14:paraId="7B1D74B5" w14:textId="77777777" w:rsidR="00CE1B6C" w:rsidRDefault="00000000">
      <w:r>
        <w:t>Inputs: Ticket ID, team selection.</w:t>
      </w:r>
    </w:p>
    <w:p w14:paraId="34132DA1" w14:textId="77777777" w:rsidR="00CE1B6C" w:rsidRDefault="00000000">
      <w:r>
        <w:t>Outputs: Notification of assignment.</w:t>
      </w:r>
    </w:p>
    <w:p w14:paraId="5ECA464A" w14:textId="77777777" w:rsidR="00CE1B6C" w:rsidRDefault="00000000">
      <w:r>
        <w:t>High-priority tickets must be assigned within 1 hour.</w:t>
      </w:r>
    </w:p>
    <w:p w14:paraId="10F765B2" w14:textId="77777777" w:rsidR="00CE1B6C" w:rsidRDefault="00000000">
      <w:r>
        <w:t>Assignment logs are tracked for audit purposes.</w:t>
      </w:r>
    </w:p>
    <w:p w14:paraId="7E0504D9" w14:textId="77777777" w:rsidR="00CE1B6C" w:rsidRDefault="00000000">
      <w:r>
        <w:t>Use Case 12: Add Comments to a Ticket</w:t>
      </w:r>
    </w:p>
    <w:p w14:paraId="2197F8F6" w14:textId="77777777" w:rsidR="00CE1B6C" w:rsidRDefault="00000000">
      <w:r>
        <w:t>1. Use Case Name: Add Comments to a Ticket</w:t>
      </w:r>
    </w:p>
    <w:p w14:paraId="5E36C012" w14:textId="77777777" w:rsidR="00CE1B6C" w:rsidRDefault="00000000">
      <w:r>
        <w:t>2. Description: Support staff or users can add comments to a ticket to clarify issues or provide updates.</w:t>
      </w:r>
    </w:p>
    <w:p w14:paraId="7573500C" w14:textId="77777777" w:rsidR="00CE1B6C" w:rsidRDefault="00000000">
      <w:r>
        <w:t>Primary: End-User, Support Staff</w:t>
      </w:r>
    </w:p>
    <w:p w14:paraId="63D2D092" w14:textId="77777777" w:rsidR="00CE1B6C" w:rsidRDefault="00000000">
      <w:r>
        <w:t>1. User logs into the system and navigates to a ticket.</w:t>
      </w:r>
    </w:p>
    <w:p w14:paraId="299866C1" w14:textId="77777777" w:rsidR="00CE1B6C" w:rsidRDefault="00000000">
      <w:r>
        <w:t>2. User clicks "Add Comment."</w:t>
      </w:r>
    </w:p>
    <w:p w14:paraId="56AABB4D" w14:textId="77777777" w:rsidR="00CE1B6C" w:rsidRDefault="00000000">
      <w:r>
        <w:t>3. User enters a comment in the text box.</w:t>
      </w:r>
    </w:p>
    <w:p w14:paraId="6EE053DC" w14:textId="77777777" w:rsidR="00CE1B6C" w:rsidRDefault="00000000">
      <w:r>
        <w:t>4. System saves the comment and adds it to the ticket history.</w:t>
      </w:r>
    </w:p>
    <w:p w14:paraId="2EFE056D" w14:textId="77777777" w:rsidR="00CE1B6C" w:rsidRDefault="00000000">
      <w:r>
        <w:t>5a. User attaches a file along with the comment.</w:t>
      </w:r>
    </w:p>
    <w:p w14:paraId="6222ECA7" w14:textId="77777777" w:rsidR="00CE1B6C" w:rsidRDefault="00000000">
      <w:r>
        <w:lastRenderedPageBreak/>
        <w:t>6a. System fails to save the comment due to a network error:</w:t>
      </w:r>
    </w:p>
    <w:p w14:paraId="70DDBC80" w14:textId="77777777" w:rsidR="00CE1B6C" w:rsidRDefault="00000000">
      <w:r>
        <w:t>User is prompted to retry.</w:t>
      </w:r>
    </w:p>
    <w:p w14:paraId="059561AE" w14:textId="77777777" w:rsidR="00CE1B6C" w:rsidRDefault="00000000">
      <w:r>
        <w:t>8. Post-Conditions: Comment is added to the ticket.</w:t>
      </w:r>
    </w:p>
    <w:p w14:paraId="4ED10855" w14:textId="77777777" w:rsidR="00CE1B6C" w:rsidRDefault="00000000">
      <w:r>
        <w:t>Users have permissions to add comments</w:t>
      </w:r>
    </w:p>
    <w:p w14:paraId="44398097" w14:textId="77777777" w:rsidR="00CE1B6C" w:rsidRDefault="00000000">
      <w:r>
        <w:t>Comments are limited to 1,000 characters.</w:t>
      </w:r>
    </w:p>
    <w:p w14:paraId="6D070748" w14:textId="77777777" w:rsidR="00CE1B6C" w:rsidRDefault="00000000">
      <w:r>
        <w:t>Database must store comment history.</w:t>
      </w:r>
    </w:p>
    <w:p w14:paraId="41AF3A9C" w14:textId="77777777" w:rsidR="00CE1B6C" w:rsidRDefault="00000000">
      <w:r>
        <w:t>Inputs: Text comment, optional attachment.</w:t>
      </w:r>
    </w:p>
    <w:p w14:paraId="7A684A43" w14:textId="77777777" w:rsidR="00CE1B6C" w:rsidRDefault="00000000">
      <w:r>
        <w:t>Outputs: Confirmation of comment addition.</w:t>
      </w:r>
    </w:p>
    <w:p w14:paraId="0DF5D325" w14:textId="77777777" w:rsidR="00CE1B6C" w:rsidRDefault="00000000">
      <w:r>
        <w:t>Comments cannot be edited after submission.</w:t>
      </w:r>
    </w:p>
    <w:p w14:paraId="2AB1EE03" w14:textId="77777777" w:rsidR="00CE1B6C" w:rsidRDefault="00000000">
      <w:r>
        <w:t>Comments are timestamped for tracking.</w:t>
      </w:r>
    </w:p>
    <w:p w14:paraId="0704AC14" w14:textId="77777777" w:rsidR="00CE1B6C" w:rsidRDefault="00000000">
      <w:r>
        <w:t>Use Case 13:</w:t>
      </w:r>
    </w:p>
    <w:p w14:paraId="594A3D93" w14:textId="77777777" w:rsidR="00CE1B6C" w:rsidRDefault="00000000">
      <w:r>
        <w:t>Escalate a Ticket</w:t>
      </w:r>
    </w:p>
    <w:p w14:paraId="10292718" w14:textId="77777777" w:rsidR="00CE1B6C" w:rsidRDefault="00000000">
      <w:r>
        <w:t>1. Use Case Name: Escalate a Ticket</w:t>
      </w:r>
    </w:p>
    <w:p w14:paraId="15CD6C68" w14:textId="77777777" w:rsidR="00CE1B6C" w:rsidRDefault="00000000">
      <w:r>
        <w:t>2. Description: Support staff or users escalate a ticket when the resolution is delayed or inadequate.</w:t>
      </w:r>
    </w:p>
    <w:p w14:paraId="04C49D76" w14:textId="77777777" w:rsidR="00CE1B6C" w:rsidRDefault="00000000">
      <w:r>
        <w:t>Secondary: Manager, System</w:t>
      </w:r>
    </w:p>
    <w:p w14:paraId="05D97CE1" w14:textId="77777777" w:rsidR="00CE1B6C" w:rsidRDefault="00000000">
      <w:r>
        <w:t>1. User navigates to the ticket and selects "Escalate."</w:t>
      </w:r>
    </w:p>
    <w:p w14:paraId="03988262" w14:textId="77777777" w:rsidR="00CE1B6C" w:rsidRDefault="00000000">
      <w:r>
        <w:t>2. User provides a reason for escalation.</w:t>
      </w:r>
    </w:p>
    <w:p w14:paraId="0CCE9763" w14:textId="77777777" w:rsidR="00CE1B6C" w:rsidRDefault="00000000">
      <w:r>
        <w:t>3. System flags the ticket as "Escalated" and notifies the manager.</w:t>
      </w:r>
    </w:p>
    <w:p w14:paraId="6C9263C4" w14:textId="77777777" w:rsidR="00CE1B6C" w:rsidRDefault="00000000">
      <w:r>
        <w:t>5a. Escalation is automatically triggered if SLA is breached.</w:t>
      </w:r>
    </w:p>
    <w:p w14:paraId="470A35E3" w14:textId="77777777" w:rsidR="00CE1B6C" w:rsidRDefault="00000000">
      <w:r>
        <w:t>6a. Escalation fails due to missing manager assignment:</w:t>
      </w:r>
    </w:p>
    <w:p w14:paraId="6DC21DA7" w14:textId="77777777" w:rsidR="00CE1B6C" w:rsidRDefault="00000000">
      <w:r>
        <w:t>System notifies the user of the error.</w:t>
      </w:r>
    </w:p>
    <w:p w14:paraId="4AF887DA" w14:textId="77777777" w:rsidR="00CE1B6C" w:rsidRDefault="00000000">
      <w:r>
        <w:t>Ticket must have an "Active" status.</w:t>
      </w:r>
    </w:p>
    <w:p w14:paraId="3B809D86" w14:textId="77777777" w:rsidR="00CE1B6C" w:rsidRDefault="00000000">
      <w:r>
        <w:t>Ticket is marked as "Escalated."</w:t>
      </w:r>
    </w:p>
    <w:p w14:paraId="5027E3A9" w14:textId="77777777" w:rsidR="00CE1B6C" w:rsidRDefault="00000000">
      <w:r>
        <w:t>Users understand escalation policies.</w:t>
      </w:r>
    </w:p>
    <w:p w14:paraId="2555BD43" w14:textId="77777777" w:rsidR="00CE1B6C" w:rsidRDefault="00000000">
      <w:r>
        <w:t>Escalation is limited to once per ticket.</w:t>
      </w:r>
    </w:p>
    <w:p w14:paraId="654A7846" w14:textId="77777777" w:rsidR="00CE1B6C" w:rsidRDefault="00000000">
      <w:r>
        <w:lastRenderedPageBreak/>
        <w:t>Manager roles must be defined in the system.</w:t>
      </w:r>
    </w:p>
    <w:p w14:paraId="74F4F376" w14:textId="77777777" w:rsidR="00CE1B6C" w:rsidRDefault="00000000">
      <w:r>
        <w:t>Inputs: Reason for escalation.</w:t>
      </w:r>
    </w:p>
    <w:p w14:paraId="742CF47E" w14:textId="77777777" w:rsidR="00CE1B6C" w:rsidRDefault="00000000">
      <w:r>
        <w:t>Outputs: Escalation notification.</w:t>
      </w:r>
    </w:p>
    <w:p w14:paraId="7BAC84EC" w14:textId="77777777" w:rsidR="00CE1B6C" w:rsidRDefault="00000000">
      <w:r>
        <w:t>High-priority tickets are escalated automatically after 12 hours of inactivity.</w:t>
      </w:r>
    </w:p>
    <w:p w14:paraId="24745B61" w14:textId="77777777" w:rsidR="00CE1B6C" w:rsidRDefault="00000000">
      <w:r>
        <w:t>Escalated tickets require immediate attention.</w:t>
      </w:r>
    </w:p>
    <w:p w14:paraId="1EE265A4" w14:textId="77777777" w:rsidR="00CE1B6C" w:rsidRDefault="00000000">
      <w:r>
        <w:t>Use Case 14:</w:t>
      </w:r>
    </w:p>
    <w:p w14:paraId="6E621067" w14:textId="77777777" w:rsidR="00CE1B6C" w:rsidRDefault="00000000">
      <w:r>
        <w:t>Generate Reports on Ticket Status</w:t>
      </w:r>
    </w:p>
    <w:p w14:paraId="431C38BA" w14:textId="77777777" w:rsidR="00CE1B6C" w:rsidRDefault="00000000">
      <w:r>
        <w:t>1. Use Case Name: Generate Reports on Ticket Status</w:t>
      </w:r>
    </w:p>
    <w:p w14:paraId="2CB91468" w14:textId="77777777" w:rsidR="00CE1B6C" w:rsidRDefault="00000000">
      <w:r>
        <w:t>2. Description: Managers generate reports to analyze ticket statuses, including open, closed, and escalated tickets.</w:t>
      </w:r>
    </w:p>
    <w:p w14:paraId="5350B5A4" w14:textId="77777777" w:rsidR="00CE1B6C" w:rsidRDefault="00000000">
      <w:r>
        <w:t>Primary: Manager</w:t>
      </w:r>
    </w:p>
    <w:p w14:paraId="5A5548F1" w14:textId="77777777" w:rsidR="00CE1B6C" w:rsidRDefault="00000000">
      <w:r>
        <w:t>1. Manager logs into the system.</w:t>
      </w:r>
    </w:p>
    <w:p w14:paraId="14DC22C4" w14:textId="77777777" w:rsidR="00CE1B6C" w:rsidRDefault="00000000">
      <w:r>
        <w:t>2. Manager navigates to the "Reports" section.</w:t>
      </w:r>
    </w:p>
    <w:p w14:paraId="5C2E6B2E" w14:textId="77777777" w:rsidR="00CE1B6C" w:rsidRDefault="00000000">
      <w:r>
        <w:t>3. Manager selects a report type and timeframe.</w:t>
      </w:r>
    </w:p>
    <w:p w14:paraId="7BD2A377" w14:textId="77777777" w:rsidR="00CE1B6C" w:rsidRDefault="00000000">
      <w:r>
        <w:t>4. System generates the report and displays it.</w:t>
      </w:r>
    </w:p>
    <w:p w14:paraId="5AD611AD" w14:textId="77777777" w:rsidR="00CE1B6C" w:rsidRDefault="00000000">
      <w:r>
        <w:t>5a. Report is downloaded as a file instead of being displayed.</w:t>
      </w:r>
    </w:p>
    <w:p w14:paraId="61710704" w14:textId="77777777" w:rsidR="00CE1B6C" w:rsidRDefault="00000000">
      <w:r>
        <w:t>6a. Report generation fails due to missing data:</w:t>
      </w:r>
    </w:p>
    <w:p w14:paraId="4827173E" w14:textId="77777777" w:rsidR="00CE1B6C" w:rsidRDefault="00000000">
      <w:r>
        <w:t>System displays an error message.</w:t>
      </w:r>
    </w:p>
    <w:p w14:paraId="1EB389DB" w14:textId="77777777" w:rsidR="00CE1B6C" w:rsidRDefault="00000000">
      <w:r>
        <w:t>Manager must have reporting permissions.</w:t>
      </w:r>
    </w:p>
    <w:p w14:paraId="68BC5259" w14:textId="77777777" w:rsidR="00CE1B6C" w:rsidRDefault="00000000">
      <w:r>
        <w:t>Report is generated and available for viewing or download.</w:t>
      </w:r>
    </w:p>
    <w:p w14:paraId="1BB01E97" w14:textId="77777777" w:rsidR="00CE1B6C" w:rsidRDefault="00000000">
      <w:r>
        <w:t>Required data exists in the system.</w:t>
      </w:r>
    </w:p>
    <w:p w14:paraId="4E923CCE" w14:textId="77777777" w:rsidR="00CE1B6C" w:rsidRDefault="00000000">
      <w:r>
        <w:t>Reports can only cover up to 1 year of data.</w:t>
      </w:r>
    </w:p>
    <w:p w14:paraId="5B337C48" w14:textId="77777777" w:rsidR="00CE1B6C" w:rsidRDefault="00000000">
      <w:r>
        <w:t>Reporting module must be functional.</w:t>
      </w:r>
    </w:p>
    <w:p w14:paraId="6133C101" w14:textId="77777777" w:rsidR="00CE1B6C" w:rsidRDefault="00000000">
      <w:r>
        <w:t>Inputs: Report type, timeframe.</w:t>
      </w:r>
    </w:p>
    <w:p w14:paraId="19801DF4" w14:textId="77777777" w:rsidR="00CE1B6C" w:rsidRDefault="00000000">
      <w:r>
        <w:t>Outputs: Generated report.</w:t>
      </w:r>
    </w:p>
    <w:p w14:paraId="6309E444" w14:textId="77777777" w:rsidR="00CE1B6C" w:rsidRDefault="00000000">
      <w:r>
        <w:t>Reports must be generated within 5 minutes.</w:t>
      </w:r>
    </w:p>
    <w:p w14:paraId="0D87019D" w14:textId="77777777" w:rsidR="00CE1B6C" w:rsidRDefault="00000000">
      <w:r>
        <w:lastRenderedPageBreak/>
        <w:t>Reports are exportable in multiple formats (PDF, Excel).</w:t>
      </w:r>
    </w:p>
    <w:p w14:paraId="0F558FA6" w14:textId="77777777" w:rsidR="00CE1B6C" w:rsidRDefault="00000000">
      <w:r>
        <w:t>Use Case 15:</w:t>
      </w:r>
    </w:p>
    <w:p w14:paraId="60747BD7" w14:textId="77777777" w:rsidR="00CE1B6C" w:rsidRDefault="00000000">
      <w:r>
        <w:t>Assign a Ticket to a Specific Support Agent1.</w:t>
      </w:r>
    </w:p>
    <w:p w14:paraId="6FBFCB35" w14:textId="77777777" w:rsidR="00CE1B6C" w:rsidRDefault="00000000">
      <w:r>
        <w:t>Assign a Ticket to a Specific Support Agent</w:t>
      </w:r>
    </w:p>
    <w:p w14:paraId="2BE3A3DF" w14:textId="77777777" w:rsidR="00CE1B6C" w:rsidRDefault="00000000">
      <w:r>
        <w:t>2. Description: Support managers assign tickets to specific agents based on their expertise and workload.</w:t>
      </w:r>
    </w:p>
    <w:p w14:paraId="57125FFA" w14:textId="77777777" w:rsidR="00CE1B6C" w:rsidRDefault="00000000">
      <w:r>
        <w:t>Secondary: Support Agent, System</w:t>
      </w:r>
    </w:p>
    <w:p w14:paraId="76F8DBF9" w14:textId="77777777" w:rsidR="00CE1B6C" w:rsidRDefault="00000000">
      <w:r>
        <w:t>2. Manager navigates to unassigned tickets or reassigns an existing ticket.</w:t>
      </w:r>
    </w:p>
    <w:p w14:paraId="441BDDB6" w14:textId="77777777" w:rsidR="00CE1B6C" w:rsidRDefault="00000000">
      <w:r>
        <w:t>3. Manager selects a ticket and clicks "Assign to Agent."</w:t>
      </w:r>
    </w:p>
    <w:p w14:paraId="7C156B80" w14:textId="77777777" w:rsidR="00CE1B6C" w:rsidRDefault="00000000">
      <w:r>
        <w:t>4. Manager selects an agent from a dropdown list.</w:t>
      </w:r>
    </w:p>
    <w:p w14:paraId="5CCA0C47" w14:textId="77777777" w:rsidR="00CE1B6C" w:rsidRDefault="00000000">
      <w:r>
        <w:t>5. System assigns the ticket to the selected agent and notifies them.5. Alternate Flow:</w:t>
      </w:r>
    </w:p>
    <w:p w14:paraId="4E45E685" w14:textId="77777777" w:rsidR="00CE1B6C" w:rsidRDefault="00000000">
      <w:r>
        <w:t>5a. Manager uses an auto-suggest feature to filter agents by expertise or workload.</w:t>
      </w:r>
    </w:p>
    <w:p w14:paraId="6AA95747" w14:textId="77777777" w:rsidR="00CE1B6C" w:rsidRDefault="00000000">
      <w:r>
        <w:t>6a. Selected agent is unavailable:</w:t>
      </w:r>
    </w:p>
    <w:p w14:paraId="7D862C43" w14:textId="77777777" w:rsidR="00CE1B6C" w:rsidRDefault="00000000">
      <w:r>
        <w:t>1. System notifies the manager to select another agent.</w:t>
      </w:r>
    </w:p>
    <w:p w14:paraId="1F5CEEA4" w14:textId="77777777" w:rsidR="00CE1B6C" w:rsidRDefault="00000000">
      <w:r>
        <w:t>Ticket exists in the system.</w:t>
      </w:r>
    </w:p>
    <w:p w14:paraId="4B3BDD6C" w14:textId="77777777" w:rsidR="00CE1B6C" w:rsidRDefault="00000000">
      <w:r>
        <w:t>Manager and agents must have valid system accounts.</w:t>
      </w:r>
    </w:p>
    <w:p w14:paraId="52AA5BE3" w14:textId="77777777" w:rsidR="00CE1B6C" w:rsidRDefault="00000000">
      <w:r>
        <w:t>Ticket is assigned to the specified agent, and the agent is notified.</w:t>
      </w:r>
    </w:p>
    <w:p w14:paraId="6C9403A1" w14:textId="77777777" w:rsidR="00CE1B6C" w:rsidRDefault="00000000">
      <w:r>
        <w:t>Manager is aware of agent availability and skills.</w:t>
      </w:r>
    </w:p>
    <w:p w14:paraId="055C3479" w14:textId="77777777" w:rsidR="00CE1B6C" w:rsidRDefault="00000000">
      <w:r>
        <w:t>A ticket can only have one assigned agent at a time.</w:t>
      </w:r>
    </w:p>
    <w:p w14:paraId="3D55B889" w14:textId="77777777" w:rsidR="00CE1B6C" w:rsidRDefault="00000000">
      <w:r>
        <w:t>Agent profiles and workload data must be up to date.</w:t>
      </w:r>
    </w:p>
    <w:p w14:paraId="1C952A8D" w14:textId="77777777" w:rsidR="00CE1B6C" w:rsidRDefault="00000000">
      <w:r>
        <w:t>Inputs: Ticket ID, selected agent.</w:t>
      </w:r>
    </w:p>
    <w:p w14:paraId="218E2157" w14:textId="77777777" w:rsidR="00CE1B6C" w:rsidRDefault="00000000">
      <w:r>
        <w:t>Outputs: Assignment confirmation and notification.</w:t>
      </w:r>
    </w:p>
    <w:p w14:paraId="64A1D055" w14:textId="77777777" w:rsidR="00CE1B6C" w:rsidRDefault="00000000">
      <w:r>
        <w:t>High-priority tickets must only be assigned to senior agents.</w:t>
      </w:r>
    </w:p>
    <w:p w14:paraId="2EC242E4" w14:textId="77777777" w:rsidR="00CE1B6C" w:rsidRDefault="00000000">
      <w:r>
        <w:t>Assignment logs include timestamps and manager details.</w:t>
      </w:r>
    </w:p>
    <w:p w14:paraId="6D8D01E3" w14:textId="77777777" w:rsidR="00CE1B6C" w:rsidRDefault="00000000">
      <w:r>
        <w:t>Use Case 16:</w:t>
      </w:r>
    </w:p>
    <w:p w14:paraId="558E523B" w14:textId="77777777" w:rsidR="00CE1B6C" w:rsidRDefault="00000000">
      <w:r>
        <w:t>Send Automated Ticket Reminders</w:t>
      </w:r>
    </w:p>
    <w:p w14:paraId="4FF58982" w14:textId="77777777" w:rsidR="00CE1B6C" w:rsidRDefault="00000000">
      <w:r>
        <w:lastRenderedPageBreak/>
        <w:t>1. Use Case Name:</w:t>
      </w:r>
    </w:p>
    <w:p w14:paraId="19A92588" w14:textId="77777777" w:rsidR="00CE1B6C" w:rsidRDefault="00000000">
      <w:r>
        <w:t>2. Description:</w:t>
      </w:r>
    </w:p>
    <w:p w14:paraId="09119C10" w14:textId="77777777" w:rsidR="00CE1B6C" w:rsidRDefault="00000000">
      <w:r>
        <w:t>The system sends automated reminders for unresolved tickets approaching their SLA deadlines.</w:t>
      </w:r>
    </w:p>
    <w:p w14:paraId="039CDA7F" w14:textId="77777777" w:rsidR="00CE1B6C" w:rsidRDefault="00000000">
      <w:r>
        <w:t>Secondary: Support Staff, Managers</w:t>
      </w:r>
    </w:p>
    <w:p w14:paraId="3376F4F5" w14:textId="77777777" w:rsidR="00CE1B6C" w:rsidRDefault="00000000">
      <w:r>
        <w:t>1. System periodically checks ticket statuses.</w:t>
      </w:r>
    </w:p>
    <w:p w14:paraId="75A02508" w14:textId="77777777" w:rsidR="00CE1B6C" w:rsidRDefault="00000000">
      <w:r>
        <w:t>2. System identifies tickets nearing their SLA deadlines.</w:t>
      </w:r>
    </w:p>
    <w:p w14:paraId="1BB98F6E" w14:textId="77777777" w:rsidR="00CE1B6C" w:rsidRDefault="00000000">
      <w:r>
        <w:t>3. System sends reminder notifications to assigned staff and managers.</w:t>
      </w:r>
    </w:p>
    <w:p w14:paraId="38C03B9D" w14:textId="77777777" w:rsidR="00CE1B6C" w:rsidRDefault="00000000">
      <w:r>
        <w:t>6a. Notification fails to send:</w:t>
      </w:r>
    </w:p>
    <w:p w14:paraId="41BBC8E8" w14:textId="77777777" w:rsidR="00CE1B6C" w:rsidRDefault="00000000">
      <w:r>
        <w:t>System retries sending the notification later.</w:t>
      </w:r>
    </w:p>
    <w:p w14:paraId="5C174213" w14:textId="77777777" w:rsidR="00CE1B6C" w:rsidRDefault="00000000">
      <w:r>
        <w:t>Ticket SLA and reminder intervals are configured.</w:t>
      </w:r>
    </w:p>
    <w:p w14:paraId="034EABEC" w14:textId="77777777" w:rsidR="00CE1B6C" w:rsidRDefault="00000000">
      <w:r>
        <w:t>Reminder notifications are sent to relevant users.</w:t>
      </w:r>
    </w:p>
    <w:p w14:paraId="7C26281D" w14:textId="77777777" w:rsidR="00CE1B6C" w:rsidRDefault="00000000">
      <w:r>
        <w:t>Notification systems (email/SMS) are operational</w:t>
      </w:r>
    </w:p>
    <w:p w14:paraId="5EDDE742" w14:textId="77777777" w:rsidR="00CE1B6C" w:rsidRDefault="00000000">
      <w:r>
        <w:t>Reminders cannot be disabled for high-priority tickets.</w:t>
      </w:r>
    </w:p>
    <w:p w14:paraId="01FDB003" w14:textId="77777777" w:rsidR="00CE1B6C" w:rsidRDefault="00000000">
      <w:r>
        <w:t>SLA tracking and notification modules must be functional.</w:t>
      </w:r>
    </w:p>
    <w:p w14:paraId="7C561F2E" w14:textId="77777777" w:rsidR="00CE1B6C" w:rsidRDefault="00000000">
      <w:r>
        <w:t>Inputs: Ticket details, SLA data.</w:t>
      </w:r>
    </w:p>
    <w:p w14:paraId="0EF71B7B" w14:textId="77777777" w:rsidR="00CE1B6C" w:rsidRDefault="00000000">
      <w:r>
        <w:t>Outputs: Reminder notifications.</w:t>
      </w:r>
    </w:p>
    <w:p w14:paraId="38E5FA27" w14:textId="77777777" w:rsidR="00CE1B6C" w:rsidRDefault="00000000">
      <w:r>
        <w:t>Reminders are sent 24 hours and 1 hour before SLA breaches</w:t>
      </w:r>
    </w:p>
    <w:p w14:paraId="69BA740C" w14:textId="77777777" w:rsidR="00CE1B6C" w:rsidRDefault="00000000">
      <w:r>
        <w:t>Reminders are logged for audit purposes</w:t>
      </w:r>
    </w:p>
    <w:p w14:paraId="3102CDF2" w14:textId="77777777" w:rsidR="00CE1B6C" w:rsidRDefault="00000000">
      <w:r>
        <w:t>Use Case 17:</w:t>
      </w:r>
    </w:p>
    <w:p w14:paraId="53A391BB" w14:textId="77777777" w:rsidR="00CE1B6C" w:rsidRDefault="00000000">
      <w:r>
        <w:t>View Ticket History</w:t>
      </w:r>
    </w:p>
    <w:p w14:paraId="451AA473" w14:textId="77777777" w:rsidR="00CE1B6C" w:rsidRDefault="00000000">
      <w:r>
        <w:t>Users and support staff can view the complete history of a ticket, including status changes, comments, and updates.</w:t>
      </w:r>
    </w:p>
    <w:p w14:paraId="2A23B0BC" w14:textId="77777777" w:rsidR="00CE1B6C" w:rsidRDefault="00000000">
      <w:r>
        <w:t>2. User clicks "View History."</w:t>
      </w:r>
    </w:p>
    <w:p w14:paraId="363FF7C9" w14:textId="77777777" w:rsidR="00CE1B6C" w:rsidRDefault="00000000">
      <w:r>
        <w:t>3. System displays a chronological list of all actions performed on the ticket.</w:t>
      </w:r>
    </w:p>
    <w:p w14:paraId="4F11AB8A" w14:textId="77777777" w:rsidR="00CE1B6C" w:rsidRDefault="00000000">
      <w:r>
        <w:t>5a. User filters the history by specific action types (e.g., comments, status updates).</w:t>
      </w:r>
    </w:p>
    <w:p w14:paraId="73EEBEF2" w14:textId="77777777" w:rsidR="00CE1B6C" w:rsidRDefault="00000000">
      <w:r>
        <w:t>6a. History data fails to load due to a server error:</w:t>
      </w:r>
    </w:p>
    <w:p w14:paraId="292046BF" w14:textId="77777777" w:rsidR="00CE1B6C" w:rsidRDefault="00000000">
      <w:r>
        <w:lastRenderedPageBreak/>
        <w:t>System displays an error message and prompts the user to retry.</w:t>
      </w:r>
    </w:p>
    <w:p w14:paraId="5646D864" w14:textId="77777777" w:rsidR="00CE1B6C" w:rsidRDefault="00000000">
      <w:r>
        <w:t>Ticket history is displayed successfully.</w:t>
      </w:r>
    </w:p>
    <w:p w14:paraId="76E84758" w14:textId="77777777" w:rsidR="00CE1B6C" w:rsidRDefault="00000000">
      <w:r>
        <w:t>Users have appropriate permissions to view ticket history.</w:t>
      </w:r>
    </w:p>
    <w:p w14:paraId="48060510" w14:textId="77777777" w:rsidR="00CE1B6C" w:rsidRDefault="00000000">
      <w:r>
        <w:t>History logs cannot be edited or deleted.</w:t>
      </w:r>
    </w:p>
    <w:p w14:paraId="29FD07A9" w14:textId="77777777" w:rsidR="00CE1B6C" w:rsidRDefault="00000000">
      <w:r>
        <w:t>Database must store comprehensive ticket logs.</w:t>
      </w:r>
    </w:p>
    <w:p w14:paraId="6B1BB7DB" w14:textId="77777777" w:rsidR="00CE1B6C" w:rsidRDefault="00000000">
      <w:r>
        <w:t>Inputs: Ticket ID, optional filters.</w:t>
      </w:r>
    </w:p>
    <w:p w14:paraId="2169481E" w14:textId="77777777" w:rsidR="00CE1B6C" w:rsidRDefault="00000000">
      <w:r>
        <w:t>Outputs: Ticket history.</w:t>
      </w:r>
    </w:p>
    <w:p w14:paraId="5F006E9A" w14:textId="77777777" w:rsidR="00CE1B6C" w:rsidRDefault="00000000">
      <w:r>
        <w:t>Sensitive comments are marked as "Restricted" and only visible to authorized users.</w:t>
      </w:r>
    </w:p>
    <w:p w14:paraId="2EA003A1" w14:textId="77777777" w:rsidR="00CE1B6C" w:rsidRDefault="00000000">
      <w:r>
        <w:t>History includes timestamps for all actions.</w:t>
      </w:r>
    </w:p>
    <w:p w14:paraId="4BB810BA" w14:textId="77777777" w:rsidR="00CE1B6C" w:rsidRDefault="00000000">
      <w:r>
        <w:t>Ticket I, optional filters.</w:t>
      </w:r>
    </w:p>
    <w:p w14:paraId="6F669638" w14:textId="77777777" w:rsidR="00CE1B6C" w:rsidRDefault="00000000">
      <w:r>
        <w:t>Use Case 18: Manage SLA Configurations</w:t>
      </w:r>
    </w:p>
    <w:p w14:paraId="4D9DDCB3" w14:textId="77777777" w:rsidR="00CE1B6C" w:rsidRDefault="00000000">
      <w:r>
        <w:t>Manage SLA Configurations</w:t>
      </w:r>
    </w:p>
    <w:p w14:paraId="3C28B0B2" w14:textId="77777777" w:rsidR="00CE1B6C" w:rsidRDefault="00000000">
      <w:r>
        <w:t>Managers define and update Service Level Agreements (SLAs) for different ticket types.</w:t>
      </w:r>
    </w:p>
    <w:p w14:paraId="000F6533" w14:textId="77777777" w:rsidR="00CE1B6C" w:rsidRDefault="00000000">
      <w:r>
        <w:t>2. Manager navigates to the SLA configuration section.</w:t>
      </w:r>
    </w:p>
    <w:p w14:paraId="69AA0268" w14:textId="77777777" w:rsidR="00CE1B6C" w:rsidRDefault="00000000">
      <w:r>
        <w:t>3. Manager selects a ticket type and modifies the SLA settings (e.g., response time,</w:t>
      </w:r>
    </w:p>
    <w:p w14:paraId="3A2B486B" w14:textId="77777777" w:rsidR="00CE1B6C" w:rsidRDefault="00000000">
      <w:r>
        <w:t>resolution time).</w:t>
      </w:r>
    </w:p>
    <w:p w14:paraId="298602EB" w14:textId="77777777" w:rsidR="00CE1B6C" w:rsidRDefault="00000000">
      <w:r>
        <w:t>4. System saves the updated SLA configuration.</w:t>
      </w:r>
    </w:p>
    <w:p w14:paraId="152AC73E" w14:textId="77777777" w:rsidR="00CE1B6C" w:rsidRDefault="00000000">
      <w:r>
        <w:t>5a. Manager creates a new SLA configuration for a custom ticket type.</w:t>
      </w:r>
    </w:p>
    <w:p w14:paraId="252A4F25" w14:textId="77777777" w:rsidR="00CE1B6C" w:rsidRDefault="00000000">
      <w:r>
        <w:t>3. Manager selects a ticket type and modifies the SLA settings (e.g., response time, resolution time).</w:t>
      </w:r>
    </w:p>
    <w:p w14:paraId="632B0C11" w14:textId="77777777" w:rsidR="00CE1B6C" w:rsidRDefault="00000000">
      <w:r>
        <w:t>6a. SLA update fails due to validation errors:</w:t>
      </w:r>
    </w:p>
    <w:p w14:paraId="057AC8E9" w14:textId="77777777" w:rsidR="00CE1B6C" w:rsidRDefault="00000000">
      <w:r>
        <w:t>System notifies the manager of the issue.</w:t>
      </w:r>
    </w:p>
    <w:p w14:paraId="527A593A" w14:textId="77777777" w:rsidR="00CE1B6C" w:rsidRDefault="00000000">
      <w:r>
        <w:t>SLA module must be enabled in the system.</w:t>
      </w:r>
    </w:p>
    <w:p w14:paraId="3ABDE3F5" w14:textId="77777777" w:rsidR="00CE1B6C" w:rsidRDefault="00000000">
      <w:r>
        <w:t>8.Post Conditions:</w:t>
      </w:r>
    </w:p>
    <w:p w14:paraId="21DEF856" w14:textId="77777777" w:rsidR="00CE1B6C" w:rsidRDefault="00000000">
      <w:r>
        <w:t>SLA configurations are updated successfully.</w:t>
      </w:r>
    </w:p>
    <w:p w14:paraId="01E9B5EA" w14:textId="77777777" w:rsidR="00CE1B6C" w:rsidRDefault="00000000">
      <w:r>
        <w:t>Managers understand SLA policies and ticket workflows.</w:t>
      </w:r>
    </w:p>
    <w:p w14:paraId="7DF48E19" w14:textId="77777777" w:rsidR="00CE1B6C" w:rsidRDefault="00000000">
      <w:r>
        <w:lastRenderedPageBreak/>
        <w:t>SLA settings cannot conflict with existing policies.1</w:t>
      </w:r>
    </w:p>
    <w:p w14:paraId="29FC48DA" w14:textId="77777777" w:rsidR="00CE1B6C" w:rsidRDefault="00000000">
      <w:r>
        <w:t>1. Dependencies:</w:t>
      </w:r>
    </w:p>
    <w:p w14:paraId="4E838FA9" w14:textId="77777777" w:rsidR="00CE1B6C" w:rsidRDefault="00000000">
      <w:r>
        <w:t>Ticket types must be predefined in the system.</w:t>
      </w:r>
    </w:p>
    <w:p w14:paraId="282B36A4" w14:textId="77777777" w:rsidR="00CE1B6C" w:rsidRDefault="00000000">
      <w:r>
        <w:t>Inputs: SLA parameters, ticket type.</w:t>
      </w:r>
    </w:p>
    <w:p w14:paraId="1CDBE8CE" w14:textId="77777777" w:rsidR="00CE1B6C" w:rsidRDefault="00000000">
      <w:r>
        <w:t>Outputs: Confirmation of SLA update.</w:t>
      </w:r>
    </w:p>
    <w:p w14:paraId="3B7ED54B" w14:textId="77777777" w:rsidR="00CE1B6C" w:rsidRDefault="00000000">
      <w:r>
        <w:t>Critical tickets must have a resolution time of under 4 hours.</w:t>
      </w:r>
    </w:p>
    <w:p w14:paraId="0BC96967" w14:textId="77777777" w:rsidR="00CE1B6C" w:rsidRDefault="00000000">
      <w:r>
        <w:t>SLA changes are logged for compliance audits.</w:t>
      </w:r>
    </w:p>
    <w:p w14:paraId="48DD4F03" w14:textId="77777777" w:rsidR="00CE1B6C" w:rsidRDefault="00000000">
      <w:r>
        <w:t>Use Case 19: View Dashboard Analytics</w:t>
      </w:r>
    </w:p>
    <w:p w14:paraId="6D2D0193" w14:textId="77777777" w:rsidR="00CE1B6C" w:rsidRDefault="00000000">
      <w:r>
        <w:t>1. Use Case Name: View Dashboard Analytics</w:t>
      </w:r>
    </w:p>
    <w:p w14:paraId="72A25C49" w14:textId="77777777" w:rsidR="00CE1B6C" w:rsidRDefault="00000000">
      <w:r>
        <w:t>2. Description: Managers and support staff view analytics on ticket trends, resolutions, and team performance.</w:t>
      </w:r>
    </w:p>
    <w:p w14:paraId="59BB4E56" w14:textId="77777777" w:rsidR="00CE1B6C" w:rsidRDefault="00000000">
      <w:r>
        <w:t>Primary: Manager, Support Staff</w:t>
      </w:r>
    </w:p>
    <w:p w14:paraId="01B90FCA" w14:textId="77777777" w:rsidR="00CE1B6C" w:rsidRDefault="00000000">
      <w:r>
        <w:t>1. User logs into the system and navigates to the dashboard.</w:t>
      </w:r>
    </w:p>
    <w:p w14:paraId="339F63FE" w14:textId="77777777" w:rsidR="00CE1B6C" w:rsidRDefault="00000000">
      <w:r>
        <w:t>2. System displays analytics, including charts and key performance indicators (KPIs).</w:t>
      </w:r>
    </w:p>
    <w:p w14:paraId="04CBD62E" w14:textId="77777777" w:rsidR="00CE1B6C" w:rsidRDefault="00000000">
      <w:r>
        <w:t>5a. User customizes the dashboard to display specific metrics.</w:t>
      </w:r>
    </w:p>
    <w:p w14:paraId="1AE45118" w14:textId="77777777" w:rsidR="00CE1B6C" w:rsidRDefault="00000000">
      <w:r>
        <w:t>6a. Dashboard fails to load due to a system error:</w:t>
      </w:r>
    </w:p>
    <w:p w14:paraId="4407C9E7" w14:textId="77777777" w:rsidR="00CE1B6C" w:rsidRDefault="00000000">
      <w:r>
        <w:t>System displays an error message and suggests retrying later.</w:t>
      </w:r>
    </w:p>
    <w:p w14:paraId="79D987FE" w14:textId="77777777" w:rsidR="00CE1B6C" w:rsidRDefault="00000000">
      <w:r>
        <w:t>Data must exist for the selected timeframe.</w:t>
      </w:r>
    </w:p>
    <w:p w14:paraId="29431CC0" w14:textId="77777777" w:rsidR="00CE1B6C" w:rsidRDefault="00000000">
      <w:r>
        <w:t>Dashboard is displayed with up-to-date analytics.</w:t>
      </w:r>
    </w:p>
    <w:p w14:paraId="0EB2C6CC" w14:textId="77777777" w:rsidR="00CE1B6C" w:rsidRDefault="00000000">
      <w:r>
        <w:t>Users know how to interpret the analytics provided.</w:t>
      </w:r>
    </w:p>
    <w:p w14:paraId="7B8139CD" w14:textId="77777777" w:rsidR="00CE1B6C" w:rsidRDefault="00000000">
      <w:r>
        <w:t>Data refreshes occur every 15 minutes.</w:t>
      </w:r>
    </w:p>
    <w:p w14:paraId="2793686F" w14:textId="77777777" w:rsidR="00CE1B6C" w:rsidRDefault="00000000">
      <w:r>
        <w:t>Analytics engine and database must be operational.</w:t>
      </w:r>
    </w:p>
    <w:p w14:paraId="5D1A20A5" w14:textId="77777777" w:rsidR="00CE1B6C" w:rsidRDefault="00000000">
      <w:r>
        <w:t>Inputs: Timeframe, metrics selection.</w:t>
      </w:r>
    </w:p>
    <w:p w14:paraId="4E634E3B" w14:textId="77777777" w:rsidR="00CE1B6C" w:rsidRDefault="00000000">
      <w:r>
        <w:t>Outputs: Dashboard visualizations.</w:t>
      </w:r>
    </w:p>
    <w:p w14:paraId="52BD03AD" w14:textId="77777777" w:rsidR="00CE1B6C" w:rsidRDefault="00000000">
      <w:r>
        <w:t>Only authorized users can access detailed team performance metrics.</w:t>
      </w:r>
    </w:p>
    <w:p w14:paraId="3842E04F" w14:textId="77777777" w:rsidR="00CE1B6C" w:rsidRDefault="00000000">
      <w:r>
        <w:t>Dashboard data is exportable as reports.</w:t>
      </w:r>
    </w:p>
    <w:p w14:paraId="78A41614" w14:textId="77777777" w:rsidR="00CE1B6C" w:rsidRDefault="00000000">
      <w:r>
        <w:lastRenderedPageBreak/>
        <w:t>Use Case 20:</w:t>
      </w:r>
    </w:p>
    <w:p w14:paraId="49F0063C" w14:textId="77777777" w:rsidR="00CE1B6C" w:rsidRDefault="00000000">
      <w:r>
        <w:t>Close a Ticket</w:t>
      </w:r>
    </w:p>
    <w:p w14:paraId="182C0723" w14:textId="77777777" w:rsidR="00CE1B6C" w:rsidRDefault="00000000">
      <w:r>
        <w:t>2. Description: A support agent or manager closes a ticket once the issue has been resolved and verified.</w:t>
      </w:r>
    </w:p>
    <w:p w14:paraId="6C1A8D4C" w14:textId="77777777" w:rsidR="00CE1B6C" w:rsidRDefault="00000000">
      <w:r>
        <w:t>Primary: Support Agent, Support Manager</w:t>
      </w:r>
    </w:p>
    <w:p w14:paraId="51AB96AB" w14:textId="77777777" w:rsidR="00CE1B6C" w:rsidRDefault="00000000">
      <w:r>
        <w:t>1. Support agent or manager logs into the system.</w:t>
      </w:r>
    </w:p>
    <w:p w14:paraId="3EBFF3EA" w14:textId="77777777" w:rsidR="00CE1B6C" w:rsidRDefault="00000000">
      <w:r>
        <w:t>2. Support agent or manager navigates to the ticket and clicks "Close Ticket."</w:t>
      </w:r>
    </w:p>
    <w:p w14:paraId="64FD3105" w14:textId="77777777" w:rsidR="00CE1B6C" w:rsidRDefault="00000000">
      <w:r>
        <w:t>3. System prompts for confirmation of ticket closure.</w:t>
      </w:r>
    </w:p>
    <w:p w14:paraId="604E84ED" w14:textId="77777777" w:rsidR="00CE1B6C" w:rsidRDefault="00000000">
      <w:r>
        <w:t>4. Support agent or manager confirms the closure.</w:t>
      </w:r>
    </w:p>
    <w:p w14:paraId="3F4E5875" w14:textId="77777777" w:rsidR="00CE1B6C" w:rsidRDefault="00000000">
      <w:r>
        <w:t>5. System updates the ticket status to "Closed" and logs the closure details.</w:t>
      </w:r>
    </w:p>
    <w:p w14:paraId="3BA44A9C" w14:textId="77777777" w:rsidR="00CE1B6C" w:rsidRDefault="00000000">
      <w:r>
        <w:t>5a. Support agent or manager adds a resolution note before closing the ticket.</w:t>
      </w:r>
    </w:p>
    <w:p w14:paraId="28CF0ECD" w14:textId="77777777" w:rsidR="00CE1B6C" w:rsidRDefault="00000000">
      <w:r>
        <w:t>6a. Ticket cannot be closed due to incomplete information or unresolved issues: System displays an error message and prevents the closure.</w:t>
      </w:r>
    </w:p>
    <w:p w14:paraId="2A7796EE" w14:textId="77777777" w:rsidR="00CE1B6C" w:rsidRDefault="00000000">
      <w:r>
        <w:t>Ticket status must be "Resolved" or similar.</w:t>
      </w:r>
    </w:p>
    <w:p w14:paraId="48E5F4BD" w14:textId="77777777" w:rsidR="00CE1B6C" w:rsidRDefault="00000000">
      <w:r>
        <w:t>Ticket is marked as "Closed" in the system.</w:t>
      </w:r>
    </w:p>
    <w:p w14:paraId="38EACD0E" w14:textId="77777777" w:rsidR="00CE1B6C" w:rsidRDefault="00000000">
      <w:r>
        <w:t>Closure details are logged.</w:t>
      </w:r>
    </w:p>
    <w:p w14:paraId="22C9561F" w14:textId="77777777" w:rsidR="00CE1B6C" w:rsidRDefault="00000000">
      <w:r>
        <w:t>The ticket is fully resolved and ready for closure.</w:t>
      </w:r>
    </w:p>
    <w:p w14:paraId="20F9BA68" w14:textId="77777777" w:rsidR="00CE1B6C" w:rsidRDefault="00000000">
      <w:r>
        <w:t>Only agents with "Manager" or "Senior Agent" roles can close tickets</w:t>
      </w:r>
    </w:p>
    <w:p w14:paraId="2770E4C6" w14:textId="77777777" w:rsidR="00CE1B6C" w:rsidRDefault="00000000">
      <w:r>
        <w:t>The ticket must not have any open dependencies (e.g., unresolved escalations).</w:t>
      </w:r>
    </w:p>
    <w:p w14:paraId="3105543A" w14:textId="77777777" w:rsidR="00CE1B6C" w:rsidRDefault="00000000">
      <w:r>
        <w:t>Inputs: Confirmation of ticket closure, optional resolution note.</w:t>
      </w:r>
    </w:p>
    <w:p w14:paraId="347CF5CF" w14:textId="77777777" w:rsidR="00CE1B6C" w:rsidRDefault="00000000">
      <w:r>
        <w:t>Outputs: Updated ticket status and logged closure details.</w:t>
      </w:r>
    </w:p>
    <w:p w14:paraId="38EEDDA4" w14:textId="77777777" w:rsidR="00CE1B6C" w:rsidRDefault="00000000">
      <w:r>
        <w:t>Closed tickets cannot be reopened unless explicitly flagged for review.</w:t>
      </w:r>
    </w:p>
    <w:p w14:paraId="3EB9B572" w14:textId="77777777" w:rsidR="00CE1B6C" w:rsidRDefault="00000000">
      <w:r>
        <w:t>Ticket closure triggers a feedback survey to be sent to the customer (if applicable).</w:t>
      </w:r>
    </w:p>
    <w:p w14:paraId="75729A39" w14:textId="77777777" w:rsidR="00CE1B6C" w:rsidRDefault="00000000">
      <w:r>
        <w:t>Use Case 21: Search Tickets by Criteria</w:t>
      </w:r>
    </w:p>
    <w:p w14:paraId="4893654F" w14:textId="77777777" w:rsidR="00CE1B6C" w:rsidRDefault="00000000">
      <w:r>
        <w:t>Search Tickets by Criteria</w:t>
      </w:r>
    </w:p>
    <w:p w14:paraId="59A2510E" w14:textId="77777777" w:rsidR="00CE1B6C" w:rsidRDefault="00000000">
      <w:r>
        <w:t>2. Description: Users search for tickets in the system using various criteria such as status, priority, date, and agent.</w:t>
      </w:r>
    </w:p>
    <w:p w14:paraId="430C5942" w14:textId="77777777" w:rsidR="00CE1B6C" w:rsidRDefault="00000000">
      <w:r>
        <w:lastRenderedPageBreak/>
        <w:t>Primary: End-User, Support Staff, Support Manager</w:t>
      </w:r>
    </w:p>
    <w:p w14:paraId="4BC90447" w14:textId="77777777" w:rsidR="00CE1B6C" w:rsidRDefault="00000000">
      <w:r>
        <w:t>2. User navigates to the "Search Tickets" page.</w:t>
      </w:r>
    </w:p>
    <w:p w14:paraId="79B606AF" w14:textId="77777777" w:rsidR="00CE1B6C" w:rsidRDefault="00000000">
      <w:r>
        <w:t>3. User enters search criteria (e.g., ticket status, priority, assigned agent).</w:t>
      </w:r>
    </w:p>
    <w:p w14:paraId="572B612F" w14:textId="77777777" w:rsidR="00CE1B6C" w:rsidRDefault="00000000">
      <w:r>
        <w:t>4. System displays a list of tickets that match the criteria.</w:t>
      </w:r>
    </w:p>
    <w:p w14:paraId="363C1A6C" w14:textId="77777777" w:rsidR="00CE1B6C" w:rsidRDefault="00000000">
      <w:r>
        <w:t>5a. User applies multiple filters to narrow down the search results.</w:t>
      </w:r>
    </w:p>
    <w:p w14:paraId="3ACE6C9D" w14:textId="77777777" w:rsidR="00CE1B6C" w:rsidRDefault="00000000">
      <w:r>
        <w:t>6a. Search results fail to load due to a database error:</w:t>
      </w:r>
    </w:p>
    <w:p w14:paraId="1C299289" w14:textId="77777777" w:rsidR="00CE1B6C" w:rsidRDefault="00000000">
      <w:r>
        <w:t>System displays an error message and suggests retrying</w:t>
      </w:r>
    </w:p>
    <w:p w14:paraId="01E760E6" w14:textId="77777777" w:rsidR="00CE1B6C" w:rsidRDefault="00000000">
      <w:r>
        <w:t>User must be logged in with appropriate search permissions.</w:t>
      </w:r>
    </w:p>
    <w:p w14:paraId="247D03D7" w14:textId="77777777" w:rsidR="00CE1B6C" w:rsidRDefault="00000000">
      <w:r>
        <w:t>Search results are displayed, showing relevant tickets.</w:t>
      </w:r>
    </w:p>
    <w:p w14:paraId="6B090FFE" w14:textId="77777777" w:rsidR="00CE1B6C" w:rsidRDefault="00000000">
      <w:r>
        <w:t>The system has a sufficiently large and well-maintained dataset of tickets.</w:t>
      </w:r>
    </w:p>
    <w:p w14:paraId="55B77FA7" w14:textId="77777777" w:rsidR="00CE1B6C" w:rsidRDefault="00000000">
      <w:r>
        <w:t>Search results may be limited to a maximum of 500 tickets.</w:t>
      </w:r>
    </w:p>
    <w:p w14:paraId="7BA91796" w14:textId="77777777" w:rsidR="00CE1B6C" w:rsidRDefault="00000000">
      <w:r>
        <w:t>The system must have a functional search engine and updated ticket data.</w:t>
      </w:r>
    </w:p>
    <w:p w14:paraId="20FAC13E" w14:textId="77777777" w:rsidR="00CE1B6C" w:rsidRDefault="00000000">
      <w:r>
        <w:t>Inputs: Search criteria (e.g., ticket status, priority, agent).</w:t>
      </w:r>
    </w:p>
    <w:p w14:paraId="4ED422A4" w14:textId="77777777" w:rsidR="00CE1B6C" w:rsidRDefault="00000000">
      <w:r>
        <w:t>Outputs: List of matching tickets.</w:t>
      </w:r>
    </w:p>
    <w:p w14:paraId="3B41D37B" w14:textId="77777777" w:rsidR="00CE1B6C" w:rsidRDefault="00000000">
      <w:r>
        <w:t>Search results are sorted by ticket creation date by default.</w:t>
      </w:r>
    </w:p>
    <w:p w14:paraId="675AF0B8" w14:textId="77777777" w:rsidR="00CE1B6C" w:rsidRDefault="00000000">
      <w:r>
        <w:t>User can save frequently used search queries for future use</w:t>
      </w:r>
    </w:p>
    <w:p w14:paraId="26D1B749" w14:textId="77777777" w:rsidR="00CE1B6C" w:rsidRDefault="00000000">
      <w:r>
        <w:t>Use Case 22: Reopen a Closed Ticket</w:t>
      </w:r>
    </w:p>
    <w:p w14:paraId="56712956" w14:textId="77777777" w:rsidR="00CE1B6C" w:rsidRDefault="00000000">
      <w:r>
        <w:t>2. Description: A support agent or manager reopens a closed ticket if the issue is not fully resolved or if new information arises.</w:t>
      </w:r>
    </w:p>
    <w:p w14:paraId="4E4B9C76" w14:textId="77777777" w:rsidR="00CE1B6C" w:rsidRDefault="00000000">
      <w:r>
        <w:t>Support Agent, Support Manager</w:t>
      </w:r>
    </w:p>
    <w:p w14:paraId="45BE3B00" w14:textId="77777777" w:rsidR="00CE1B6C" w:rsidRDefault="00000000">
      <w:r>
        <w:t>2. Support agent or manager navigates to the closed ticket.</w:t>
      </w:r>
    </w:p>
    <w:p w14:paraId="2DEA4A90" w14:textId="77777777" w:rsidR="00CE1B6C" w:rsidRDefault="00000000">
      <w:r>
        <w:t>3. Support agent or manager selects "Reopen Ticket."</w:t>
      </w:r>
    </w:p>
    <w:p w14:paraId="103B4ECE" w14:textId="77777777" w:rsidR="00CE1B6C" w:rsidRDefault="00000000">
      <w:r>
        <w:t>4. System prompts for a reason to reopen the ticket.</w:t>
      </w:r>
    </w:p>
    <w:p w14:paraId="4E4AFC2B" w14:textId="77777777" w:rsidR="00CE1B6C" w:rsidRDefault="00000000">
      <w:r>
        <w:t>5. Support agent or manager provides the reason and confirms the action.</w:t>
      </w:r>
    </w:p>
    <w:p w14:paraId="2DB8D477" w14:textId="77777777" w:rsidR="00CE1B6C" w:rsidRDefault="00000000">
      <w:r>
        <w:t>6. System updates the ticket status to "Open" and logs the reason for reopening.</w:t>
      </w:r>
    </w:p>
    <w:p w14:paraId="26BBA0B7" w14:textId="77777777" w:rsidR="00CE1B6C" w:rsidRDefault="00000000">
      <w:r>
        <w:t>5a. Support agent adds comments or updates to the ticket before reopening.</w:t>
      </w:r>
    </w:p>
    <w:p w14:paraId="07114AE6" w14:textId="77777777" w:rsidR="00CE1B6C" w:rsidRDefault="00000000">
      <w:r>
        <w:lastRenderedPageBreak/>
        <w:t>6a. The ticket cannot be reopened due to restrictions (e.g., closure was final): System notifies the user that reopening is not allowed.</w:t>
      </w:r>
    </w:p>
    <w:p w14:paraId="3D7318CB" w14:textId="77777777" w:rsidR="00CE1B6C" w:rsidRDefault="00000000">
      <w:r>
        <w:t>Ticket must be in the "Closed" status.</w:t>
      </w:r>
    </w:p>
    <w:p w14:paraId="038B0947" w14:textId="77777777" w:rsidR="00CE1B6C" w:rsidRDefault="00000000">
      <w:r>
        <w:t>User must have appropriate permissions to reopen the ticket.</w:t>
      </w:r>
    </w:p>
    <w:p w14:paraId="07EFA0FE" w14:textId="77777777" w:rsidR="00CE1B6C" w:rsidRDefault="00000000">
      <w:r>
        <w:t>Ticket status is changed back to "Open."</w:t>
      </w:r>
    </w:p>
    <w:p w14:paraId="0EFFEC98" w14:textId="77777777" w:rsidR="00CE1B6C" w:rsidRDefault="00000000">
      <w:r>
        <w:t>The issue is still unresolved, or a new issue has been identified.</w:t>
      </w:r>
    </w:p>
    <w:p w14:paraId="0B243F2A" w14:textId="77777777" w:rsidR="00CE1B6C" w:rsidRDefault="00000000">
      <w:r>
        <w:t>Only tickets closed within the last 30 days can be reopened.</w:t>
      </w:r>
    </w:p>
    <w:p w14:paraId="0897EDBA" w14:textId="77777777" w:rsidR="00CE1B6C" w:rsidRDefault="00000000">
      <w:r>
        <w:t>The system must track the ticket's closure date.</w:t>
      </w:r>
    </w:p>
    <w:p w14:paraId="4787A647" w14:textId="77777777" w:rsidR="00CE1B6C" w:rsidRDefault="00000000">
      <w:r>
        <w:t>Inputs: Reason for reopening the ticket.</w:t>
      </w:r>
    </w:p>
    <w:p w14:paraId="3A02C3FD" w14:textId="77777777" w:rsidR="00CE1B6C" w:rsidRDefault="00000000">
      <w:r>
        <w:t>Outputs: Updated ticket status, history log</w:t>
      </w:r>
    </w:p>
    <w:p w14:paraId="1725A4B8" w14:textId="77777777" w:rsidR="00CE1B6C" w:rsidRDefault="00000000">
      <w:r>
        <w:t>Reopened tickets must be reviewed by a manager.</w:t>
      </w:r>
    </w:p>
    <w:p w14:paraId="1A2CD839" w14:textId="77777777" w:rsidR="00CE1B6C" w:rsidRDefault="00000000">
      <w:r>
        <w:t>Reopening a ticket triggers a notification to the assigned agent.</w:t>
      </w:r>
    </w:p>
    <w:p w14:paraId="456FD115" w14:textId="77777777" w:rsidR="00CE1B6C" w:rsidRDefault="00000000">
      <w:r>
        <w:t>Use Case 23:</w:t>
      </w:r>
    </w:p>
    <w:p w14:paraId="6DB4EC51" w14:textId="77777777" w:rsidR="00CE1B6C" w:rsidRDefault="00000000">
      <w:r>
        <w:t>Send Ticket Notifications</w:t>
      </w:r>
    </w:p>
    <w:p w14:paraId="50DAC986" w14:textId="77777777" w:rsidR="00CE1B6C" w:rsidRDefault="00000000">
      <w:r>
        <w:t>1. Use Case Name: Send Ticket Notifications</w:t>
      </w:r>
    </w:p>
    <w:p w14:paraId="7471FB4F" w14:textId="77777777" w:rsidR="00CE1B6C" w:rsidRDefault="00000000">
      <w:r>
        <w:t>2. Description: The system sends notifications (e.g., email, SMS) to users and support staff about ticket updates, status changes, or assigned actions.</w:t>
      </w:r>
    </w:p>
    <w:p w14:paraId="53C2F98A" w14:textId="77777777" w:rsidR="00CE1B6C" w:rsidRDefault="00000000">
      <w:r>
        <w:t>Secondary: End-User, Support Staff, Support Manager</w:t>
      </w:r>
    </w:p>
    <w:p w14:paraId="79EBF5ED" w14:textId="77777777" w:rsidR="00CE1B6C" w:rsidRDefault="00000000">
      <w:r>
        <w:t>1. The system detects a ticket status change, comment update, or other relevant event.</w:t>
      </w:r>
    </w:p>
    <w:p w14:paraId="6C467A48" w14:textId="77777777" w:rsidR="00CE1B6C" w:rsidRDefault="00000000">
      <w:r>
        <w:t>2. The system identifies the appropriate recipients (e.g., assignee, reporter).</w:t>
      </w:r>
    </w:p>
    <w:p w14:paraId="66CE1FA7" w14:textId="77777777" w:rsidR="00CE1B6C" w:rsidRDefault="00000000">
      <w:r>
        <w:t>3. The system sends notifications to the recipients.</w:t>
      </w:r>
    </w:p>
    <w:p w14:paraId="0CA1417B" w14:textId="77777777" w:rsidR="00CE1B6C" w:rsidRDefault="00000000">
      <w:r>
        <w:t>5a. User customizes notification preferences to receive specific updates (e.g., only critical updates).</w:t>
      </w:r>
    </w:p>
    <w:p w14:paraId="2159D02C" w14:textId="77777777" w:rsidR="00CE1B6C" w:rsidRDefault="00000000">
      <w:r>
        <w:t>6a. Notification fails to send due to server error: System retries sending the notification after 30 minutes.</w:t>
      </w:r>
    </w:p>
    <w:p w14:paraId="0D93DC36" w14:textId="77777777" w:rsidR="00CE1B6C" w:rsidRDefault="00000000">
      <w:r>
        <w:t>The notification system must be configured and operational.</w:t>
      </w:r>
    </w:p>
    <w:p w14:paraId="7C73CE3E" w14:textId="77777777" w:rsidR="00CE1B6C" w:rsidRDefault="00000000">
      <w:r>
        <w:t>Recipients receive the appropriate notifications.</w:t>
      </w:r>
    </w:p>
    <w:p w14:paraId="01BC1D6F" w14:textId="77777777" w:rsidR="00CE1B6C" w:rsidRDefault="00000000">
      <w:r>
        <w:t>Users have valid contact details (email/SMS) configured in the system.</w:t>
      </w:r>
    </w:p>
    <w:p w14:paraId="28C1D702" w14:textId="77777777" w:rsidR="00CE1B6C" w:rsidRDefault="00000000">
      <w:r>
        <w:lastRenderedPageBreak/>
        <w:t>Notifications are sent within 5 minutes of an event.</w:t>
      </w:r>
    </w:p>
    <w:p w14:paraId="2F623D99" w14:textId="77777777" w:rsidR="00CE1B6C" w:rsidRDefault="00000000">
      <w:r>
        <w:t>Email and SMS service providers must be integrated with the system.</w:t>
      </w:r>
    </w:p>
    <w:p w14:paraId="66E1E734" w14:textId="77777777" w:rsidR="00CE1B6C" w:rsidRDefault="00000000">
      <w:r>
        <w:t>Inputs: Ticket event (status change, comment update, etc.).</w:t>
      </w:r>
    </w:p>
    <w:p w14:paraId="036FA0D1" w14:textId="77777777" w:rsidR="00CE1B6C" w:rsidRDefault="00000000">
      <w:r>
        <w:t>Outputs: Notification message.</w:t>
      </w:r>
    </w:p>
    <w:p w14:paraId="6C792D1E" w14:textId="77777777" w:rsidR="00CE1B6C" w:rsidRDefault="00000000">
      <w:r>
        <w:t>High-priority tickets trigger immediate notifications to the assigned team and manager.</w:t>
      </w:r>
    </w:p>
    <w:p w14:paraId="7FC4C4C4" w14:textId="77777777" w:rsidR="00CE1B6C" w:rsidRDefault="00000000">
      <w:r>
        <w:t>Notifications are logged in the system for audit purposes.</w:t>
      </w:r>
    </w:p>
    <w:p w14:paraId="3ABD908F" w14:textId="77777777" w:rsidR="00CE1B6C" w:rsidRDefault="00000000">
      <w:r>
        <w:t>Use Case 24:</w:t>
      </w:r>
    </w:p>
    <w:p w14:paraId="155F9372" w14:textId="77777777" w:rsidR="00CE1B6C" w:rsidRDefault="00000000">
      <w:r>
        <w:t>Merge Duplicate Tickets</w:t>
      </w:r>
    </w:p>
    <w:p w14:paraId="0EA8398F" w14:textId="77777777" w:rsidR="00CE1B6C" w:rsidRDefault="00000000">
      <w:r>
        <w:t>1. Use Case Name: Merge Duplicate Tickets</w:t>
      </w:r>
    </w:p>
    <w:p w14:paraId="66B4DED1" w14:textId="77777777" w:rsidR="00CE1B6C" w:rsidRDefault="00000000">
      <w:r>
        <w:t>2. Description: Support agents or managers merge tickets that are identified as duplicates to prevent redundant work.</w:t>
      </w:r>
    </w:p>
    <w:p w14:paraId="43D4D6C9" w14:textId="77777777" w:rsidR="00CE1B6C" w:rsidRDefault="00000000">
      <w:r>
        <w:t>1. Support agent or manager identifies two tickets as duplicates.</w:t>
      </w:r>
    </w:p>
    <w:p w14:paraId="5740B536" w14:textId="77777777" w:rsidR="00CE1B6C" w:rsidRDefault="00000000">
      <w:r>
        <w:t>2. Support agent or manager selects both tickets and clicks "Merge."</w:t>
      </w:r>
    </w:p>
    <w:p w14:paraId="6874AA70" w14:textId="77777777" w:rsidR="00CE1B6C" w:rsidRDefault="00000000">
      <w:r>
        <w:t>3. System prompts the user to confirm the merge.</w:t>
      </w:r>
    </w:p>
    <w:p w14:paraId="5EBB7203" w14:textId="77777777" w:rsidR="00CE1B6C" w:rsidRDefault="00000000">
      <w:r>
        <w:t>4. Support agent or manager confirms the merge.</w:t>
      </w:r>
    </w:p>
    <w:p w14:paraId="5811C96F" w14:textId="77777777" w:rsidR="00CE1B6C" w:rsidRDefault="00000000">
      <w:r>
        <w:t>5. System merges the tickets, keeping the most relevant data and closing the duplicate ticket.</w:t>
      </w:r>
    </w:p>
    <w:p w14:paraId="3D699A31" w14:textId="77777777" w:rsidR="00CE1B6C" w:rsidRDefault="00000000">
      <w:r>
        <w:t>5a. Support agent adds comments to explain the reason for the merge.</w:t>
      </w:r>
    </w:p>
    <w:p w14:paraId="174D0EBD" w14:textId="77777777" w:rsidR="00CE1B6C" w:rsidRDefault="00000000">
      <w:r>
        <w:t>6a. Tickets cannot be merged due to missing or conflicting information:</w:t>
      </w:r>
    </w:p>
    <w:p w14:paraId="023B2056" w14:textId="77777777" w:rsidR="00CE1B6C" w:rsidRDefault="00000000">
      <w:r>
        <w:t>System displays an error message and prevents the merge.</w:t>
      </w:r>
    </w:p>
    <w:p w14:paraId="31543525" w14:textId="77777777" w:rsidR="00CE1B6C" w:rsidRDefault="00000000">
      <w:r>
        <w:t>Tickets to be merged must be open or unresolved.</w:t>
      </w:r>
    </w:p>
    <w:p w14:paraId="0687A53D" w14:textId="77777777" w:rsidR="00CE1B6C" w:rsidRDefault="00000000">
      <w:r>
        <w:t>Duplicate ticket is closed, and the information is merged into the primary ticket.</w:t>
      </w:r>
    </w:p>
    <w:p w14:paraId="1CDAC2A5" w14:textId="77777777" w:rsidR="00CE1B6C" w:rsidRDefault="00000000">
      <w:r>
        <w:t>The system can accurately detect duplicate tickets based on certain criteria (e.g., issue type, description).</w:t>
      </w:r>
    </w:p>
    <w:p w14:paraId="0F69F13C" w14:textId="77777777" w:rsidR="00CE1B6C" w:rsidRDefault="00000000">
      <w:r>
        <w:t>Only tickets with the same issue type can be merged.</w:t>
      </w:r>
    </w:p>
    <w:p w14:paraId="6E585499" w14:textId="77777777" w:rsidR="00CE1B6C" w:rsidRDefault="00000000">
      <w:r>
        <w:t>The system must be able to identify and compare ticket data.</w:t>
      </w:r>
    </w:p>
    <w:p w14:paraId="4DB26E90" w14:textId="77777777" w:rsidR="00CE1B6C" w:rsidRDefault="00000000">
      <w:r>
        <w:t>Inputs: Selected duplicate tickets.</w:t>
      </w:r>
    </w:p>
    <w:p w14:paraId="51486340" w14:textId="77777777" w:rsidR="00CE1B6C" w:rsidRDefault="00000000">
      <w:r>
        <w:lastRenderedPageBreak/>
        <w:t>Outputs: Merged ticket details and status update.</w:t>
      </w:r>
    </w:p>
    <w:p w14:paraId="61147F64" w14:textId="77777777" w:rsidR="00CE1B6C" w:rsidRDefault="00000000">
      <w:r>
        <w:t>Merged tickets retain the most recent updates.</w:t>
      </w:r>
    </w:p>
    <w:p w14:paraId="6A6803CE" w14:textId="77777777" w:rsidR="00CE1B6C" w:rsidRDefault="00000000">
      <w:r>
        <w:t>Merged tickets are logged for auditing</w:t>
      </w:r>
    </w:p>
    <w:p w14:paraId="3366E5EE" w14:textId="77777777" w:rsidR="00CE1B6C" w:rsidRDefault="00000000">
      <w:r>
        <w:t>Use Case 25:</w:t>
      </w:r>
    </w:p>
    <w:p w14:paraId="0D8FAB1D" w14:textId="77777777" w:rsidR="00CE1B6C" w:rsidRDefault="00000000">
      <w:r>
        <w:t>Assign Priority to a Ticket</w:t>
      </w:r>
    </w:p>
    <w:p w14:paraId="5BA42E3B" w14:textId="77777777" w:rsidR="00CE1B6C" w:rsidRDefault="00000000">
      <w:r>
        <w:t>1. Use Case Name: Assign Priority to a Ticket</w:t>
      </w:r>
    </w:p>
    <w:p w14:paraId="448E7E33" w14:textId="77777777" w:rsidR="00CE1B6C" w:rsidRDefault="00000000">
      <w:r>
        <w:t>2. Description: A support agent or manager assigns a priority level (e.g., Low, Medium, High, Critical) to a ticket based on its urgency and impact.</w:t>
      </w:r>
    </w:p>
    <w:p w14:paraId="298C5288" w14:textId="77777777" w:rsidR="00CE1B6C" w:rsidRDefault="00000000">
      <w:r>
        <w:t>2. Support agent or manager navigates to a ticket.</w:t>
      </w:r>
    </w:p>
    <w:p w14:paraId="0746E362" w14:textId="77777777" w:rsidR="00CE1B6C" w:rsidRDefault="00000000">
      <w:r>
        <w:t>3. Support agent or manager selects "Assign Priority."</w:t>
      </w:r>
    </w:p>
    <w:p w14:paraId="458DCE04" w14:textId="77777777" w:rsidR="00CE1B6C" w:rsidRDefault="00000000">
      <w:r>
        <w:t>4. System presents priority options (e.g., Low, Medium, High, Critical).</w:t>
      </w:r>
    </w:p>
    <w:p w14:paraId="6C2537C2" w14:textId="77777777" w:rsidR="00CE1B6C" w:rsidRDefault="00000000">
      <w:r>
        <w:t>5. Support agent or manager selects the appropriate priority.</w:t>
      </w:r>
    </w:p>
    <w:p w14:paraId="6AD8F22E" w14:textId="77777777" w:rsidR="00CE1B6C" w:rsidRDefault="00000000">
      <w:r>
        <w:t>6. System updates the ticket with the selected priority and logs the change.</w:t>
      </w:r>
    </w:p>
    <w:p w14:paraId="1FCFAD59" w14:textId="77777777" w:rsidR="00CE1B6C" w:rsidRDefault="00000000">
      <w:r>
        <w:t>5a. Support agent or manager uses an auto-suggest feature to assign priority based on predefined criteria (e.g., ticket type, urgency).</w:t>
      </w:r>
    </w:p>
    <w:p w14:paraId="7D39F2B0" w14:textId="77777777" w:rsidR="00CE1B6C" w:rsidRDefault="00000000">
      <w:r>
        <w:t>6a. Invalid priority selected:</w:t>
      </w:r>
    </w:p>
    <w:p w14:paraId="33205575" w14:textId="77777777" w:rsidR="00CE1B6C" w:rsidRDefault="00000000">
      <w:r>
        <w:t>System notifies the user and reverts to the last valid priority.</w:t>
      </w:r>
    </w:p>
    <w:p w14:paraId="7A7B2538" w14:textId="77777777" w:rsidR="00CE1B6C" w:rsidRDefault="00000000">
      <w:r>
        <w:t>The ticket exists and is in an unresolved status.</w:t>
      </w:r>
    </w:p>
    <w:p w14:paraId="614FCCA1" w14:textId="77777777" w:rsidR="00CE1B6C" w:rsidRDefault="00000000">
      <w:r>
        <w:t>Ticket priority is updated successfully.</w:t>
      </w:r>
    </w:p>
    <w:p w14:paraId="4D6A1CEC" w14:textId="77777777" w:rsidR="00CE1B6C" w:rsidRDefault="00000000">
      <w:r>
        <w:t>The support agent or manager has the knowledge to assess ticket priority.</w:t>
      </w:r>
    </w:p>
    <w:p w14:paraId="7AE45ACE" w14:textId="77777777" w:rsidR="00CE1B6C" w:rsidRDefault="00000000">
      <w:r>
        <w:t>Only authorized users (e.g., managers) can assign "Critical" priority.</w:t>
      </w:r>
    </w:p>
    <w:p w14:paraId="257C7F35" w14:textId="77777777" w:rsidR="00CE1B6C" w:rsidRDefault="00000000">
      <w:r>
        <w:t>The ticket priority options must be predefined in the system.</w:t>
      </w:r>
    </w:p>
    <w:p w14:paraId="3428DD29" w14:textId="77777777" w:rsidR="00CE1B6C" w:rsidRDefault="00000000">
      <w:r>
        <w:t>Inputs: Priority level (Low, Medium, High, Critical).</w:t>
      </w:r>
    </w:p>
    <w:p w14:paraId="1EB93D9F" w14:textId="77777777" w:rsidR="00CE1B6C" w:rsidRDefault="00000000">
      <w:r>
        <w:t>Outputs: Updated ticket priority.</w:t>
      </w:r>
    </w:p>
    <w:p w14:paraId="437DBA6E" w14:textId="77777777" w:rsidR="00CE1B6C" w:rsidRDefault="00000000">
      <w:r>
        <w:t>Critical tickets must be resolved within 4 hours.</w:t>
      </w:r>
    </w:p>
    <w:p w14:paraId="4965D43E" w14:textId="77777777" w:rsidR="00CE1B6C" w:rsidRDefault="00000000">
      <w:r>
        <w:t>Changes to ticket priority are logged for auditing purposes.</w:t>
      </w:r>
    </w:p>
    <w:p w14:paraId="628C36E6" w14:textId="6C8B34DE" w:rsidR="00CE1B6C" w:rsidRDefault="00DF7378">
      <w:r>
        <w:t xml:space="preserve">3. </w:t>
      </w:r>
      <w:r w:rsidR="00000000">
        <w:t>ERD of creating a support ticket/Ticketing life cycle.</w:t>
      </w:r>
    </w:p>
    <w:p w14:paraId="2F7CBC5B" w14:textId="77777777" w:rsidR="00DF7378" w:rsidRDefault="00DF7378" w:rsidP="00DF7378">
      <w:pPr>
        <w:pStyle w:val="Heading1"/>
      </w:pPr>
      <w:r>
        <w:lastRenderedPageBreak/>
        <w:t>Appendix A: Ticketing System - ERD</w:t>
      </w:r>
    </w:p>
    <w:p w14:paraId="5F52ADD9" w14:textId="77777777" w:rsidR="00DF7378" w:rsidRDefault="00DF7378" w:rsidP="00DF7378">
      <w:r>
        <w:t>Below is the Entity-Relationship Diagram for the Ticketing Lifecycle System:</w:t>
      </w:r>
    </w:p>
    <w:p w14:paraId="7CD89FD3" w14:textId="77777777" w:rsidR="00DF7378" w:rsidRDefault="00DF7378" w:rsidP="00DF7378"/>
    <w:p w14:paraId="01E43FEB" w14:textId="46D57FBB" w:rsidR="00DF7378" w:rsidRDefault="00DF7378" w:rsidP="00DF7378">
      <w:r>
        <w:rPr>
          <w:noProof/>
        </w:rPr>
        <w:drawing>
          <wp:inline distT="0" distB="0" distL="0" distR="0" wp14:anchorId="07920A62" wp14:editId="1ABBFFCE">
            <wp:extent cx="5486400" cy="3696970"/>
            <wp:effectExtent l="0" t="0" r="0" b="0"/>
            <wp:docPr id="1" name="Picture 1" descr="A diagram of a ti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ticket&#10;&#10;AI-generated content may be incorrect."/>
                    <pic:cNvPicPr/>
                  </pic:nvPicPr>
                  <pic:blipFill>
                    <a:blip r:embed="rId7"/>
                    <a:stretch>
                      <a:fillRect/>
                    </a:stretch>
                  </pic:blipFill>
                  <pic:spPr>
                    <a:xfrm>
                      <a:off x="0" y="0"/>
                      <a:ext cx="5486400" cy="3696970"/>
                    </a:xfrm>
                    <a:prstGeom prst="rect">
                      <a:avLst/>
                    </a:prstGeom>
                  </pic:spPr>
                </pic:pic>
              </a:graphicData>
            </a:graphic>
          </wp:inline>
        </w:drawing>
      </w:r>
    </w:p>
    <w:p w14:paraId="6A5A9115" w14:textId="0CF31D9E" w:rsidR="00DF7378" w:rsidRDefault="00DF7378"/>
    <w:p w14:paraId="3822F05E" w14:textId="77777777" w:rsidR="00CE1B6C" w:rsidRDefault="00000000">
      <w:r>
        <w:t>4.User Story of shopping from ecommerce:</w:t>
      </w:r>
    </w:p>
    <w:p w14:paraId="2F6C25AF" w14:textId="77777777" w:rsidR="00CE1B6C" w:rsidRDefault="00000000">
      <w:r>
        <w:t>User Story 1</w:t>
      </w:r>
    </w:p>
    <w:p w14:paraId="62EE74C0" w14:textId="77777777" w:rsidR="00CE1B6C" w:rsidRDefault="00000000">
      <w:r>
        <w:t>Story No: 1</w:t>
      </w:r>
    </w:p>
    <w:p w14:paraId="7101E335" w14:textId="77777777" w:rsidR="00CE1B6C" w:rsidRDefault="00000000">
      <w:r>
        <w:t>Task: Allow users to browse products by category.</w:t>
      </w:r>
    </w:p>
    <w:p w14:paraId="707652F3" w14:textId="77777777" w:rsidR="00CE1B6C" w:rsidRDefault="00000000">
      <w:r>
        <w:t>Priority: High</w:t>
      </w:r>
    </w:p>
    <w:p w14:paraId="0659274C" w14:textId="77777777" w:rsidR="00CE1B6C" w:rsidRDefault="00000000">
      <w:r>
        <w:t>Value Statement: As a customer, I want to browse products by category so that I can quickly find items of interest.</w:t>
      </w:r>
    </w:p>
    <w:p w14:paraId="25453B32" w14:textId="77777777" w:rsidR="00CE1B6C" w:rsidRDefault="00000000">
      <w:r>
        <w:t>BV: 9</w:t>
      </w:r>
    </w:p>
    <w:p w14:paraId="6BFCA38F" w14:textId="77777777" w:rsidR="00CE1B6C" w:rsidRDefault="00000000">
      <w:r>
        <w:t>CP: Customers find it difficult to locate specific products without categories.</w:t>
      </w:r>
    </w:p>
    <w:p w14:paraId="561BA035" w14:textId="77777777" w:rsidR="00CE1B6C" w:rsidRDefault="00000000">
      <w:r>
        <w:t>Acceptance Criteria:</w:t>
      </w:r>
    </w:p>
    <w:p w14:paraId="7CDDE372" w14:textId="77777777" w:rsidR="00CE1B6C" w:rsidRDefault="00000000">
      <w:r>
        <w:lastRenderedPageBreak/>
        <w:t>Categories are displayed on the homepage and the product listing page.</w:t>
      </w:r>
    </w:p>
    <w:p w14:paraId="676B9694" w14:textId="77777777" w:rsidR="00CE1B6C" w:rsidRDefault="00000000">
      <w:r>
        <w:t>Users can filter products within a selected category.</w:t>
      </w:r>
    </w:p>
    <w:p w14:paraId="257CA9DF" w14:textId="77777777" w:rsidR="00CE1B6C" w:rsidRDefault="00000000">
      <w:r>
        <w:t>User Story 2</w:t>
      </w:r>
    </w:p>
    <w:p w14:paraId="3A8D9E63" w14:textId="77777777" w:rsidR="00CE1B6C" w:rsidRDefault="00000000">
      <w:r>
        <w:t>Story No: 2</w:t>
      </w:r>
    </w:p>
    <w:p w14:paraId="660215A7" w14:textId="77777777" w:rsidR="00CE1B6C" w:rsidRDefault="00000000">
      <w:r>
        <w:t>Task: Enable a product search bar on the homepage. Priority: High</w:t>
      </w:r>
    </w:p>
    <w:p w14:paraId="790591C3" w14:textId="77777777" w:rsidR="00CE1B6C" w:rsidRDefault="00000000">
      <w:r>
        <w:t>Value Statement: As a customer, I want to search for products using a search bar so that I can find specific items quickly.</w:t>
      </w:r>
    </w:p>
    <w:p w14:paraId="65B5EDD5" w14:textId="77777777" w:rsidR="00CE1B6C" w:rsidRDefault="00000000">
      <w:r>
        <w:t>BV: 10</w:t>
      </w:r>
    </w:p>
    <w:p w14:paraId="0F71F84C" w14:textId="77777777" w:rsidR="00CE1B6C" w:rsidRDefault="00000000">
      <w:r>
        <w:t>CP: Customers cannot search for specific products easily.</w:t>
      </w:r>
    </w:p>
    <w:p w14:paraId="224F2F03" w14:textId="77777777" w:rsidR="00CE1B6C" w:rsidRDefault="00000000">
      <w:r>
        <w:t>The search bar is visible and functional on the homepage.</w:t>
      </w:r>
    </w:p>
    <w:p w14:paraId="52CB50CB" w14:textId="77777777" w:rsidR="00CE1B6C" w:rsidRDefault="00000000">
      <w:r>
        <w:t>Search results are displayed within 2 seconds after submission</w:t>
      </w:r>
    </w:p>
    <w:p w14:paraId="5CE75941" w14:textId="77777777" w:rsidR="00CE1B6C" w:rsidRDefault="00000000">
      <w:r>
        <w:t>User Story 3</w:t>
      </w:r>
    </w:p>
    <w:p w14:paraId="325806D4" w14:textId="77777777" w:rsidR="00CE1B6C" w:rsidRDefault="00000000">
      <w:r>
        <w:t>Story No: 3</w:t>
      </w:r>
    </w:p>
    <w:p w14:paraId="760AC249" w14:textId="77777777" w:rsidR="00CE1B6C" w:rsidRDefault="00000000">
      <w:r>
        <w:t>Task: Provide product sorting options (e.g., price, popularity).</w:t>
      </w:r>
    </w:p>
    <w:p w14:paraId="15CC7178" w14:textId="77777777" w:rsidR="00CE1B6C" w:rsidRDefault="00000000">
      <w:r>
        <w:t>Value Statement: As a customer, I want to sort products based on price or popularity so that I can make an informed choice.</w:t>
      </w:r>
    </w:p>
    <w:p w14:paraId="5F29C150" w14:textId="77777777" w:rsidR="00CE1B6C" w:rsidRDefault="00000000">
      <w:r>
        <w:t>BV: 8</w:t>
      </w:r>
    </w:p>
    <w:p w14:paraId="5FEA0728" w14:textId="77777777" w:rsidR="00CE1B6C" w:rsidRDefault="00000000">
      <w:r>
        <w:t>CP: Customers face difficulty comparing products without sorting options.</w:t>
      </w:r>
    </w:p>
    <w:p w14:paraId="3021755B" w14:textId="77777777" w:rsidR="00CE1B6C" w:rsidRDefault="00000000">
      <w:r>
        <w:t>Sorting options are available on product listing pages. Products are sorted correctly based on the selected criteria.</w:t>
      </w:r>
    </w:p>
    <w:p w14:paraId="0E9FE626" w14:textId="77777777" w:rsidR="00CE1B6C" w:rsidRDefault="00000000">
      <w:r>
        <w:t>User Story 4</w:t>
      </w:r>
    </w:p>
    <w:p w14:paraId="274CFB3A" w14:textId="77777777" w:rsidR="00CE1B6C" w:rsidRDefault="00000000">
      <w:r>
        <w:t>Story No: 4</w:t>
      </w:r>
    </w:p>
    <w:p w14:paraId="4F4E951E" w14:textId="77777777" w:rsidR="00CE1B6C" w:rsidRDefault="00000000">
      <w:r>
        <w:t>Task: Implement a user-friendly product details page.</w:t>
      </w:r>
    </w:p>
    <w:p w14:paraId="14BB90D1" w14:textId="77777777" w:rsidR="00CE1B6C" w:rsidRDefault="00000000">
      <w:r>
        <w:t>Value Statement: As a customer, I want to see detailed information about a product so that I can decide whether to buy it.</w:t>
      </w:r>
    </w:p>
    <w:p w14:paraId="7AAF717F" w14:textId="77777777" w:rsidR="00CE1B6C" w:rsidRDefault="00000000">
      <w:r>
        <w:t>CP: Customers may abandon the purchase without clear product details.</w:t>
      </w:r>
    </w:p>
    <w:p w14:paraId="37A21198" w14:textId="77777777" w:rsidR="00CE1B6C" w:rsidRDefault="00000000">
      <w:r>
        <w:t>The product page includes images, price, description, and reviews.</w:t>
      </w:r>
    </w:p>
    <w:p w14:paraId="5F89C2D1" w14:textId="77777777" w:rsidR="00CE1B6C" w:rsidRDefault="00000000">
      <w:r>
        <w:t>"Add to Cart" and "Buy Now" buttons are visible and functional.</w:t>
      </w:r>
    </w:p>
    <w:p w14:paraId="4303BA85" w14:textId="77777777" w:rsidR="00CE1B6C" w:rsidRDefault="00000000">
      <w:r>
        <w:lastRenderedPageBreak/>
        <w:t>User Story 5</w:t>
      </w:r>
    </w:p>
    <w:p w14:paraId="01175E0E" w14:textId="77777777" w:rsidR="00CE1B6C" w:rsidRDefault="00000000">
      <w:r>
        <w:t>Story No: 5</w:t>
      </w:r>
    </w:p>
    <w:p w14:paraId="787FFB7A" w14:textId="77777777" w:rsidR="00CE1B6C" w:rsidRDefault="00000000">
      <w:r>
        <w:t>Task: Add a feature for customers to leave reviews and ratings.</w:t>
      </w:r>
    </w:p>
    <w:p w14:paraId="60DF6098" w14:textId="77777777" w:rsidR="00CE1B6C" w:rsidRDefault="00000000">
      <w:r>
        <w:t>Priority: Medium</w:t>
      </w:r>
    </w:p>
    <w:p w14:paraId="74899463" w14:textId="77777777" w:rsidR="00CE1B6C" w:rsidRDefault="00000000">
      <w:r>
        <w:t>Value Statement: As a customer, I want to leave a review for a product so that I can share my feedback with other users.</w:t>
      </w:r>
    </w:p>
    <w:p w14:paraId="5D0E8CC1" w14:textId="77777777" w:rsidR="00CE1B6C" w:rsidRDefault="00000000">
      <w:r>
        <w:t>BV: 7</w:t>
      </w:r>
    </w:p>
    <w:p w14:paraId="123AAC72" w14:textId="77777777" w:rsidR="00CE1B6C" w:rsidRDefault="00000000">
      <w:r>
        <w:t>CP: Lack of reviews reduces trust in product quality.</w:t>
      </w:r>
    </w:p>
    <w:p w14:paraId="6FF64D34" w14:textId="77777777" w:rsidR="00CE1B6C" w:rsidRDefault="00000000">
      <w:r>
        <w:t>Acceptance Criteria: Customers can submit reviews and ratings after purchasing a product. Reviews are displayed on the product details page.</w:t>
      </w:r>
    </w:p>
    <w:p w14:paraId="56FCC225" w14:textId="77777777" w:rsidR="00CE1B6C" w:rsidRDefault="00000000">
      <w:r>
        <w:t>User Story 6</w:t>
      </w:r>
    </w:p>
    <w:p w14:paraId="39B0E1D4" w14:textId="77777777" w:rsidR="00CE1B6C" w:rsidRDefault="00000000">
      <w:r>
        <w:t>Story No: 6</w:t>
      </w:r>
    </w:p>
    <w:p w14:paraId="51D45A6E" w14:textId="77777777" w:rsidR="00CE1B6C" w:rsidRDefault="00000000">
      <w:r>
        <w:t>Task: Enable customers to add items to a shopping cart.</w:t>
      </w:r>
    </w:p>
    <w:p w14:paraId="5A9E14B0" w14:textId="77777777" w:rsidR="00CE1B6C" w:rsidRDefault="00000000">
      <w:r>
        <w:t>Value Statement: As a customer, I want to add products to my shopping cart so that I can purchase multiple items at once.</w:t>
      </w:r>
    </w:p>
    <w:p w14:paraId="7D8C7EE6" w14:textId="77777777" w:rsidR="00CE1B6C" w:rsidRDefault="00000000">
      <w:r>
        <w:t>CP: Customers cannot group their selections for checkout.</w:t>
      </w:r>
    </w:p>
    <w:p w14:paraId="11ED2B07" w14:textId="77777777" w:rsidR="00CE1B6C" w:rsidRDefault="00000000">
      <w:r>
        <w:t>Items are added to the cart with correct quantity and pricing.</w:t>
      </w:r>
    </w:p>
    <w:p w14:paraId="52986D8E" w14:textId="77777777" w:rsidR="00CE1B6C" w:rsidRDefault="00000000">
      <w:r>
        <w:t>Users can view, update, or remove items from the cart.</w:t>
      </w:r>
    </w:p>
    <w:p w14:paraId="3CAFBB66" w14:textId="77777777" w:rsidR="00CE1B6C" w:rsidRDefault="00000000">
      <w:r>
        <w:t>User Story 7</w:t>
      </w:r>
    </w:p>
    <w:p w14:paraId="3CB51797" w14:textId="77777777" w:rsidR="00CE1B6C" w:rsidRDefault="00000000">
      <w:r>
        <w:t>Story No: 7</w:t>
      </w:r>
    </w:p>
    <w:p w14:paraId="0A56C60A" w14:textId="77777777" w:rsidR="00CE1B6C" w:rsidRDefault="00000000">
      <w:r>
        <w:t>Task: Create a secure user authentication system.</w:t>
      </w:r>
    </w:p>
    <w:p w14:paraId="3DF81A5E" w14:textId="77777777" w:rsidR="00CE1B6C" w:rsidRDefault="00000000">
      <w:r>
        <w:t>Value Statement: As a customer, I want to log in securely so that my personal information is protected.</w:t>
      </w:r>
    </w:p>
    <w:p w14:paraId="72184C7B" w14:textId="77777777" w:rsidR="00CE1B6C" w:rsidRDefault="00000000">
      <w:r>
        <w:t>CP: Lack of secure login can lead to data breaches and loss of trust.</w:t>
      </w:r>
    </w:p>
    <w:p w14:paraId="293AFDB3" w14:textId="77777777" w:rsidR="00CE1B6C" w:rsidRDefault="00000000">
      <w:r>
        <w:t>Users can sign up, log in, and reset passwords securely. Passwords are encrypted, and two-factor authentication is available.</w:t>
      </w:r>
    </w:p>
    <w:p w14:paraId="57238EF9" w14:textId="77777777" w:rsidR="00CE1B6C" w:rsidRDefault="00000000">
      <w:r>
        <w:t>User Story 8</w:t>
      </w:r>
    </w:p>
    <w:p w14:paraId="0A30C339" w14:textId="77777777" w:rsidR="00CE1B6C" w:rsidRDefault="00000000">
      <w:r>
        <w:t>Story No: 8</w:t>
      </w:r>
    </w:p>
    <w:p w14:paraId="0BBE103E" w14:textId="77777777" w:rsidR="00CE1B6C" w:rsidRDefault="00000000">
      <w:r>
        <w:lastRenderedPageBreak/>
        <w:t>Task: Develop a Wishlist feature for saving favorite products.</w:t>
      </w:r>
    </w:p>
    <w:p w14:paraId="1581C649" w14:textId="77777777" w:rsidR="00CE1B6C" w:rsidRDefault="00000000">
      <w:r>
        <w:t>Value Statement: As a customer, I want to save items to a Wishlist so that I can purchase them later.</w:t>
      </w:r>
    </w:p>
    <w:p w14:paraId="2EA094FE" w14:textId="77777777" w:rsidR="00CE1B6C" w:rsidRDefault="00000000">
      <w:r>
        <w:t>CP: Customers may forget to revisit products of interest.</w:t>
      </w:r>
    </w:p>
    <w:p w14:paraId="6180B022" w14:textId="77777777" w:rsidR="00CE1B6C" w:rsidRDefault="00000000">
      <w:r>
        <w:t>Users can add, view, and remove items from the Wishlist. Wishlist items persist even after logout. Let me know if you would like me to continue with the remaining user stories or refine these based on any specific requirements. You said: please continue ChatGPT said: ChatGPT</w:t>
      </w:r>
    </w:p>
    <w:p w14:paraId="20F1FCB8" w14:textId="77777777" w:rsidR="00CE1B6C" w:rsidRDefault="00000000">
      <w:r>
        <w:t>User Story 9</w:t>
      </w:r>
    </w:p>
    <w:p w14:paraId="7E78D5B0" w14:textId="77777777" w:rsidR="00CE1B6C" w:rsidRDefault="00000000">
      <w:r>
        <w:t>Story No: 9</w:t>
      </w:r>
    </w:p>
    <w:p w14:paraId="7CAABFA3" w14:textId="77777777" w:rsidR="00CE1B6C" w:rsidRDefault="00000000">
      <w:r>
        <w:t>Task: Implement a secure checkout process.</w:t>
      </w:r>
    </w:p>
    <w:p w14:paraId="3D86D669" w14:textId="77777777" w:rsidR="00CE1B6C" w:rsidRDefault="00000000">
      <w:r>
        <w:t>Value Statement: As a customer, I want a secure and easy checkout process so that I can complete my purchase confidently.</w:t>
      </w:r>
    </w:p>
    <w:p w14:paraId="78DC6045" w14:textId="77777777" w:rsidR="00CE1B6C" w:rsidRDefault="00000000">
      <w:r>
        <w:t>CP: Complex or insecure checkout processes deter customers from completing their purchase.</w:t>
      </w:r>
    </w:p>
    <w:p w14:paraId="39662703" w14:textId="77777777" w:rsidR="00CE1B6C" w:rsidRDefault="00000000">
      <w:r>
        <w:t>Users can enter billing and shipping details securely.</w:t>
      </w:r>
    </w:p>
    <w:p w14:paraId="1EF35FCE" w14:textId="77777777" w:rsidR="00CE1B6C" w:rsidRDefault="00000000">
      <w:r>
        <w:t>Payment is processed securely using industry standards.</w:t>
      </w:r>
    </w:p>
    <w:p w14:paraId="79AF20C6" w14:textId="77777777" w:rsidR="00CE1B6C" w:rsidRDefault="00000000">
      <w:r>
        <w:t>User Story 10</w:t>
      </w:r>
    </w:p>
    <w:p w14:paraId="4E893BF2" w14:textId="77777777" w:rsidR="00CE1B6C" w:rsidRDefault="00000000">
      <w:r>
        <w:t>Story No: 10</w:t>
      </w:r>
    </w:p>
    <w:p w14:paraId="01CDA209" w14:textId="77777777" w:rsidR="00CE1B6C" w:rsidRDefault="00000000">
      <w:r>
        <w:t>Task: Offer multiple payment methods (credit card, PayPal, etc.).</w:t>
      </w:r>
    </w:p>
    <w:p w14:paraId="48CDF50E" w14:textId="77777777" w:rsidR="00CE1B6C" w:rsidRDefault="00000000">
      <w:r>
        <w:t>Value Statement: As a customer, I want to choose my preferred payment method so that I can complete my purchase conveniently.</w:t>
      </w:r>
    </w:p>
    <w:p w14:paraId="203F065D" w14:textId="77777777" w:rsidR="00CE1B6C" w:rsidRDefault="00000000">
      <w:r>
        <w:t>CP: Limited payment options reduce customer satisfaction.</w:t>
      </w:r>
    </w:p>
    <w:p w14:paraId="2CE3D3F6" w14:textId="77777777" w:rsidR="00CE1B6C" w:rsidRDefault="00000000">
      <w:r>
        <w:t>Payment gateway supports credit card, PayPal, and digital wallets.</w:t>
      </w:r>
    </w:p>
    <w:p w14:paraId="3B47445B" w14:textId="77777777" w:rsidR="00CE1B6C" w:rsidRDefault="00000000">
      <w:r>
        <w:t>Transactions are processed within 5 seconds.</w:t>
      </w:r>
    </w:p>
    <w:p w14:paraId="3816358B" w14:textId="77777777" w:rsidR="00CE1B6C" w:rsidRDefault="00000000">
      <w:r>
        <w:t>User Story 11</w:t>
      </w:r>
    </w:p>
    <w:p w14:paraId="4710F135" w14:textId="77777777" w:rsidR="00CE1B6C" w:rsidRDefault="00000000">
      <w:r>
        <w:t>Story No: 11</w:t>
      </w:r>
    </w:p>
    <w:p w14:paraId="700264AE" w14:textId="77777777" w:rsidR="00CE1B6C" w:rsidRDefault="00000000">
      <w:r>
        <w:t>Task: Provide a product comparison feature.</w:t>
      </w:r>
    </w:p>
    <w:p w14:paraId="26DD4CAA" w14:textId="77777777" w:rsidR="00CE1B6C" w:rsidRDefault="00000000">
      <w:r>
        <w:lastRenderedPageBreak/>
        <w:t>Value Statement: As a customer, I want to compare products side-by-side so that I can choose the best option.</w:t>
      </w:r>
    </w:p>
    <w:p w14:paraId="12D2ED5A" w14:textId="77777777" w:rsidR="00CE1B6C" w:rsidRDefault="00000000">
      <w:r>
        <w:t>CP: Customers face difficulty evaluating similar products.</w:t>
      </w:r>
    </w:p>
    <w:p w14:paraId="40E85622" w14:textId="77777777" w:rsidR="00CE1B6C" w:rsidRDefault="00000000">
      <w:r>
        <w:t>Users can select up to three products to compare.</w:t>
      </w:r>
    </w:p>
    <w:p w14:paraId="2C3D3849" w14:textId="77777777" w:rsidR="00CE1B6C" w:rsidRDefault="00000000">
      <w:r>
        <w:t>Key attributes are displayed for easy comparison.</w:t>
      </w:r>
    </w:p>
    <w:p w14:paraId="43A50B81" w14:textId="77777777" w:rsidR="00CE1B6C" w:rsidRDefault="00000000">
      <w:r>
        <w:t>User Story 12</w:t>
      </w:r>
    </w:p>
    <w:p w14:paraId="2DB73C8A" w14:textId="77777777" w:rsidR="00CE1B6C" w:rsidRDefault="00000000">
      <w:r>
        <w:t>Story No: 12 Task: Enable guest checkout without account creation.</w:t>
      </w:r>
    </w:p>
    <w:p w14:paraId="699A4A74" w14:textId="77777777" w:rsidR="00CE1B6C" w:rsidRDefault="00000000">
      <w:r>
        <w:t>Value Statement: As a customer, I want to check out as a guest so that I can make a quick purchase without creating an account.</w:t>
      </w:r>
    </w:p>
    <w:p w14:paraId="5F27398D" w14:textId="77777777" w:rsidR="00CE1B6C" w:rsidRDefault="00000000">
      <w:r>
        <w:t>CP: Mandatory account creation leads to abandoned carts.</w:t>
      </w:r>
    </w:p>
    <w:p w14:paraId="7ED7C843" w14:textId="77777777" w:rsidR="00CE1B6C" w:rsidRDefault="00000000">
      <w:r>
        <w:t>Users can complete the checkout process without signing in.</w:t>
      </w:r>
    </w:p>
    <w:p w14:paraId="372A9DB7" w14:textId="77777777" w:rsidR="00CE1B6C" w:rsidRDefault="00000000">
      <w:r>
        <w:t>Guest users can track orders using email and order ID.</w:t>
      </w:r>
    </w:p>
    <w:p w14:paraId="78F13431" w14:textId="77777777" w:rsidR="00CE1B6C" w:rsidRDefault="00000000">
      <w:r>
        <w:t>User Story 13</w:t>
      </w:r>
    </w:p>
    <w:p w14:paraId="586C3D47" w14:textId="77777777" w:rsidR="00CE1B6C" w:rsidRDefault="00000000">
      <w:r>
        <w:t>Story No: 13</w:t>
      </w:r>
    </w:p>
    <w:p w14:paraId="4B77A1D6" w14:textId="77777777" w:rsidR="00CE1B6C" w:rsidRDefault="00000000">
      <w:r>
        <w:t>Task: Develop an order tracking feature.</w:t>
      </w:r>
    </w:p>
    <w:p w14:paraId="47886ECD" w14:textId="77777777" w:rsidR="00CE1B6C" w:rsidRDefault="00000000">
      <w:r>
        <w:t>Value Statement: As a customer, I want to track my orders so that I can know when they will arrive.</w:t>
      </w:r>
    </w:p>
    <w:p w14:paraId="580F8311" w14:textId="77777777" w:rsidR="00CE1B6C" w:rsidRDefault="00000000">
      <w:r>
        <w:t>CP: Uncertainty about delivery status leads to dissatisfaction.</w:t>
      </w:r>
    </w:p>
    <w:p w14:paraId="6623FFC9" w14:textId="77777777" w:rsidR="00CE1B6C" w:rsidRDefault="00000000">
      <w:r>
        <w:t>Acceptance Criteria: Users can view the status of their orders in real-time.</w:t>
      </w:r>
    </w:p>
    <w:p w14:paraId="0E18AF58" w14:textId="77777777" w:rsidR="00CE1B6C" w:rsidRDefault="00000000">
      <w:r>
        <w:t>Notifications are sent for key updates (e.g., shipped, out for delivery).</w:t>
      </w:r>
    </w:p>
    <w:p w14:paraId="640B76F8" w14:textId="77777777" w:rsidR="00CE1B6C" w:rsidRDefault="00000000">
      <w:r>
        <w:t>User Story 14</w:t>
      </w:r>
    </w:p>
    <w:p w14:paraId="26DFE42F" w14:textId="77777777" w:rsidR="00CE1B6C" w:rsidRDefault="00000000">
      <w:r>
        <w:t>Story No: 14</w:t>
      </w:r>
    </w:p>
    <w:p w14:paraId="76419B9D" w14:textId="77777777" w:rsidR="00CE1B6C" w:rsidRDefault="00000000">
      <w:r>
        <w:t>Task: Display related products on product pages.</w:t>
      </w:r>
    </w:p>
    <w:p w14:paraId="4DFBCD3F" w14:textId="77777777" w:rsidR="00CE1B6C" w:rsidRDefault="00000000">
      <w:r>
        <w:t>Value Statement: As a customer, I want to see related products so that I can discover complementary items.</w:t>
      </w:r>
    </w:p>
    <w:p w14:paraId="4FFDC36D" w14:textId="77777777" w:rsidR="00CE1B6C" w:rsidRDefault="00000000">
      <w:r>
        <w:t>CP: Customers may miss out on relevant products without recommendations.</w:t>
      </w:r>
    </w:p>
    <w:p w14:paraId="553F08C2" w14:textId="77777777" w:rsidR="00CE1B6C" w:rsidRDefault="00000000">
      <w:r>
        <w:t>Related products are displayed dynamically based on user behavior.</w:t>
      </w:r>
    </w:p>
    <w:p w14:paraId="6E3FE459" w14:textId="77777777" w:rsidR="00CE1B6C" w:rsidRDefault="00000000">
      <w:r>
        <w:t>Clicking on a related product redirects to its details page.</w:t>
      </w:r>
    </w:p>
    <w:p w14:paraId="24281D6D" w14:textId="77777777" w:rsidR="00CE1B6C" w:rsidRDefault="00000000">
      <w:r>
        <w:lastRenderedPageBreak/>
        <w:t>User Story 15</w:t>
      </w:r>
    </w:p>
    <w:p w14:paraId="31FD9213" w14:textId="77777777" w:rsidR="00CE1B6C" w:rsidRDefault="00000000">
      <w:r>
        <w:t>Story No: 15</w:t>
      </w:r>
    </w:p>
    <w:p w14:paraId="67D9B492" w14:textId="77777777" w:rsidR="00CE1B6C" w:rsidRDefault="00000000">
      <w:r>
        <w:t>Task: Add an email and SMS notification system for orders.</w:t>
      </w:r>
    </w:p>
    <w:p w14:paraId="25F144CB" w14:textId="77777777" w:rsidR="00CE1B6C" w:rsidRDefault="00000000">
      <w:r>
        <w:t>Value Statement: As a customer, I want to receive notifications about my order status so that I stay informed.</w:t>
      </w:r>
    </w:p>
    <w:p w14:paraId="33E8EDF9" w14:textId="77777777" w:rsidR="00CE1B6C" w:rsidRDefault="00000000">
      <w:r>
        <w:t>CP: Lack of notifications leaves customers unsure about order updates.</w:t>
      </w:r>
    </w:p>
    <w:p w14:paraId="09FE3537" w14:textId="77777777" w:rsidR="00CE1B6C" w:rsidRDefault="00000000">
      <w:r>
        <w:t>Notifications are sent for order confirmation, shipping, and delivery.</w:t>
      </w:r>
    </w:p>
    <w:p w14:paraId="784C2497" w14:textId="77777777" w:rsidR="00CE1B6C" w:rsidRDefault="00000000">
      <w:r>
        <w:t>Users can opt-in or opt-out of notifications.</w:t>
      </w:r>
    </w:p>
    <w:p w14:paraId="1C24BC1B" w14:textId="77777777" w:rsidR="00CE1B6C" w:rsidRDefault="00000000">
      <w:r>
        <w:t>User Story 16</w:t>
      </w:r>
    </w:p>
    <w:p w14:paraId="4851060A" w14:textId="77777777" w:rsidR="00CE1B6C" w:rsidRDefault="00000000">
      <w:r>
        <w:t>Story No: 16</w:t>
      </w:r>
    </w:p>
    <w:p w14:paraId="67618A3E" w14:textId="77777777" w:rsidR="00CE1B6C" w:rsidRDefault="00000000">
      <w:r>
        <w:t>Task: Implement advanced search with filters (e.g., price range, brand).</w:t>
      </w:r>
    </w:p>
    <w:p w14:paraId="240159D9" w14:textId="77777777" w:rsidR="00CE1B6C" w:rsidRDefault="00000000">
      <w:r>
        <w:t>Value Statement: As a customer, I want to filter my search results so that I can refine my product search efficiently.</w:t>
      </w:r>
    </w:p>
    <w:p w14:paraId="62E08DD5" w14:textId="77777777" w:rsidR="00CE1B6C" w:rsidRDefault="00000000">
      <w:r>
        <w:t>CP: Broad search results make it hard for customers to find specific items.</w:t>
      </w:r>
    </w:p>
    <w:p w14:paraId="5BAE0077" w14:textId="77777777" w:rsidR="00CE1B6C" w:rsidRDefault="00000000">
      <w:r>
        <w:t>Filters for price range, brand, and ratings are available.</w:t>
      </w:r>
    </w:p>
    <w:p w14:paraId="3D54B823" w14:textId="77777777" w:rsidR="00CE1B6C" w:rsidRDefault="00000000">
      <w:r>
        <w:t>Results update dynamically based on selected filters.</w:t>
      </w:r>
    </w:p>
    <w:p w14:paraId="7628E78F" w14:textId="77777777" w:rsidR="00CE1B6C" w:rsidRDefault="00000000">
      <w:r>
        <w:t>User Story 17</w:t>
      </w:r>
    </w:p>
    <w:p w14:paraId="1A4858C8" w14:textId="77777777" w:rsidR="00CE1B6C" w:rsidRDefault="00000000">
      <w:r>
        <w:t>Story No: 17</w:t>
      </w:r>
    </w:p>
    <w:p w14:paraId="64829F7C" w14:textId="77777777" w:rsidR="00CE1B6C" w:rsidRDefault="00000000">
      <w:r>
        <w:t>Task: Allow users to view their order history.</w:t>
      </w:r>
    </w:p>
    <w:p w14:paraId="022D460C" w14:textId="77777777" w:rsidR="00CE1B6C" w:rsidRDefault="00000000">
      <w:r>
        <w:t>Value Statement: As a customer, I want to view my past orders so that I can reorder items easily.</w:t>
      </w:r>
    </w:p>
    <w:p w14:paraId="1DE4E05A" w14:textId="77777777" w:rsidR="00CE1B6C" w:rsidRDefault="00000000">
      <w:r>
        <w:t>CP: Lack of order history creates inconvenience for repeat purchases.</w:t>
      </w:r>
    </w:p>
    <w:p w14:paraId="707F93B1" w14:textId="77777777" w:rsidR="00CE1B6C" w:rsidRDefault="00000000">
      <w:r>
        <w:t>Users can view a list of their completed orders.</w:t>
      </w:r>
    </w:p>
    <w:p w14:paraId="6951EA94" w14:textId="77777777" w:rsidR="00CE1B6C" w:rsidRDefault="00000000">
      <w:r>
        <w:t>Clicking on an order shows detailed information, including items and total cost.</w:t>
      </w:r>
    </w:p>
    <w:p w14:paraId="06A12495" w14:textId="77777777" w:rsidR="00CE1B6C" w:rsidRDefault="00000000">
      <w:r>
        <w:t>User Story 18</w:t>
      </w:r>
    </w:p>
    <w:p w14:paraId="6F05226C" w14:textId="77777777" w:rsidR="00CE1B6C" w:rsidRDefault="00000000">
      <w:r>
        <w:t>Story No: 18</w:t>
      </w:r>
    </w:p>
    <w:p w14:paraId="33066F37" w14:textId="77777777" w:rsidR="00CE1B6C" w:rsidRDefault="00000000">
      <w:r>
        <w:t>Task: Develop a loyalty rewards program.</w:t>
      </w:r>
    </w:p>
    <w:p w14:paraId="18E54CB3" w14:textId="77777777" w:rsidR="00CE1B6C" w:rsidRDefault="00000000">
      <w:r>
        <w:lastRenderedPageBreak/>
        <w:t>Value Statement: As a customer, I want to earn rewards for my purchases so that I feel valued.</w:t>
      </w:r>
    </w:p>
    <w:p w14:paraId="2FBC3FF4" w14:textId="77777777" w:rsidR="00CE1B6C" w:rsidRDefault="00000000">
      <w:r>
        <w:t>CP: Customers may shop elsewhere without loyalty incentives.</w:t>
      </w:r>
    </w:p>
    <w:p w14:paraId="63EE2DB5" w14:textId="77777777" w:rsidR="00CE1B6C" w:rsidRDefault="00000000">
      <w:r>
        <w:t>Users earn points for each purchase.</w:t>
      </w:r>
    </w:p>
    <w:p w14:paraId="435C7031" w14:textId="77777777" w:rsidR="00CE1B6C" w:rsidRDefault="00000000">
      <w:r>
        <w:t>Points can be redeemed for discounts during checkout.</w:t>
      </w:r>
    </w:p>
    <w:p w14:paraId="4C48CFCE" w14:textId="77777777" w:rsidR="00CE1B6C" w:rsidRDefault="00000000">
      <w:r>
        <w:t>User Story 19</w:t>
      </w:r>
    </w:p>
    <w:p w14:paraId="20590108" w14:textId="77777777" w:rsidR="00CE1B6C" w:rsidRDefault="00000000">
      <w:r>
        <w:t>Story No: 19</w:t>
      </w:r>
    </w:p>
    <w:p w14:paraId="118958AA" w14:textId="77777777" w:rsidR="00CE1B6C" w:rsidRDefault="00000000">
      <w:r>
        <w:t>Task: Support multi-language functionality.</w:t>
      </w:r>
    </w:p>
    <w:p w14:paraId="5D1B338B" w14:textId="77777777" w:rsidR="00CE1B6C" w:rsidRDefault="00000000">
      <w:r>
        <w:t>Priority: Low</w:t>
      </w:r>
    </w:p>
    <w:p w14:paraId="779547C4" w14:textId="77777777" w:rsidR="00CE1B6C" w:rsidRDefault="00000000">
      <w:r>
        <w:t>Value Statement: As a global customer, I want to view the site in my preferred language so that I can shop comfortably.</w:t>
      </w:r>
    </w:p>
    <w:p w14:paraId="34EF161A" w14:textId="77777777" w:rsidR="00CE1B6C" w:rsidRDefault="00000000">
      <w:r>
        <w:t>BV: 6</w:t>
      </w:r>
    </w:p>
    <w:p w14:paraId="532FAC80" w14:textId="77777777" w:rsidR="00CE1B6C" w:rsidRDefault="00000000">
      <w:r>
        <w:t>CP: Language barriers hinder accessibility for international customers.</w:t>
      </w:r>
    </w:p>
    <w:p w14:paraId="66F98829" w14:textId="77777777" w:rsidR="00CE1B6C" w:rsidRDefault="00000000">
      <w:r>
        <w:t>Users can select their preferred language from a dropdown menu.</w:t>
      </w:r>
    </w:p>
    <w:p w14:paraId="0DE968AF" w14:textId="77777777" w:rsidR="00CE1B6C" w:rsidRDefault="00000000">
      <w:r>
        <w:t>All text content updates dynamically based on the selected language.</w:t>
      </w:r>
    </w:p>
    <w:p w14:paraId="4E61C89B" w14:textId="77777777" w:rsidR="00CE1B6C" w:rsidRDefault="00000000">
      <w:r>
        <w:t>Let me know if you’d like the rest to be completed, or if there are specific areas to focus on!</w:t>
      </w:r>
    </w:p>
    <w:p w14:paraId="1859C3A5" w14:textId="77777777" w:rsidR="00CE1B6C" w:rsidRDefault="00000000">
      <w:r>
        <w:t>You said: Kindly continue</w:t>
      </w:r>
    </w:p>
    <w:p w14:paraId="46B3428B" w14:textId="77777777" w:rsidR="00CE1B6C" w:rsidRDefault="00000000">
      <w:r>
        <w:t>ChatGPT said: ChatGPT</w:t>
      </w:r>
    </w:p>
    <w:p w14:paraId="660CB1C6" w14:textId="77777777" w:rsidR="00CE1B6C" w:rsidRDefault="00000000">
      <w:r>
        <w:t>User Story 20</w:t>
      </w:r>
    </w:p>
    <w:p w14:paraId="100CEC9F" w14:textId="77777777" w:rsidR="00CE1B6C" w:rsidRDefault="00000000">
      <w:r>
        <w:t>Story No: 20</w:t>
      </w:r>
    </w:p>
    <w:p w14:paraId="5ADE549F" w14:textId="77777777" w:rsidR="00CE1B6C" w:rsidRDefault="00000000">
      <w:r>
        <w:t>Task: Implement a discount and promo code feature.</w:t>
      </w:r>
    </w:p>
    <w:p w14:paraId="1E612ED5" w14:textId="77777777" w:rsidR="00CE1B6C" w:rsidRDefault="00000000">
      <w:r>
        <w:t>Value Statement: As a customer, I want to apply promo codes during checkout so that I can save money.</w:t>
      </w:r>
    </w:p>
    <w:p w14:paraId="114E5768" w14:textId="77777777" w:rsidR="00CE1B6C" w:rsidRDefault="00000000">
      <w:r>
        <w:t>CP: Lack of promo code support discourages customers from utilizing available discounts.</w:t>
      </w:r>
    </w:p>
    <w:p w14:paraId="057BE2D6" w14:textId="77777777" w:rsidR="00CE1B6C" w:rsidRDefault="00000000">
      <w:r>
        <w:t>Users can enter promo codes at checkout.</w:t>
      </w:r>
    </w:p>
    <w:p w14:paraId="7CB9EC1A" w14:textId="77777777" w:rsidR="00CE1B6C" w:rsidRDefault="00000000">
      <w:r>
        <w:t>Discounts are applied correctly, and the updated total is displayed.</w:t>
      </w:r>
    </w:p>
    <w:p w14:paraId="03A3A2C7" w14:textId="77777777" w:rsidR="00CE1B6C" w:rsidRDefault="00000000">
      <w:r>
        <w:t>User Story 21</w:t>
      </w:r>
    </w:p>
    <w:p w14:paraId="37A84D0A" w14:textId="77777777" w:rsidR="00CE1B6C" w:rsidRDefault="00000000">
      <w:r>
        <w:lastRenderedPageBreak/>
        <w:t>Story No: 21</w:t>
      </w:r>
    </w:p>
    <w:p w14:paraId="4EA03A92" w14:textId="77777777" w:rsidR="00CE1B6C" w:rsidRDefault="00000000">
      <w:r>
        <w:t>Task: Add a "frequently bought together" section on product pages.</w:t>
      </w:r>
    </w:p>
    <w:p w14:paraId="73F3C6E2" w14:textId="77777777" w:rsidR="00CE1B6C" w:rsidRDefault="00000000">
      <w:r>
        <w:t>Value Statement: As a customer, I want to see related items frequently purchased with the product so that I can bundle my purchase.</w:t>
      </w:r>
    </w:p>
    <w:p w14:paraId="6A21AFC1" w14:textId="77777777" w:rsidR="00CE1B6C" w:rsidRDefault="00000000">
      <w:r>
        <w:t>CP: Customers may miss opportunities to buy complementary products.</w:t>
      </w:r>
    </w:p>
    <w:p w14:paraId="29606F48" w14:textId="77777777" w:rsidR="00CE1B6C" w:rsidRDefault="00000000">
      <w:r>
        <w:t>Frequently bought together items are displayed dynamically on the product page.</w:t>
      </w:r>
    </w:p>
    <w:p w14:paraId="7399F3C5" w14:textId="77777777" w:rsidR="00CE1B6C" w:rsidRDefault="00000000">
      <w:r>
        <w:t>Users can add all items to the cart with one click.</w:t>
      </w:r>
    </w:p>
    <w:p w14:paraId="7429CBDE" w14:textId="77777777" w:rsidR="00CE1B6C" w:rsidRDefault="00000000">
      <w:r>
        <w:t>User Story 22</w:t>
      </w:r>
    </w:p>
    <w:p w14:paraId="027EF4DF" w14:textId="77777777" w:rsidR="00CE1B6C" w:rsidRDefault="00000000">
      <w:r>
        <w:t>Story No: 22</w:t>
      </w:r>
    </w:p>
    <w:p w14:paraId="5B84ADCE" w14:textId="77777777" w:rsidR="00CE1B6C" w:rsidRDefault="00000000">
      <w:r>
        <w:t>Task: Allow customers to schedule delivery times.</w:t>
      </w:r>
    </w:p>
    <w:p w14:paraId="0C0CAAC8" w14:textId="77777777" w:rsidR="00CE1B6C" w:rsidRDefault="00000000">
      <w:r>
        <w:t>Value Statement: As a customer, I want to schedule a delivery time so that I can receive my order at a convenient time.</w:t>
      </w:r>
    </w:p>
    <w:p w14:paraId="5D007732" w14:textId="77777777" w:rsidR="00CE1B6C" w:rsidRDefault="00000000">
      <w:r>
        <w:t>CP: Inflexible delivery times may inconvenience customers.</w:t>
      </w:r>
    </w:p>
    <w:p w14:paraId="75E9B05F" w14:textId="77777777" w:rsidR="00CE1B6C" w:rsidRDefault="00000000">
      <w:r>
        <w:t>Users can select preferred delivery dates and time slots during checkout.</w:t>
      </w:r>
    </w:p>
    <w:p w14:paraId="21202C57" w14:textId="77777777" w:rsidR="00CE1B6C" w:rsidRDefault="00000000">
      <w:r>
        <w:t>Delivery preferences are confirmed in the order summary.</w:t>
      </w:r>
    </w:p>
    <w:p w14:paraId="6A51DACC" w14:textId="77777777" w:rsidR="00CE1B6C" w:rsidRDefault="00000000">
      <w:r>
        <w:t>User Story 23</w:t>
      </w:r>
    </w:p>
    <w:p w14:paraId="6143B21A" w14:textId="77777777" w:rsidR="00CE1B6C" w:rsidRDefault="00000000">
      <w:r>
        <w:t>Story No: 23</w:t>
      </w:r>
    </w:p>
    <w:p w14:paraId="7D148228" w14:textId="77777777" w:rsidR="00CE1B6C" w:rsidRDefault="00000000">
      <w:r>
        <w:t>Task: Enable product availability notifications.</w:t>
      </w:r>
    </w:p>
    <w:p w14:paraId="16D23C42" w14:textId="77777777" w:rsidR="00CE1B6C" w:rsidRDefault="00000000">
      <w:r>
        <w:t>Value Statement: As a customer, I want to receive notifications when a product is back in stock so that I don’t miss out.</w:t>
      </w:r>
    </w:p>
    <w:p w14:paraId="1A5E6FE5" w14:textId="77777777" w:rsidR="00CE1B6C" w:rsidRDefault="00000000">
      <w:r>
        <w:t>CP: Customers may abandon the platform if they miss updates about desired products.</w:t>
      </w:r>
    </w:p>
    <w:p w14:paraId="33F75558" w14:textId="77777777" w:rsidR="00CE1B6C" w:rsidRDefault="00000000">
      <w:r>
        <w:t>Users can subscribe to back-in-stock alerts.</w:t>
      </w:r>
    </w:p>
    <w:p w14:paraId="3291F0CE" w14:textId="77777777" w:rsidR="00CE1B6C" w:rsidRDefault="00000000">
      <w:r>
        <w:t>Notifications are sent via email or SMS when the product becomes available.</w:t>
      </w:r>
    </w:p>
    <w:p w14:paraId="23CFCE87" w14:textId="77777777" w:rsidR="00CE1B6C" w:rsidRDefault="00000000">
      <w:r>
        <w:t>User Story 24</w:t>
      </w:r>
    </w:p>
    <w:p w14:paraId="7632D3A7" w14:textId="77777777" w:rsidR="00CE1B6C" w:rsidRDefault="00000000">
      <w:r>
        <w:t>Story No: 24</w:t>
      </w:r>
    </w:p>
    <w:p w14:paraId="16EE99DE" w14:textId="77777777" w:rsidR="00CE1B6C" w:rsidRDefault="00000000">
      <w:r>
        <w:t>Task: Create a user profile page with editable details.</w:t>
      </w:r>
    </w:p>
    <w:p w14:paraId="5A919836" w14:textId="77777777" w:rsidR="00CE1B6C" w:rsidRDefault="00000000">
      <w:r>
        <w:t>Value Statement: As a customer, I want to update my personal information so that my profile is accurate.</w:t>
      </w:r>
    </w:p>
    <w:p w14:paraId="1E894329" w14:textId="77777777" w:rsidR="00CE1B6C" w:rsidRDefault="00000000">
      <w:r>
        <w:lastRenderedPageBreak/>
        <w:t>CP: Users may face issues with outdated information during checkout.</w:t>
      </w:r>
    </w:p>
    <w:p w14:paraId="12E232D2" w14:textId="77777777" w:rsidR="00CE1B6C" w:rsidRDefault="00000000">
      <w:r>
        <w:t>Users can update their name, address, and contact details.</w:t>
      </w:r>
    </w:p>
    <w:p w14:paraId="0AC45B3D" w14:textId="77777777" w:rsidR="00CE1B6C" w:rsidRDefault="00000000">
      <w:r>
        <w:t>Changes are saved and reflected immediately.</w:t>
      </w:r>
    </w:p>
    <w:p w14:paraId="29ECE870" w14:textId="77777777" w:rsidR="00CE1B6C" w:rsidRDefault="00000000">
      <w:r>
        <w:t>User Story 25</w:t>
      </w:r>
    </w:p>
    <w:p w14:paraId="009DC9C9" w14:textId="77777777" w:rsidR="00CE1B6C" w:rsidRDefault="00000000">
      <w:r>
        <w:t>Story No: 25</w:t>
      </w:r>
    </w:p>
    <w:p w14:paraId="4052E73B" w14:textId="77777777" w:rsidR="00CE1B6C" w:rsidRDefault="00000000">
      <w:r>
        <w:t>Task: Add a feature for users to track shipping costs.</w:t>
      </w:r>
    </w:p>
    <w:p w14:paraId="477D99A7" w14:textId="77777777" w:rsidR="00CE1B6C" w:rsidRDefault="00000000">
      <w:r>
        <w:t>Value Statement: As a customer, I want to see the shipping cost before completing my purchases that I know the total expense.</w:t>
      </w:r>
    </w:p>
    <w:p w14:paraId="387C6B18" w14:textId="77777777" w:rsidR="00CE1B6C" w:rsidRDefault="00000000">
      <w:r>
        <w:t>CP: Unclear shipping costs can lead to cart abandonment.</w:t>
      </w:r>
    </w:p>
    <w:p w14:paraId="18253FE1" w14:textId="77777777" w:rsidR="00CE1B6C" w:rsidRDefault="00000000">
      <w:r>
        <w:t>Acceptance Criteria: Shipping costs are calculated dynamically based on the delivery location.</w:t>
      </w:r>
    </w:p>
    <w:p w14:paraId="68104B24" w14:textId="77777777" w:rsidR="00CE1B6C" w:rsidRDefault="00000000">
      <w:r>
        <w:t>The total cost, including shipping, is displayed in the cart.</w:t>
      </w:r>
    </w:p>
    <w:p w14:paraId="541F8AF4" w14:textId="77777777" w:rsidR="00CE1B6C" w:rsidRDefault="00000000">
      <w:r>
        <w:br w:type="page"/>
      </w:r>
    </w:p>
    <w:p w14:paraId="35E60AC2" w14:textId="77777777" w:rsidR="00CE1B6C" w:rsidRDefault="00000000">
      <w:r>
        <w:lastRenderedPageBreak/>
        <w:br w:type="page"/>
      </w:r>
    </w:p>
    <w:p w14:paraId="32EE6E0A" w14:textId="5EEFA4C4" w:rsidR="00CE1B6C" w:rsidRDefault="00000000">
      <w:r>
        <w:lastRenderedPageBreak/>
        <w:br w:type="page"/>
      </w:r>
    </w:p>
    <w:p w14:paraId="00005326" w14:textId="77777777" w:rsidR="00CE1B6C" w:rsidRDefault="00000000">
      <w:pPr>
        <w:pStyle w:val="Heading1"/>
      </w:pPr>
      <w:r>
        <w:lastRenderedPageBreak/>
        <w:t>Revision History</w:t>
      </w:r>
    </w:p>
    <w:tbl>
      <w:tblPr>
        <w:tblW w:w="0" w:type="auto"/>
        <w:tblLook w:val="04A0" w:firstRow="1" w:lastRow="0" w:firstColumn="1" w:lastColumn="0" w:noHBand="0" w:noVBand="1"/>
      </w:tblPr>
      <w:tblGrid>
        <w:gridCol w:w="2880"/>
        <w:gridCol w:w="2880"/>
        <w:gridCol w:w="2880"/>
      </w:tblGrid>
      <w:tr w:rsidR="00CE1B6C" w14:paraId="0B0900C5" w14:textId="77777777">
        <w:tc>
          <w:tcPr>
            <w:tcW w:w="2880" w:type="dxa"/>
          </w:tcPr>
          <w:p w14:paraId="2782804B" w14:textId="77777777" w:rsidR="00CE1B6C" w:rsidRDefault="00000000">
            <w:r>
              <w:t>Version</w:t>
            </w:r>
          </w:p>
        </w:tc>
        <w:tc>
          <w:tcPr>
            <w:tcW w:w="2880" w:type="dxa"/>
          </w:tcPr>
          <w:p w14:paraId="54808C85" w14:textId="77777777" w:rsidR="00CE1B6C" w:rsidRDefault="00000000">
            <w:r>
              <w:t>Date</w:t>
            </w:r>
          </w:p>
        </w:tc>
        <w:tc>
          <w:tcPr>
            <w:tcW w:w="2880" w:type="dxa"/>
          </w:tcPr>
          <w:p w14:paraId="629BB8AF" w14:textId="77777777" w:rsidR="00CE1B6C" w:rsidRDefault="00000000">
            <w:r>
              <w:t>Description</w:t>
            </w:r>
          </w:p>
        </w:tc>
      </w:tr>
      <w:tr w:rsidR="00CE1B6C" w14:paraId="2CA3EA67" w14:textId="77777777">
        <w:tc>
          <w:tcPr>
            <w:tcW w:w="2880" w:type="dxa"/>
          </w:tcPr>
          <w:p w14:paraId="736F4E52" w14:textId="77777777" w:rsidR="00CE1B6C" w:rsidRDefault="00000000">
            <w:r>
              <w:t>1.0</w:t>
            </w:r>
          </w:p>
        </w:tc>
        <w:tc>
          <w:tcPr>
            <w:tcW w:w="2880" w:type="dxa"/>
          </w:tcPr>
          <w:p w14:paraId="101C87F1" w14:textId="77777777" w:rsidR="00CE1B6C" w:rsidRDefault="00000000">
            <w:r>
              <w:t>2025-07-18</w:t>
            </w:r>
          </w:p>
        </w:tc>
        <w:tc>
          <w:tcPr>
            <w:tcW w:w="2880" w:type="dxa"/>
          </w:tcPr>
          <w:p w14:paraId="3197EE76" w14:textId="77777777" w:rsidR="00CE1B6C" w:rsidRDefault="00000000">
            <w:r>
              <w:t>Initial Draft Submission</w:t>
            </w:r>
          </w:p>
        </w:tc>
      </w:tr>
      <w:tr w:rsidR="00CE1B6C" w14:paraId="328E1678" w14:textId="77777777">
        <w:tc>
          <w:tcPr>
            <w:tcW w:w="2880" w:type="dxa"/>
          </w:tcPr>
          <w:p w14:paraId="27643A7A" w14:textId="77777777" w:rsidR="00CE1B6C" w:rsidRDefault="00000000">
            <w:r>
              <w:t>1.1</w:t>
            </w:r>
          </w:p>
        </w:tc>
        <w:tc>
          <w:tcPr>
            <w:tcW w:w="2880" w:type="dxa"/>
          </w:tcPr>
          <w:p w14:paraId="4B24119E" w14:textId="77777777" w:rsidR="00CE1B6C" w:rsidRDefault="00000000">
            <w:r>
              <w:t>2025-07-19</w:t>
            </w:r>
          </w:p>
        </w:tc>
        <w:tc>
          <w:tcPr>
            <w:tcW w:w="2880" w:type="dxa"/>
          </w:tcPr>
          <w:p w14:paraId="41C4B630" w14:textId="77777777" w:rsidR="00CE1B6C" w:rsidRDefault="00000000">
            <w:r>
              <w:t>Formatted and refined with diagrams and NFR section</w:t>
            </w:r>
          </w:p>
        </w:tc>
      </w:tr>
    </w:tbl>
    <w:p w14:paraId="1000DAEE" w14:textId="77777777" w:rsidR="00CE1B6C" w:rsidRDefault="00000000">
      <w:r>
        <w:br w:type="page"/>
      </w:r>
    </w:p>
    <w:p w14:paraId="0BDB8E11" w14:textId="77777777" w:rsidR="00CE1B6C" w:rsidRDefault="00000000">
      <w:pPr>
        <w:pStyle w:val="Heading1"/>
      </w:pPr>
      <w:r>
        <w:lastRenderedPageBreak/>
        <w:t>Approval</w:t>
      </w:r>
    </w:p>
    <w:tbl>
      <w:tblPr>
        <w:tblW w:w="0" w:type="auto"/>
        <w:tblLook w:val="04A0" w:firstRow="1" w:lastRow="0" w:firstColumn="1" w:lastColumn="0" w:noHBand="0" w:noVBand="1"/>
      </w:tblPr>
      <w:tblGrid>
        <w:gridCol w:w="2880"/>
        <w:gridCol w:w="2880"/>
        <w:gridCol w:w="2880"/>
      </w:tblGrid>
      <w:tr w:rsidR="00CE1B6C" w14:paraId="75C964E9" w14:textId="77777777">
        <w:tc>
          <w:tcPr>
            <w:tcW w:w="2880" w:type="dxa"/>
          </w:tcPr>
          <w:p w14:paraId="00E5DF19" w14:textId="77777777" w:rsidR="00CE1B6C" w:rsidRDefault="00000000">
            <w:r>
              <w:t>Role</w:t>
            </w:r>
          </w:p>
        </w:tc>
        <w:tc>
          <w:tcPr>
            <w:tcW w:w="2880" w:type="dxa"/>
          </w:tcPr>
          <w:p w14:paraId="0DAC690C" w14:textId="77777777" w:rsidR="00CE1B6C" w:rsidRDefault="00000000">
            <w:r>
              <w:t>Name</w:t>
            </w:r>
          </w:p>
        </w:tc>
        <w:tc>
          <w:tcPr>
            <w:tcW w:w="2880" w:type="dxa"/>
          </w:tcPr>
          <w:p w14:paraId="2A46B639" w14:textId="77777777" w:rsidR="00CE1B6C" w:rsidRDefault="00000000">
            <w:r>
              <w:t>Signature/Date</w:t>
            </w:r>
          </w:p>
        </w:tc>
      </w:tr>
      <w:tr w:rsidR="00CE1B6C" w14:paraId="203E479D" w14:textId="77777777">
        <w:tc>
          <w:tcPr>
            <w:tcW w:w="2880" w:type="dxa"/>
          </w:tcPr>
          <w:p w14:paraId="4A3129AE" w14:textId="77777777" w:rsidR="00CE1B6C" w:rsidRDefault="00000000">
            <w:r>
              <w:t>Project Sponsor</w:t>
            </w:r>
          </w:p>
        </w:tc>
        <w:tc>
          <w:tcPr>
            <w:tcW w:w="2880" w:type="dxa"/>
          </w:tcPr>
          <w:p w14:paraId="5B18D100" w14:textId="77777777" w:rsidR="00CE1B6C" w:rsidRDefault="00000000">
            <w:r>
              <w:t>Ms. Priya S</w:t>
            </w:r>
          </w:p>
        </w:tc>
        <w:tc>
          <w:tcPr>
            <w:tcW w:w="2880" w:type="dxa"/>
          </w:tcPr>
          <w:p w14:paraId="6216D034" w14:textId="77777777" w:rsidR="00CE1B6C" w:rsidRDefault="00CE1B6C"/>
        </w:tc>
      </w:tr>
      <w:tr w:rsidR="00CE1B6C" w14:paraId="7D889959" w14:textId="77777777">
        <w:tc>
          <w:tcPr>
            <w:tcW w:w="2880" w:type="dxa"/>
          </w:tcPr>
          <w:p w14:paraId="104E1B05" w14:textId="77777777" w:rsidR="00CE1B6C" w:rsidRDefault="00000000">
            <w:r>
              <w:t>Business Analyst</w:t>
            </w:r>
          </w:p>
        </w:tc>
        <w:tc>
          <w:tcPr>
            <w:tcW w:w="2880" w:type="dxa"/>
          </w:tcPr>
          <w:p w14:paraId="1F6F3F26" w14:textId="77777777" w:rsidR="00CE1B6C" w:rsidRDefault="00000000">
            <w:r>
              <w:t>Srividya Murugan</w:t>
            </w:r>
          </w:p>
        </w:tc>
        <w:tc>
          <w:tcPr>
            <w:tcW w:w="2880" w:type="dxa"/>
          </w:tcPr>
          <w:p w14:paraId="09D64E5A" w14:textId="77777777" w:rsidR="00CE1B6C" w:rsidRDefault="00CE1B6C"/>
        </w:tc>
      </w:tr>
      <w:tr w:rsidR="00CE1B6C" w14:paraId="271FCB08" w14:textId="77777777">
        <w:tc>
          <w:tcPr>
            <w:tcW w:w="2880" w:type="dxa"/>
          </w:tcPr>
          <w:p w14:paraId="7C6FF68C" w14:textId="77777777" w:rsidR="00CE1B6C" w:rsidRDefault="00000000">
            <w:r>
              <w:t>Technical Lead</w:t>
            </w:r>
          </w:p>
        </w:tc>
        <w:tc>
          <w:tcPr>
            <w:tcW w:w="2880" w:type="dxa"/>
          </w:tcPr>
          <w:p w14:paraId="6E52456E" w14:textId="77777777" w:rsidR="00CE1B6C" w:rsidRDefault="00000000">
            <w:r>
              <w:t>Mr. Arun R</w:t>
            </w:r>
          </w:p>
        </w:tc>
        <w:tc>
          <w:tcPr>
            <w:tcW w:w="2880" w:type="dxa"/>
          </w:tcPr>
          <w:p w14:paraId="653E6E71" w14:textId="77777777" w:rsidR="00CE1B6C" w:rsidRDefault="00CE1B6C"/>
        </w:tc>
      </w:tr>
    </w:tbl>
    <w:p w14:paraId="09BCAD8E" w14:textId="77777777" w:rsidR="00CE1B6C" w:rsidRDefault="00000000">
      <w:r>
        <w:br w:type="page"/>
      </w:r>
    </w:p>
    <w:p w14:paraId="265AC42E" w14:textId="77777777" w:rsidR="00CE1B6C" w:rsidRDefault="00000000">
      <w:pPr>
        <w:pStyle w:val="Heading1"/>
      </w:pPr>
      <w:r>
        <w:lastRenderedPageBreak/>
        <w:t>Glossary</w:t>
      </w:r>
    </w:p>
    <w:p w14:paraId="0324D6E8" w14:textId="77777777" w:rsidR="00CE1B6C" w:rsidRDefault="00000000">
      <w:r>
        <w:t>BRD: Business Requirements Document – outlines business needs, project scope, and high-level requirements.</w:t>
      </w:r>
    </w:p>
    <w:p w14:paraId="37552C9E" w14:textId="77777777" w:rsidR="00CE1B6C" w:rsidRDefault="00000000">
      <w:r>
        <w:t>SRS: Software Requirements Specification – details functional and non-functional system requirements.</w:t>
      </w:r>
    </w:p>
    <w:p w14:paraId="599D74ED" w14:textId="77777777" w:rsidR="00CE1B6C" w:rsidRDefault="00000000">
      <w:r>
        <w:t>NFR: Non-Functional Requirement – requirements related to system performance, security, usability, etc.</w:t>
      </w:r>
    </w:p>
    <w:p w14:paraId="089B9C8A" w14:textId="77777777" w:rsidR="00CE1B6C" w:rsidRDefault="00000000">
      <w:r>
        <w:t>API: Application Programming Interface – software interface for interacting with external systems.</w:t>
      </w:r>
    </w:p>
    <w:p w14:paraId="54D117F3" w14:textId="77777777" w:rsidR="00CE1B6C" w:rsidRDefault="00000000">
      <w:r>
        <w:t>RACI: Responsible, Accountable, Consulted, Informed – stakeholder responsibility matrix.</w:t>
      </w:r>
    </w:p>
    <w:p w14:paraId="7490997E" w14:textId="77777777" w:rsidR="00CE1B6C" w:rsidRDefault="00000000">
      <w:r>
        <w:br w:type="page"/>
      </w:r>
    </w:p>
    <w:p w14:paraId="6A5D7D44" w14:textId="77777777" w:rsidR="00CE1B6C" w:rsidRDefault="00000000">
      <w:pPr>
        <w:pStyle w:val="Heading1"/>
      </w:pPr>
      <w:r>
        <w:lastRenderedPageBreak/>
        <w:t>Project Demographics</w:t>
      </w:r>
    </w:p>
    <w:tbl>
      <w:tblPr>
        <w:tblW w:w="0" w:type="auto"/>
        <w:tblLook w:val="04A0" w:firstRow="1" w:lastRow="0" w:firstColumn="1" w:lastColumn="0" w:noHBand="0" w:noVBand="1"/>
      </w:tblPr>
      <w:tblGrid>
        <w:gridCol w:w="4320"/>
        <w:gridCol w:w="4320"/>
      </w:tblGrid>
      <w:tr w:rsidR="00CE1B6C" w14:paraId="3A529968" w14:textId="77777777">
        <w:tc>
          <w:tcPr>
            <w:tcW w:w="4320" w:type="dxa"/>
          </w:tcPr>
          <w:p w14:paraId="1F9B9BB5" w14:textId="77777777" w:rsidR="00CE1B6C" w:rsidRDefault="00000000">
            <w:r>
              <w:t>Attribute</w:t>
            </w:r>
          </w:p>
        </w:tc>
        <w:tc>
          <w:tcPr>
            <w:tcW w:w="4320" w:type="dxa"/>
          </w:tcPr>
          <w:p w14:paraId="2FB127DA" w14:textId="77777777" w:rsidR="00CE1B6C" w:rsidRDefault="00000000">
            <w:r>
              <w:t>Details</w:t>
            </w:r>
          </w:p>
        </w:tc>
      </w:tr>
      <w:tr w:rsidR="00CE1B6C" w14:paraId="32B6168B" w14:textId="77777777">
        <w:tc>
          <w:tcPr>
            <w:tcW w:w="4320" w:type="dxa"/>
          </w:tcPr>
          <w:p w14:paraId="0DD40200" w14:textId="77777777" w:rsidR="00CE1B6C" w:rsidRDefault="00000000">
            <w:r>
              <w:t>Project Title</w:t>
            </w:r>
          </w:p>
        </w:tc>
        <w:tc>
          <w:tcPr>
            <w:tcW w:w="4320" w:type="dxa"/>
          </w:tcPr>
          <w:p w14:paraId="195D7DF6" w14:textId="77777777" w:rsidR="00CE1B6C" w:rsidRDefault="00000000">
            <w:r>
              <w:t>ADP Implementation for Inventory &amp; Delivery Optimization at DDoll</w:t>
            </w:r>
          </w:p>
        </w:tc>
      </w:tr>
      <w:tr w:rsidR="00CE1B6C" w14:paraId="7B1FDA7A" w14:textId="77777777">
        <w:tc>
          <w:tcPr>
            <w:tcW w:w="4320" w:type="dxa"/>
          </w:tcPr>
          <w:p w14:paraId="0E8B939D" w14:textId="77777777" w:rsidR="00CE1B6C" w:rsidRDefault="00000000">
            <w:r>
              <w:t>Business Analyst</w:t>
            </w:r>
          </w:p>
        </w:tc>
        <w:tc>
          <w:tcPr>
            <w:tcW w:w="4320" w:type="dxa"/>
          </w:tcPr>
          <w:p w14:paraId="1BAA9B98" w14:textId="77777777" w:rsidR="00CE1B6C" w:rsidRDefault="00000000">
            <w:r>
              <w:t>Srividya Murugan</w:t>
            </w:r>
          </w:p>
        </w:tc>
      </w:tr>
      <w:tr w:rsidR="00CE1B6C" w14:paraId="0BDB6980" w14:textId="77777777">
        <w:tc>
          <w:tcPr>
            <w:tcW w:w="4320" w:type="dxa"/>
          </w:tcPr>
          <w:p w14:paraId="100D665F" w14:textId="77777777" w:rsidR="00CE1B6C" w:rsidRDefault="00000000">
            <w:r>
              <w:t>Client Name</w:t>
            </w:r>
          </w:p>
        </w:tc>
        <w:tc>
          <w:tcPr>
            <w:tcW w:w="4320" w:type="dxa"/>
          </w:tcPr>
          <w:p w14:paraId="6D1CFB23" w14:textId="77777777" w:rsidR="00CE1B6C" w:rsidRDefault="00000000">
            <w:r>
              <w:t>DDoll Pvt Ltd</w:t>
            </w:r>
          </w:p>
        </w:tc>
      </w:tr>
      <w:tr w:rsidR="00CE1B6C" w14:paraId="59707D3A" w14:textId="77777777">
        <w:tc>
          <w:tcPr>
            <w:tcW w:w="4320" w:type="dxa"/>
          </w:tcPr>
          <w:p w14:paraId="7B6B09AB" w14:textId="77777777" w:rsidR="00CE1B6C" w:rsidRDefault="00000000">
            <w:r>
              <w:t>Project Duration</w:t>
            </w:r>
          </w:p>
        </w:tc>
        <w:tc>
          <w:tcPr>
            <w:tcW w:w="4320" w:type="dxa"/>
          </w:tcPr>
          <w:p w14:paraId="545EF1D6" w14:textId="77777777" w:rsidR="00CE1B6C" w:rsidRDefault="00000000">
            <w:r>
              <w:t>2 months</w:t>
            </w:r>
          </w:p>
        </w:tc>
      </w:tr>
      <w:tr w:rsidR="00CE1B6C" w14:paraId="1EDE6B16" w14:textId="77777777">
        <w:tc>
          <w:tcPr>
            <w:tcW w:w="4320" w:type="dxa"/>
          </w:tcPr>
          <w:p w14:paraId="4B80F5C8" w14:textId="77777777" w:rsidR="00CE1B6C" w:rsidRDefault="00000000">
            <w:r>
              <w:t>Prepared On</w:t>
            </w:r>
          </w:p>
        </w:tc>
        <w:tc>
          <w:tcPr>
            <w:tcW w:w="4320" w:type="dxa"/>
          </w:tcPr>
          <w:p w14:paraId="2D61E016" w14:textId="77777777" w:rsidR="00CE1B6C" w:rsidRDefault="00000000">
            <w:r>
              <w:t>2025-07-18</w:t>
            </w:r>
          </w:p>
        </w:tc>
      </w:tr>
    </w:tbl>
    <w:p w14:paraId="55BEDC38" w14:textId="77777777" w:rsidR="00CE1B6C" w:rsidRDefault="00000000">
      <w:r>
        <w:br w:type="page"/>
      </w:r>
    </w:p>
    <w:p w14:paraId="16133726" w14:textId="77777777" w:rsidR="00CE1B6C" w:rsidRDefault="00000000">
      <w:pPr>
        <w:pStyle w:val="Heading1"/>
      </w:pPr>
      <w:r>
        <w:lastRenderedPageBreak/>
        <w:t>Non-Functional Requirements</w:t>
      </w:r>
    </w:p>
    <w:tbl>
      <w:tblPr>
        <w:tblW w:w="0" w:type="auto"/>
        <w:tblLook w:val="04A0" w:firstRow="1" w:lastRow="0" w:firstColumn="1" w:lastColumn="0" w:noHBand="0" w:noVBand="1"/>
      </w:tblPr>
      <w:tblGrid>
        <w:gridCol w:w="2880"/>
        <w:gridCol w:w="2880"/>
        <w:gridCol w:w="2880"/>
      </w:tblGrid>
      <w:tr w:rsidR="00CE1B6C" w14:paraId="1C0432E8" w14:textId="77777777">
        <w:tc>
          <w:tcPr>
            <w:tcW w:w="2880" w:type="dxa"/>
          </w:tcPr>
          <w:p w14:paraId="7A37685F" w14:textId="77777777" w:rsidR="00CE1B6C" w:rsidRDefault="00000000">
            <w:r>
              <w:t>Req ID</w:t>
            </w:r>
          </w:p>
        </w:tc>
        <w:tc>
          <w:tcPr>
            <w:tcW w:w="2880" w:type="dxa"/>
          </w:tcPr>
          <w:p w14:paraId="3AABEDDD" w14:textId="77777777" w:rsidR="00CE1B6C" w:rsidRDefault="00000000">
            <w:r>
              <w:t>Requirement Description</w:t>
            </w:r>
          </w:p>
        </w:tc>
        <w:tc>
          <w:tcPr>
            <w:tcW w:w="2880" w:type="dxa"/>
          </w:tcPr>
          <w:p w14:paraId="70D0F998" w14:textId="77777777" w:rsidR="00CE1B6C" w:rsidRDefault="00000000">
            <w:r>
              <w:t>Priority</w:t>
            </w:r>
          </w:p>
        </w:tc>
      </w:tr>
      <w:tr w:rsidR="00CE1B6C" w14:paraId="4DCE3F15" w14:textId="77777777">
        <w:tc>
          <w:tcPr>
            <w:tcW w:w="2880" w:type="dxa"/>
          </w:tcPr>
          <w:p w14:paraId="6821BD54" w14:textId="77777777" w:rsidR="00CE1B6C" w:rsidRDefault="00000000">
            <w:r>
              <w:t>NFR-01</w:t>
            </w:r>
          </w:p>
        </w:tc>
        <w:tc>
          <w:tcPr>
            <w:tcW w:w="2880" w:type="dxa"/>
          </w:tcPr>
          <w:p w14:paraId="7169318E" w14:textId="77777777" w:rsidR="00CE1B6C" w:rsidRDefault="00000000">
            <w:r>
              <w:t>System should provide 99.5% uptime availability.</w:t>
            </w:r>
          </w:p>
        </w:tc>
        <w:tc>
          <w:tcPr>
            <w:tcW w:w="2880" w:type="dxa"/>
          </w:tcPr>
          <w:p w14:paraId="6B9EFFF5" w14:textId="77777777" w:rsidR="00CE1B6C" w:rsidRDefault="00000000">
            <w:r>
              <w:t>High</w:t>
            </w:r>
          </w:p>
        </w:tc>
      </w:tr>
      <w:tr w:rsidR="00CE1B6C" w14:paraId="29130B98" w14:textId="77777777">
        <w:tc>
          <w:tcPr>
            <w:tcW w:w="2880" w:type="dxa"/>
          </w:tcPr>
          <w:p w14:paraId="7C56E3D0" w14:textId="77777777" w:rsidR="00CE1B6C" w:rsidRDefault="00000000">
            <w:r>
              <w:t>NFR-02</w:t>
            </w:r>
          </w:p>
        </w:tc>
        <w:tc>
          <w:tcPr>
            <w:tcW w:w="2880" w:type="dxa"/>
          </w:tcPr>
          <w:p w14:paraId="2C6EA4F0" w14:textId="77777777" w:rsidR="00CE1B6C" w:rsidRDefault="00000000">
            <w:r>
              <w:t>Inventory updates must reflect within 3 seconds.</w:t>
            </w:r>
          </w:p>
        </w:tc>
        <w:tc>
          <w:tcPr>
            <w:tcW w:w="2880" w:type="dxa"/>
          </w:tcPr>
          <w:p w14:paraId="2BBA6720" w14:textId="77777777" w:rsidR="00CE1B6C" w:rsidRDefault="00000000">
            <w:r>
              <w:t>High</w:t>
            </w:r>
          </w:p>
        </w:tc>
      </w:tr>
      <w:tr w:rsidR="00CE1B6C" w14:paraId="180DF1DE" w14:textId="77777777">
        <w:tc>
          <w:tcPr>
            <w:tcW w:w="2880" w:type="dxa"/>
          </w:tcPr>
          <w:p w14:paraId="5AB09F4F" w14:textId="77777777" w:rsidR="00CE1B6C" w:rsidRDefault="00000000">
            <w:r>
              <w:t>NFR-03</w:t>
            </w:r>
          </w:p>
        </w:tc>
        <w:tc>
          <w:tcPr>
            <w:tcW w:w="2880" w:type="dxa"/>
          </w:tcPr>
          <w:p w14:paraId="44DC726A" w14:textId="77777777" w:rsidR="00CE1B6C" w:rsidRDefault="00000000">
            <w:r>
              <w:t>Support up to 50,000 orders/month.</w:t>
            </w:r>
          </w:p>
        </w:tc>
        <w:tc>
          <w:tcPr>
            <w:tcW w:w="2880" w:type="dxa"/>
          </w:tcPr>
          <w:p w14:paraId="581E28BE" w14:textId="77777777" w:rsidR="00CE1B6C" w:rsidRDefault="00000000">
            <w:r>
              <w:t>Medium</w:t>
            </w:r>
          </w:p>
        </w:tc>
      </w:tr>
      <w:tr w:rsidR="00CE1B6C" w14:paraId="4BB52E68" w14:textId="77777777">
        <w:tc>
          <w:tcPr>
            <w:tcW w:w="2880" w:type="dxa"/>
          </w:tcPr>
          <w:p w14:paraId="6A049A40" w14:textId="77777777" w:rsidR="00CE1B6C" w:rsidRDefault="00000000">
            <w:r>
              <w:t>NFR-04</w:t>
            </w:r>
          </w:p>
        </w:tc>
        <w:tc>
          <w:tcPr>
            <w:tcW w:w="2880" w:type="dxa"/>
          </w:tcPr>
          <w:p w14:paraId="4D9E89D4" w14:textId="77777777" w:rsidR="00CE1B6C" w:rsidRDefault="00000000">
            <w:r>
              <w:t>Encrypt data in transit and at rest using HTTPS &amp; AES-256.</w:t>
            </w:r>
          </w:p>
        </w:tc>
        <w:tc>
          <w:tcPr>
            <w:tcW w:w="2880" w:type="dxa"/>
          </w:tcPr>
          <w:p w14:paraId="561A582A" w14:textId="77777777" w:rsidR="00CE1B6C" w:rsidRDefault="00000000">
            <w:r>
              <w:t>High</w:t>
            </w:r>
          </w:p>
        </w:tc>
      </w:tr>
      <w:tr w:rsidR="00CE1B6C" w14:paraId="50A880D9" w14:textId="77777777">
        <w:tc>
          <w:tcPr>
            <w:tcW w:w="2880" w:type="dxa"/>
          </w:tcPr>
          <w:p w14:paraId="00C21BE2" w14:textId="77777777" w:rsidR="00CE1B6C" w:rsidRDefault="00000000">
            <w:r>
              <w:t>NFR-05</w:t>
            </w:r>
          </w:p>
        </w:tc>
        <w:tc>
          <w:tcPr>
            <w:tcW w:w="2880" w:type="dxa"/>
          </w:tcPr>
          <w:p w14:paraId="31B4673F" w14:textId="77777777" w:rsidR="00CE1B6C" w:rsidRDefault="00000000">
            <w:r>
              <w:t>Accessible on mobile/tablet devices.</w:t>
            </w:r>
          </w:p>
        </w:tc>
        <w:tc>
          <w:tcPr>
            <w:tcW w:w="2880" w:type="dxa"/>
          </w:tcPr>
          <w:p w14:paraId="70E9B3ED" w14:textId="77777777" w:rsidR="00CE1B6C" w:rsidRDefault="00000000">
            <w:r>
              <w:t>Medium</w:t>
            </w:r>
          </w:p>
        </w:tc>
      </w:tr>
      <w:tr w:rsidR="00CE1B6C" w14:paraId="371ACFC3" w14:textId="77777777">
        <w:tc>
          <w:tcPr>
            <w:tcW w:w="2880" w:type="dxa"/>
          </w:tcPr>
          <w:p w14:paraId="6B63DCB8" w14:textId="77777777" w:rsidR="00CE1B6C" w:rsidRDefault="00000000">
            <w:r>
              <w:t>NFR-06</w:t>
            </w:r>
          </w:p>
        </w:tc>
        <w:tc>
          <w:tcPr>
            <w:tcW w:w="2880" w:type="dxa"/>
          </w:tcPr>
          <w:p w14:paraId="71178184" w14:textId="77777777" w:rsidR="00CE1B6C" w:rsidRDefault="00000000">
            <w:r>
              <w:t>API responses within 2 seconds.</w:t>
            </w:r>
          </w:p>
        </w:tc>
        <w:tc>
          <w:tcPr>
            <w:tcW w:w="2880" w:type="dxa"/>
          </w:tcPr>
          <w:p w14:paraId="2DD09CC4" w14:textId="77777777" w:rsidR="00CE1B6C" w:rsidRDefault="00000000">
            <w:r>
              <w:t>Medium</w:t>
            </w:r>
          </w:p>
        </w:tc>
      </w:tr>
    </w:tbl>
    <w:p w14:paraId="1AA14D66" w14:textId="77777777" w:rsidR="00CE1B6C" w:rsidRDefault="00000000">
      <w:r>
        <w:br w:type="page"/>
      </w:r>
    </w:p>
    <w:p w14:paraId="39230890" w14:textId="77777777" w:rsidR="00CE1B6C" w:rsidRDefault="00000000">
      <w:pPr>
        <w:pStyle w:val="Heading1"/>
      </w:pPr>
      <w:r>
        <w:lastRenderedPageBreak/>
        <w:t>Definitions</w:t>
      </w:r>
    </w:p>
    <w:p w14:paraId="100C533C" w14:textId="77777777" w:rsidR="00CE1B6C" w:rsidRDefault="00000000">
      <w:r>
        <w:t>• Inventory Optimization – Refers to balancing stock levels with demand and expiry to minimize waste and costs.</w:t>
      </w:r>
    </w:p>
    <w:p w14:paraId="43E1CCE2" w14:textId="77777777" w:rsidR="00CE1B6C" w:rsidRDefault="00000000">
      <w:r>
        <w:t>• ADP – Automated Dispatch Platform, integrating real-time inventory with delivery logistics.</w:t>
      </w:r>
    </w:p>
    <w:p w14:paraId="487DDAC2" w14:textId="77777777" w:rsidR="00CE1B6C" w:rsidRDefault="00000000">
      <w:r>
        <w:t>• Real-Time Dashboard – Interface showing current inventory, expiry alerts, and delivery statuses.</w:t>
      </w:r>
    </w:p>
    <w:p w14:paraId="1F3E2A75" w14:textId="77777777" w:rsidR="00CE1B6C" w:rsidRDefault="00000000">
      <w:r>
        <w:br w:type="page"/>
      </w:r>
    </w:p>
    <w:p w14:paraId="2EEF8626" w14:textId="77777777" w:rsidR="00CE1B6C" w:rsidRDefault="00000000">
      <w:pPr>
        <w:pStyle w:val="Heading1"/>
      </w:pPr>
      <w:r>
        <w:lastRenderedPageBreak/>
        <w:t>Acceptance and Sign-Off</w:t>
      </w:r>
    </w:p>
    <w:p w14:paraId="35FA29C3" w14:textId="77777777" w:rsidR="00CE1B6C" w:rsidRDefault="00000000">
      <w:r>
        <w:t>The undersigned acknowledge they have reviewed the Business Requirements Document and agree with the approach, scope, and objectives described herein.</w:t>
      </w:r>
    </w:p>
    <w:tbl>
      <w:tblPr>
        <w:tblW w:w="0" w:type="auto"/>
        <w:tblLook w:val="04A0" w:firstRow="1" w:lastRow="0" w:firstColumn="1" w:lastColumn="0" w:noHBand="0" w:noVBand="1"/>
      </w:tblPr>
      <w:tblGrid>
        <w:gridCol w:w="2880"/>
        <w:gridCol w:w="2880"/>
        <w:gridCol w:w="2880"/>
      </w:tblGrid>
      <w:tr w:rsidR="00CE1B6C" w14:paraId="60BC672D" w14:textId="77777777">
        <w:tc>
          <w:tcPr>
            <w:tcW w:w="2880" w:type="dxa"/>
          </w:tcPr>
          <w:p w14:paraId="5920DC07" w14:textId="77777777" w:rsidR="00CE1B6C" w:rsidRDefault="00000000">
            <w:r>
              <w:t>Name</w:t>
            </w:r>
          </w:p>
        </w:tc>
        <w:tc>
          <w:tcPr>
            <w:tcW w:w="2880" w:type="dxa"/>
          </w:tcPr>
          <w:p w14:paraId="5CA5EF9A" w14:textId="77777777" w:rsidR="00CE1B6C" w:rsidRDefault="00000000">
            <w:r>
              <w:t>Role</w:t>
            </w:r>
          </w:p>
        </w:tc>
        <w:tc>
          <w:tcPr>
            <w:tcW w:w="2880" w:type="dxa"/>
          </w:tcPr>
          <w:p w14:paraId="64E5D8D6" w14:textId="77777777" w:rsidR="00CE1B6C" w:rsidRDefault="00000000">
            <w:r>
              <w:t>Signature/Date</w:t>
            </w:r>
          </w:p>
        </w:tc>
      </w:tr>
      <w:tr w:rsidR="00CE1B6C" w14:paraId="597AF00E" w14:textId="77777777">
        <w:tc>
          <w:tcPr>
            <w:tcW w:w="2880" w:type="dxa"/>
          </w:tcPr>
          <w:p w14:paraId="36CF1698" w14:textId="77777777" w:rsidR="00CE1B6C" w:rsidRDefault="00000000">
            <w:r>
              <w:t>Ms. Priya S</w:t>
            </w:r>
          </w:p>
        </w:tc>
        <w:tc>
          <w:tcPr>
            <w:tcW w:w="2880" w:type="dxa"/>
          </w:tcPr>
          <w:p w14:paraId="41A2989D" w14:textId="77777777" w:rsidR="00CE1B6C" w:rsidRDefault="00000000">
            <w:r>
              <w:t>Project Sponsor</w:t>
            </w:r>
          </w:p>
        </w:tc>
        <w:tc>
          <w:tcPr>
            <w:tcW w:w="2880" w:type="dxa"/>
          </w:tcPr>
          <w:p w14:paraId="15C59F3F" w14:textId="77777777" w:rsidR="00CE1B6C" w:rsidRDefault="00CE1B6C"/>
        </w:tc>
      </w:tr>
      <w:tr w:rsidR="00CE1B6C" w14:paraId="73C3336D" w14:textId="77777777">
        <w:tc>
          <w:tcPr>
            <w:tcW w:w="2880" w:type="dxa"/>
          </w:tcPr>
          <w:p w14:paraId="5C581D74" w14:textId="77777777" w:rsidR="00CE1B6C" w:rsidRDefault="00000000">
            <w:r>
              <w:t>Srividya Murugan</w:t>
            </w:r>
          </w:p>
        </w:tc>
        <w:tc>
          <w:tcPr>
            <w:tcW w:w="2880" w:type="dxa"/>
          </w:tcPr>
          <w:p w14:paraId="3B6ED936" w14:textId="77777777" w:rsidR="00CE1B6C" w:rsidRDefault="00000000">
            <w:r>
              <w:t>Business Analyst</w:t>
            </w:r>
          </w:p>
        </w:tc>
        <w:tc>
          <w:tcPr>
            <w:tcW w:w="2880" w:type="dxa"/>
          </w:tcPr>
          <w:p w14:paraId="268FBFF0" w14:textId="77777777" w:rsidR="00CE1B6C" w:rsidRDefault="00CE1B6C"/>
        </w:tc>
      </w:tr>
      <w:tr w:rsidR="00CE1B6C" w14:paraId="23F9DE76" w14:textId="77777777">
        <w:tc>
          <w:tcPr>
            <w:tcW w:w="2880" w:type="dxa"/>
          </w:tcPr>
          <w:p w14:paraId="2298C340" w14:textId="77777777" w:rsidR="00CE1B6C" w:rsidRDefault="00000000">
            <w:r>
              <w:t>Mr. Arun R</w:t>
            </w:r>
          </w:p>
        </w:tc>
        <w:tc>
          <w:tcPr>
            <w:tcW w:w="2880" w:type="dxa"/>
          </w:tcPr>
          <w:p w14:paraId="5987423E" w14:textId="77777777" w:rsidR="00CE1B6C" w:rsidRDefault="00000000">
            <w:r>
              <w:t>Technical Lead</w:t>
            </w:r>
          </w:p>
        </w:tc>
        <w:tc>
          <w:tcPr>
            <w:tcW w:w="2880" w:type="dxa"/>
          </w:tcPr>
          <w:p w14:paraId="3505361E" w14:textId="77777777" w:rsidR="00CE1B6C" w:rsidRDefault="00CE1B6C"/>
        </w:tc>
      </w:tr>
    </w:tbl>
    <w:p w14:paraId="43D82C3C" w14:textId="77777777" w:rsidR="00FD4250" w:rsidRDefault="00FD4250"/>
    <w:sectPr w:rsidR="00FD4250"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46022183">
    <w:abstractNumId w:val="8"/>
  </w:num>
  <w:num w:numId="2" w16cid:durableId="1746761899">
    <w:abstractNumId w:val="6"/>
  </w:num>
  <w:num w:numId="3" w16cid:durableId="1844392964">
    <w:abstractNumId w:val="5"/>
  </w:num>
  <w:num w:numId="4" w16cid:durableId="1323922565">
    <w:abstractNumId w:val="4"/>
  </w:num>
  <w:num w:numId="5" w16cid:durableId="1697001205">
    <w:abstractNumId w:val="7"/>
  </w:num>
  <w:num w:numId="6" w16cid:durableId="2129926502">
    <w:abstractNumId w:val="3"/>
  </w:num>
  <w:num w:numId="7" w16cid:durableId="608704832">
    <w:abstractNumId w:val="2"/>
  </w:num>
  <w:num w:numId="8" w16cid:durableId="85539420">
    <w:abstractNumId w:val="1"/>
  </w:num>
  <w:num w:numId="9" w16cid:durableId="862354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380F"/>
    <w:rsid w:val="0006063C"/>
    <w:rsid w:val="000B4B8A"/>
    <w:rsid w:val="0015074B"/>
    <w:rsid w:val="0029639D"/>
    <w:rsid w:val="00326F90"/>
    <w:rsid w:val="00AA1D8D"/>
    <w:rsid w:val="00B47730"/>
    <w:rsid w:val="00CB0664"/>
    <w:rsid w:val="00CE1B6C"/>
    <w:rsid w:val="00DF7378"/>
    <w:rsid w:val="00FC693F"/>
    <w:rsid w:val="00FD42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5C3CEF"/>
  <w14:defaultImageDpi w14:val="300"/>
  <w15:docId w15:val="{CBDD9BE8-D140-C94F-9DE6-0E8C34050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57</Pages>
  <Words>9812</Words>
  <Characters>55933</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65614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Srividya Murugan</cp:lastModifiedBy>
  <cp:revision>3</cp:revision>
  <dcterms:created xsi:type="dcterms:W3CDTF">2013-12-23T23:15:00Z</dcterms:created>
  <dcterms:modified xsi:type="dcterms:W3CDTF">2025-07-18T07:59:00Z</dcterms:modified>
  <cp:category/>
</cp:coreProperties>
</file>