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Mock 4 Assignment – Business Analysis Report</w:t>
      </w:r>
    </w:p>
    <w:p>
      <w:pPr>
        <w:pStyle w:val="Heading2"/>
      </w:pPr>
      <w:r>
        <w:t>Assignment 1: Inventory and Delivery Management System</w:t>
      </w:r>
    </w:p>
    <w:p>
      <w:r>
        <w:t>Case Study:</w:t>
        <w:br/>
        <w:t>A company manufactures ice-cream and milk products and operates multiple manufacturing plants and warehouses nationwide. They aim to develop a software solution that will help them manage inventory efficiently and ensure the quickest delivery to customers.</w:t>
      </w:r>
    </w:p>
    <w:p>
      <w:pPr>
        <w:pStyle w:val="Heading3"/>
      </w:pPr>
      <w:r>
        <w:t>Business Requirement Document (BRD)</w:t>
      </w:r>
    </w:p>
    <w:p>
      <w:r>
        <w:t>Project Title: Integrated Inventory and Delivery Management System (IIDMS)</w:t>
      </w:r>
    </w:p>
    <w:p>
      <w:r>
        <w:t>Version History: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2160"/>
        <w:gridCol w:w="2160"/>
        <w:gridCol w:w="2160"/>
        <w:gridCol w:w="2160"/>
      </w:tblGrid>
      <w:tr>
        <w:tc>
          <w:tcPr>
            <w:tcW w:type="dxa" w:w="2160"/>
          </w:tcPr>
          <w:p>
            <w:r>
              <w:t>Version</w:t>
            </w:r>
          </w:p>
        </w:tc>
        <w:tc>
          <w:tcPr>
            <w:tcW w:type="dxa" w:w="2160"/>
          </w:tcPr>
          <w:p>
            <w:r>
              <w:t>Date</w:t>
            </w:r>
          </w:p>
        </w:tc>
        <w:tc>
          <w:tcPr>
            <w:tcW w:type="dxa" w:w="2160"/>
          </w:tcPr>
          <w:p>
            <w:r>
              <w:t>Author</w:t>
            </w:r>
          </w:p>
        </w:tc>
        <w:tc>
          <w:tcPr>
            <w:tcW w:type="dxa" w:w="2160"/>
          </w:tcPr>
          <w:p>
            <w:r>
              <w:t>Description</w:t>
            </w:r>
          </w:p>
        </w:tc>
      </w:tr>
      <w:tr>
        <w:tc>
          <w:tcPr>
            <w:tcW w:type="dxa" w:w="2160"/>
          </w:tcPr>
          <w:p>
            <w:r>
              <w:t>1.0</w:t>
            </w:r>
          </w:p>
        </w:tc>
        <w:tc>
          <w:tcPr>
            <w:tcW w:type="dxa" w:w="2160"/>
          </w:tcPr>
          <w:p>
            <w:r>
              <w:t>02-Nov-2025</w:t>
            </w:r>
          </w:p>
        </w:tc>
        <w:tc>
          <w:tcPr>
            <w:tcW w:type="dxa" w:w="2160"/>
          </w:tcPr>
          <w:p>
            <w:r>
              <w:t>Srikanth Suthari</w:t>
            </w:r>
          </w:p>
        </w:tc>
        <w:tc>
          <w:tcPr>
            <w:tcW w:type="dxa" w:w="2160"/>
          </w:tcPr>
          <w:p>
            <w:r>
              <w:t>Initial BRD Draft</w:t>
            </w:r>
          </w:p>
        </w:tc>
      </w:tr>
    </w:tbl>
    <w:p>
      <w:pPr>
        <w:pStyle w:val="Heading4"/>
      </w:pPr>
      <w:r>
        <w:t>1. Introduction</w:t>
      </w:r>
    </w:p>
    <w:p>
      <w:r>
        <w:t>FrostyDelight Foods Pvt. Ltd. manufactures ice-cream and milk products at multiple plants and warehouses across India. Currently, inventory management and delivery tracking are manual, leading to delays and inefficiencies. The company needs a centralized system to automate and monitor operations in real-time.</w:t>
      </w:r>
    </w:p>
    <w:p>
      <w:pPr>
        <w:pStyle w:val="Heading4"/>
      </w:pPr>
      <w:r>
        <w:t>2. Business Objectives</w:t>
      </w:r>
    </w:p>
    <w:p>
      <w:r>
        <w:t>• Track real-time stock levels</w:t>
        <w:br/>
        <w:t>• Optimize routes for fast delivery</w:t>
        <w:br/>
        <w:t>• Reduce wastage due to expiry</w:t>
        <w:br/>
        <w:t>• Improve customer satisfaction</w:t>
      </w:r>
    </w:p>
    <w:p>
      <w:pPr>
        <w:pStyle w:val="Heading4"/>
      </w:pPr>
      <w:r>
        <w:t>3. Scope</w:t>
      </w:r>
    </w:p>
    <w:p>
      <w:r>
        <w:t>In Scope: Inventory management, warehouse tracking, order management, route optimization, reporting.</w:t>
      </w:r>
    </w:p>
    <w:p>
      <w:r>
        <w:t>Out of Scope: International logistics, mobile app (Phase 2).</w:t>
      </w:r>
    </w:p>
    <w:p>
      <w:pPr>
        <w:pStyle w:val="Heading4"/>
      </w:pPr>
      <w:r>
        <w:t>4. Stakeholders</w:t>
      </w:r>
    </w:p>
    <w:p>
      <w:r>
        <w:t>• Client – Approve and monitor project</w:t>
        <w:br/>
        <w:t>• Business Analyst – Gather requirements</w:t>
        <w:br/>
        <w:t>• Project Manager – Manage delivery</w:t>
        <w:br/>
        <w:t>• Developers – Build modules</w:t>
        <w:br/>
        <w:t>• QA Team – Testing</w:t>
      </w:r>
    </w:p>
    <w:p>
      <w:pPr>
        <w:pStyle w:val="Heading4"/>
      </w:pPr>
      <w:r>
        <w:t>5. Functional Requirements</w:t>
      </w:r>
    </w:p>
    <w:p>
      <w:r>
        <w:t>• Real-time inventory tracking</w:t>
        <w:br/>
        <w:t>• Order and delivery management</w:t>
        <w:br/>
        <w:t>• Alerts for low stock</w:t>
        <w:br/>
        <w:t>• Admin dashboard</w:t>
      </w:r>
    </w:p>
    <w:p>
      <w:pPr>
        <w:pStyle w:val="Heading4"/>
      </w:pPr>
      <w:r>
        <w:t>6. Non-Functional Requirements</w:t>
      </w:r>
    </w:p>
    <w:p>
      <w:r>
        <w:t>• Uptime 99.9%</w:t>
        <w:br/>
        <w:t>• Scalable for 10,000+ transactions</w:t>
        <w:br/>
        <w:t>• Data encryption</w:t>
        <w:br/>
        <w:t>• Fast response time (&lt;3s)</w:t>
      </w:r>
    </w:p>
    <w:p>
      <w:pPr>
        <w:pStyle w:val="Heading4"/>
      </w:pPr>
      <w:r>
        <w:t>7. Development &amp; Resource Plan</w:t>
      </w:r>
    </w:p>
    <w:p>
      <w:r>
        <w:t>Requirement Gathering – 2 Weeks</w:t>
        <w:br/>
        <w:t>Design – 2 Weeks</w:t>
        <w:br/>
        <w:t>Development – 4 Weeks</w:t>
        <w:br/>
        <w:t>Testing – 2 Weeks</w:t>
        <w:br/>
        <w:t>Deployment – 1 Week</w:t>
        <w:br/>
        <w:t>Support – Ongoing</w:t>
      </w:r>
    </w:p>
    <w:p>
      <w:pPr>
        <w:pStyle w:val="Heading4"/>
      </w:pPr>
      <w:r>
        <w:t>8. Process Flow Diagram</w:t>
      </w:r>
    </w:p>
    <w:p>
      <w:r>
        <w:drawing>
          <wp:inline xmlns:a="http://schemas.openxmlformats.org/drawingml/2006/main" xmlns:pic="http://schemas.openxmlformats.org/drawingml/2006/picture">
            <wp:extent cx="5486400" cy="8229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flowchart_in_the_image_illustrates_an_inventory_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The process begins with raw materials received, followed by manufacturing, quality check, inventory update, order processing, route optimization, delivery dispatch, and final inventory adjustment.</w:t>
      </w:r>
    </w:p>
    <w:p>
      <w:pPr>
        <w:pStyle w:val="Heading2"/>
      </w:pPr>
      <w:r>
        <w:t>Assignment 2</w:t>
      </w:r>
    </w:p>
    <w:p>
      <w:pPr>
        <w:pStyle w:val="Heading3"/>
      </w:pPr>
      <w:r>
        <w:t>1. Introduction Letter</w:t>
      </w:r>
    </w:p>
    <w:p>
      <w:r>
        <w:t>Dear Client,</w:t>
        <w:br/>
        <w:br/>
        <w:t>My name is Srikanth Suthari, and I will be your Business Analyst for this project. I will work closely with your team to gather requirements, analyze your current business processes, and ensure our solution aligns with your goals.</w:t>
        <w:br/>
        <w:br/>
        <w:t>Best regards,</w:t>
        <w:br/>
        <w:t>Srikanth Suthari</w:t>
        <w:br/>
        <w:t>Business Analyst</w:t>
      </w:r>
    </w:p>
    <w:p>
      <w:pPr>
        <w:pStyle w:val="Heading3"/>
      </w:pPr>
      <w:r>
        <w:t>2. BRD and SRS for Online Store</w:t>
      </w:r>
    </w:p>
    <w:p>
      <w:r>
        <w:t>Project Title: SmartShop – Online Retail Platform</w:t>
      </w:r>
    </w:p>
    <w:p>
      <w:r>
        <w:t>Objective: To develop an online shopping platform for browsing products, secure payments, and order tracking.</w:t>
      </w:r>
    </w:p>
    <w:p>
      <w:r>
        <w:t>Business Requirements:</w:t>
        <w:br/>
        <w:t>• User registration and login</w:t>
        <w:br/>
        <w:t>• Product catalog</w:t>
        <w:br/>
        <w:t>• Cart and checkout</w:t>
        <w:br/>
        <w:t>• Payment gateway</w:t>
        <w:br/>
        <w:t>• Order tracking</w:t>
        <w:br/>
        <w:t>• Admin product management</w:t>
      </w:r>
    </w:p>
    <w:p>
      <w:r>
        <w:t>Software Requirements Specification:</w:t>
        <w:br/>
        <w:t>Functional Requirements:</w:t>
        <w:br/>
        <w:t>• User module</w:t>
        <w:br/>
        <w:t>• Product module</w:t>
        <w:br/>
        <w:t>• Cart module</w:t>
        <w:br/>
        <w:t>• Order module</w:t>
        <w:br/>
        <w:t>• Payment integration</w:t>
        <w:br/>
        <w:t>• Notification module</w:t>
        <w:br/>
        <w:br/>
        <w:t>Non-Functional Requirements:</w:t>
        <w:br/>
        <w:t>• Secure SSL encryption</w:t>
        <w:br/>
        <w:t>• Responsive design</w:t>
        <w:br/>
        <w:t>• 24/7 uptime</w:t>
        <w:br/>
        <w:t>• Scalable system</w:t>
      </w:r>
    </w:p>
    <w:p>
      <w:pPr>
        <w:pStyle w:val="Heading3"/>
      </w:pPr>
      <w:r>
        <w:t>3. ER Diagram for Ticketing System</w:t>
      </w:r>
    </w:p>
    <w:p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Business_Requirements_Document_(BRD)_is_present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Entities:</w:t>
        <w:br/>
        <w:t>User (UserID, Name, Email)</w:t>
        <w:br/>
        <w:t>Ticket (TicketID, IssueType, Description, Status, Priority, CreatedDate, ClosedDate, UserID)</w:t>
        <w:br/>
        <w:t>SupportAgent (AgentID, Name, Email)</w:t>
        <w:br/>
        <w:t>TicketHistory (HistoryID, TicketID, Action, ActionDate)</w:t>
        <w:br/>
        <w:br/>
        <w:t>Relationships:</w:t>
        <w:br/>
        <w:t>One User → Many Tickets</w:t>
        <w:br/>
        <w:t>One Agent → Many Tickets</w:t>
        <w:br/>
        <w:t>One Ticket → Many TicketHistories</w:t>
      </w:r>
    </w:p>
    <w:p>
      <w:pPr>
        <w:pStyle w:val="Heading3"/>
      </w:pPr>
      <w:r>
        <w:t>4. User Story for E-commerce Shopping</w:t>
      </w:r>
    </w:p>
    <w:p>
      <w:r>
        <w:t>Title: Online Shopping and Checkout</w:t>
        <w:br/>
        <w:t>As a registered customer, I want to browse and purchase products online so that I can receive them conveniently at my doorstep.</w:t>
        <w:br/>
        <w:br/>
        <w:t>Acceptance Criteria:</w:t>
        <w:br/>
        <w:t>• Add/remove items from cart</w:t>
        <w:br/>
        <w:t>• Calculate totals with taxes</w:t>
        <w:br/>
        <w:t>• Secure payment</w:t>
        <w:br/>
        <w:t>• Receive confirmation via email/SMS</w:t>
      </w:r>
    </w:p>
    <w:p>
      <w:r>
        <w:br/>
        <w:t>Prepared by: Srikanth Suthari</w:t>
        <w:br/>
        <w:t>Date: 02-Nov-2025</w:t>
      </w:r>
    </w:p>
    <w:p>
      <w:pPr>
        <w:pStyle w:val="Heading2"/>
      </w:pPr>
      <w:r>
        <w:t>Extended User Stories – Online Shopping and Checkout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1440"/>
        <w:gridCol w:w="1440"/>
        <w:gridCol w:w="1440"/>
        <w:gridCol w:w="1440"/>
        <w:gridCol w:w="1440"/>
        <w:gridCol w:w="1440"/>
      </w:tblGrid>
      <w:tr>
        <w:tc>
          <w:tcPr>
            <w:tcW w:type="dxa" w:w="1440"/>
          </w:tcPr>
          <w:p>
            <w:r>
              <w:t>User Story ID</w:t>
            </w:r>
          </w:p>
        </w:tc>
        <w:tc>
          <w:tcPr>
            <w:tcW w:type="dxa" w:w="1440"/>
          </w:tcPr>
          <w:p>
            <w:r>
              <w:t>Title / Feature</w:t>
            </w:r>
          </w:p>
        </w:tc>
        <w:tc>
          <w:tcPr>
            <w:tcW w:type="dxa" w:w="1440"/>
          </w:tcPr>
          <w:p>
            <w:r>
              <w:t>As a (Role)</w:t>
            </w:r>
          </w:p>
        </w:tc>
        <w:tc>
          <w:tcPr>
            <w:tcW w:type="dxa" w:w="1440"/>
          </w:tcPr>
          <w:p>
            <w:r>
              <w:t>I want (Goal)</w:t>
            </w:r>
          </w:p>
        </w:tc>
        <w:tc>
          <w:tcPr>
            <w:tcW w:type="dxa" w:w="1440"/>
          </w:tcPr>
          <w:p>
            <w:r>
              <w:t>So that (Benefit)</w:t>
            </w:r>
          </w:p>
        </w:tc>
        <w:tc>
          <w:tcPr>
            <w:tcW w:type="dxa" w:w="1440"/>
          </w:tcPr>
          <w:p>
            <w:r>
              <w:t>Acceptance Criteria</w:t>
            </w:r>
          </w:p>
        </w:tc>
      </w:tr>
      <w:tr>
        <w:tc>
          <w:tcPr>
            <w:tcW w:type="dxa" w:w="1440"/>
          </w:tcPr>
          <w:p>
            <w:r>
              <w:t>US01</w:t>
            </w:r>
          </w:p>
        </w:tc>
        <w:tc>
          <w:tcPr>
            <w:tcW w:type="dxa" w:w="1440"/>
          </w:tcPr>
          <w:p>
            <w:r>
              <w:t>Product Browsing</w:t>
            </w:r>
          </w:p>
        </w:tc>
        <w:tc>
          <w:tcPr>
            <w:tcW w:type="dxa" w:w="1440"/>
          </w:tcPr>
          <w:p>
            <w:r>
              <w:t>Registered Customer</w:t>
            </w:r>
          </w:p>
        </w:tc>
        <w:tc>
          <w:tcPr>
            <w:tcW w:type="dxa" w:w="1440"/>
          </w:tcPr>
          <w:p>
            <w:r>
              <w:t>To browse and search products by name, category, or price</w:t>
            </w:r>
          </w:p>
        </w:tc>
        <w:tc>
          <w:tcPr>
            <w:tcW w:type="dxa" w:w="1440"/>
          </w:tcPr>
          <w:p>
            <w:r>
              <w:t>I can easily find desired products</w:t>
            </w:r>
          </w:p>
        </w:tc>
        <w:tc>
          <w:tcPr>
            <w:tcW w:type="dxa" w:w="1440"/>
          </w:tcPr>
          <w:p>
            <w:r>
              <w:t>• View all available products</w:t>
              <w:br/>
              <w:t>• Apply filters (category, brand, price)</w:t>
              <w:br/>
              <w:t>• View product details (image, price, description, stock)</w:t>
            </w:r>
          </w:p>
        </w:tc>
      </w:tr>
      <w:tr>
        <w:tc>
          <w:tcPr>
            <w:tcW w:type="dxa" w:w="1440"/>
          </w:tcPr>
          <w:p>
            <w:r>
              <w:t>US02</w:t>
            </w:r>
          </w:p>
        </w:tc>
        <w:tc>
          <w:tcPr>
            <w:tcW w:type="dxa" w:w="1440"/>
          </w:tcPr>
          <w:p>
            <w:r>
              <w:t>Add to Cart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add selected products to my shopping cart</w:t>
            </w:r>
          </w:p>
        </w:tc>
        <w:tc>
          <w:tcPr>
            <w:tcW w:type="dxa" w:w="1440"/>
          </w:tcPr>
          <w:p>
            <w:r>
              <w:t>I can review and purchase them later</w:t>
            </w:r>
          </w:p>
        </w:tc>
        <w:tc>
          <w:tcPr>
            <w:tcW w:type="dxa" w:w="1440"/>
          </w:tcPr>
          <w:p>
            <w:r>
              <w:t>• Add multiple items to cart</w:t>
              <w:br/>
              <w:t>• Auto-update total price and item count</w:t>
              <w:br/>
              <w:t>• Remove or change quantities</w:t>
            </w:r>
          </w:p>
        </w:tc>
      </w:tr>
      <w:tr>
        <w:tc>
          <w:tcPr>
            <w:tcW w:type="dxa" w:w="1440"/>
          </w:tcPr>
          <w:p>
            <w:r>
              <w:t>US03</w:t>
            </w:r>
          </w:p>
        </w:tc>
        <w:tc>
          <w:tcPr>
            <w:tcW w:type="dxa" w:w="1440"/>
          </w:tcPr>
          <w:p>
            <w:r>
              <w:t>View &amp; Manage Cart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view and manage items in my cart</w:t>
            </w:r>
          </w:p>
        </w:tc>
        <w:tc>
          <w:tcPr>
            <w:tcW w:type="dxa" w:w="1440"/>
          </w:tcPr>
          <w:p>
            <w:r>
              <w:t>I can verify product details before checkout</w:t>
            </w:r>
          </w:p>
        </w:tc>
        <w:tc>
          <w:tcPr>
            <w:tcW w:type="dxa" w:w="1440"/>
          </w:tcPr>
          <w:p>
            <w:r>
              <w:t>• Display items, quantity, total amount</w:t>
              <w:br/>
              <w:t>• Edit or delete items</w:t>
              <w:br/>
              <w:t>• Recalculate totals dynamically</w:t>
            </w:r>
          </w:p>
        </w:tc>
      </w:tr>
      <w:tr>
        <w:tc>
          <w:tcPr>
            <w:tcW w:type="dxa" w:w="1440"/>
          </w:tcPr>
          <w:p>
            <w:r>
              <w:t>US04</w:t>
            </w:r>
          </w:p>
        </w:tc>
        <w:tc>
          <w:tcPr>
            <w:tcW w:type="dxa" w:w="1440"/>
          </w:tcPr>
          <w:p>
            <w:r>
              <w:t>Checkout Process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proceed to checkout securely</w:t>
            </w:r>
          </w:p>
        </w:tc>
        <w:tc>
          <w:tcPr>
            <w:tcW w:type="dxa" w:w="1440"/>
          </w:tcPr>
          <w:p>
            <w:r>
              <w:t>I can complete my purchase easily</w:t>
            </w:r>
          </w:p>
        </w:tc>
        <w:tc>
          <w:tcPr>
            <w:tcW w:type="dxa" w:w="1440"/>
          </w:tcPr>
          <w:p>
            <w:r>
              <w:t>• Confirm delivery address</w:t>
              <w:br/>
              <w:t>• Choose payment method</w:t>
              <w:br/>
              <w:t>• View order summary before confirmation</w:t>
            </w:r>
          </w:p>
        </w:tc>
      </w:tr>
      <w:tr>
        <w:tc>
          <w:tcPr>
            <w:tcW w:type="dxa" w:w="1440"/>
          </w:tcPr>
          <w:p>
            <w:r>
              <w:t>US05</w:t>
            </w:r>
          </w:p>
        </w:tc>
        <w:tc>
          <w:tcPr>
            <w:tcW w:type="dxa" w:w="1440"/>
          </w:tcPr>
          <w:p>
            <w:r>
              <w:t>Payment &amp; Confirmation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make payment securely and receive order confirmation</w:t>
            </w:r>
          </w:p>
        </w:tc>
        <w:tc>
          <w:tcPr>
            <w:tcW w:type="dxa" w:w="1440"/>
          </w:tcPr>
          <w:p>
            <w:r>
              <w:t>I know my order has been placed successfully</w:t>
            </w:r>
          </w:p>
        </w:tc>
        <w:tc>
          <w:tcPr>
            <w:tcW w:type="dxa" w:w="1440"/>
          </w:tcPr>
          <w:p>
            <w:r>
              <w:t>• Secure payment gateway (UPI, card, wallet)</w:t>
              <w:br/>
              <w:t>• Confirmation message/email</w:t>
              <w:br/>
              <w:t>• Unique order ID generated</w:t>
            </w:r>
          </w:p>
        </w:tc>
      </w:tr>
      <w:tr>
        <w:tc>
          <w:tcPr>
            <w:tcW w:type="dxa" w:w="1440"/>
          </w:tcPr>
          <w:p>
            <w:r>
              <w:t>US06</w:t>
            </w:r>
          </w:p>
        </w:tc>
        <w:tc>
          <w:tcPr>
            <w:tcW w:type="dxa" w:w="1440"/>
          </w:tcPr>
          <w:p>
            <w:r>
              <w:t>Order Tracking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track the delivery status of my order</w:t>
            </w:r>
          </w:p>
        </w:tc>
        <w:tc>
          <w:tcPr>
            <w:tcW w:type="dxa" w:w="1440"/>
          </w:tcPr>
          <w:p>
            <w:r>
              <w:t>I know when my product will arrive</w:t>
            </w:r>
          </w:p>
        </w:tc>
        <w:tc>
          <w:tcPr>
            <w:tcW w:type="dxa" w:w="1440"/>
          </w:tcPr>
          <w:p>
            <w:r>
              <w:t>• View status: Processing → Shipped → Delivered</w:t>
              <w:br/>
              <w:t>• Auto updates on order status</w:t>
              <w:br/>
              <w:t>• SMS/email notifications</w:t>
            </w:r>
          </w:p>
        </w:tc>
      </w:tr>
      <w:tr>
        <w:tc>
          <w:tcPr>
            <w:tcW w:type="dxa" w:w="1440"/>
          </w:tcPr>
          <w:p>
            <w:r>
              <w:t>US07</w:t>
            </w:r>
          </w:p>
        </w:tc>
        <w:tc>
          <w:tcPr>
            <w:tcW w:type="dxa" w:w="1440"/>
          </w:tcPr>
          <w:p>
            <w:r>
              <w:t>Order History</w:t>
            </w:r>
          </w:p>
        </w:tc>
        <w:tc>
          <w:tcPr>
            <w:tcW w:type="dxa" w:w="1440"/>
          </w:tcPr>
          <w:p>
            <w:r>
              <w:t>Customer</w:t>
            </w:r>
          </w:p>
        </w:tc>
        <w:tc>
          <w:tcPr>
            <w:tcW w:type="dxa" w:w="1440"/>
          </w:tcPr>
          <w:p>
            <w:r>
              <w:t>To view past purchases</w:t>
            </w:r>
          </w:p>
        </w:tc>
        <w:tc>
          <w:tcPr>
            <w:tcW w:type="dxa" w:w="1440"/>
          </w:tcPr>
          <w:p>
            <w:r>
              <w:t>I can reorder or check previous orders</w:t>
            </w:r>
          </w:p>
        </w:tc>
        <w:tc>
          <w:tcPr>
            <w:tcW w:type="dxa" w:w="1440"/>
          </w:tcPr>
          <w:p>
            <w:r>
              <w:t>• View previous orders with details</w:t>
              <w:br/>
              <w:t>• Option to reorder</w:t>
              <w:br/>
              <w:t>• Download invoice/payment info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