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51949" w:rsidP="00310817" w:rsidRDefault="00310817" w14:paraId="38C796EA" w14:textId="1073AF26">
      <w:pPr>
        <w:pStyle w:val="Title"/>
        <w:jc w:val="center"/>
        <w:rPr>
          <w:lang w:val="en-US"/>
        </w:rPr>
      </w:pPr>
      <w:r>
        <w:rPr>
          <w:lang w:val="en-US"/>
        </w:rPr>
        <w:t>Document 1: Definition of Done</w:t>
      </w:r>
    </w:p>
    <w:p w:rsidR="00310817" w:rsidP="00310817" w:rsidRDefault="00310817" w14:paraId="10A06A43" w14:textId="40C7E896">
      <w:pPr>
        <w:pStyle w:val="Heading1"/>
        <w:rPr>
          <w:lang w:val="en-US"/>
        </w:rPr>
      </w:pPr>
      <w:r>
        <w:rPr>
          <w:lang w:val="en-US"/>
        </w:rPr>
        <w:t xml:space="preserve">Project: </w:t>
      </w:r>
    </w:p>
    <w:p w:rsidR="00310817" w:rsidP="00310817" w:rsidRDefault="00310817" w14:paraId="3E7ED73E" w14:textId="51FCF2B4">
      <w:r w:rsidRPr="00310817">
        <w:t>Delta Sales Operations Management Portal (DSOMP)</w:t>
      </w:r>
    </w:p>
    <w:p w:rsidR="00310817" w:rsidP="00310817" w:rsidRDefault="00310817" w14:paraId="1F37834F" w14:textId="3133EC7B">
      <w:pPr>
        <w:pStyle w:val="Heading1"/>
      </w:pPr>
      <w:r w:rsidR="00310817">
        <w:rPr/>
        <w:t>Prepared By</w:t>
      </w:r>
      <w:r w:rsidR="657CA39A">
        <w:rPr/>
        <w:t>:</w:t>
      </w:r>
    </w:p>
    <w:p w:rsidR="00310817" w:rsidP="00310817" w:rsidRDefault="00310817" w14:paraId="134642E4" w14:textId="6895BB2E">
      <w:r w:rsidRPr="00310817">
        <w:t>CR Barath Narayanan – Lead Business Analyst &amp; Scrum Master</w:t>
      </w:r>
    </w:p>
    <w:p w:rsidR="00310817" w:rsidP="00310817" w:rsidRDefault="00310817" w14:paraId="76507750" w14:textId="7327275E">
      <w:pPr>
        <w:pStyle w:val="Heading1"/>
      </w:pPr>
      <w:r w:rsidRPr="00310817">
        <w:t>Date</w:t>
      </w:r>
      <w:r>
        <w:t>:</w:t>
      </w:r>
    </w:p>
    <w:p w:rsidR="00310817" w:rsidP="00310817" w:rsidRDefault="00310817" w14:paraId="61904488" w14:textId="7BCD4EEC">
      <w:r>
        <w:t>13 August 2025</w:t>
      </w:r>
    </w:p>
    <w:p w:rsidR="00310817" w:rsidP="00310817" w:rsidRDefault="00310817" w14:paraId="40A5C245" w14:textId="277DEC95">
      <w:pPr>
        <w:pStyle w:val="Heading1"/>
      </w:pPr>
      <w:r w:rsidRPr="00310817">
        <w:t>Purpose</w:t>
      </w:r>
      <w:r>
        <w:t>:</w:t>
      </w:r>
    </w:p>
    <w:p w:rsidR="00310817" w:rsidP="00310817" w:rsidRDefault="00310817" w14:paraId="388BB143" w14:textId="4E4DEE9C">
      <w:pPr>
        <w:jc w:val="both"/>
      </w:pPr>
      <w:r w:rsidRPr="00310817">
        <w:t>The Definition of Done ensures that all project deliverables — at the User Story, Sprint, and Release levels — meet agreed-upon, measurable, and unambiguous completion criteria. This guarantees the quality, usability, and value of the product to stakeholders, while aligning with Delta Healthcare’s strategic goal of digitizing and optimizing sales operations.</w:t>
      </w:r>
    </w:p>
    <w:p w:rsidR="00310817" w:rsidP="00310817" w:rsidRDefault="00310817" w14:paraId="706EE4DE" w14:textId="62BE8EE5">
      <w:pPr>
        <w:pStyle w:val="Heading1"/>
      </w:pPr>
      <w:r w:rsidRPr="00310817">
        <w:t>Levels of DoD</w:t>
      </w:r>
      <w:r>
        <w:t>:</w:t>
      </w:r>
    </w:p>
    <w:p w:rsidR="00310817" w:rsidP="00310817" w:rsidRDefault="00310817" w14:paraId="25DD8C5F" w14:textId="1BEBB5FA">
      <w:pPr>
        <w:pStyle w:val="Heading2"/>
      </w:pPr>
      <w:r w:rsidRPr="00310817">
        <w:t>User Story Level</w:t>
      </w:r>
      <w:r>
        <w:t>:</w:t>
      </w:r>
    </w:p>
    <w:p w:rsidR="00310817" w:rsidP="00310817" w:rsidRDefault="00310817" w14:paraId="69E3986B" w14:textId="6219F22A">
      <w:r w:rsidRPr="00310817">
        <w:t>A User Story is considered “Done” when:</w:t>
      </w:r>
    </w:p>
    <w:p w:rsidR="00310817" w:rsidP="00310817" w:rsidRDefault="00310817" w14:paraId="069CEBF6" w14:textId="562B8D6F">
      <w:pPr>
        <w:pStyle w:val="ListParagraph"/>
        <w:numPr>
          <w:ilvl w:val="0"/>
          <w:numId w:val="1"/>
        </w:numPr>
      </w:pPr>
      <w:r w:rsidRPr="00310817">
        <w:t xml:space="preserve">All </w:t>
      </w:r>
      <w:r w:rsidRPr="00310817">
        <w:rPr>
          <w:b/>
          <w:bCs/>
        </w:rPr>
        <w:t>acceptance criteria</w:t>
      </w:r>
      <w:r w:rsidRPr="00310817">
        <w:t xml:space="preserve"> are met and verified by QA.</w:t>
      </w:r>
    </w:p>
    <w:p w:rsidR="00310817" w:rsidP="00310817" w:rsidRDefault="00310817" w14:paraId="09E90091" w14:textId="2C0904BD">
      <w:pPr>
        <w:pStyle w:val="ListParagraph"/>
        <w:numPr>
          <w:ilvl w:val="0"/>
          <w:numId w:val="1"/>
        </w:numPr>
      </w:pPr>
      <w:r w:rsidRPr="00310817">
        <w:t xml:space="preserve">All </w:t>
      </w:r>
      <w:r w:rsidRPr="00310817">
        <w:rPr>
          <w:b/>
          <w:bCs/>
        </w:rPr>
        <w:t>assumptions</w:t>
      </w:r>
      <w:r w:rsidRPr="00310817">
        <w:t xml:space="preserve"> documented in the story are satisfied.</w:t>
      </w:r>
    </w:p>
    <w:p w:rsidR="00310817" w:rsidP="00310817" w:rsidRDefault="00310817" w14:paraId="6B1EABCB" w14:textId="7C5FC894">
      <w:pPr>
        <w:pStyle w:val="ListParagraph"/>
        <w:numPr>
          <w:ilvl w:val="0"/>
          <w:numId w:val="1"/>
        </w:numPr>
      </w:pPr>
      <w:r w:rsidRPr="00310817">
        <w:t>Code for the story’s functionalities is produced.</w:t>
      </w:r>
    </w:p>
    <w:p w:rsidR="00310817" w:rsidP="00310817" w:rsidRDefault="00310817" w14:paraId="3AA52E48" w14:textId="56A49E76">
      <w:pPr>
        <w:pStyle w:val="ListParagraph"/>
        <w:numPr>
          <w:ilvl w:val="0"/>
          <w:numId w:val="1"/>
        </w:numPr>
      </w:pPr>
      <w:r w:rsidRPr="00310817">
        <w:t>Code builds without errors in the CI/CD pipeline.</w:t>
      </w:r>
    </w:p>
    <w:p w:rsidR="00310817" w:rsidP="00310817" w:rsidRDefault="00310817" w14:paraId="5A922959" w14:textId="2E3530A4">
      <w:pPr>
        <w:pStyle w:val="ListParagraph"/>
        <w:numPr>
          <w:ilvl w:val="0"/>
          <w:numId w:val="1"/>
        </w:numPr>
      </w:pPr>
      <w:r w:rsidRPr="00310817">
        <w:t>Unit tests are written, pass successfully, and have sufficient coverage.</w:t>
      </w:r>
    </w:p>
    <w:p w:rsidR="00310817" w:rsidP="00310817" w:rsidRDefault="00310817" w14:paraId="7F010ED7" w14:textId="4CFC342C">
      <w:pPr>
        <w:pStyle w:val="ListParagraph"/>
        <w:numPr>
          <w:ilvl w:val="0"/>
          <w:numId w:val="1"/>
        </w:numPr>
      </w:pPr>
      <w:r w:rsidRPr="00310817">
        <w:t>Peer Code Review is performed and approved.</w:t>
      </w:r>
    </w:p>
    <w:p w:rsidR="00310817" w:rsidP="00310817" w:rsidRDefault="00CC45DA" w14:paraId="6955812D" w14:textId="69D28797">
      <w:pPr>
        <w:pStyle w:val="ListParagraph"/>
        <w:numPr>
          <w:ilvl w:val="0"/>
          <w:numId w:val="1"/>
        </w:numPr>
      </w:pPr>
      <w:r w:rsidRPr="00CC45DA">
        <w:t>Feature is deployed to the test environment identical to the production environment.</w:t>
      </w:r>
    </w:p>
    <w:p w:rsidR="00CC45DA" w:rsidP="00310817" w:rsidRDefault="00CC45DA" w14:paraId="5EE83648" w14:textId="3CDB6B01">
      <w:pPr>
        <w:pStyle w:val="ListParagraph"/>
        <w:numPr>
          <w:ilvl w:val="0"/>
          <w:numId w:val="1"/>
        </w:numPr>
      </w:pPr>
      <w:r w:rsidRPr="00CC45DA">
        <w:t>Tests on all targeted browsers/devices listed in project assumptions are passed.</w:t>
      </w:r>
    </w:p>
    <w:p w:rsidR="00CC45DA" w:rsidP="00310817" w:rsidRDefault="00CC45DA" w14:paraId="3447F640" w14:textId="4E58B208">
      <w:pPr>
        <w:pStyle w:val="ListParagraph"/>
        <w:numPr>
          <w:ilvl w:val="0"/>
          <w:numId w:val="1"/>
        </w:numPr>
      </w:pPr>
      <w:r w:rsidRPr="00CC45DA">
        <w:t>UX Designer has reviewed and approved the feature.</w:t>
      </w:r>
    </w:p>
    <w:p w:rsidR="00CC45DA" w:rsidP="00310817" w:rsidRDefault="00CC45DA" w14:paraId="2D48F17A" w14:textId="1CFF4EAF">
      <w:pPr>
        <w:pStyle w:val="ListParagraph"/>
        <w:numPr>
          <w:ilvl w:val="0"/>
          <w:numId w:val="1"/>
        </w:numPr>
      </w:pPr>
      <w:r w:rsidRPr="00CC45DA">
        <w:t>Documentation (user guide, technical notes) is updated.</w:t>
      </w:r>
    </w:p>
    <w:p w:rsidR="00CC45DA" w:rsidP="00310817" w:rsidRDefault="00CC45DA" w14:paraId="6BE1671F" w14:textId="505D1686">
      <w:pPr>
        <w:pStyle w:val="ListParagraph"/>
        <w:numPr>
          <w:ilvl w:val="0"/>
          <w:numId w:val="1"/>
        </w:numPr>
      </w:pPr>
      <w:r w:rsidRPr="00CC45DA">
        <w:t>Any configuration or build changes are documented.</w:t>
      </w:r>
    </w:p>
    <w:p w:rsidR="00CC45DA" w:rsidP="00310817" w:rsidRDefault="00CC45DA" w14:paraId="4C7DC203" w14:textId="01C92465">
      <w:pPr>
        <w:pStyle w:val="ListParagraph"/>
        <w:numPr>
          <w:ilvl w:val="0"/>
          <w:numId w:val="1"/>
        </w:numPr>
      </w:pPr>
      <w:r w:rsidRPr="00CC45DA">
        <w:t>Product Owner has formally approved the story.</w:t>
      </w:r>
    </w:p>
    <w:p w:rsidR="00CC45DA" w:rsidP="00CC45DA" w:rsidRDefault="00CC45DA" w14:paraId="727F2831" w14:textId="57BA9BCE">
      <w:pPr>
        <w:pStyle w:val="Heading2"/>
      </w:pPr>
      <w:r w:rsidRPr="00CC45DA">
        <w:t>Sprint Level</w:t>
      </w:r>
      <w:r>
        <w:t>:</w:t>
      </w:r>
    </w:p>
    <w:p w:rsidR="00CC45DA" w:rsidP="00CC45DA" w:rsidRDefault="00CC45DA" w14:paraId="46789969" w14:textId="268B1351">
      <w:r w:rsidRPr="00CC45DA">
        <w:t>A Sprint is considered “Done” when:</w:t>
      </w:r>
    </w:p>
    <w:p w:rsidR="00CC45DA" w:rsidP="00CC45DA" w:rsidRDefault="00CC45DA" w14:paraId="780FFFD2" w14:textId="57621D80">
      <w:pPr>
        <w:pStyle w:val="ListParagraph"/>
        <w:numPr>
          <w:ilvl w:val="0"/>
          <w:numId w:val="2"/>
        </w:numPr>
      </w:pPr>
      <w:r w:rsidRPr="00CC45DA">
        <w:t xml:space="preserve">All committed User Stories for the Sprint meet the </w:t>
      </w:r>
      <w:r w:rsidRPr="00CC45DA">
        <w:rPr>
          <w:b/>
          <w:bCs/>
        </w:rPr>
        <w:t>User Story DoD</w:t>
      </w:r>
      <w:r w:rsidRPr="00CC45DA">
        <w:t>.</w:t>
      </w:r>
    </w:p>
    <w:p w:rsidR="00CC45DA" w:rsidP="00CC45DA" w:rsidRDefault="00CC45DA" w14:paraId="5EDA0FD4" w14:textId="2D5B4831">
      <w:pPr>
        <w:pStyle w:val="ListParagraph"/>
        <w:numPr>
          <w:ilvl w:val="0"/>
          <w:numId w:val="2"/>
        </w:numPr>
      </w:pPr>
      <w:r w:rsidRPr="00CC45DA">
        <w:t>Regression testing is completed across all relevant modules.</w:t>
      </w:r>
    </w:p>
    <w:p w:rsidR="00CC45DA" w:rsidP="00CC45DA" w:rsidRDefault="00CC45DA" w14:paraId="351AD497" w14:textId="5490781A">
      <w:pPr>
        <w:pStyle w:val="ListParagraph"/>
        <w:numPr>
          <w:ilvl w:val="0"/>
          <w:numId w:val="2"/>
        </w:numPr>
      </w:pPr>
      <w:r w:rsidRPr="00CC45DA">
        <w:t>Sprint deliverables are integrated into the main codebase without build errors.</w:t>
      </w:r>
    </w:p>
    <w:p w:rsidR="00CC45DA" w:rsidP="00CC45DA" w:rsidRDefault="00CC45DA" w14:paraId="24E1C56C" w14:textId="4BB1DFFC">
      <w:pPr>
        <w:pStyle w:val="ListParagraph"/>
        <w:numPr>
          <w:ilvl w:val="0"/>
          <w:numId w:val="2"/>
        </w:numPr>
      </w:pPr>
      <w:r w:rsidRPr="00CC45DA">
        <w:t>The working increment is demonstrated during Sprint Review and accepted by stakeholders.</w:t>
      </w:r>
    </w:p>
    <w:p w:rsidR="00CC45DA" w:rsidP="00CC45DA" w:rsidRDefault="00CC45DA" w14:paraId="067DDFF9" w14:textId="27C90CD1">
      <w:pPr>
        <w:pStyle w:val="ListParagraph"/>
        <w:numPr>
          <w:ilvl w:val="0"/>
          <w:numId w:val="2"/>
        </w:numPr>
      </w:pPr>
      <w:r w:rsidRPr="00CC45DA">
        <w:t>Any defects found during Sprint QA are resolved or added to the backlog with stakeholder awareness.</w:t>
      </w:r>
    </w:p>
    <w:p w:rsidR="00CC45DA" w:rsidP="00CC45DA" w:rsidRDefault="00CC45DA" w14:paraId="67FE5F0A" w14:textId="4213D853">
      <w:pPr>
        <w:pStyle w:val="ListParagraph"/>
        <w:numPr>
          <w:ilvl w:val="0"/>
          <w:numId w:val="2"/>
        </w:numPr>
      </w:pPr>
      <w:r w:rsidRPr="00CC45DA">
        <w:t>Relevant operational and release notes are prepared.</w:t>
      </w:r>
    </w:p>
    <w:p w:rsidR="00CC45DA" w:rsidP="00CC45DA" w:rsidRDefault="00CC45DA" w14:paraId="10B4F823" w14:textId="50916BA3">
      <w:pPr>
        <w:pStyle w:val="Heading2"/>
      </w:pPr>
      <w:r w:rsidRPr="00CC45DA">
        <w:t>Release Level</w:t>
      </w:r>
      <w:r>
        <w:t>:</w:t>
      </w:r>
    </w:p>
    <w:p w:rsidR="00CC45DA" w:rsidP="00CC45DA" w:rsidRDefault="00CC45DA" w14:paraId="727DE232" w14:textId="2F2B3AFA">
      <w:r w:rsidRPr="00CC45DA">
        <w:t>A Release is considered “Done” when:</w:t>
      </w:r>
    </w:p>
    <w:p w:rsidR="00CC45DA" w:rsidP="00CC45DA" w:rsidRDefault="00CC45DA" w14:paraId="774745DD" w14:textId="343CD2A4">
      <w:pPr>
        <w:pStyle w:val="ListParagraph"/>
        <w:numPr>
          <w:ilvl w:val="0"/>
          <w:numId w:val="3"/>
        </w:numPr>
      </w:pPr>
      <w:r w:rsidRPr="00CC45DA">
        <w:t xml:space="preserve">All included Sprints meet the </w:t>
      </w:r>
      <w:r w:rsidRPr="00CC45DA">
        <w:rPr>
          <w:b/>
          <w:bCs/>
        </w:rPr>
        <w:t>Sprint DoD</w:t>
      </w:r>
      <w:r w:rsidRPr="00CC45DA">
        <w:t>.</w:t>
      </w:r>
    </w:p>
    <w:p w:rsidR="00CC45DA" w:rsidP="00CC45DA" w:rsidRDefault="00CC45DA" w14:paraId="33020453" w14:textId="635F0ACD">
      <w:pPr>
        <w:pStyle w:val="ListParagraph"/>
        <w:numPr>
          <w:ilvl w:val="0"/>
          <w:numId w:val="3"/>
        </w:numPr>
      </w:pPr>
      <w:r w:rsidRPr="00CC45DA">
        <w:t>End-to-end testing is completed and passed in a staging environment identical to production.</w:t>
      </w:r>
    </w:p>
    <w:p w:rsidR="00CC45DA" w:rsidP="00CC45DA" w:rsidRDefault="00CC45DA" w14:paraId="1CA2280A" w14:textId="75E1E3F7">
      <w:pPr>
        <w:pStyle w:val="ListParagraph"/>
        <w:numPr>
          <w:ilvl w:val="0"/>
          <w:numId w:val="3"/>
        </w:numPr>
      </w:pPr>
      <w:r w:rsidRPr="00CC45DA">
        <w:t>All non-functional requirements (performance, scalability, security) are met.</w:t>
      </w:r>
    </w:p>
    <w:p w:rsidR="00CC45DA" w:rsidP="00CC45DA" w:rsidRDefault="00CC45DA" w14:paraId="2E7705E6" w14:textId="6A8D4FE1">
      <w:pPr>
        <w:pStyle w:val="ListParagraph"/>
        <w:numPr>
          <w:ilvl w:val="0"/>
          <w:numId w:val="3"/>
        </w:numPr>
      </w:pPr>
      <w:r w:rsidRPr="00CC45DA">
        <w:t>All compliance and audit requirements are satisfied.</w:t>
      </w:r>
    </w:p>
    <w:p w:rsidR="00CC45DA" w:rsidP="00CC45DA" w:rsidRDefault="00CC45DA" w14:paraId="4B991B1F" w14:textId="35CD803C">
      <w:pPr>
        <w:pStyle w:val="ListParagraph"/>
        <w:numPr>
          <w:ilvl w:val="0"/>
          <w:numId w:val="3"/>
        </w:numPr>
      </w:pPr>
      <w:r w:rsidRPr="00CC45DA">
        <w:t>Product Owner and key stakeholders sign off for release.</w:t>
      </w:r>
    </w:p>
    <w:p w:rsidR="00CC45DA" w:rsidP="00CC45DA" w:rsidRDefault="00CC45DA" w14:paraId="447E135A" w14:textId="0BEE8F4D">
      <w:pPr>
        <w:pStyle w:val="ListParagraph"/>
        <w:numPr>
          <w:ilvl w:val="0"/>
          <w:numId w:val="3"/>
        </w:numPr>
      </w:pPr>
      <w:r w:rsidRPr="00CC45DA">
        <w:t>Deployment to production is completed without critical issues.</w:t>
      </w:r>
    </w:p>
    <w:p w:rsidR="00CC45DA" w:rsidP="00CC45DA" w:rsidRDefault="00CC45DA" w14:paraId="287B41FA" w14:textId="21ADFB28">
      <w:pPr>
        <w:pStyle w:val="ListParagraph"/>
        <w:numPr>
          <w:ilvl w:val="0"/>
          <w:numId w:val="3"/>
        </w:numPr>
      </w:pPr>
      <w:r w:rsidRPr="00CC45DA">
        <w:t>User documentation and training materials are delivered.</w:t>
      </w:r>
    </w:p>
    <w:p w:rsidR="00CC45DA" w:rsidP="00CC45DA" w:rsidRDefault="00CC45DA" w14:paraId="4B634E7A" w14:textId="30A807AD">
      <w:pPr>
        <w:pStyle w:val="ListParagraph"/>
        <w:numPr>
          <w:ilvl w:val="0"/>
          <w:numId w:val="3"/>
        </w:numPr>
      </w:pPr>
      <w:r w:rsidRPr="00CC45DA">
        <w:t>Post-release monitoring plan is in place.</w:t>
      </w:r>
    </w:p>
    <w:p w:rsidR="00CC45DA" w:rsidP="00CC45DA" w:rsidRDefault="00CC45DA" w14:paraId="49B63C94" w14:textId="72163233">
      <w:pPr>
        <w:pStyle w:val="Heading1"/>
      </w:pPr>
      <w:r w:rsidRPr="00CC45DA">
        <w:t>DoD Checklist</w:t>
      </w:r>
      <w:r>
        <w:t>:</w:t>
      </w:r>
    </w:p>
    <w:p w:rsidR="00CC45DA" w:rsidP="00CC45DA" w:rsidRDefault="00CC45DA" w14:paraId="44D95EF5" w14:textId="54D23477">
      <w:pPr>
        <w:pStyle w:val="Heading2"/>
      </w:pPr>
      <w:r w:rsidRPr="00CC45DA">
        <w:t>Produced Code for Presumed Functionalities</w:t>
      </w:r>
    </w:p>
    <w:p w:rsidR="00CC45DA" w:rsidP="00CC45DA" w:rsidRDefault="00CC45DA" w14:paraId="073FAFDB" w14:textId="524F7295">
      <w:r w:rsidRPr="00CC45DA">
        <w:t>All development tasks for the User Story are completed, and the code delivers the intended functionality described in the story. No partial or placeholder code is left behind.</w:t>
      </w:r>
    </w:p>
    <w:p w:rsidR="00CC45DA" w:rsidP="00CC45DA" w:rsidRDefault="00CC45DA" w14:paraId="0777E2E2" w14:textId="7F754149">
      <w:pPr>
        <w:pStyle w:val="Heading2"/>
      </w:pPr>
      <w:r w:rsidRPr="00CC45DA">
        <w:t>Assumptions of User Story Met</w:t>
      </w:r>
    </w:p>
    <w:p w:rsidR="00CC45DA" w:rsidP="00CC45DA" w:rsidRDefault="00CC45DA" w14:paraId="1C474DEE" w14:textId="25C723E8">
      <w:r w:rsidRPr="00CC45DA">
        <w:t>Any stated assumptions (technical, business, or environmental) in the User Story are validated and satisfied before marking it complete.</w:t>
      </w:r>
    </w:p>
    <w:p w:rsidR="00CC45DA" w:rsidP="00CC45DA" w:rsidRDefault="00CC45DA" w14:paraId="6BA3ED24" w14:textId="2694E45E">
      <w:pPr>
        <w:pStyle w:val="Heading2"/>
      </w:pPr>
      <w:r w:rsidRPr="00CC45DA">
        <w:t>Project Builds Without Errors</w:t>
      </w:r>
    </w:p>
    <w:p w:rsidR="00CC45DA" w:rsidP="00CC45DA" w:rsidRDefault="00CC45DA" w14:paraId="1311E2FA" w14:textId="2D95C333">
      <w:r w:rsidRPr="00CC45DA">
        <w:t>The build process in the CI/CD pipeline completes successfully with no compilation errors or unresolved dependencies.</w:t>
      </w:r>
    </w:p>
    <w:p w:rsidR="00CC45DA" w:rsidP="00CC45DA" w:rsidRDefault="00CC45DA" w14:paraId="175F18EF" w14:textId="54BAA37C">
      <w:pPr>
        <w:pStyle w:val="Heading2"/>
      </w:pPr>
      <w:r w:rsidRPr="00CC45DA">
        <w:t>Unit Tests Written and Passing</w:t>
      </w:r>
    </w:p>
    <w:p w:rsidR="00CC45DA" w:rsidP="00CC45DA" w:rsidRDefault="00CC45DA" w14:paraId="4AB0F6AD" w14:textId="4189FDAB">
      <w:r w:rsidRPr="00CC45DA">
        <w:t>Unit tests are created for all new or modified code and pass consistently. The test coverage meets the agreed team standard.</w:t>
      </w:r>
    </w:p>
    <w:p w:rsidR="00CC45DA" w:rsidP="00CC45DA" w:rsidRDefault="00CC45DA" w14:paraId="2E818831" w14:textId="01FD2F14">
      <w:pPr>
        <w:pStyle w:val="Heading2"/>
      </w:pPr>
      <w:r w:rsidRPr="00CC45DA">
        <w:t>Project Deployed on the Test Environment Identical to Production Platform</w:t>
      </w:r>
    </w:p>
    <w:p w:rsidR="00CC45DA" w:rsidP="00CC45DA" w:rsidRDefault="00CC45DA" w14:paraId="3FF7528E" w14:textId="43575CDE">
      <w:r w:rsidRPr="00CC45DA">
        <w:t>The functionality is deployed in a staging/test environment that mirrors production in configuration and setup to ensure accurate validation.</w:t>
      </w:r>
    </w:p>
    <w:p w:rsidR="00CC45DA" w:rsidP="00CC45DA" w:rsidRDefault="00CC45DA" w14:paraId="166EB797" w14:textId="24CA0ACA">
      <w:pPr>
        <w:pStyle w:val="Heading2"/>
      </w:pPr>
      <w:r w:rsidRPr="00CC45DA">
        <w:t>Tests on Devices/Browsers Listed in the Project Assumptions Passed</w:t>
      </w:r>
    </w:p>
    <w:p w:rsidR="00CC45DA" w:rsidP="00CC45DA" w:rsidRDefault="00CC45DA" w14:paraId="51B24858" w14:textId="0284B591">
      <w:r w:rsidRPr="00CC45DA">
        <w:t>The feature is tested across all devices and browsers specified in project requirements, and all tests pass without critical issues.</w:t>
      </w:r>
    </w:p>
    <w:p w:rsidR="00CC45DA" w:rsidP="00520E9D" w:rsidRDefault="00520E9D" w14:paraId="61987118" w14:textId="3E49AF3F">
      <w:pPr>
        <w:pStyle w:val="Heading2"/>
      </w:pPr>
      <w:r w:rsidRPr="00520E9D">
        <w:t>Feature OK-ed by UX Designer</w:t>
      </w:r>
    </w:p>
    <w:p w:rsidR="00520E9D" w:rsidP="00520E9D" w:rsidRDefault="00520E9D" w14:paraId="17CBD0B3" w14:textId="1642BD2E">
      <w:r w:rsidRPr="00520E9D">
        <w:t>The UX designer reviews the implementation to ensure alignment with approved wireframes, style guides, and user experience standards.</w:t>
      </w:r>
    </w:p>
    <w:p w:rsidR="00520E9D" w:rsidP="00520E9D" w:rsidRDefault="00520E9D" w14:paraId="4B00122F" w14:textId="7F5F1DCE">
      <w:pPr>
        <w:pStyle w:val="Heading2"/>
      </w:pPr>
      <w:r w:rsidRPr="00520E9D">
        <w:t>QA Performed &amp; Issues Resolved</w:t>
      </w:r>
    </w:p>
    <w:p w:rsidR="00520E9D" w:rsidP="00520E9D" w:rsidRDefault="00520E9D" w14:paraId="5309444F" w14:textId="17662EA6">
      <w:r w:rsidRPr="00520E9D">
        <w:t>Quality Assurance testing is conducted, all defects found are resolved, and retesting confirms the fixes before moving forward.</w:t>
      </w:r>
    </w:p>
    <w:p w:rsidR="00520E9D" w:rsidP="00520E9D" w:rsidRDefault="00520E9D" w14:paraId="43D659FF" w14:textId="5F35AC1E">
      <w:pPr>
        <w:pStyle w:val="Heading2"/>
      </w:pPr>
      <w:r w:rsidRPr="00520E9D">
        <w:t>Feature is Tested Against Acceptance Criteria</w:t>
      </w:r>
    </w:p>
    <w:p w:rsidR="00520E9D" w:rsidP="00520E9D" w:rsidRDefault="00520E9D" w14:paraId="5D17C63B" w14:textId="4AD9F5D9">
      <w:r w:rsidRPr="00520E9D">
        <w:t>The feature meets every acceptance criterion documented in the User Story, as validated by the QA and Product Owner.</w:t>
      </w:r>
    </w:p>
    <w:p w:rsidR="00520E9D" w:rsidP="00520E9D" w:rsidRDefault="00520E9D" w14:paraId="5AC5CAA7" w14:textId="6F3D63DE">
      <w:pPr>
        <w:pStyle w:val="Heading2"/>
      </w:pPr>
      <w:r w:rsidRPr="00520E9D">
        <w:t>Feature OK-ed by Product Owner</w:t>
      </w:r>
    </w:p>
    <w:p w:rsidR="00520E9D" w:rsidP="00520E9D" w:rsidRDefault="00520E9D" w14:paraId="2A967345" w14:textId="00D98041">
      <w:r w:rsidRPr="00520E9D">
        <w:t>The Product Owner reviews and approves the delivered feature as “done” during Sprint Review or prior to release.</w:t>
      </w:r>
    </w:p>
    <w:p w:rsidR="00520E9D" w:rsidP="00520E9D" w:rsidRDefault="00520E9D" w14:paraId="5A8AF4ED" w14:textId="7931873F">
      <w:pPr>
        <w:pStyle w:val="Heading2"/>
      </w:pPr>
      <w:r w:rsidRPr="00520E9D">
        <w:t>Refactoring Completed</w:t>
      </w:r>
    </w:p>
    <w:p w:rsidR="00520E9D" w:rsidP="00520E9D" w:rsidRDefault="00520E9D" w14:paraId="7C012DC8" w14:textId="77FB8017">
      <w:r w:rsidRPr="00520E9D">
        <w:t>Any necessary refactoring identified during development or review is carried out to maintain code quality and reduce technical debt.</w:t>
      </w:r>
    </w:p>
    <w:p w:rsidR="00520E9D" w:rsidP="00520E9D" w:rsidRDefault="00520E9D" w14:paraId="5EF469D3" w14:textId="116BD6D0">
      <w:pPr>
        <w:pStyle w:val="Heading2"/>
      </w:pPr>
      <w:r w:rsidRPr="00520E9D">
        <w:t>Any Configuration or Build Changes Documented</w:t>
      </w:r>
    </w:p>
    <w:p w:rsidR="00520E9D" w:rsidP="00520E9D" w:rsidRDefault="00520E9D" w14:paraId="36C53A92" w14:textId="788C4354">
      <w:r w:rsidRPr="00520E9D">
        <w:t>Changes in environment settings, build parameters, or system configuration are recorded for future maintenance and deployment.</w:t>
      </w:r>
    </w:p>
    <w:p w:rsidR="00520E9D" w:rsidP="00520E9D" w:rsidRDefault="00520E9D" w14:paraId="4D76FB1D" w14:textId="6B265CD6">
      <w:pPr>
        <w:pStyle w:val="Heading2"/>
      </w:pPr>
      <w:r w:rsidRPr="00520E9D">
        <w:t>Documentation Updated</w:t>
      </w:r>
    </w:p>
    <w:p w:rsidR="00520E9D" w:rsidP="00520E9D" w:rsidRDefault="00520E9D" w14:paraId="08C72152" w14:textId="5873E29B">
      <w:r w:rsidRPr="00520E9D">
        <w:t>Both technical documentation and user-facing materials are updated to reflect the new feature and any changes in workflows.</w:t>
      </w:r>
    </w:p>
    <w:p w:rsidR="00520E9D" w:rsidP="00520E9D" w:rsidRDefault="00520E9D" w14:paraId="3C3A33EA" w14:textId="18CFEA32">
      <w:pPr>
        <w:pStyle w:val="Heading2"/>
      </w:pPr>
      <w:r w:rsidRPr="00520E9D">
        <w:t>Peer Code Review Performed</w:t>
      </w:r>
    </w:p>
    <w:p w:rsidR="00520E9D" w:rsidP="00520E9D" w:rsidRDefault="00520E9D" w14:paraId="5245A531" w14:textId="77777777">
      <w:r w:rsidRPr="00520E9D">
        <w:t>The code is reviewed by at least one other developer, feedback is addressed, and the review is approved before merging into the main branch.</w:t>
      </w:r>
    </w:p>
    <w:p w:rsidR="003A2884" w:rsidP="003A2884" w:rsidRDefault="003A2884" w14:paraId="06DBA996" w14:textId="559BFD7D">
      <w:pPr>
        <w:pStyle w:val="Heading1"/>
      </w:pPr>
      <w:r w:rsidRPr="003A2884">
        <w:t>Visibility &amp; Governance</w:t>
      </w:r>
      <w:r>
        <w:t>:</w:t>
      </w:r>
    </w:p>
    <w:p w:rsidR="003A2884" w:rsidP="003A2884" w:rsidRDefault="003A2884" w14:paraId="4A96E76C" w14:textId="2A675B7D">
      <w:pPr>
        <w:pStyle w:val="ListParagraph"/>
        <w:numPr>
          <w:ilvl w:val="0"/>
          <w:numId w:val="4"/>
        </w:numPr>
      </w:pPr>
      <w:r w:rsidRPr="003A2884">
        <w:t xml:space="preserve">The DoD will be </w:t>
      </w:r>
      <w:r w:rsidRPr="003A2884">
        <w:rPr>
          <w:b/>
          <w:bCs/>
        </w:rPr>
        <w:t>prominently displayed</w:t>
      </w:r>
      <w:r w:rsidRPr="003A2884">
        <w:t xml:space="preserve"> in the team’s Jira/Azure DevOps board.</w:t>
      </w:r>
    </w:p>
    <w:p w:rsidR="003A2884" w:rsidP="003A2884" w:rsidRDefault="003A2884" w14:paraId="1BEB2A63" w14:textId="777EE280">
      <w:pPr>
        <w:pStyle w:val="ListParagraph"/>
        <w:numPr>
          <w:ilvl w:val="0"/>
          <w:numId w:val="4"/>
        </w:numPr>
      </w:pPr>
      <w:r w:rsidRPr="003A2884">
        <w:t>The Scrum Master will ensure DoD compliance during Sprint Reviews.</w:t>
      </w:r>
    </w:p>
    <w:p w:rsidR="003A2884" w:rsidP="003A2884" w:rsidRDefault="003A2884" w14:paraId="1F76C299" w14:textId="47825BF2">
      <w:pPr>
        <w:pStyle w:val="ListParagraph"/>
        <w:numPr>
          <w:ilvl w:val="0"/>
          <w:numId w:val="4"/>
        </w:numPr>
      </w:pPr>
      <w:r w:rsidRPr="003A2884">
        <w:t>Any exceptions to the DoD will require documented approval from the Product Owner.</w:t>
      </w:r>
    </w:p>
    <w:p w:rsidR="00322A03" w:rsidP="00322A03" w:rsidRDefault="00322A03" w14:paraId="501673C0" w14:textId="77777777"/>
    <w:p w:rsidR="5D44C034" w:rsidP="5D44C034" w:rsidRDefault="5D44C034" w14:paraId="3993170A" w14:textId="53104190">
      <w:pPr>
        <w:pStyle w:val="Title"/>
        <w:jc w:val="center"/>
      </w:pPr>
    </w:p>
    <w:p w:rsidR="5D44C034" w:rsidP="5D44C034" w:rsidRDefault="5D44C034" w14:paraId="122DD907" w14:textId="0BE12774">
      <w:pPr>
        <w:pStyle w:val="Title"/>
        <w:jc w:val="center"/>
      </w:pPr>
    </w:p>
    <w:p w:rsidR="5D44C034" w:rsidP="5D44C034" w:rsidRDefault="5D44C034" w14:paraId="1D2A9AD5" w14:textId="30DF01C4">
      <w:pPr>
        <w:pStyle w:val="Title"/>
        <w:jc w:val="center"/>
      </w:pPr>
    </w:p>
    <w:p w:rsidR="5D44C034" w:rsidP="5D44C034" w:rsidRDefault="5D44C034" w14:paraId="0DE8B672" w14:textId="4B6534A1">
      <w:pPr>
        <w:pStyle w:val="Title"/>
        <w:jc w:val="center"/>
      </w:pPr>
    </w:p>
    <w:p w:rsidR="5D44C034" w:rsidP="5D44C034" w:rsidRDefault="5D44C034" w14:paraId="018B3C06" w14:textId="1B79E0A5">
      <w:pPr>
        <w:pStyle w:val="Title"/>
        <w:jc w:val="center"/>
      </w:pPr>
    </w:p>
    <w:p w:rsidR="5D44C034" w:rsidP="5D44C034" w:rsidRDefault="5D44C034" w14:paraId="0DB93C24" w14:textId="0B12B5A1">
      <w:pPr>
        <w:pStyle w:val="Title"/>
        <w:jc w:val="center"/>
      </w:pPr>
    </w:p>
    <w:p w:rsidR="5D44C034" w:rsidP="5D44C034" w:rsidRDefault="5D44C034" w14:paraId="1695B662" w14:textId="7479D3A1">
      <w:pPr>
        <w:pStyle w:val="Title"/>
        <w:jc w:val="center"/>
      </w:pPr>
    </w:p>
    <w:p w:rsidR="5D44C034" w:rsidP="5D44C034" w:rsidRDefault="5D44C034" w14:paraId="509EEE89" w14:textId="2F798205">
      <w:pPr>
        <w:pStyle w:val="Title"/>
        <w:jc w:val="center"/>
      </w:pPr>
    </w:p>
    <w:p w:rsidR="5D44C034" w:rsidP="5D44C034" w:rsidRDefault="5D44C034" w14:paraId="331080FA" w14:textId="44D1429B">
      <w:pPr>
        <w:pStyle w:val="Title"/>
        <w:jc w:val="center"/>
      </w:pPr>
    </w:p>
    <w:p w:rsidR="5D44C034" w:rsidP="5D44C034" w:rsidRDefault="5D44C034" w14:paraId="050BAD69" w14:textId="7CF34ADC">
      <w:pPr>
        <w:pStyle w:val="Title"/>
        <w:jc w:val="center"/>
      </w:pPr>
    </w:p>
    <w:p w:rsidR="5D44C034" w:rsidP="5D44C034" w:rsidRDefault="5D44C034" w14:paraId="760CC787" w14:textId="2DB7EC8A">
      <w:pPr>
        <w:pStyle w:val="Title"/>
        <w:jc w:val="center"/>
      </w:pPr>
    </w:p>
    <w:p w:rsidR="5D44C034" w:rsidP="5D44C034" w:rsidRDefault="5D44C034" w14:paraId="6EF0599A" w14:textId="4EEDF506">
      <w:pPr>
        <w:pStyle w:val="Title"/>
        <w:jc w:val="center"/>
      </w:pPr>
    </w:p>
    <w:p w:rsidR="5D44C034" w:rsidP="5D44C034" w:rsidRDefault="5D44C034" w14:paraId="2B86A908" w14:textId="645F5071">
      <w:pPr>
        <w:pStyle w:val="Title"/>
        <w:jc w:val="center"/>
      </w:pPr>
    </w:p>
    <w:p w:rsidR="5D44C034" w:rsidP="5D44C034" w:rsidRDefault="5D44C034" w14:paraId="7FF42958" w14:textId="1515447C">
      <w:pPr>
        <w:pStyle w:val="Title"/>
        <w:jc w:val="center"/>
      </w:pPr>
    </w:p>
    <w:p w:rsidR="5D44C034" w:rsidP="5D44C034" w:rsidRDefault="5D44C034" w14:paraId="7AFF046D" w14:textId="623634F6">
      <w:pPr>
        <w:pStyle w:val="Title"/>
        <w:jc w:val="center"/>
      </w:pPr>
    </w:p>
    <w:p w:rsidR="00322A03" w:rsidP="00322A03" w:rsidRDefault="00322A03" w14:paraId="40D571A9" w14:textId="19CEED92">
      <w:pPr>
        <w:pStyle w:val="Title"/>
        <w:jc w:val="center"/>
      </w:pPr>
      <w:r>
        <w:t>Document 2: Product Vision</w:t>
      </w:r>
    </w:p>
    <w:tbl>
      <w:tblPr>
        <w:tblStyle w:val="TableGrid"/>
        <w:tblW w:w="0" w:type="auto"/>
        <w:tblLook w:val="04A0" w:firstRow="1" w:lastRow="0" w:firstColumn="1" w:lastColumn="0" w:noHBand="0" w:noVBand="1"/>
      </w:tblPr>
      <w:tblGrid>
        <w:gridCol w:w="2321"/>
        <w:gridCol w:w="2303"/>
        <w:gridCol w:w="2232"/>
        <w:gridCol w:w="2160"/>
      </w:tblGrid>
      <w:tr w:rsidR="00E2403A" w:rsidTr="00EF7EF5" w14:paraId="67ECAEBA" w14:textId="77777777">
        <w:tc>
          <w:tcPr>
            <w:tcW w:w="2321" w:type="dxa"/>
          </w:tcPr>
          <w:p w:rsidRPr="00EF7EF5" w:rsidR="00E2403A" w:rsidP="00E2403A" w:rsidRDefault="00E2403A" w14:paraId="3806045C" w14:textId="0B64CBA0">
            <w:pPr>
              <w:rPr>
                <w:b/>
                <w:bCs/>
                <w:i/>
                <w:iCs/>
              </w:rPr>
            </w:pPr>
            <w:r w:rsidRPr="00EF7EF5">
              <w:rPr>
                <w:b/>
                <w:bCs/>
                <w:i/>
                <w:iCs/>
              </w:rPr>
              <w:t>Scrum Project Name</w:t>
            </w:r>
          </w:p>
        </w:tc>
        <w:tc>
          <w:tcPr>
            <w:tcW w:w="6695" w:type="dxa"/>
            <w:gridSpan w:val="3"/>
          </w:tcPr>
          <w:p w:rsidR="00E2403A" w:rsidP="00E2403A" w:rsidRDefault="00BB3361" w14:paraId="03F1A251" w14:textId="4B2B2E57">
            <w:r w:rsidRPr="00BB3361">
              <w:t>Delta Sales Operations Management Portal (DSOMP)</w:t>
            </w:r>
          </w:p>
        </w:tc>
      </w:tr>
      <w:tr w:rsidR="00BB3361" w:rsidTr="00EF7EF5" w14:paraId="15D1CA94" w14:textId="77777777">
        <w:tc>
          <w:tcPr>
            <w:tcW w:w="2321" w:type="dxa"/>
          </w:tcPr>
          <w:p w:rsidRPr="00EF7EF5" w:rsidR="00BB3361" w:rsidP="00E2403A" w:rsidRDefault="00BB3361" w14:paraId="7DF80356" w14:textId="544D3A8B">
            <w:pPr>
              <w:rPr>
                <w:b/>
                <w:bCs/>
                <w:i/>
                <w:iCs/>
              </w:rPr>
            </w:pPr>
            <w:r w:rsidRPr="00EF7EF5">
              <w:rPr>
                <w:b/>
                <w:bCs/>
                <w:i/>
                <w:iCs/>
              </w:rPr>
              <w:t>Venue</w:t>
            </w:r>
          </w:p>
        </w:tc>
        <w:tc>
          <w:tcPr>
            <w:tcW w:w="6695" w:type="dxa"/>
            <w:gridSpan w:val="3"/>
          </w:tcPr>
          <w:p w:rsidR="00BB3361" w:rsidP="00E2403A" w:rsidRDefault="00BB3361" w14:paraId="2BE54697" w14:textId="2E82B4E1">
            <w:r w:rsidRPr="00BB3361">
              <w:t>Delta Healthcare Headquarters</w:t>
            </w:r>
            <w:r>
              <w:t>, Vadodara</w:t>
            </w:r>
          </w:p>
        </w:tc>
      </w:tr>
      <w:tr w:rsidR="00E2403A" w:rsidTr="00DF3D6D" w14:paraId="61FA0967" w14:textId="77777777">
        <w:tc>
          <w:tcPr>
            <w:tcW w:w="2321" w:type="dxa"/>
          </w:tcPr>
          <w:p w:rsidRPr="00EF7EF5" w:rsidR="00E2403A" w:rsidP="00E2403A" w:rsidRDefault="00DF3D6D" w14:paraId="2C553A54" w14:textId="6C963A24">
            <w:pPr>
              <w:rPr>
                <w:b/>
                <w:bCs/>
                <w:i/>
                <w:iCs/>
              </w:rPr>
            </w:pPr>
            <w:r>
              <w:rPr>
                <w:b/>
                <w:bCs/>
                <w:i/>
                <w:iCs/>
              </w:rPr>
              <w:t xml:space="preserve">Start </w:t>
            </w:r>
            <w:r w:rsidRPr="00EF7EF5" w:rsidR="00BB3361">
              <w:rPr>
                <w:b/>
                <w:bCs/>
                <w:i/>
                <w:iCs/>
              </w:rPr>
              <w:t>Date</w:t>
            </w:r>
          </w:p>
        </w:tc>
        <w:tc>
          <w:tcPr>
            <w:tcW w:w="2303" w:type="dxa"/>
          </w:tcPr>
          <w:p w:rsidR="00E2403A" w:rsidP="00E2403A" w:rsidRDefault="00BB3361" w14:paraId="5CAB6295" w14:textId="56FAF1CA">
            <w:r>
              <w:t>13 Aug. 25</w:t>
            </w:r>
          </w:p>
        </w:tc>
        <w:tc>
          <w:tcPr>
            <w:tcW w:w="2232" w:type="dxa"/>
          </w:tcPr>
          <w:p w:rsidRPr="00EF7EF5" w:rsidR="00E2403A" w:rsidP="00E2403A" w:rsidRDefault="00BB3361" w14:paraId="35F1E591" w14:textId="613EB320">
            <w:pPr>
              <w:rPr>
                <w:b/>
                <w:bCs/>
                <w:i/>
                <w:iCs/>
              </w:rPr>
            </w:pPr>
            <w:r w:rsidRPr="00EF7EF5">
              <w:rPr>
                <w:b/>
                <w:bCs/>
                <w:i/>
                <w:iCs/>
              </w:rPr>
              <w:t>Start time</w:t>
            </w:r>
          </w:p>
        </w:tc>
        <w:tc>
          <w:tcPr>
            <w:tcW w:w="2160" w:type="dxa"/>
          </w:tcPr>
          <w:p w:rsidR="00E2403A" w:rsidP="00E2403A" w:rsidRDefault="00BB3361" w14:paraId="1C00B3AF" w14:textId="44649903">
            <w:r>
              <w:t>10:00 AM</w:t>
            </w:r>
          </w:p>
        </w:tc>
      </w:tr>
      <w:tr w:rsidR="00DF3D6D" w:rsidTr="00DF3D6D" w14:paraId="1210CCF1" w14:textId="77777777">
        <w:tc>
          <w:tcPr>
            <w:tcW w:w="2321" w:type="dxa"/>
          </w:tcPr>
          <w:p w:rsidRPr="00EF7EF5" w:rsidR="00DF3D6D" w:rsidP="00E2403A" w:rsidRDefault="00DF3D6D" w14:paraId="7F8ADE54" w14:textId="6BA1C4B4">
            <w:pPr>
              <w:rPr>
                <w:b/>
                <w:bCs/>
                <w:i/>
                <w:iCs/>
              </w:rPr>
            </w:pPr>
            <w:r>
              <w:rPr>
                <w:b/>
                <w:bCs/>
                <w:i/>
                <w:iCs/>
              </w:rPr>
              <w:t>End Date</w:t>
            </w:r>
          </w:p>
        </w:tc>
        <w:tc>
          <w:tcPr>
            <w:tcW w:w="2303" w:type="dxa"/>
          </w:tcPr>
          <w:p w:rsidR="00DF3D6D" w:rsidP="00E2403A" w:rsidRDefault="00DF3D6D" w14:paraId="0D804A83" w14:textId="695F9B34">
            <w:r>
              <w:t>30 Nov. 25</w:t>
            </w:r>
          </w:p>
        </w:tc>
        <w:tc>
          <w:tcPr>
            <w:tcW w:w="2232" w:type="dxa"/>
          </w:tcPr>
          <w:p w:rsidRPr="00EF7EF5" w:rsidR="00DF3D6D" w:rsidP="00E2403A" w:rsidRDefault="00DF3D6D" w14:paraId="0DB72FBA" w14:textId="6F044D0C">
            <w:pPr>
              <w:rPr>
                <w:b/>
                <w:bCs/>
                <w:i/>
                <w:iCs/>
              </w:rPr>
            </w:pPr>
            <w:r>
              <w:rPr>
                <w:b/>
                <w:bCs/>
                <w:i/>
                <w:iCs/>
              </w:rPr>
              <w:t>End Time</w:t>
            </w:r>
          </w:p>
        </w:tc>
        <w:tc>
          <w:tcPr>
            <w:tcW w:w="2160" w:type="dxa"/>
          </w:tcPr>
          <w:p w:rsidR="00DF3D6D" w:rsidP="00E2403A" w:rsidRDefault="00DF3D6D" w14:paraId="47AEA585" w14:textId="30DC4F6B">
            <w:r>
              <w:t xml:space="preserve">5:00 PM </w:t>
            </w:r>
          </w:p>
        </w:tc>
      </w:tr>
      <w:tr w:rsidR="00DF3D6D" w:rsidTr="004C27A9" w14:paraId="097B233D" w14:textId="77777777">
        <w:tc>
          <w:tcPr>
            <w:tcW w:w="2321" w:type="dxa"/>
          </w:tcPr>
          <w:p w:rsidR="00DF3D6D" w:rsidP="00E2403A" w:rsidRDefault="00DF3D6D" w14:paraId="251FC676" w14:textId="2BB54672">
            <w:pPr>
              <w:rPr>
                <w:b/>
                <w:bCs/>
                <w:i/>
                <w:iCs/>
              </w:rPr>
            </w:pPr>
            <w:r>
              <w:rPr>
                <w:b/>
                <w:bCs/>
                <w:i/>
                <w:iCs/>
              </w:rPr>
              <w:t xml:space="preserve">Duration </w:t>
            </w:r>
          </w:p>
        </w:tc>
        <w:tc>
          <w:tcPr>
            <w:tcW w:w="6695" w:type="dxa"/>
            <w:gridSpan w:val="3"/>
          </w:tcPr>
          <w:p w:rsidR="00DF3D6D" w:rsidP="00E2403A" w:rsidRDefault="00DF3D6D" w14:paraId="72B0F385" w14:textId="36049C82">
            <w:r>
              <w:t>3 Months, 21 Days</w:t>
            </w:r>
          </w:p>
        </w:tc>
      </w:tr>
      <w:tr w:rsidR="00BB3361" w:rsidTr="00EF7EF5" w14:paraId="68AAED60" w14:textId="77777777">
        <w:tc>
          <w:tcPr>
            <w:tcW w:w="2321" w:type="dxa"/>
          </w:tcPr>
          <w:p w:rsidRPr="00EF7EF5" w:rsidR="00BB3361" w:rsidP="00E2403A" w:rsidRDefault="00BB3361" w14:paraId="5047A389" w14:textId="48E36B26">
            <w:pPr>
              <w:rPr>
                <w:b/>
                <w:bCs/>
                <w:i/>
                <w:iCs/>
              </w:rPr>
            </w:pPr>
            <w:r w:rsidRPr="00EF7EF5">
              <w:rPr>
                <w:b/>
                <w:bCs/>
                <w:i/>
                <w:iCs/>
              </w:rPr>
              <w:t>Client</w:t>
            </w:r>
          </w:p>
        </w:tc>
        <w:tc>
          <w:tcPr>
            <w:tcW w:w="6695" w:type="dxa"/>
            <w:gridSpan w:val="3"/>
          </w:tcPr>
          <w:p w:rsidR="00BB3361" w:rsidP="00E2403A" w:rsidRDefault="00BB3361" w14:paraId="4FC58C79" w14:textId="73338FB0">
            <w:r w:rsidRPr="00BB3361">
              <w:t>Delta Healthcare – Sales &amp; Operations Division</w:t>
            </w:r>
          </w:p>
        </w:tc>
      </w:tr>
      <w:tr w:rsidR="00BB3361" w:rsidTr="00EF7EF5" w14:paraId="27DAB92A" w14:textId="77777777">
        <w:tc>
          <w:tcPr>
            <w:tcW w:w="2321" w:type="dxa"/>
          </w:tcPr>
          <w:p w:rsidRPr="00EF7EF5" w:rsidR="00BB3361" w:rsidP="00E2403A" w:rsidRDefault="00BB3361" w14:paraId="0061598A" w14:textId="4AE1E7E4">
            <w:pPr>
              <w:rPr>
                <w:b/>
                <w:bCs/>
                <w:i/>
                <w:iCs/>
              </w:rPr>
            </w:pPr>
            <w:r w:rsidRPr="00EF7EF5">
              <w:rPr>
                <w:b/>
                <w:bCs/>
                <w:i/>
                <w:iCs/>
              </w:rPr>
              <w:t>Stakeholder list</w:t>
            </w:r>
          </w:p>
        </w:tc>
        <w:tc>
          <w:tcPr>
            <w:tcW w:w="6695" w:type="dxa"/>
            <w:gridSpan w:val="3"/>
          </w:tcPr>
          <w:p w:rsidR="00BB3361" w:rsidP="00BB3361" w:rsidRDefault="00BB3361" w14:paraId="3F98536F" w14:textId="77777777">
            <w:pPr>
              <w:pStyle w:val="ListParagraph"/>
              <w:numPr>
                <w:ilvl w:val="0"/>
                <w:numId w:val="5"/>
              </w:numPr>
            </w:pPr>
            <w:r w:rsidRPr="00BB3361">
              <w:t>Director of Sales &amp; Operations – Mr. Ramesh</w:t>
            </w:r>
          </w:p>
          <w:p w:rsidR="00BB3361" w:rsidP="00BB3361" w:rsidRDefault="00BB3361" w14:paraId="51C5A6C2" w14:textId="77777777">
            <w:pPr>
              <w:pStyle w:val="ListParagraph"/>
              <w:numPr>
                <w:ilvl w:val="0"/>
                <w:numId w:val="5"/>
              </w:numPr>
            </w:pPr>
            <w:r w:rsidRPr="00BB3361">
              <w:t xml:space="preserve">National Sales Head – Mr. </w:t>
            </w:r>
            <w:r>
              <w:t>Mithun</w:t>
            </w:r>
          </w:p>
          <w:p w:rsidR="00BB3361" w:rsidP="00BB3361" w:rsidRDefault="00BB3361" w14:paraId="269B4DB9" w14:textId="77777777">
            <w:pPr>
              <w:pStyle w:val="ListParagraph"/>
              <w:numPr>
                <w:ilvl w:val="0"/>
                <w:numId w:val="5"/>
              </w:numPr>
            </w:pPr>
            <w:r w:rsidRPr="00BB3361">
              <w:t>IT &amp; Support Team Lead</w:t>
            </w:r>
            <w:r>
              <w:t xml:space="preserve"> – Mr Jayanth</w:t>
            </w:r>
          </w:p>
          <w:p w:rsidR="00BB3361" w:rsidP="00E2403A" w:rsidRDefault="00BB3361" w14:paraId="7FD52319" w14:textId="77777777">
            <w:pPr>
              <w:pStyle w:val="ListParagraph"/>
              <w:numPr>
                <w:ilvl w:val="0"/>
                <w:numId w:val="5"/>
              </w:numPr>
            </w:pPr>
            <w:r w:rsidRPr="00BB3361">
              <w:t>Regional Sales Managers</w:t>
            </w:r>
          </w:p>
          <w:p w:rsidR="00BB3361" w:rsidP="00E2403A" w:rsidRDefault="00BB3361" w14:paraId="4513E8E7" w14:textId="57735D75">
            <w:pPr>
              <w:pStyle w:val="ListParagraph"/>
              <w:numPr>
                <w:ilvl w:val="0"/>
                <w:numId w:val="5"/>
              </w:numPr>
            </w:pPr>
            <w:r w:rsidRPr="00BB3361">
              <w:t>Field Sales Representatives</w:t>
            </w:r>
          </w:p>
        </w:tc>
      </w:tr>
      <w:tr w:rsidR="00EF7EF5" w:rsidTr="007318AF" w14:paraId="1C66F3D8" w14:textId="77777777">
        <w:tc>
          <w:tcPr>
            <w:tcW w:w="9016" w:type="dxa"/>
            <w:gridSpan w:val="4"/>
          </w:tcPr>
          <w:p w:rsidRPr="00EF7EF5" w:rsidR="00EF7EF5" w:rsidP="00DF6D9F" w:rsidRDefault="00EF7EF5" w14:paraId="6F07E19B" w14:textId="03F27CCD">
            <w:pPr>
              <w:jc w:val="center"/>
              <w:rPr>
                <w:b/>
                <w:bCs/>
                <w:i/>
                <w:iCs/>
              </w:rPr>
            </w:pPr>
            <w:r w:rsidRPr="00EF7EF5">
              <w:rPr>
                <w:b/>
                <w:bCs/>
                <w:i/>
                <w:iCs/>
              </w:rPr>
              <w:t>Scrum Team</w:t>
            </w:r>
          </w:p>
        </w:tc>
      </w:tr>
      <w:tr w:rsidR="00EF7EF5" w:rsidTr="00DF3D6D" w14:paraId="1DA7F353" w14:textId="77777777">
        <w:tc>
          <w:tcPr>
            <w:tcW w:w="4624" w:type="dxa"/>
            <w:gridSpan w:val="2"/>
          </w:tcPr>
          <w:p w:rsidRPr="00EF7EF5" w:rsidR="00EF7EF5" w:rsidP="00E2403A" w:rsidRDefault="00EF7EF5" w14:paraId="6A044713" w14:textId="7885D705">
            <w:pPr>
              <w:rPr>
                <w:b/>
                <w:bCs/>
                <w:i/>
                <w:iCs/>
              </w:rPr>
            </w:pPr>
            <w:r w:rsidRPr="00EF7EF5">
              <w:rPr>
                <w:b/>
                <w:bCs/>
                <w:i/>
                <w:iCs/>
              </w:rPr>
              <w:t>Scrum Master</w:t>
            </w:r>
          </w:p>
        </w:tc>
        <w:tc>
          <w:tcPr>
            <w:tcW w:w="4392" w:type="dxa"/>
            <w:gridSpan w:val="2"/>
          </w:tcPr>
          <w:p w:rsidR="00EF7EF5" w:rsidP="00E2403A" w:rsidRDefault="00EF7EF5" w14:paraId="28FD6F6A" w14:textId="3B89945F">
            <w:r w:rsidRPr="00BB3361">
              <w:t>Barath Narayanan</w:t>
            </w:r>
          </w:p>
        </w:tc>
      </w:tr>
      <w:tr w:rsidR="00EF7EF5" w:rsidTr="00DF3D6D" w14:paraId="7A075B37" w14:textId="77777777">
        <w:tc>
          <w:tcPr>
            <w:tcW w:w="4624" w:type="dxa"/>
            <w:gridSpan w:val="2"/>
          </w:tcPr>
          <w:p w:rsidRPr="00EF7EF5" w:rsidR="00EF7EF5" w:rsidP="00E2403A" w:rsidRDefault="00EF7EF5" w14:paraId="32A11E2C" w14:textId="6E8F952C">
            <w:pPr>
              <w:rPr>
                <w:b/>
                <w:bCs/>
                <w:i/>
                <w:iCs/>
              </w:rPr>
            </w:pPr>
            <w:r w:rsidRPr="00EF7EF5">
              <w:rPr>
                <w:b/>
                <w:bCs/>
                <w:i/>
                <w:iCs/>
              </w:rPr>
              <w:t>Product Owner</w:t>
            </w:r>
          </w:p>
        </w:tc>
        <w:tc>
          <w:tcPr>
            <w:tcW w:w="4392" w:type="dxa"/>
            <w:gridSpan w:val="2"/>
          </w:tcPr>
          <w:p w:rsidR="00EF7EF5" w:rsidP="00E2403A" w:rsidRDefault="00EF7EF5" w14:paraId="66EBAAE1" w14:textId="0F22D635">
            <w:r w:rsidRPr="00BB3361">
              <w:t>Mr. Ramesh</w:t>
            </w:r>
          </w:p>
        </w:tc>
      </w:tr>
      <w:tr w:rsidR="00EF7EF5" w:rsidTr="00DF3D6D" w14:paraId="0F8AC633" w14:textId="77777777">
        <w:tc>
          <w:tcPr>
            <w:tcW w:w="4624" w:type="dxa"/>
            <w:gridSpan w:val="2"/>
          </w:tcPr>
          <w:p w:rsidRPr="00EF7EF5" w:rsidR="00EF7EF5" w:rsidP="00E2403A" w:rsidRDefault="00EF7EF5" w14:paraId="709B0173" w14:textId="3521E96E">
            <w:pPr>
              <w:rPr>
                <w:b/>
                <w:bCs/>
                <w:i/>
                <w:iCs/>
              </w:rPr>
            </w:pPr>
            <w:r w:rsidRPr="00EF7EF5">
              <w:rPr>
                <w:b/>
                <w:bCs/>
                <w:i/>
                <w:iCs/>
              </w:rPr>
              <w:t>Scrum Developer 1</w:t>
            </w:r>
          </w:p>
        </w:tc>
        <w:tc>
          <w:tcPr>
            <w:tcW w:w="4392" w:type="dxa"/>
            <w:gridSpan w:val="2"/>
          </w:tcPr>
          <w:p w:rsidR="00EF7EF5" w:rsidP="00E2403A" w:rsidRDefault="00EF7EF5" w14:paraId="0AA5A3D5" w14:textId="46C2289E">
            <w:r w:rsidRPr="00BB3361">
              <w:t>Arjun Menon</w:t>
            </w:r>
          </w:p>
        </w:tc>
      </w:tr>
      <w:tr w:rsidR="00EF7EF5" w:rsidTr="00DF3D6D" w14:paraId="55A7D830" w14:textId="77777777">
        <w:tc>
          <w:tcPr>
            <w:tcW w:w="4624" w:type="dxa"/>
            <w:gridSpan w:val="2"/>
          </w:tcPr>
          <w:p w:rsidRPr="00EF7EF5" w:rsidR="00EF7EF5" w:rsidP="00E2403A" w:rsidRDefault="00EF7EF5" w14:paraId="20FFBA2B" w14:textId="565A7474">
            <w:pPr>
              <w:rPr>
                <w:b/>
                <w:bCs/>
                <w:i/>
                <w:iCs/>
              </w:rPr>
            </w:pPr>
            <w:r w:rsidRPr="00EF7EF5">
              <w:rPr>
                <w:b/>
                <w:bCs/>
                <w:i/>
                <w:iCs/>
              </w:rPr>
              <w:t>Scrum Developer 2</w:t>
            </w:r>
          </w:p>
        </w:tc>
        <w:tc>
          <w:tcPr>
            <w:tcW w:w="4392" w:type="dxa"/>
            <w:gridSpan w:val="2"/>
          </w:tcPr>
          <w:p w:rsidR="00EF7EF5" w:rsidP="00E2403A" w:rsidRDefault="00EF7EF5" w14:paraId="47F679B4" w14:textId="494C29FF">
            <w:r w:rsidRPr="00BB3361">
              <w:t>Ravi Prakash</w:t>
            </w:r>
          </w:p>
        </w:tc>
      </w:tr>
      <w:tr w:rsidR="00EF7EF5" w:rsidTr="00DF3D6D" w14:paraId="18528724" w14:textId="77777777">
        <w:tc>
          <w:tcPr>
            <w:tcW w:w="4624" w:type="dxa"/>
            <w:gridSpan w:val="2"/>
          </w:tcPr>
          <w:p w:rsidRPr="00EF7EF5" w:rsidR="00EF7EF5" w:rsidP="00E2403A" w:rsidRDefault="00EF7EF5" w14:paraId="66A57A02" w14:textId="30F3A8D5">
            <w:pPr>
              <w:rPr>
                <w:b/>
                <w:bCs/>
                <w:i/>
                <w:iCs/>
              </w:rPr>
            </w:pPr>
            <w:r w:rsidRPr="00EF7EF5">
              <w:rPr>
                <w:b/>
                <w:bCs/>
                <w:i/>
                <w:iCs/>
              </w:rPr>
              <w:t>Scrum Developer 3</w:t>
            </w:r>
          </w:p>
        </w:tc>
        <w:tc>
          <w:tcPr>
            <w:tcW w:w="4392" w:type="dxa"/>
            <w:gridSpan w:val="2"/>
          </w:tcPr>
          <w:p w:rsidR="00EF7EF5" w:rsidP="00E2403A" w:rsidRDefault="00EF7EF5" w14:paraId="2EE4BDCF" w14:textId="75389434">
            <w:r w:rsidRPr="00BB3361">
              <w:t>Sameer Kulkarni</w:t>
            </w:r>
          </w:p>
        </w:tc>
      </w:tr>
      <w:tr w:rsidR="00EF7EF5" w:rsidTr="00DF3D6D" w14:paraId="54B979E0" w14:textId="77777777">
        <w:tc>
          <w:tcPr>
            <w:tcW w:w="4624" w:type="dxa"/>
            <w:gridSpan w:val="2"/>
          </w:tcPr>
          <w:p w:rsidRPr="00EF7EF5" w:rsidR="00EF7EF5" w:rsidP="00E2403A" w:rsidRDefault="00EF7EF5" w14:paraId="1E4840BE" w14:textId="61F6BA2C">
            <w:pPr>
              <w:rPr>
                <w:b/>
                <w:bCs/>
                <w:i/>
                <w:iCs/>
              </w:rPr>
            </w:pPr>
            <w:r w:rsidRPr="00EF7EF5">
              <w:rPr>
                <w:b/>
                <w:bCs/>
                <w:i/>
                <w:iCs/>
              </w:rPr>
              <w:t>Scrum Developer 4</w:t>
            </w:r>
          </w:p>
        </w:tc>
        <w:tc>
          <w:tcPr>
            <w:tcW w:w="4392" w:type="dxa"/>
            <w:gridSpan w:val="2"/>
          </w:tcPr>
          <w:p w:rsidR="00EF7EF5" w:rsidP="00E2403A" w:rsidRDefault="00EF7EF5" w14:paraId="73F33808" w14:textId="4FF24D6A">
            <w:r w:rsidRPr="00BB3361">
              <w:t>Karthik Iyer</w:t>
            </w:r>
          </w:p>
        </w:tc>
      </w:tr>
      <w:tr w:rsidR="00EF7EF5" w:rsidTr="00DF3D6D" w14:paraId="5228D0E7" w14:textId="77777777">
        <w:tc>
          <w:tcPr>
            <w:tcW w:w="4624" w:type="dxa"/>
            <w:gridSpan w:val="2"/>
          </w:tcPr>
          <w:p w:rsidRPr="00EF7EF5" w:rsidR="00EF7EF5" w:rsidP="00E2403A" w:rsidRDefault="00EF7EF5" w14:paraId="676185F1" w14:textId="1748BF46">
            <w:pPr>
              <w:rPr>
                <w:b/>
                <w:bCs/>
                <w:i/>
                <w:iCs/>
              </w:rPr>
            </w:pPr>
            <w:r w:rsidRPr="00EF7EF5">
              <w:rPr>
                <w:b/>
                <w:bCs/>
                <w:i/>
                <w:iCs/>
              </w:rPr>
              <w:t>Scrum Developer 5</w:t>
            </w:r>
          </w:p>
        </w:tc>
        <w:tc>
          <w:tcPr>
            <w:tcW w:w="4392" w:type="dxa"/>
            <w:gridSpan w:val="2"/>
          </w:tcPr>
          <w:p w:rsidR="00EF7EF5" w:rsidP="00E2403A" w:rsidRDefault="00EF7EF5" w14:paraId="2A45C87B" w14:textId="5170B95A">
            <w:r w:rsidRPr="00BB3361">
              <w:t>Mohit Sharma</w:t>
            </w:r>
          </w:p>
        </w:tc>
      </w:tr>
      <w:tr w:rsidR="00EF7EF5" w:rsidTr="004C4457" w14:paraId="782A7694" w14:textId="77777777">
        <w:tc>
          <w:tcPr>
            <w:tcW w:w="2321" w:type="dxa"/>
          </w:tcPr>
          <w:p w:rsidRPr="00EF7EF5" w:rsidR="00EF7EF5" w:rsidP="00E2403A" w:rsidRDefault="00EF7EF5" w14:paraId="551FD718" w14:textId="3EE37494">
            <w:pPr>
              <w:rPr>
                <w:b/>
                <w:bCs/>
                <w:i/>
                <w:iCs/>
              </w:rPr>
            </w:pPr>
            <w:r w:rsidRPr="00EF7EF5">
              <w:rPr>
                <w:b/>
                <w:bCs/>
                <w:i/>
                <w:iCs/>
              </w:rPr>
              <w:t>Vision</w:t>
            </w:r>
          </w:p>
        </w:tc>
        <w:tc>
          <w:tcPr>
            <w:tcW w:w="6695" w:type="dxa"/>
            <w:gridSpan w:val="3"/>
          </w:tcPr>
          <w:p w:rsidR="00EF7EF5" w:rsidP="00E2403A" w:rsidRDefault="00EF7EF5" w14:paraId="03809D98" w14:textId="0049E35A">
            <w:r w:rsidRPr="00BB3361">
              <w:t>To create an agile, user-friendly, and scalable Sales Operations Management Portal that replaces manual workflows, enhances operational efficiency, and empowers Delta Healthcare’s sales teams with real-time data for faster, smarter decision-making.</w:t>
            </w:r>
          </w:p>
        </w:tc>
      </w:tr>
      <w:tr w:rsidR="00BB3361" w:rsidTr="00DF3D6D" w14:paraId="5A760E90" w14:textId="77777777">
        <w:tc>
          <w:tcPr>
            <w:tcW w:w="2321" w:type="dxa"/>
          </w:tcPr>
          <w:p w:rsidRPr="00EF7EF5" w:rsidR="00BB3361" w:rsidP="00DF6D9F" w:rsidRDefault="00BB3361" w14:paraId="1625921C" w14:textId="00F354ED">
            <w:pPr>
              <w:jc w:val="center"/>
              <w:rPr>
                <w:b/>
                <w:bCs/>
                <w:i/>
                <w:iCs/>
              </w:rPr>
            </w:pPr>
            <w:r w:rsidRPr="00EF7EF5">
              <w:rPr>
                <w:b/>
                <w:bCs/>
                <w:i/>
                <w:iCs/>
              </w:rPr>
              <w:t>Target Group</w:t>
            </w:r>
          </w:p>
        </w:tc>
        <w:tc>
          <w:tcPr>
            <w:tcW w:w="2303" w:type="dxa"/>
          </w:tcPr>
          <w:p w:rsidRPr="00EF7EF5" w:rsidR="00BB3361" w:rsidP="00DF6D9F" w:rsidRDefault="00BB3361" w14:paraId="3A62EB74" w14:textId="419194D7">
            <w:pPr>
              <w:jc w:val="center"/>
              <w:rPr>
                <w:b/>
                <w:bCs/>
                <w:i/>
                <w:iCs/>
              </w:rPr>
            </w:pPr>
            <w:r w:rsidRPr="00EF7EF5">
              <w:rPr>
                <w:b/>
                <w:bCs/>
                <w:i/>
                <w:iCs/>
              </w:rPr>
              <w:t>Needs</w:t>
            </w:r>
          </w:p>
        </w:tc>
        <w:tc>
          <w:tcPr>
            <w:tcW w:w="2232" w:type="dxa"/>
          </w:tcPr>
          <w:p w:rsidRPr="00EF7EF5" w:rsidR="00BB3361" w:rsidP="00DF6D9F" w:rsidRDefault="00BB3361" w14:paraId="7FEF8C37" w14:textId="73109B41">
            <w:pPr>
              <w:jc w:val="center"/>
              <w:rPr>
                <w:b/>
                <w:bCs/>
                <w:i/>
                <w:iCs/>
              </w:rPr>
            </w:pPr>
            <w:r w:rsidRPr="00EF7EF5">
              <w:rPr>
                <w:b/>
                <w:bCs/>
                <w:i/>
                <w:iCs/>
              </w:rPr>
              <w:t>Product</w:t>
            </w:r>
          </w:p>
        </w:tc>
        <w:tc>
          <w:tcPr>
            <w:tcW w:w="2160" w:type="dxa"/>
          </w:tcPr>
          <w:p w:rsidRPr="00EF7EF5" w:rsidR="00BB3361" w:rsidP="00DF6D9F" w:rsidRDefault="00BB3361" w14:paraId="23E31A56" w14:textId="5494034A">
            <w:pPr>
              <w:jc w:val="center"/>
              <w:rPr>
                <w:b/>
                <w:bCs/>
                <w:i/>
                <w:iCs/>
              </w:rPr>
            </w:pPr>
            <w:r w:rsidRPr="00EF7EF5">
              <w:rPr>
                <w:b/>
                <w:bCs/>
                <w:i/>
                <w:iCs/>
              </w:rPr>
              <w:t>Value</w:t>
            </w:r>
          </w:p>
        </w:tc>
      </w:tr>
      <w:tr w:rsidR="00BB3361" w:rsidTr="00DF3D6D" w14:paraId="3641CD2C" w14:textId="77777777">
        <w:tc>
          <w:tcPr>
            <w:tcW w:w="2321" w:type="dxa"/>
          </w:tcPr>
          <w:p w:rsidR="00BB3361" w:rsidP="00BB3361" w:rsidRDefault="00BB3361" w14:paraId="44887D4C" w14:textId="77777777">
            <w:pPr>
              <w:pStyle w:val="ListParagraph"/>
              <w:numPr>
                <w:ilvl w:val="0"/>
                <w:numId w:val="6"/>
              </w:numPr>
            </w:pPr>
            <w:r w:rsidRPr="00BB3361">
              <w:t>Primary segment: product sales team</w:t>
            </w:r>
            <w:r>
              <w:t xml:space="preserve">, management, operations team. </w:t>
            </w:r>
          </w:p>
          <w:p w:rsidRPr="00BB3361" w:rsidR="00BB3361" w:rsidP="00BB3361" w:rsidRDefault="00EF7EF5" w14:paraId="553F3CB4" w14:textId="13FBA07B">
            <w:pPr>
              <w:pStyle w:val="ListParagraph"/>
              <w:numPr>
                <w:ilvl w:val="0"/>
                <w:numId w:val="6"/>
              </w:numPr>
            </w:pPr>
            <w:r w:rsidRPr="00EF7EF5">
              <w:t>Target users: Field Sales Representatives, Sales Managers, and Operations</w:t>
            </w:r>
            <w:r>
              <w:t xml:space="preserve"> &amp; finance managers</w:t>
            </w:r>
          </w:p>
        </w:tc>
        <w:tc>
          <w:tcPr>
            <w:tcW w:w="2303" w:type="dxa"/>
          </w:tcPr>
          <w:p w:rsidR="00BB3361" w:rsidP="00EF7EF5" w:rsidRDefault="00EF7EF5" w14:paraId="6AFCE1E5" w14:textId="77777777">
            <w:pPr>
              <w:pStyle w:val="ListParagraph"/>
              <w:numPr>
                <w:ilvl w:val="0"/>
                <w:numId w:val="6"/>
              </w:numPr>
            </w:pPr>
            <w:r w:rsidRPr="00EF7EF5">
              <w:t>Eliminate inefficiencies caused by manual reporting and fragmented communication.</w:t>
            </w:r>
          </w:p>
          <w:p w:rsidR="00EF7EF5" w:rsidP="00EF7EF5" w:rsidRDefault="00EF7EF5" w14:paraId="6A8FD65A" w14:textId="77777777">
            <w:pPr>
              <w:pStyle w:val="ListParagraph"/>
              <w:numPr>
                <w:ilvl w:val="0"/>
                <w:numId w:val="6"/>
              </w:numPr>
            </w:pPr>
            <w:r w:rsidRPr="00EF7EF5">
              <w:t>Provide a single source of truth for sales operations.</w:t>
            </w:r>
          </w:p>
          <w:p w:rsidRPr="00BB3361" w:rsidR="00EF7EF5" w:rsidP="00EF7EF5" w:rsidRDefault="00EF7EF5" w14:paraId="76089868" w14:textId="5FC66070">
            <w:pPr>
              <w:pStyle w:val="ListParagraph"/>
              <w:numPr>
                <w:ilvl w:val="0"/>
                <w:numId w:val="6"/>
              </w:numPr>
            </w:pPr>
            <w:r w:rsidRPr="00EF7EF5">
              <w:t>Improve approval turnaround times.</w:t>
            </w:r>
          </w:p>
        </w:tc>
        <w:tc>
          <w:tcPr>
            <w:tcW w:w="2232" w:type="dxa"/>
          </w:tcPr>
          <w:p w:rsidR="00BB3361" w:rsidP="00EF7EF5" w:rsidRDefault="00EF7EF5" w14:paraId="7E09EAEF" w14:textId="77777777">
            <w:pPr>
              <w:pStyle w:val="ListParagraph"/>
              <w:numPr>
                <w:ilvl w:val="0"/>
                <w:numId w:val="6"/>
              </w:numPr>
            </w:pPr>
            <w:r w:rsidRPr="00EF7EF5">
              <w:t>Agile-based, modular Sales Operations Portal (web + mobile).</w:t>
            </w:r>
          </w:p>
          <w:p w:rsidR="00EF7EF5" w:rsidP="00EF7EF5" w:rsidRDefault="00EF7EF5" w14:paraId="70002A44" w14:textId="77777777">
            <w:pPr>
              <w:pStyle w:val="ListParagraph"/>
              <w:numPr>
                <w:ilvl w:val="0"/>
                <w:numId w:val="6"/>
              </w:numPr>
            </w:pPr>
            <w:r w:rsidRPr="00EF7EF5">
              <w:t>Features: Meeting reporting, quotation generation, leave &amp; expense workflows, demo product booking, dashboards.</w:t>
            </w:r>
          </w:p>
          <w:p w:rsidRPr="00BB3361" w:rsidR="00EF7EF5" w:rsidP="00EF7EF5" w:rsidRDefault="00EF7EF5" w14:paraId="42CBD7E0" w14:textId="5E0D02FC">
            <w:pPr>
              <w:pStyle w:val="ListParagraph"/>
              <w:numPr>
                <w:ilvl w:val="0"/>
                <w:numId w:val="6"/>
              </w:numPr>
            </w:pPr>
            <w:r w:rsidRPr="00EF7EF5">
              <w:t>Designed for high scalability and adaptability to future enhancements.</w:t>
            </w:r>
          </w:p>
        </w:tc>
        <w:tc>
          <w:tcPr>
            <w:tcW w:w="2160" w:type="dxa"/>
          </w:tcPr>
          <w:p w:rsidR="00BB3361" w:rsidP="00EF7EF5" w:rsidRDefault="00EF7EF5" w14:paraId="07664548" w14:textId="77777777">
            <w:pPr>
              <w:pStyle w:val="ListParagraph"/>
              <w:numPr>
                <w:ilvl w:val="0"/>
                <w:numId w:val="6"/>
              </w:numPr>
            </w:pPr>
            <w:r w:rsidRPr="00EF7EF5">
              <w:t>50% reduction in reporting time.</w:t>
            </w:r>
          </w:p>
          <w:p w:rsidR="00EF7EF5" w:rsidP="00EF7EF5" w:rsidRDefault="00EF7EF5" w14:paraId="6719C090" w14:textId="77777777">
            <w:pPr>
              <w:pStyle w:val="ListParagraph"/>
              <w:numPr>
                <w:ilvl w:val="0"/>
                <w:numId w:val="6"/>
              </w:numPr>
            </w:pPr>
            <w:r w:rsidRPr="00EF7EF5">
              <w:t>Real-time data access improves decision-making speed.</w:t>
            </w:r>
          </w:p>
          <w:p w:rsidR="00EF7EF5" w:rsidP="00EF7EF5" w:rsidRDefault="00EF7EF5" w14:paraId="59E8D948" w14:textId="77777777">
            <w:pPr>
              <w:pStyle w:val="ListParagraph"/>
              <w:numPr>
                <w:ilvl w:val="0"/>
                <w:numId w:val="6"/>
              </w:numPr>
            </w:pPr>
            <w:r w:rsidRPr="00EF7EF5">
              <w:t>Supports digital transformation goals.</w:t>
            </w:r>
          </w:p>
          <w:p w:rsidRPr="00BB3361" w:rsidR="00EF7EF5" w:rsidP="00EF7EF5" w:rsidRDefault="00EF7EF5" w14:paraId="21257D3A" w14:textId="5631DE01">
            <w:pPr>
              <w:pStyle w:val="ListParagraph"/>
              <w:numPr>
                <w:ilvl w:val="0"/>
                <w:numId w:val="6"/>
              </w:numPr>
            </w:pPr>
            <w:r w:rsidRPr="00EF7EF5">
              <w:t>Business model: SaaS-style internal deployment with minimal operational downtime.</w:t>
            </w:r>
          </w:p>
        </w:tc>
      </w:tr>
    </w:tbl>
    <w:p w:rsidRPr="00E2403A" w:rsidR="00E2403A" w:rsidP="00E2403A" w:rsidRDefault="00E2403A" w14:paraId="603530D1" w14:textId="77777777"/>
    <w:p w:rsidRPr="00520E9D" w:rsidR="00520E9D" w:rsidP="00520E9D" w:rsidRDefault="00520E9D" w14:paraId="6836D1EA" w14:textId="77777777"/>
    <w:p w:rsidR="00310817" w:rsidP="00310817" w:rsidRDefault="00310817" w14:paraId="4CB14B7C" w14:textId="553ED34F">
      <w:pPr>
        <w:pStyle w:val="Title"/>
      </w:pPr>
    </w:p>
    <w:p w:rsidR="002B33D5" w:rsidP="002B33D5" w:rsidRDefault="002B33D5" w14:paraId="75F94012" w14:textId="77777777"/>
    <w:p w:rsidR="002B33D5" w:rsidP="002B33D5" w:rsidRDefault="002B33D5" w14:paraId="272E2C5D" w14:textId="77777777"/>
    <w:p w:rsidR="002B33D5" w:rsidP="002B33D5" w:rsidRDefault="002B33D5" w14:paraId="196CF414" w14:textId="77777777"/>
    <w:p w:rsidR="002B33D5" w:rsidP="002B33D5" w:rsidRDefault="002B33D5" w14:paraId="38D5B33A" w14:textId="77777777"/>
    <w:p w:rsidR="002B33D5" w:rsidP="002B33D5" w:rsidRDefault="002B33D5" w14:paraId="17555EF9" w14:textId="77777777"/>
    <w:p w:rsidR="002B33D5" w:rsidP="002B33D5" w:rsidRDefault="002B33D5" w14:paraId="6584ED1D" w14:textId="77777777"/>
    <w:p w:rsidR="002B33D5" w:rsidP="002B33D5" w:rsidRDefault="002B33D5" w14:paraId="298AAEA2" w14:textId="77777777"/>
    <w:p w:rsidR="002B33D5" w:rsidP="002B33D5" w:rsidRDefault="002B33D5" w14:paraId="4C329C2E" w14:textId="77777777"/>
    <w:p w:rsidR="002B33D5" w:rsidP="002B33D5" w:rsidRDefault="002B33D5" w14:paraId="753F2B52" w14:textId="77777777"/>
    <w:p w:rsidR="002B33D5" w:rsidP="002B33D5" w:rsidRDefault="002B33D5" w14:paraId="7AC9A76E" w14:textId="77777777"/>
    <w:p w:rsidR="002B33D5" w:rsidP="002B33D5" w:rsidRDefault="002B33D5" w14:paraId="36EFE6A8" w14:textId="77777777"/>
    <w:p w:rsidR="002B33D5" w:rsidP="002B33D5" w:rsidRDefault="002B33D5" w14:paraId="7706156E" w14:textId="77777777"/>
    <w:p w:rsidR="002B33D5" w:rsidP="002B33D5" w:rsidRDefault="002B33D5" w14:paraId="6F6A9D98" w14:textId="77777777"/>
    <w:p w:rsidR="002B33D5" w:rsidP="002B33D5" w:rsidRDefault="002B33D5" w14:paraId="183C4878" w14:textId="77777777"/>
    <w:p w:rsidR="002B33D5" w:rsidP="002B33D5" w:rsidRDefault="002B33D5" w14:paraId="427DCCCA" w14:textId="77777777"/>
    <w:p w:rsidR="002B33D5" w:rsidP="002B33D5" w:rsidRDefault="002B33D5" w14:paraId="2A4499AA" w14:textId="77777777"/>
    <w:p w:rsidR="002B33D5" w:rsidP="002B33D5" w:rsidRDefault="002B33D5" w14:paraId="2005B75E" w14:textId="77777777"/>
    <w:p w:rsidR="002B33D5" w:rsidP="002B33D5" w:rsidRDefault="002B33D5" w14:paraId="5302C329" w14:textId="77777777"/>
    <w:p w:rsidR="002B33D5" w:rsidP="002B33D5" w:rsidRDefault="002B33D5" w14:paraId="75A36D73" w14:textId="77777777"/>
    <w:p w:rsidR="002B33D5" w:rsidP="002B33D5" w:rsidRDefault="002B33D5" w14:paraId="49D631A3" w14:textId="77777777"/>
    <w:p w:rsidR="002B33D5" w:rsidP="002B33D5" w:rsidRDefault="002B33D5" w14:paraId="2B0A086C" w14:textId="77777777"/>
    <w:p w:rsidR="002B33D5" w:rsidP="002B33D5" w:rsidRDefault="002B33D5" w14:paraId="6D24E9CF" w14:textId="77777777"/>
    <w:p w:rsidR="002B33D5" w:rsidP="002B33D5" w:rsidRDefault="002B33D5" w14:paraId="46DE9C62" w14:textId="77777777"/>
    <w:p w:rsidR="002B33D5" w:rsidP="002B33D5" w:rsidRDefault="002B33D5" w14:paraId="69F93DC9" w14:textId="77777777"/>
    <w:p w:rsidR="5D44C034" w:rsidP="5D44C034" w:rsidRDefault="5D44C034" w14:paraId="7CB5CA94" w14:textId="76B0EEA2">
      <w:pPr>
        <w:pStyle w:val="Title"/>
        <w:jc w:val="center"/>
      </w:pPr>
    </w:p>
    <w:p w:rsidR="002B33D5" w:rsidP="00DE11AA" w:rsidRDefault="00DE11AA" w14:paraId="160B92CF" w14:textId="1651B710">
      <w:pPr>
        <w:pStyle w:val="Title"/>
        <w:jc w:val="center"/>
      </w:pPr>
      <w:r>
        <w:t>Document 3: User Stories</w:t>
      </w:r>
    </w:p>
    <w:tbl>
      <w:tblPr>
        <w:tblStyle w:val="TableGrid"/>
        <w:tblW w:w="0" w:type="auto"/>
        <w:tblLook w:val="04A0" w:firstRow="1" w:lastRow="0" w:firstColumn="1" w:lastColumn="0" w:noHBand="0" w:noVBand="1"/>
      </w:tblPr>
      <w:tblGrid>
        <w:gridCol w:w="2175"/>
        <w:gridCol w:w="492"/>
        <w:gridCol w:w="777"/>
        <w:gridCol w:w="2788"/>
        <w:gridCol w:w="1153"/>
        <w:gridCol w:w="1631"/>
      </w:tblGrid>
      <w:tr w:rsidR="00DE11AA" w:rsidTr="5D44C034" w14:paraId="379EF9FA" w14:textId="77777777">
        <w:tc>
          <w:tcPr>
            <w:tcW w:w="2175" w:type="dxa"/>
            <w:tcMar/>
          </w:tcPr>
          <w:p w:rsidRPr="009E09A8" w:rsidR="00DE11AA" w:rsidP="00DE11AA" w:rsidRDefault="00DE11AA" w14:paraId="7CC073CA" w14:textId="6B2225B6">
            <w:pPr>
              <w:rPr>
                <w:b/>
                <w:bCs/>
                <w:i/>
                <w:iCs/>
              </w:rPr>
            </w:pPr>
            <w:r w:rsidRPr="009E09A8">
              <w:rPr>
                <w:b/>
                <w:bCs/>
                <w:i/>
                <w:iCs/>
              </w:rPr>
              <w:t>User story No</w:t>
            </w:r>
          </w:p>
        </w:tc>
        <w:tc>
          <w:tcPr>
            <w:tcW w:w="492" w:type="dxa"/>
            <w:tcMar/>
          </w:tcPr>
          <w:p w:rsidR="00DE11AA" w:rsidP="00DE11AA" w:rsidRDefault="00DE11AA" w14:paraId="7E270A42" w14:textId="3A69B45F">
            <w:r>
              <w:t>1</w:t>
            </w:r>
          </w:p>
        </w:tc>
        <w:tc>
          <w:tcPr>
            <w:tcW w:w="777" w:type="dxa"/>
            <w:tcMar/>
          </w:tcPr>
          <w:p w:rsidRPr="009E09A8" w:rsidR="00DE11AA" w:rsidP="00DE11AA" w:rsidRDefault="00DE11AA" w14:paraId="3AC18C2C" w14:textId="0B0DD595">
            <w:pPr>
              <w:rPr>
                <w:b/>
                <w:bCs/>
                <w:i/>
                <w:iCs/>
              </w:rPr>
            </w:pPr>
            <w:r w:rsidRPr="009E09A8">
              <w:rPr>
                <w:b/>
                <w:bCs/>
                <w:i/>
                <w:iCs/>
              </w:rPr>
              <w:t>Tasks</w:t>
            </w:r>
          </w:p>
        </w:tc>
        <w:tc>
          <w:tcPr>
            <w:tcW w:w="2788" w:type="dxa"/>
            <w:tcMar/>
          </w:tcPr>
          <w:p w:rsidR="00DE11AA" w:rsidP="00DE11AA" w:rsidRDefault="00DE11AA" w14:paraId="2E2B5A1D" w14:textId="110F92B2">
            <w:r w:rsidRPr="00DE11AA">
              <w:t>Design and develop meeting reporting module</w:t>
            </w:r>
          </w:p>
        </w:tc>
        <w:tc>
          <w:tcPr>
            <w:tcW w:w="1153" w:type="dxa"/>
            <w:tcMar/>
          </w:tcPr>
          <w:p w:rsidRPr="009E09A8" w:rsidR="00DE11AA" w:rsidP="00DE11AA" w:rsidRDefault="00DE11AA" w14:paraId="502CD41D" w14:textId="2A2EC991">
            <w:pPr>
              <w:rPr>
                <w:b/>
                <w:bCs/>
                <w:i/>
                <w:iCs/>
              </w:rPr>
            </w:pPr>
            <w:r w:rsidRPr="009E09A8">
              <w:rPr>
                <w:b/>
                <w:bCs/>
                <w:i/>
                <w:iCs/>
              </w:rPr>
              <w:t>Priority</w:t>
            </w:r>
          </w:p>
        </w:tc>
        <w:tc>
          <w:tcPr>
            <w:tcW w:w="1631" w:type="dxa"/>
            <w:tcMar/>
          </w:tcPr>
          <w:p w:rsidR="00DE11AA" w:rsidP="00DE11AA" w:rsidRDefault="00DE11AA" w14:paraId="62D2449C" w14:textId="46A6C382">
            <w:r w:rsidRPr="00DE11AA">
              <w:t>High</w:t>
            </w:r>
          </w:p>
        </w:tc>
      </w:tr>
      <w:tr w:rsidR="00DE11AA" w:rsidTr="5D44C034" w14:paraId="319B78AF" w14:textId="77777777">
        <w:tc>
          <w:tcPr>
            <w:tcW w:w="2175" w:type="dxa"/>
            <w:tcMar/>
          </w:tcPr>
          <w:p w:rsidRPr="009E09A8" w:rsidR="00DE11AA" w:rsidP="00DE11AA" w:rsidRDefault="00DE11AA" w14:paraId="5E63C4F3" w14:textId="2FCA01FE">
            <w:pPr>
              <w:rPr>
                <w:b/>
                <w:bCs/>
                <w:i/>
                <w:iCs/>
              </w:rPr>
            </w:pPr>
            <w:r w:rsidRPr="009E09A8">
              <w:rPr>
                <w:b/>
                <w:bCs/>
                <w:i/>
                <w:iCs/>
              </w:rPr>
              <w:t>Value statement</w:t>
            </w:r>
          </w:p>
        </w:tc>
        <w:tc>
          <w:tcPr>
            <w:tcW w:w="6841" w:type="dxa"/>
            <w:gridSpan w:val="5"/>
            <w:tcMar/>
          </w:tcPr>
          <w:p w:rsidRPr="00DE11AA" w:rsidR="00DE11AA" w:rsidP="00DE11AA" w:rsidRDefault="00DE11AA" w14:paraId="746714F2" w14:textId="7F222600">
            <w:r w:rsidRPr="00DE11AA">
              <w:t>As a sales representative, I want to submit my meeting details digitally so that I can avoid manual reporting and save time.</w:t>
            </w:r>
          </w:p>
        </w:tc>
      </w:tr>
      <w:tr w:rsidR="00DE11AA" w:rsidTr="5D44C034" w14:paraId="007E671E" w14:textId="77777777">
        <w:tc>
          <w:tcPr>
            <w:tcW w:w="2175" w:type="dxa"/>
            <w:tcMar/>
          </w:tcPr>
          <w:p w:rsidRPr="009E09A8" w:rsidR="00DE11AA" w:rsidP="00DE11AA" w:rsidRDefault="00DE11AA" w14:paraId="34098979" w14:textId="66EDD002">
            <w:pPr>
              <w:rPr>
                <w:b/>
                <w:bCs/>
                <w:i/>
                <w:iCs/>
              </w:rPr>
            </w:pPr>
            <w:r w:rsidRPr="009E09A8">
              <w:rPr>
                <w:b/>
                <w:bCs/>
                <w:i/>
                <w:iCs/>
              </w:rPr>
              <w:t>BV</w:t>
            </w:r>
          </w:p>
        </w:tc>
        <w:tc>
          <w:tcPr>
            <w:tcW w:w="1269" w:type="dxa"/>
            <w:gridSpan w:val="2"/>
            <w:tcMar/>
          </w:tcPr>
          <w:p w:rsidRPr="00DE11AA" w:rsidR="00DE11AA" w:rsidP="00DE11AA" w:rsidRDefault="00DE11AA" w14:paraId="286D6505" w14:textId="49DA7CDD">
            <w:r w:rsidR="415495A2">
              <w:rPr/>
              <w:t>20</w:t>
            </w:r>
          </w:p>
        </w:tc>
        <w:tc>
          <w:tcPr>
            <w:tcW w:w="2788" w:type="dxa"/>
            <w:tcMar/>
          </w:tcPr>
          <w:p w:rsidRPr="009E09A8" w:rsidR="00DE11AA" w:rsidP="00DE11AA" w:rsidRDefault="00DE11AA" w14:paraId="07C93B39" w14:textId="0A1C5FEC">
            <w:pPr>
              <w:rPr>
                <w:b/>
                <w:bCs/>
                <w:i/>
                <w:iCs/>
              </w:rPr>
            </w:pPr>
            <w:r w:rsidRPr="009E09A8">
              <w:rPr>
                <w:b/>
                <w:bCs/>
                <w:i/>
                <w:iCs/>
              </w:rPr>
              <w:t>CP</w:t>
            </w:r>
          </w:p>
        </w:tc>
        <w:tc>
          <w:tcPr>
            <w:tcW w:w="2784" w:type="dxa"/>
            <w:gridSpan w:val="2"/>
            <w:tcMar/>
          </w:tcPr>
          <w:p w:rsidRPr="00DE11AA" w:rsidR="00DE11AA" w:rsidP="5D44C034" w:rsidRDefault="00DE11AA" w14:paraId="4DACFD4E" w14:textId="69093207">
            <w:pPr>
              <w:pStyle w:val="Normal"/>
              <w:suppressLineNumbers w:val="0"/>
              <w:bidi w:val="0"/>
              <w:spacing w:before="0" w:beforeAutospacing="off" w:after="0" w:afterAutospacing="off" w:line="240" w:lineRule="auto"/>
              <w:ind w:left="0" w:right="0"/>
              <w:jc w:val="left"/>
            </w:pPr>
            <w:r w:rsidR="171032DA">
              <w:rPr/>
              <w:t>3</w:t>
            </w:r>
          </w:p>
        </w:tc>
      </w:tr>
      <w:tr w:rsidR="00DE11AA" w:rsidTr="5D44C034" w14:paraId="7329DCD3" w14:textId="77777777">
        <w:tc>
          <w:tcPr>
            <w:tcW w:w="9016" w:type="dxa"/>
            <w:gridSpan w:val="6"/>
            <w:tcMar/>
          </w:tcPr>
          <w:p w:rsidRPr="009E09A8" w:rsidR="00DE11AA" w:rsidP="00DE11AA" w:rsidRDefault="00DE11AA" w14:paraId="338AE96D" w14:textId="23E4CB1E">
            <w:pPr>
              <w:rPr>
                <w:b/>
                <w:bCs/>
                <w:i/>
                <w:iCs/>
              </w:rPr>
            </w:pPr>
            <w:r w:rsidRPr="009E09A8">
              <w:rPr>
                <w:b/>
                <w:bCs/>
                <w:i/>
                <w:iCs/>
              </w:rPr>
              <w:t>Acceptance criteria</w:t>
            </w:r>
          </w:p>
        </w:tc>
      </w:tr>
      <w:tr w:rsidR="00DE11AA" w:rsidTr="5D44C034" w14:paraId="5A39FB03" w14:textId="77777777">
        <w:tc>
          <w:tcPr>
            <w:tcW w:w="9016" w:type="dxa"/>
            <w:gridSpan w:val="6"/>
            <w:tcMar/>
          </w:tcPr>
          <w:p w:rsidR="00DE11AA" w:rsidP="00DE11AA" w:rsidRDefault="00DE11AA" w14:paraId="5CF9FE05" w14:textId="77777777">
            <w:pPr>
              <w:pStyle w:val="ListParagraph"/>
              <w:numPr>
                <w:ilvl w:val="0"/>
                <w:numId w:val="7"/>
              </w:numPr>
            </w:pPr>
            <w:r w:rsidRPr="00DE11AA">
              <w:t>Sales rep can log meeting details from web and mobile</w:t>
            </w:r>
          </w:p>
          <w:p w:rsidR="00DE11AA" w:rsidP="00DE11AA" w:rsidRDefault="00DE11AA" w14:paraId="7CF057A3" w14:textId="77777777">
            <w:pPr>
              <w:pStyle w:val="ListParagraph"/>
              <w:numPr>
                <w:ilvl w:val="0"/>
                <w:numId w:val="7"/>
              </w:numPr>
            </w:pPr>
            <w:r w:rsidRPr="00DE11AA">
              <w:t>Data auto-saves in real-time to the system.</w:t>
            </w:r>
          </w:p>
          <w:p w:rsidRPr="00DE11AA" w:rsidR="00DE11AA" w:rsidP="00DE11AA" w:rsidRDefault="00DE11AA" w14:paraId="0C1CC14B" w14:textId="095123B7">
            <w:pPr>
              <w:pStyle w:val="ListParagraph"/>
              <w:numPr>
                <w:ilvl w:val="0"/>
                <w:numId w:val="7"/>
              </w:numPr>
              <w:rPr/>
            </w:pPr>
            <w:r w:rsidR="00DE11AA">
              <w:rPr/>
              <w:t>Confirmation message shown after successful submission.</w:t>
            </w:r>
          </w:p>
          <w:p w:rsidRPr="00DE11AA" w:rsidR="00DE11AA" w:rsidP="5D44C034" w:rsidRDefault="00DE11AA" w14:paraId="40E28F40" w14:textId="294FC471">
            <w:pPr>
              <w:pStyle w:val="ListParagraph"/>
              <w:numPr>
                <w:ilvl w:val="0"/>
                <w:numId w:val="7"/>
              </w:numPr>
              <w:rPr>
                <w:noProof w:val="0"/>
                <w:lang w:val="en-IN"/>
              </w:rPr>
            </w:pPr>
            <w:r w:rsidRPr="5D44C034" w:rsidR="71D55D1B">
              <w:rPr>
                <w:noProof w:val="0"/>
                <w:lang w:val="en-IN"/>
              </w:rPr>
              <w:t xml:space="preserve">Sales rep can edit or </w:t>
            </w:r>
            <w:r w:rsidRPr="5D44C034" w:rsidR="71D55D1B">
              <w:rPr>
                <w:noProof w:val="0"/>
                <w:lang w:val="en-IN"/>
              </w:rPr>
              <w:t>delete</w:t>
            </w:r>
            <w:r w:rsidRPr="5D44C034" w:rsidR="71D55D1B">
              <w:rPr>
                <w:noProof w:val="0"/>
                <w:lang w:val="en-IN"/>
              </w:rPr>
              <w:t xml:space="preserve"> a logged meeting within 24 hours.</w:t>
            </w:r>
          </w:p>
          <w:p w:rsidRPr="00DE11AA" w:rsidR="00DE11AA" w:rsidP="5D44C034" w:rsidRDefault="00DE11AA" w14:paraId="47F3420E" w14:textId="639917FB">
            <w:pPr>
              <w:pStyle w:val="ListParagraph"/>
              <w:numPr>
                <w:ilvl w:val="0"/>
                <w:numId w:val="7"/>
              </w:numPr>
              <w:rPr>
                <w:noProof w:val="0"/>
                <w:lang w:val="en-IN"/>
              </w:rPr>
            </w:pPr>
            <w:r w:rsidRPr="5D44C034" w:rsidR="71D55D1B">
              <w:rPr>
                <w:noProof w:val="0"/>
                <w:lang w:val="en-IN"/>
              </w:rPr>
              <w:t>Meeting details are visible in the reporting dashboard.</w:t>
            </w:r>
          </w:p>
        </w:tc>
      </w:tr>
    </w:tbl>
    <w:p w:rsidR="00DE11AA" w:rsidP="00DE11AA" w:rsidRDefault="00DE11AA" w14:paraId="11FABC22"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9E09A8" w:rsidTr="5D44C034" w14:paraId="791A0F3D" w14:textId="77777777">
        <w:tc>
          <w:tcPr>
            <w:tcW w:w="2175" w:type="dxa"/>
            <w:tcMar/>
          </w:tcPr>
          <w:p w:rsidRPr="009E09A8" w:rsidR="009E09A8" w:rsidP="00E35DB0" w:rsidRDefault="009E09A8" w14:paraId="48FD0649" w14:textId="77777777">
            <w:pPr>
              <w:rPr>
                <w:b/>
                <w:bCs/>
                <w:i/>
                <w:iCs/>
              </w:rPr>
            </w:pPr>
            <w:r w:rsidRPr="009E09A8">
              <w:rPr>
                <w:b/>
                <w:bCs/>
                <w:i/>
                <w:iCs/>
              </w:rPr>
              <w:t>User story No</w:t>
            </w:r>
          </w:p>
        </w:tc>
        <w:tc>
          <w:tcPr>
            <w:tcW w:w="492" w:type="dxa"/>
            <w:tcMar/>
          </w:tcPr>
          <w:p w:rsidR="009E09A8" w:rsidP="00E35DB0" w:rsidRDefault="009E09A8" w14:paraId="2DE6F91C" w14:textId="0D9E7D77">
            <w:r>
              <w:t>2</w:t>
            </w:r>
          </w:p>
        </w:tc>
        <w:tc>
          <w:tcPr>
            <w:tcW w:w="777" w:type="dxa"/>
            <w:tcMar/>
          </w:tcPr>
          <w:p w:rsidRPr="009E09A8" w:rsidR="009E09A8" w:rsidP="00E35DB0" w:rsidRDefault="009E09A8" w14:paraId="10EF71CE" w14:textId="77777777">
            <w:pPr>
              <w:rPr>
                <w:b/>
                <w:bCs/>
                <w:i/>
                <w:iCs/>
              </w:rPr>
            </w:pPr>
            <w:r w:rsidRPr="009E09A8">
              <w:rPr>
                <w:b/>
                <w:bCs/>
                <w:i/>
                <w:iCs/>
              </w:rPr>
              <w:t>Tasks</w:t>
            </w:r>
          </w:p>
        </w:tc>
        <w:tc>
          <w:tcPr>
            <w:tcW w:w="2788" w:type="dxa"/>
            <w:tcMar/>
          </w:tcPr>
          <w:p w:rsidR="009E09A8" w:rsidP="00E35DB0" w:rsidRDefault="009E09A8" w14:paraId="4CED9C04" w14:textId="07E4C05F">
            <w:r w:rsidRPr="009E09A8">
              <w:t>Implement quotation generator feature</w:t>
            </w:r>
          </w:p>
        </w:tc>
        <w:tc>
          <w:tcPr>
            <w:tcW w:w="1153" w:type="dxa"/>
            <w:tcMar/>
          </w:tcPr>
          <w:p w:rsidRPr="009E09A8" w:rsidR="009E09A8" w:rsidP="00E35DB0" w:rsidRDefault="009E09A8" w14:paraId="5287176D" w14:textId="77777777">
            <w:pPr>
              <w:rPr>
                <w:b/>
                <w:bCs/>
                <w:i/>
                <w:iCs/>
              </w:rPr>
            </w:pPr>
            <w:r w:rsidRPr="009E09A8">
              <w:rPr>
                <w:b/>
                <w:bCs/>
                <w:i/>
                <w:iCs/>
              </w:rPr>
              <w:t>Priority</w:t>
            </w:r>
          </w:p>
        </w:tc>
        <w:tc>
          <w:tcPr>
            <w:tcW w:w="1631" w:type="dxa"/>
            <w:tcMar/>
          </w:tcPr>
          <w:p w:rsidR="009E09A8" w:rsidP="00E35DB0" w:rsidRDefault="009E09A8" w14:paraId="239A7F80" w14:textId="7B226E9C">
            <w:r w:rsidRPr="009E09A8">
              <w:t>High</w:t>
            </w:r>
          </w:p>
        </w:tc>
      </w:tr>
      <w:tr w:rsidR="009E09A8" w:rsidTr="5D44C034" w14:paraId="1D7A7036" w14:textId="77777777">
        <w:tc>
          <w:tcPr>
            <w:tcW w:w="2175" w:type="dxa"/>
            <w:tcMar/>
          </w:tcPr>
          <w:p w:rsidRPr="009E09A8" w:rsidR="009E09A8" w:rsidP="00E35DB0" w:rsidRDefault="009E09A8" w14:paraId="77C78AC5" w14:textId="77777777">
            <w:pPr>
              <w:rPr>
                <w:b/>
                <w:bCs/>
                <w:i/>
                <w:iCs/>
              </w:rPr>
            </w:pPr>
            <w:r w:rsidRPr="009E09A8">
              <w:rPr>
                <w:b/>
                <w:bCs/>
                <w:i/>
                <w:iCs/>
              </w:rPr>
              <w:t>Value statement</w:t>
            </w:r>
          </w:p>
        </w:tc>
        <w:tc>
          <w:tcPr>
            <w:tcW w:w="6841" w:type="dxa"/>
            <w:gridSpan w:val="5"/>
            <w:tcMar/>
          </w:tcPr>
          <w:p w:rsidRPr="00DE11AA" w:rsidR="009E09A8" w:rsidP="00E35DB0" w:rsidRDefault="009E09A8" w14:paraId="3D23B242" w14:textId="0A994FDB">
            <w:r w:rsidRPr="009E09A8">
              <w:t>As a sales manager, I want to generate quotations instantly so that I can respond faster to customer</w:t>
            </w:r>
            <w:r>
              <w:t xml:space="preserve">. </w:t>
            </w:r>
          </w:p>
        </w:tc>
      </w:tr>
      <w:tr w:rsidR="009E09A8" w:rsidTr="5D44C034" w14:paraId="47FD3CE8" w14:textId="77777777">
        <w:tc>
          <w:tcPr>
            <w:tcW w:w="2175" w:type="dxa"/>
            <w:tcMar/>
          </w:tcPr>
          <w:p w:rsidRPr="009E09A8" w:rsidR="009E09A8" w:rsidP="00E35DB0" w:rsidRDefault="009E09A8" w14:paraId="7D2F801C" w14:textId="77777777">
            <w:pPr>
              <w:rPr>
                <w:b/>
                <w:bCs/>
                <w:i/>
                <w:iCs/>
              </w:rPr>
            </w:pPr>
            <w:r w:rsidRPr="009E09A8">
              <w:rPr>
                <w:b/>
                <w:bCs/>
                <w:i/>
                <w:iCs/>
              </w:rPr>
              <w:t>BV</w:t>
            </w:r>
          </w:p>
        </w:tc>
        <w:tc>
          <w:tcPr>
            <w:tcW w:w="1269" w:type="dxa"/>
            <w:gridSpan w:val="2"/>
            <w:tcMar/>
          </w:tcPr>
          <w:p w:rsidRPr="00DE11AA" w:rsidR="009E09A8" w:rsidP="00E35DB0" w:rsidRDefault="009E09A8" w14:paraId="2252B0BA" w14:textId="1F8F4837">
            <w:r w:rsidR="3AE00FD2">
              <w:rPr/>
              <w:t>20</w:t>
            </w:r>
          </w:p>
        </w:tc>
        <w:tc>
          <w:tcPr>
            <w:tcW w:w="2788" w:type="dxa"/>
            <w:tcMar/>
          </w:tcPr>
          <w:p w:rsidRPr="009E09A8" w:rsidR="009E09A8" w:rsidP="00E35DB0" w:rsidRDefault="009E09A8" w14:paraId="5952A177" w14:textId="77777777">
            <w:pPr>
              <w:rPr>
                <w:b/>
                <w:bCs/>
                <w:i/>
                <w:iCs/>
              </w:rPr>
            </w:pPr>
            <w:r w:rsidRPr="009E09A8">
              <w:rPr>
                <w:b/>
                <w:bCs/>
                <w:i/>
                <w:iCs/>
              </w:rPr>
              <w:t>CP</w:t>
            </w:r>
          </w:p>
        </w:tc>
        <w:tc>
          <w:tcPr>
            <w:tcW w:w="2784" w:type="dxa"/>
            <w:gridSpan w:val="2"/>
            <w:tcMar/>
          </w:tcPr>
          <w:p w:rsidRPr="00DE11AA" w:rsidR="009E09A8" w:rsidP="00E35DB0" w:rsidRDefault="009E09A8" w14:paraId="52094086" w14:textId="1AA484A3">
            <w:r w:rsidR="487F47AA">
              <w:rPr/>
              <w:t>5</w:t>
            </w:r>
          </w:p>
        </w:tc>
      </w:tr>
      <w:tr w:rsidR="009E09A8" w:rsidTr="5D44C034" w14:paraId="4A00AF4F" w14:textId="77777777">
        <w:tc>
          <w:tcPr>
            <w:tcW w:w="9016" w:type="dxa"/>
            <w:gridSpan w:val="6"/>
            <w:tcMar/>
          </w:tcPr>
          <w:p w:rsidRPr="009E09A8" w:rsidR="009E09A8" w:rsidP="00E35DB0" w:rsidRDefault="009E09A8" w14:paraId="59165D28" w14:textId="77777777">
            <w:pPr>
              <w:rPr>
                <w:b/>
                <w:bCs/>
                <w:i/>
                <w:iCs/>
              </w:rPr>
            </w:pPr>
            <w:r w:rsidRPr="009E09A8">
              <w:rPr>
                <w:b/>
                <w:bCs/>
                <w:i/>
                <w:iCs/>
              </w:rPr>
              <w:t>Acceptance criteria</w:t>
            </w:r>
          </w:p>
        </w:tc>
      </w:tr>
      <w:tr w:rsidR="009E09A8" w:rsidTr="5D44C034" w14:paraId="6001C0E3" w14:textId="77777777">
        <w:tc>
          <w:tcPr>
            <w:tcW w:w="9016" w:type="dxa"/>
            <w:gridSpan w:val="6"/>
            <w:tcMar/>
          </w:tcPr>
          <w:p w:rsidRPr="00DE11AA" w:rsidR="009E09A8" w:rsidP="5D44C034" w:rsidRDefault="009E09A8" w14:paraId="05DE8F8C" w14:textId="74F714A7">
            <w:pPr>
              <w:pStyle w:val="ListParagraph"/>
              <w:numPr>
                <w:ilvl w:val="0"/>
                <w:numId w:val="7"/>
              </w:numPr>
              <w:rPr>
                <w:noProof w:val="0"/>
                <w:lang w:val="en-IN"/>
              </w:rPr>
            </w:pPr>
            <w:r w:rsidRPr="5D44C034" w:rsidR="56836244">
              <w:rPr>
                <w:noProof w:val="0"/>
                <w:lang w:val="en-IN"/>
              </w:rPr>
              <w:t>Manager can select products and generate a quotation in under 2 minutes.</w:t>
            </w:r>
          </w:p>
          <w:p w:rsidRPr="00DE11AA" w:rsidR="009E09A8" w:rsidP="5D44C034" w:rsidRDefault="009E09A8" w14:paraId="670CC3A3" w14:textId="0EC0BDDA">
            <w:pPr>
              <w:pStyle w:val="ListParagraph"/>
              <w:numPr>
                <w:ilvl w:val="0"/>
                <w:numId w:val="7"/>
              </w:numPr>
              <w:rPr>
                <w:noProof w:val="0"/>
                <w:lang w:val="en-IN"/>
              </w:rPr>
            </w:pPr>
            <w:r w:rsidRPr="5D44C034" w:rsidR="56836244">
              <w:rPr>
                <w:noProof w:val="0"/>
                <w:lang w:val="en-IN"/>
              </w:rPr>
              <w:t>System applies latest pricing and discounts automatically.</w:t>
            </w:r>
          </w:p>
          <w:p w:rsidRPr="00DE11AA" w:rsidR="009E09A8" w:rsidP="5D44C034" w:rsidRDefault="009E09A8" w14:paraId="679E0105" w14:textId="113C1BEA">
            <w:pPr>
              <w:pStyle w:val="ListParagraph"/>
              <w:numPr>
                <w:ilvl w:val="0"/>
                <w:numId w:val="7"/>
              </w:numPr>
              <w:rPr>
                <w:noProof w:val="0"/>
                <w:lang w:val="en-IN"/>
              </w:rPr>
            </w:pPr>
            <w:r w:rsidRPr="5D44C034" w:rsidR="56836244">
              <w:rPr>
                <w:noProof w:val="0"/>
                <w:lang w:val="en-IN"/>
              </w:rPr>
              <w:t>Quotation generated in PDF format.</w:t>
            </w:r>
          </w:p>
          <w:p w:rsidRPr="00DE11AA" w:rsidR="009E09A8" w:rsidP="5D44C034" w:rsidRDefault="009E09A8" w14:paraId="30C225F3" w14:textId="1BE43258">
            <w:pPr>
              <w:pStyle w:val="ListParagraph"/>
              <w:numPr>
                <w:ilvl w:val="0"/>
                <w:numId w:val="7"/>
              </w:numPr>
              <w:rPr>
                <w:noProof w:val="0"/>
                <w:lang w:val="en-IN"/>
              </w:rPr>
            </w:pPr>
            <w:r w:rsidRPr="5D44C034" w:rsidR="56836244">
              <w:rPr>
                <w:noProof w:val="0"/>
                <w:lang w:val="en-IN"/>
              </w:rPr>
              <w:t>Quotation can be shared via email directly from the system.</w:t>
            </w:r>
          </w:p>
          <w:p w:rsidRPr="00DE11AA" w:rsidR="009E09A8" w:rsidP="5D44C034" w:rsidRDefault="009E09A8" w14:paraId="2101E02C" w14:textId="2486E7EC">
            <w:pPr>
              <w:pStyle w:val="ListParagraph"/>
              <w:numPr>
                <w:ilvl w:val="0"/>
                <w:numId w:val="7"/>
              </w:numPr>
              <w:rPr>
                <w:noProof w:val="0"/>
                <w:sz w:val="22"/>
                <w:szCs w:val="22"/>
                <w:lang w:val="en-IN"/>
              </w:rPr>
            </w:pPr>
            <w:r w:rsidRPr="5D44C034" w:rsidR="56836244">
              <w:rPr>
                <w:noProof w:val="0"/>
                <w:lang w:val="en-IN"/>
              </w:rPr>
              <w:t>All quotations saved under customer records.</w:t>
            </w:r>
          </w:p>
        </w:tc>
      </w:tr>
    </w:tbl>
    <w:p w:rsidR="009E09A8" w:rsidP="00DE11AA" w:rsidRDefault="009E09A8" w14:paraId="2BE9F231"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D5BF0" w:rsidTr="5D44C034" w14:paraId="10FC6C4B" w14:textId="77777777">
        <w:tc>
          <w:tcPr>
            <w:tcW w:w="2175" w:type="dxa"/>
            <w:tcMar/>
          </w:tcPr>
          <w:p w:rsidRPr="009E09A8" w:rsidR="00BD5BF0" w:rsidP="00E35DB0" w:rsidRDefault="00BD5BF0" w14:paraId="64BC52CC" w14:textId="77777777">
            <w:pPr>
              <w:rPr>
                <w:b/>
                <w:bCs/>
                <w:i/>
                <w:iCs/>
              </w:rPr>
            </w:pPr>
            <w:r w:rsidRPr="009E09A8">
              <w:rPr>
                <w:b/>
                <w:bCs/>
                <w:i/>
                <w:iCs/>
              </w:rPr>
              <w:t>User story No</w:t>
            </w:r>
          </w:p>
        </w:tc>
        <w:tc>
          <w:tcPr>
            <w:tcW w:w="492" w:type="dxa"/>
            <w:tcMar/>
          </w:tcPr>
          <w:p w:rsidR="00BD5BF0" w:rsidP="00E35DB0" w:rsidRDefault="00BD5BF0" w14:paraId="27C139B2" w14:textId="3BBB970E">
            <w:r>
              <w:t>3</w:t>
            </w:r>
          </w:p>
        </w:tc>
        <w:tc>
          <w:tcPr>
            <w:tcW w:w="777" w:type="dxa"/>
            <w:tcMar/>
          </w:tcPr>
          <w:p w:rsidRPr="009E09A8" w:rsidR="00BD5BF0" w:rsidP="00E35DB0" w:rsidRDefault="00BD5BF0" w14:paraId="3ACF367C" w14:textId="77777777">
            <w:pPr>
              <w:rPr>
                <w:b/>
                <w:bCs/>
                <w:i/>
                <w:iCs/>
              </w:rPr>
            </w:pPr>
            <w:r w:rsidRPr="009E09A8">
              <w:rPr>
                <w:b/>
                <w:bCs/>
                <w:i/>
                <w:iCs/>
              </w:rPr>
              <w:t>Tasks</w:t>
            </w:r>
          </w:p>
        </w:tc>
        <w:tc>
          <w:tcPr>
            <w:tcW w:w="2788" w:type="dxa"/>
            <w:tcMar/>
          </w:tcPr>
          <w:p w:rsidR="00BD5BF0" w:rsidP="00E35DB0" w:rsidRDefault="00BD5BF0" w14:paraId="3A69FE33" w14:textId="29D12117">
            <w:r w:rsidRPr="00BD5BF0">
              <w:t>Create leave request workflow</w:t>
            </w:r>
          </w:p>
        </w:tc>
        <w:tc>
          <w:tcPr>
            <w:tcW w:w="1153" w:type="dxa"/>
            <w:tcMar/>
          </w:tcPr>
          <w:p w:rsidRPr="009E09A8" w:rsidR="00BD5BF0" w:rsidP="00E35DB0" w:rsidRDefault="00BD5BF0" w14:paraId="0F49CB7D" w14:textId="77777777">
            <w:pPr>
              <w:rPr>
                <w:b/>
                <w:bCs/>
                <w:i/>
                <w:iCs/>
              </w:rPr>
            </w:pPr>
            <w:r w:rsidRPr="009E09A8">
              <w:rPr>
                <w:b/>
                <w:bCs/>
                <w:i/>
                <w:iCs/>
              </w:rPr>
              <w:t>Priority</w:t>
            </w:r>
          </w:p>
        </w:tc>
        <w:tc>
          <w:tcPr>
            <w:tcW w:w="1631" w:type="dxa"/>
            <w:tcMar/>
          </w:tcPr>
          <w:p w:rsidR="00BD5BF0" w:rsidP="00E35DB0" w:rsidRDefault="00BD5BF0" w14:paraId="1D102F89" w14:textId="27DA050A">
            <w:r>
              <w:t>Medium</w:t>
            </w:r>
          </w:p>
        </w:tc>
      </w:tr>
      <w:tr w:rsidR="00BD5BF0" w:rsidTr="5D44C034" w14:paraId="64B29C23" w14:textId="77777777">
        <w:tc>
          <w:tcPr>
            <w:tcW w:w="2175" w:type="dxa"/>
            <w:tcMar/>
          </w:tcPr>
          <w:p w:rsidRPr="009E09A8" w:rsidR="00BD5BF0" w:rsidP="00E35DB0" w:rsidRDefault="00BD5BF0" w14:paraId="3ED344B3" w14:textId="77777777">
            <w:pPr>
              <w:rPr>
                <w:b/>
                <w:bCs/>
                <w:i/>
                <w:iCs/>
              </w:rPr>
            </w:pPr>
            <w:r w:rsidRPr="009E09A8">
              <w:rPr>
                <w:b/>
                <w:bCs/>
                <w:i/>
                <w:iCs/>
              </w:rPr>
              <w:t>Value statement</w:t>
            </w:r>
          </w:p>
        </w:tc>
        <w:tc>
          <w:tcPr>
            <w:tcW w:w="6841" w:type="dxa"/>
            <w:gridSpan w:val="5"/>
            <w:tcMar/>
          </w:tcPr>
          <w:p w:rsidRPr="00DE11AA" w:rsidR="00BD5BF0" w:rsidP="00E35DB0" w:rsidRDefault="00BD5BF0" w14:paraId="49FF5D7F" w14:textId="4E806A7B">
            <w:r w:rsidRPr="00BD5BF0">
              <w:t>As a field sales representative, I want to apply for leave online so that I can get faster approval from my manager.</w:t>
            </w:r>
          </w:p>
        </w:tc>
      </w:tr>
      <w:tr w:rsidR="00BD5BF0" w:rsidTr="5D44C034" w14:paraId="7D2DD6CA" w14:textId="77777777">
        <w:tc>
          <w:tcPr>
            <w:tcW w:w="2175" w:type="dxa"/>
            <w:tcMar/>
          </w:tcPr>
          <w:p w:rsidRPr="009E09A8" w:rsidR="00BD5BF0" w:rsidP="00E35DB0" w:rsidRDefault="00BD5BF0" w14:paraId="331CE41A" w14:textId="77777777">
            <w:pPr>
              <w:rPr>
                <w:b/>
                <w:bCs/>
                <w:i/>
                <w:iCs/>
              </w:rPr>
            </w:pPr>
            <w:r w:rsidRPr="009E09A8">
              <w:rPr>
                <w:b/>
                <w:bCs/>
                <w:i/>
                <w:iCs/>
              </w:rPr>
              <w:t>BV</w:t>
            </w:r>
          </w:p>
        </w:tc>
        <w:tc>
          <w:tcPr>
            <w:tcW w:w="1269" w:type="dxa"/>
            <w:gridSpan w:val="2"/>
            <w:tcMar/>
          </w:tcPr>
          <w:p w:rsidRPr="00DE11AA" w:rsidR="00BD5BF0" w:rsidP="00E35DB0" w:rsidRDefault="00BD5BF0" w14:paraId="766776CF" w14:textId="4DF92A2B">
            <w:r w:rsidR="5B7858B9">
              <w:rPr/>
              <w:t>10</w:t>
            </w:r>
          </w:p>
        </w:tc>
        <w:tc>
          <w:tcPr>
            <w:tcW w:w="2788" w:type="dxa"/>
            <w:tcMar/>
          </w:tcPr>
          <w:p w:rsidRPr="009E09A8" w:rsidR="00BD5BF0" w:rsidP="00E35DB0" w:rsidRDefault="00BD5BF0" w14:paraId="7A45DA55" w14:textId="77777777">
            <w:pPr>
              <w:rPr>
                <w:b/>
                <w:bCs/>
                <w:i/>
                <w:iCs/>
              </w:rPr>
            </w:pPr>
            <w:r w:rsidRPr="009E09A8">
              <w:rPr>
                <w:b/>
                <w:bCs/>
                <w:i/>
                <w:iCs/>
              </w:rPr>
              <w:t>CP</w:t>
            </w:r>
          </w:p>
        </w:tc>
        <w:tc>
          <w:tcPr>
            <w:tcW w:w="2784" w:type="dxa"/>
            <w:gridSpan w:val="2"/>
            <w:tcMar/>
          </w:tcPr>
          <w:p w:rsidRPr="00DE11AA" w:rsidR="00BD5BF0" w:rsidP="00E35DB0" w:rsidRDefault="00BD5BF0" w14:paraId="64D5E7E3" w14:textId="0F55BD54">
            <w:r>
              <w:t>3</w:t>
            </w:r>
          </w:p>
        </w:tc>
      </w:tr>
      <w:tr w:rsidR="00BD5BF0" w:rsidTr="5D44C034" w14:paraId="2D1AA596" w14:textId="77777777">
        <w:tc>
          <w:tcPr>
            <w:tcW w:w="9016" w:type="dxa"/>
            <w:gridSpan w:val="6"/>
            <w:tcMar/>
          </w:tcPr>
          <w:p w:rsidRPr="009E09A8" w:rsidR="00BD5BF0" w:rsidP="00E35DB0" w:rsidRDefault="00BD5BF0" w14:paraId="6295EFBA" w14:textId="77777777">
            <w:pPr>
              <w:rPr>
                <w:b/>
                <w:bCs/>
                <w:i/>
                <w:iCs/>
              </w:rPr>
            </w:pPr>
            <w:r w:rsidRPr="009E09A8">
              <w:rPr>
                <w:b/>
                <w:bCs/>
                <w:i/>
                <w:iCs/>
              </w:rPr>
              <w:t>Acceptance criteria</w:t>
            </w:r>
          </w:p>
        </w:tc>
      </w:tr>
      <w:tr w:rsidR="00BD5BF0" w:rsidTr="5D44C034" w14:paraId="6E3CBB45" w14:textId="77777777">
        <w:tc>
          <w:tcPr>
            <w:tcW w:w="9016" w:type="dxa"/>
            <w:gridSpan w:val="6"/>
            <w:tcMar/>
          </w:tcPr>
          <w:p w:rsidRPr="00DE11AA" w:rsidR="00BD5BF0" w:rsidP="5D44C034" w:rsidRDefault="00BD5BF0" w14:paraId="3B074A53" w14:textId="324BBF31">
            <w:pPr>
              <w:pStyle w:val="ListParagraph"/>
              <w:numPr>
                <w:ilvl w:val="0"/>
                <w:numId w:val="7"/>
              </w:numPr>
              <w:rPr>
                <w:noProof w:val="0"/>
                <w:lang w:val="en-IN"/>
              </w:rPr>
            </w:pPr>
            <w:r w:rsidRPr="5D44C034" w:rsidR="5BCF8571">
              <w:rPr>
                <w:noProof w:val="0"/>
                <w:lang w:val="en-IN"/>
              </w:rPr>
              <w:t>Sales rep can submit leave request from mobile.</w:t>
            </w:r>
          </w:p>
          <w:p w:rsidRPr="00DE11AA" w:rsidR="00BD5BF0" w:rsidP="5D44C034" w:rsidRDefault="00BD5BF0" w14:paraId="4862700F" w14:textId="0C20AD1A">
            <w:pPr>
              <w:pStyle w:val="ListParagraph"/>
              <w:numPr>
                <w:ilvl w:val="0"/>
                <w:numId w:val="7"/>
              </w:numPr>
              <w:rPr>
                <w:noProof w:val="0"/>
                <w:lang w:val="en-IN"/>
              </w:rPr>
            </w:pPr>
            <w:r w:rsidRPr="5D44C034" w:rsidR="5BCF8571">
              <w:rPr>
                <w:noProof w:val="0"/>
                <w:lang w:val="en-IN"/>
              </w:rPr>
              <w:t>Manager receives instant notification for pending requests.</w:t>
            </w:r>
          </w:p>
          <w:p w:rsidRPr="00DE11AA" w:rsidR="00BD5BF0" w:rsidP="5D44C034" w:rsidRDefault="00BD5BF0" w14:paraId="6D7E6DB5" w14:textId="7839842D">
            <w:pPr>
              <w:pStyle w:val="ListParagraph"/>
              <w:numPr>
                <w:ilvl w:val="0"/>
                <w:numId w:val="7"/>
              </w:numPr>
              <w:rPr>
                <w:noProof w:val="0"/>
                <w:lang w:val="en-IN"/>
              </w:rPr>
            </w:pPr>
            <w:r w:rsidRPr="5D44C034" w:rsidR="5BCF8571">
              <w:rPr>
                <w:noProof w:val="0"/>
                <w:lang w:val="en-IN"/>
              </w:rPr>
              <w:t>Leave balance automatically validated.</w:t>
            </w:r>
          </w:p>
          <w:p w:rsidRPr="00DE11AA" w:rsidR="00BD5BF0" w:rsidP="5D44C034" w:rsidRDefault="00BD5BF0" w14:paraId="0C393581" w14:textId="1C35F54E">
            <w:pPr>
              <w:pStyle w:val="ListParagraph"/>
              <w:numPr>
                <w:ilvl w:val="0"/>
                <w:numId w:val="7"/>
              </w:numPr>
              <w:rPr>
                <w:noProof w:val="0"/>
                <w:lang w:val="en-IN"/>
              </w:rPr>
            </w:pPr>
            <w:r w:rsidRPr="5D44C034" w:rsidR="5BCF8571">
              <w:rPr>
                <w:noProof w:val="0"/>
                <w:lang w:val="en-IN"/>
              </w:rPr>
              <w:t>Approved/rejected leave reflects in system calendar.</w:t>
            </w:r>
          </w:p>
          <w:p w:rsidRPr="00DE11AA" w:rsidR="00BD5BF0" w:rsidP="5D44C034" w:rsidRDefault="00BD5BF0" w14:paraId="701845DA" w14:textId="76F06AC0">
            <w:pPr>
              <w:pStyle w:val="ListParagraph"/>
              <w:numPr>
                <w:ilvl w:val="0"/>
                <w:numId w:val="7"/>
              </w:numPr>
              <w:rPr>
                <w:noProof w:val="0"/>
                <w:lang w:val="en-IN"/>
              </w:rPr>
            </w:pPr>
            <w:r w:rsidRPr="5D44C034" w:rsidR="198FD64A">
              <w:rPr>
                <w:noProof w:val="0"/>
                <w:lang w:val="en-IN"/>
              </w:rPr>
              <w:t>Employee receives confirmation via email/SMS.</w:t>
            </w:r>
          </w:p>
        </w:tc>
      </w:tr>
    </w:tbl>
    <w:p w:rsidR="00BD5BF0" w:rsidP="00DE11AA" w:rsidRDefault="00BD5BF0" w14:paraId="15BBE7E7"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D5BF0" w:rsidTr="5D44C034" w14:paraId="376E51B1" w14:textId="77777777">
        <w:tc>
          <w:tcPr>
            <w:tcW w:w="2175" w:type="dxa"/>
            <w:tcMar/>
          </w:tcPr>
          <w:p w:rsidRPr="009E09A8" w:rsidR="00BD5BF0" w:rsidP="00E35DB0" w:rsidRDefault="00BD5BF0" w14:paraId="65EB4E07" w14:textId="77777777">
            <w:pPr>
              <w:rPr>
                <w:b/>
                <w:bCs/>
                <w:i/>
                <w:iCs/>
              </w:rPr>
            </w:pPr>
            <w:r w:rsidRPr="009E09A8">
              <w:rPr>
                <w:b/>
                <w:bCs/>
                <w:i/>
                <w:iCs/>
              </w:rPr>
              <w:t>User story No</w:t>
            </w:r>
          </w:p>
        </w:tc>
        <w:tc>
          <w:tcPr>
            <w:tcW w:w="492" w:type="dxa"/>
            <w:tcMar/>
          </w:tcPr>
          <w:p w:rsidR="00BD5BF0" w:rsidP="00E35DB0" w:rsidRDefault="00BD5BF0" w14:paraId="0F1D4108" w14:textId="24BFB6E2">
            <w:r>
              <w:t>4</w:t>
            </w:r>
          </w:p>
        </w:tc>
        <w:tc>
          <w:tcPr>
            <w:tcW w:w="777" w:type="dxa"/>
            <w:tcMar/>
          </w:tcPr>
          <w:p w:rsidRPr="009E09A8" w:rsidR="00BD5BF0" w:rsidP="00E35DB0" w:rsidRDefault="00BD5BF0" w14:paraId="70548541" w14:textId="77777777">
            <w:pPr>
              <w:rPr>
                <w:b/>
                <w:bCs/>
                <w:i/>
                <w:iCs/>
              </w:rPr>
            </w:pPr>
            <w:r w:rsidRPr="009E09A8">
              <w:rPr>
                <w:b/>
                <w:bCs/>
                <w:i/>
                <w:iCs/>
              </w:rPr>
              <w:t>Tasks</w:t>
            </w:r>
          </w:p>
        </w:tc>
        <w:tc>
          <w:tcPr>
            <w:tcW w:w="2788" w:type="dxa"/>
            <w:tcMar/>
          </w:tcPr>
          <w:p w:rsidR="00BD5BF0" w:rsidP="00E35DB0" w:rsidRDefault="00BD5BF0" w14:paraId="7588F50A" w14:textId="30778E6F">
            <w:r w:rsidRPr="00BD5BF0">
              <w:t>Add expense claim submission</w:t>
            </w:r>
          </w:p>
        </w:tc>
        <w:tc>
          <w:tcPr>
            <w:tcW w:w="1153" w:type="dxa"/>
            <w:tcMar/>
          </w:tcPr>
          <w:p w:rsidRPr="009E09A8" w:rsidR="00BD5BF0" w:rsidP="00E35DB0" w:rsidRDefault="00BD5BF0" w14:paraId="222D662A" w14:textId="77777777">
            <w:pPr>
              <w:rPr>
                <w:b/>
                <w:bCs/>
                <w:i/>
                <w:iCs/>
              </w:rPr>
            </w:pPr>
            <w:r w:rsidRPr="009E09A8">
              <w:rPr>
                <w:b/>
                <w:bCs/>
                <w:i/>
                <w:iCs/>
              </w:rPr>
              <w:t>Priority</w:t>
            </w:r>
          </w:p>
        </w:tc>
        <w:tc>
          <w:tcPr>
            <w:tcW w:w="1631" w:type="dxa"/>
            <w:tcMar/>
          </w:tcPr>
          <w:p w:rsidR="00BD5BF0" w:rsidP="00E35DB0" w:rsidRDefault="00BD5BF0" w14:paraId="42B51187" w14:textId="16B915E5">
            <w:r>
              <w:t>High</w:t>
            </w:r>
          </w:p>
        </w:tc>
      </w:tr>
      <w:tr w:rsidR="00BD5BF0" w:rsidTr="5D44C034" w14:paraId="2BF92FCD" w14:textId="77777777">
        <w:tc>
          <w:tcPr>
            <w:tcW w:w="2175" w:type="dxa"/>
            <w:tcMar/>
          </w:tcPr>
          <w:p w:rsidRPr="009E09A8" w:rsidR="00BD5BF0" w:rsidP="00E35DB0" w:rsidRDefault="00BD5BF0" w14:paraId="1E40D17D" w14:textId="77777777">
            <w:pPr>
              <w:rPr>
                <w:b/>
                <w:bCs/>
                <w:i/>
                <w:iCs/>
              </w:rPr>
            </w:pPr>
            <w:r w:rsidRPr="009E09A8">
              <w:rPr>
                <w:b/>
                <w:bCs/>
                <w:i/>
                <w:iCs/>
              </w:rPr>
              <w:t>Value statement</w:t>
            </w:r>
          </w:p>
        </w:tc>
        <w:tc>
          <w:tcPr>
            <w:tcW w:w="6841" w:type="dxa"/>
            <w:gridSpan w:val="5"/>
            <w:tcMar/>
          </w:tcPr>
          <w:p w:rsidRPr="00DE11AA" w:rsidR="00BD5BF0" w:rsidP="00E35DB0" w:rsidRDefault="00BD5BF0" w14:paraId="37B16840" w14:textId="7C8380B1">
            <w:r w:rsidRPr="00BD5BF0">
              <w:t>As a sales representative, I want to submit expense claims with receipts so that I can get reimbursements quickly.</w:t>
            </w:r>
          </w:p>
        </w:tc>
      </w:tr>
      <w:tr w:rsidR="00BD5BF0" w:rsidTr="5D44C034" w14:paraId="2C1C4AFA" w14:textId="77777777">
        <w:tc>
          <w:tcPr>
            <w:tcW w:w="2175" w:type="dxa"/>
            <w:tcMar/>
          </w:tcPr>
          <w:p w:rsidRPr="009E09A8" w:rsidR="00BD5BF0" w:rsidP="00E35DB0" w:rsidRDefault="00BD5BF0" w14:paraId="11AB8911" w14:textId="77777777">
            <w:pPr>
              <w:rPr>
                <w:b/>
                <w:bCs/>
                <w:i/>
                <w:iCs/>
              </w:rPr>
            </w:pPr>
            <w:r w:rsidRPr="009E09A8">
              <w:rPr>
                <w:b/>
                <w:bCs/>
                <w:i/>
                <w:iCs/>
              </w:rPr>
              <w:t>BV</w:t>
            </w:r>
          </w:p>
        </w:tc>
        <w:tc>
          <w:tcPr>
            <w:tcW w:w="1269" w:type="dxa"/>
            <w:gridSpan w:val="2"/>
            <w:tcMar/>
          </w:tcPr>
          <w:p w:rsidRPr="00DE11AA" w:rsidR="00BD5BF0" w:rsidP="00E35DB0" w:rsidRDefault="00BD5BF0" w14:paraId="7CB6107D" w14:textId="6CA5D639">
            <w:r w:rsidR="1D047F66">
              <w:rPr/>
              <w:t>20</w:t>
            </w:r>
          </w:p>
        </w:tc>
        <w:tc>
          <w:tcPr>
            <w:tcW w:w="2788" w:type="dxa"/>
            <w:tcMar/>
          </w:tcPr>
          <w:p w:rsidRPr="009E09A8" w:rsidR="00BD5BF0" w:rsidP="00E35DB0" w:rsidRDefault="00BD5BF0" w14:paraId="6FA377E7" w14:textId="77777777">
            <w:pPr>
              <w:rPr>
                <w:b/>
                <w:bCs/>
                <w:i/>
                <w:iCs/>
              </w:rPr>
            </w:pPr>
            <w:r w:rsidRPr="009E09A8">
              <w:rPr>
                <w:b/>
                <w:bCs/>
                <w:i/>
                <w:iCs/>
              </w:rPr>
              <w:t>CP</w:t>
            </w:r>
          </w:p>
        </w:tc>
        <w:tc>
          <w:tcPr>
            <w:tcW w:w="2784" w:type="dxa"/>
            <w:gridSpan w:val="2"/>
            <w:tcMar/>
          </w:tcPr>
          <w:p w:rsidRPr="00DE11AA" w:rsidR="00BD5BF0" w:rsidP="00E35DB0" w:rsidRDefault="00BD5BF0" w14:paraId="6D3BD9B8" w14:textId="502D6F83">
            <w:r w:rsidR="6D4465D0">
              <w:rPr/>
              <w:t>5</w:t>
            </w:r>
          </w:p>
        </w:tc>
      </w:tr>
      <w:tr w:rsidR="00BD5BF0" w:rsidTr="5D44C034" w14:paraId="2B317C97" w14:textId="77777777">
        <w:tc>
          <w:tcPr>
            <w:tcW w:w="9016" w:type="dxa"/>
            <w:gridSpan w:val="6"/>
            <w:tcMar/>
          </w:tcPr>
          <w:p w:rsidRPr="009E09A8" w:rsidR="00BD5BF0" w:rsidP="00E35DB0" w:rsidRDefault="00BD5BF0" w14:paraId="54751849" w14:textId="77777777">
            <w:pPr>
              <w:rPr>
                <w:b/>
                <w:bCs/>
                <w:i/>
                <w:iCs/>
              </w:rPr>
            </w:pPr>
            <w:r w:rsidRPr="009E09A8">
              <w:rPr>
                <w:b/>
                <w:bCs/>
                <w:i/>
                <w:iCs/>
              </w:rPr>
              <w:t>Acceptance criteria</w:t>
            </w:r>
          </w:p>
        </w:tc>
      </w:tr>
      <w:tr w:rsidR="00BD5BF0" w:rsidTr="5D44C034" w14:paraId="6A51F864" w14:textId="77777777">
        <w:tc>
          <w:tcPr>
            <w:tcW w:w="9016" w:type="dxa"/>
            <w:gridSpan w:val="6"/>
            <w:tcMar/>
          </w:tcPr>
          <w:p w:rsidRPr="00DE11AA" w:rsidR="00BD5BF0" w:rsidP="5D44C034" w:rsidRDefault="00BD5BF0" w14:paraId="17640F8E" w14:textId="2BA4EA91">
            <w:pPr>
              <w:pStyle w:val="ListParagraph"/>
              <w:numPr>
                <w:ilvl w:val="0"/>
                <w:numId w:val="7"/>
              </w:numPr>
              <w:rPr>
                <w:noProof w:val="0"/>
                <w:lang w:val="en-IN"/>
              </w:rPr>
            </w:pPr>
            <w:r w:rsidRPr="5D44C034" w:rsidR="7223600C">
              <w:rPr>
                <w:noProof w:val="0"/>
                <w:lang w:val="en-IN"/>
              </w:rPr>
              <w:t>Sales rep can upload scanned receipts.</w:t>
            </w:r>
          </w:p>
          <w:p w:rsidRPr="00DE11AA" w:rsidR="00BD5BF0" w:rsidP="5D44C034" w:rsidRDefault="00BD5BF0" w14:paraId="609104EE" w14:textId="7229C0CD">
            <w:pPr>
              <w:pStyle w:val="ListParagraph"/>
              <w:numPr>
                <w:ilvl w:val="0"/>
                <w:numId w:val="7"/>
              </w:numPr>
              <w:rPr>
                <w:noProof w:val="0"/>
                <w:lang w:val="en-IN"/>
              </w:rPr>
            </w:pPr>
            <w:r w:rsidRPr="5D44C034" w:rsidR="7223600C">
              <w:rPr>
                <w:noProof w:val="0"/>
                <w:lang w:val="en-IN"/>
              </w:rPr>
              <w:t xml:space="preserve">Expenses </w:t>
            </w:r>
            <w:r w:rsidRPr="5D44C034" w:rsidR="7223600C">
              <w:rPr>
                <w:noProof w:val="0"/>
                <w:lang w:val="en-IN"/>
              </w:rPr>
              <w:t>validated</w:t>
            </w:r>
            <w:r w:rsidRPr="5D44C034" w:rsidR="7223600C">
              <w:rPr>
                <w:noProof w:val="0"/>
                <w:lang w:val="en-IN"/>
              </w:rPr>
              <w:t xml:space="preserve"> against policy.</w:t>
            </w:r>
          </w:p>
          <w:p w:rsidRPr="00DE11AA" w:rsidR="00BD5BF0" w:rsidP="5D44C034" w:rsidRDefault="00BD5BF0" w14:paraId="76EF20F8" w14:textId="1E3591EA">
            <w:pPr>
              <w:pStyle w:val="ListParagraph"/>
              <w:numPr>
                <w:ilvl w:val="0"/>
                <w:numId w:val="7"/>
              </w:numPr>
              <w:rPr>
                <w:noProof w:val="0"/>
                <w:lang w:val="en-IN"/>
              </w:rPr>
            </w:pPr>
            <w:r w:rsidRPr="5D44C034" w:rsidR="7223600C">
              <w:rPr>
                <w:noProof w:val="0"/>
                <w:lang w:val="en-IN"/>
              </w:rPr>
              <w:t>Claim auto-calculates totals.</w:t>
            </w:r>
          </w:p>
          <w:p w:rsidRPr="00DE11AA" w:rsidR="00BD5BF0" w:rsidP="5D44C034" w:rsidRDefault="00BD5BF0" w14:paraId="7CC1562B" w14:textId="6FD2F781">
            <w:pPr>
              <w:pStyle w:val="ListParagraph"/>
              <w:numPr>
                <w:ilvl w:val="0"/>
                <w:numId w:val="7"/>
              </w:numPr>
              <w:rPr>
                <w:noProof w:val="0"/>
                <w:lang w:val="en-IN"/>
              </w:rPr>
            </w:pPr>
            <w:r w:rsidRPr="5D44C034" w:rsidR="7223600C">
              <w:rPr>
                <w:noProof w:val="0"/>
                <w:lang w:val="en-IN"/>
              </w:rPr>
              <w:t>Status visible in dashboard.</w:t>
            </w:r>
          </w:p>
          <w:p w:rsidRPr="00DE11AA" w:rsidR="00BD5BF0" w:rsidP="5D44C034" w:rsidRDefault="00BD5BF0" w14:paraId="1FDC87C9" w14:textId="2D39B3D4">
            <w:pPr>
              <w:pStyle w:val="ListParagraph"/>
              <w:numPr>
                <w:ilvl w:val="0"/>
                <w:numId w:val="7"/>
              </w:numPr>
              <w:rPr>
                <w:noProof w:val="0"/>
                <w:sz w:val="22"/>
                <w:szCs w:val="22"/>
                <w:lang w:val="en-IN"/>
              </w:rPr>
            </w:pPr>
            <w:r w:rsidRPr="5D44C034" w:rsidR="7223600C">
              <w:rPr>
                <w:noProof w:val="0"/>
                <w:lang w:val="en-IN"/>
              </w:rPr>
              <w:t>Notification sent once processed.</w:t>
            </w:r>
          </w:p>
        </w:tc>
      </w:tr>
    </w:tbl>
    <w:p w:rsidR="00BD5BF0" w:rsidP="00DE11AA" w:rsidRDefault="00BD5BF0" w14:paraId="5C669191"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022475" w:rsidTr="5D44C034" w14:paraId="24F37FEE" w14:textId="77777777">
        <w:tc>
          <w:tcPr>
            <w:tcW w:w="2175" w:type="dxa"/>
            <w:tcMar/>
          </w:tcPr>
          <w:p w:rsidRPr="009E09A8" w:rsidR="00022475" w:rsidP="00E35DB0" w:rsidRDefault="00022475" w14:paraId="5C22222F" w14:textId="77777777">
            <w:pPr>
              <w:rPr>
                <w:b/>
                <w:bCs/>
                <w:i/>
                <w:iCs/>
              </w:rPr>
            </w:pPr>
            <w:r w:rsidRPr="009E09A8">
              <w:rPr>
                <w:b/>
                <w:bCs/>
                <w:i/>
                <w:iCs/>
              </w:rPr>
              <w:t>User story No</w:t>
            </w:r>
          </w:p>
        </w:tc>
        <w:tc>
          <w:tcPr>
            <w:tcW w:w="492" w:type="dxa"/>
            <w:tcMar/>
          </w:tcPr>
          <w:p w:rsidR="00022475" w:rsidP="00E35DB0" w:rsidRDefault="001D3D6A" w14:paraId="248639AC" w14:textId="1DDEE2BF">
            <w:r>
              <w:t>5</w:t>
            </w:r>
          </w:p>
        </w:tc>
        <w:tc>
          <w:tcPr>
            <w:tcW w:w="777" w:type="dxa"/>
            <w:tcMar/>
          </w:tcPr>
          <w:p w:rsidRPr="009E09A8" w:rsidR="00022475" w:rsidP="00E35DB0" w:rsidRDefault="00022475" w14:paraId="4C5F31BB" w14:textId="77777777">
            <w:pPr>
              <w:rPr>
                <w:b/>
                <w:bCs/>
                <w:i/>
                <w:iCs/>
              </w:rPr>
            </w:pPr>
            <w:r w:rsidRPr="009E09A8">
              <w:rPr>
                <w:b/>
                <w:bCs/>
                <w:i/>
                <w:iCs/>
              </w:rPr>
              <w:t>Tasks</w:t>
            </w:r>
          </w:p>
        </w:tc>
        <w:tc>
          <w:tcPr>
            <w:tcW w:w="2788" w:type="dxa"/>
            <w:tcMar/>
          </w:tcPr>
          <w:p w:rsidR="00022475" w:rsidP="00E35DB0" w:rsidRDefault="001D3D6A" w14:paraId="7B03C040" w14:textId="5F565C5F">
            <w:r w:rsidRPr="001D3D6A">
              <w:t>Implement demo product booking module</w:t>
            </w:r>
          </w:p>
        </w:tc>
        <w:tc>
          <w:tcPr>
            <w:tcW w:w="1153" w:type="dxa"/>
            <w:tcMar/>
          </w:tcPr>
          <w:p w:rsidRPr="009E09A8" w:rsidR="00022475" w:rsidP="00E35DB0" w:rsidRDefault="00022475" w14:paraId="59F357FA" w14:textId="77777777">
            <w:pPr>
              <w:rPr>
                <w:b/>
                <w:bCs/>
                <w:i/>
                <w:iCs/>
              </w:rPr>
            </w:pPr>
            <w:r w:rsidRPr="009E09A8">
              <w:rPr>
                <w:b/>
                <w:bCs/>
                <w:i/>
                <w:iCs/>
              </w:rPr>
              <w:t>Priority</w:t>
            </w:r>
          </w:p>
        </w:tc>
        <w:tc>
          <w:tcPr>
            <w:tcW w:w="1631" w:type="dxa"/>
            <w:tcMar/>
          </w:tcPr>
          <w:p w:rsidR="00022475" w:rsidP="00E35DB0" w:rsidRDefault="00022475" w14:paraId="6782EE0E" w14:textId="77777777">
            <w:r>
              <w:t>High</w:t>
            </w:r>
          </w:p>
        </w:tc>
      </w:tr>
      <w:tr w:rsidR="00022475" w:rsidTr="5D44C034" w14:paraId="44C29E7A" w14:textId="77777777">
        <w:tc>
          <w:tcPr>
            <w:tcW w:w="2175" w:type="dxa"/>
            <w:tcMar/>
          </w:tcPr>
          <w:p w:rsidRPr="009E09A8" w:rsidR="00022475" w:rsidP="00E35DB0" w:rsidRDefault="00022475" w14:paraId="2C7F9611" w14:textId="77777777">
            <w:pPr>
              <w:rPr>
                <w:b/>
                <w:bCs/>
                <w:i/>
                <w:iCs/>
              </w:rPr>
            </w:pPr>
            <w:r w:rsidRPr="009E09A8">
              <w:rPr>
                <w:b/>
                <w:bCs/>
                <w:i/>
                <w:iCs/>
              </w:rPr>
              <w:t>Value statement</w:t>
            </w:r>
          </w:p>
        </w:tc>
        <w:tc>
          <w:tcPr>
            <w:tcW w:w="6841" w:type="dxa"/>
            <w:gridSpan w:val="5"/>
            <w:tcMar/>
          </w:tcPr>
          <w:p w:rsidRPr="00DE11AA" w:rsidR="00022475" w:rsidP="00E35DB0" w:rsidRDefault="001D3D6A" w14:paraId="35ACE464" w14:textId="20FFB571">
            <w:r w:rsidRPr="001D3D6A">
              <w:t>As a sales representative, I want to book demo products so that I can ensure availability during client visits.</w:t>
            </w:r>
          </w:p>
        </w:tc>
      </w:tr>
      <w:tr w:rsidR="00022475" w:rsidTr="5D44C034" w14:paraId="5EBAB74C" w14:textId="77777777">
        <w:tc>
          <w:tcPr>
            <w:tcW w:w="2175" w:type="dxa"/>
            <w:tcMar/>
          </w:tcPr>
          <w:p w:rsidRPr="009E09A8" w:rsidR="00022475" w:rsidP="00E35DB0" w:rsidRDefault="00022475" w14:paraId="79469977" w14:textId="77777777">
            <w:pPr>
              <w:rPr>
                <w:b/>
                <w:bCs/>
                <w:i/>
                <w:iCs/>
              </w:rPr>
            </w:pPr>
            <w:r w:rsidRPr="009E09A8">
              <w:rPr>
                <w:b/>
                <w:bCs/>
                <w:i/>
                <w:iCs/>
              </w:rPr>
              <w:t>BV</w:t>
            </w:r>
          </w:p>
        </w:tc>
        <w:tc>
          <w:tcPr>
            <w:tcW w:w="1269" w:type="dxa"/>
            <w:gridSpan w:val="2"/>
            <w:tcMar/>
          </w:tcPr>
          <w:p w:rsidRPr="00DE11AA" w:rsidR="00022475" w:rsidP="00E35DB0" w:rsidRDefault="001D3D6A" w14:paraId="247A60B2" w14:textId="37682CF5">
            <w:r w:rsidR="124A30CC">
              <w:rPr/>
              <w:t>20</w:t>
            </w:r>
          </w:p>
        </w:tc>
        <w:tc>
          <w:tcPr>
            <w:tcW w:w="2788" w:type="dxa"/>
            <w:tcMar/>
          </w:tcPr>
          <w:p w:rsidRPr="009E09A8" w:rsidR="00022475" w:rsidP="00E35DB0" w:rsidRDefault="00022475" w14:paraId="05DC46E3" w14:textId="77777777">
            <w:pPr>
              <w:rPr>
                <w:b/>
                <w:bCs/>
                <w:i/>
                <w:iCs/>
              </w:rPr>
            </w:pPr>
            <w:r w:rsidRPr="009E09A8">
              <w:rPr>
                <w:b/>
                <w:bCs/>
                <w:i/>
                <w:iCs/>
              </w:rPr>
              <w:t>CP</w:t>
            </w:r>
          </w:p>
        </w:tc>
        <w:tc>
          <w:tcPr>
            <w:tcW w:w="2784" w:type="dxa"/>
            <w:gridSpan w:val="2"/>
            <w:tcMar/>
          </w:tcPr>
          <w:p w:rsidRPr="00DE11AA" w:rsidR="00022475" w:rsidP="00E35DB0" w:rsidRDefault="00022475" w14:paraId="6E982B1C" w14:textId="75665093">
            <w:r w:rsidR="39C832A6">
              <w:rPr/>
              <w:t>5</w:t>
            </w:r>
          </w:p>
        </w:tc>
      </w:tr>
      <w:tr w:rsidR="00022475" w:rsidTr="5D44C034" w14:paraId="5201BF2B" w14:textId="77777777">
        <w:tc>
          <w:tcPr>
            <w:tcW w:w="9016" w:type="dxa"/>
            <w:gridSpan w:val="6"/>
            <w:tcMar/>
          </w:tcPr>
          <w:p w:rsidRPr="009E09A8" w:rsidR="00022475" w:rsidP="00E35DB0" w:rsidRDefault="00022475" w14:paraId="3C16CEA1" w14:textId="77777777">
            <w:pPr>
              <w:rPr>
                <w:b/>
                <w:bCs/>
                <w:i/>
                <w:iCs/>
              </w:rPr>
            </w:pPr>
            <w:r w:rsidRPr="009E09A8">
              <w:rPr>
                <w:b/>
                <w:bCs/>
                <w:i/>
                <w:iCs/>
              </w:rPr>
              <w:t>Acceptance criteria</w:t>
            </w:r>
          </w:p>
        </w:tc>
      </w:tr>
      <w:tr w:rsidR="00022475" w:rsidTr="5D44C034" w14:paraId="754087D9" w14:textId="77777777">
        <w:tc>
          <w:tcPr>
            <w:tcW w:w="9016" w:type="dxa"/>
            <w:gridSpan w:val="6"/>
            <w:tcMar/>
          </w:tcPr>
          <w:p w:rsidRPr="00DE11AA" w:rsidR="00022475" w:rsidP="5D44C034" w:rsidRDefault="001D3D6A" w14:paraId="6D4A3F7C" w14:textId="4E97C9A7">
            <w:pPr>
              <w:pStyle w:val="ListParagraph"/>
              <w:numPr>
                <w:ilvl w:val="0"/>
                <w:numId w:val="7"/>
              </w:numPr>
              <w:rPr>
                <w:noProof w:val="0"/>
                <w:lang w:val="en-IN"/>
              </w:rPr>
            </w:pPr>
            <w:r w:rsidRPr="5D44C034" w:rsidR="3F105933">
              <w:rPr>
                <w:noProof w:val="0"/>
                <w:lang w:val="en-IN"/>
              </w:rPr>
              <w:t>Sales rep can check demo product availability.</w:t>
            </w:r>
          </w:p>
          <w:p w:rsidRPr="00DE11AA" w:rsidR="00022475" w:rsidP="5D44C034" w:rsidRDefault="001D3D6A" w14:paraId="4D122BD3" w14:textId="4BFF7325">
            <w:pPr>
              <w:pStyle w:val="ListParagraph"/>
              <w:numPr>
                <w:ilvl w:val="0"/>
                <w:numId w:val="7"/>
              </w:numPr>
              <w:rPr>
                <w:noProof w:val="0"/>
                <w:lang w:val="en-IN"/>
              </w:rPr>
            </w:pPr>
            <w:r w:rsidRPr="5D44C034" w:rsidR="3F105933">
              <w:rPr>
                <w:noProof w:val="0"/>
                <w:lang w:val="en-IN"/>
              </w:rPr>
              <w:t>Booking calendar prevents double-booking.</w:t>
            </w:r>
          </w:p>
          <w:p w:rsidRPr="00DE11AA" w:rsidR="00022475" w:rsidP="5D44C034" w:rsidRDefault="001D3D6A" w14:paraId="0CFA435D" w14:textId="34302A17">
            <w:pPr>
              <w:pStyle w:val="ListParagraph"/>
              <w:numPr>
                <w:ilvl w:val="0"/>
                <w:numId w:val="7"/>
              </w:numPr>
              <w:rPr>
                <w:noProof w:val="0"/>
                <w:lang w:val="en-IN"/>
              </w:rPr>
            </w:pPr>
            <w:r w:rsidRPr="5D44C034" w:rsidR="3F105933">
              <w:rPr>
                <w:noProof w:val="0"/>
                <w:lang w:val="en-IN"/>
              </w:rPr>
              <w:t>Booking confirmation sent instantly.</w:t>
            </w:r>
          </w:p>
          <w:p w:rsidRPr="00DE11AA" w:rsidR="00022475" w:rsidP="5D44C034" w:rsidRDefault="001D3D6A" w14:paraId="17C8F14E" w14:textId="08985ADB">
            <w:pPr>
              <w:pStyle w:val="ListParagraph"/>
              <w:numPr>
                <w:ilvl w:val="0"/>
                <w:numId w:val="7"/>
              </w:numPr>
              <w:rPr>
                <w:noProof w:val="0"/>
                <w:lang w:val="en-IN"/>
              </w:rPr>
            </w:pPr>
            <w:r w:rsidRPr="5D44C034" w:rsidR="3F105933">
              <w:rPr>
                <w:noProof w:val="0"/>
                <w:lang w:val="en-IN"/>
              </w:rPr>
              <w:t>Changes allowed up to 24 hrs before demo.</w:t>
            </w:r>
          </w:p>
          <w:p w:rsidRPr="00DE11AA" w:rsidR="00022475" w:rsidP="5D44C034" w:rsidRDefault="001D3D6A" w14:paraId="0CF02ED0" w14:textId="3AF18E29">
            <w:pPr>
              <w:pStyle w:val="ListParagraph"/>
              <w:numPr>
                <w:ilvl w:val="0"/>
                <w:numId w:val="7"/>
              </w:numPr>
              <w:rPr>
                <w:noProof w:val="0"/>
                <w:lang w:val="en-IN"/>
              </w:rPr>
            </w:pPr>
            <w:r w:rsidRPr="5D44C034" w:rsidR="3F105933">
              <w:rPr>
                <w:noProof w:val="0"/>
                <w:lang w:val="en-IN"/>
              </w:rPr>
              <w:t>Booking history visible in user profile.</w:t>
            </w:r>
          </w:p>
        </w:tc>
      </w:tr>
    </w:tbl>
    <w:p w:rsidR="00022475" w:rsidP="00DE11AA" w:rsidRDefault="00022475" w14:paraId="7E63F7B0"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1D3D6A" w:rsidTr="5D44C034" w14:paraId="52B6B0C1" w14:textId="77777777">
        <w:tc>
          <w:tcPr>
            <w:tcW w:w="2175" w:type="dxa"/>
            <w:tcMar/>
          </w:tcPr>
          <w:p w:rsidRPr="009E09A8" w:rsidR="001D3D6A" w:rsidP="00E35DB0" w:rsidRDefault="001D3D6A" w14:paraId="0F111965" w14:textId="77777777">
            <w:pPr>
              <w:rPr>
                <w:b/>
                <w:bCs/>
                <w:i/>
                <w:iCs/>
              </w:rPr>
            </w:pPr>
            <w:r w:rsidRPr="009E09A8">
              <w:rPr>
                <w:b/>
                <w:bCs/>
                <w:i/>
                <w:iCs/>
              </w:rPr>
              <w:t>User story No</w:t>
            </w:r>
          </w:p>
        </w:tc>
        <w:tc>
          <w:tcPr>
            <w:tcW w:w="492" w:type="dxa"/>
            <w:tcMar/>
          </w:tcPr>
          <w:p w:rsidR="001D3D6A" w:rsidP="00E35DB0" w:rsidRDefault="001D3D6A" w14:paraId="1E07F9A1" w14:textId="16E405A5">
            <w:r>
              <w:t>6</w:t>
            </w:r>
          </w:p>
        </w:tc>
        <w:tc>
          <w:tcPr>
            <w:tcW w:w="777" w:type="dxa"/>
            <w:tcMar/>
          </w:tcPr>
          <w:p w:rsidRPr="009E09A8" w:rsidR="001D3D6A" w:rsidP="00E35DB0" w:rsidRDefault="001D3D6A" w14:paraId="33006956" w14:textId="77777777">
            <w:pPr>
              <w:rPr>
                <w:b/>
                <w:bCs/>
                <w:i/>
                <w:iCs/>
              </w:rPr>
            </w:pPr>
            <w:r w:rsidRPr="009E09A8">
              <w:rPr>
                <w:b/>
                <w:bCs/>
                <w:i/>
                <w:iCs/>
              </w:rPr>
              <w:t>Tasks</w:t>
            </w:r>
          </w:p>
        </w:tc>
        <w:tc>
          <w:tcPr>
            <w:tcW w:w="2788" w:type="dxa"/>
            <w:tcMar/>
          </w:tcPr>
          <w:p w:rsidR="001D3D6A" w:rsidP="00E35DB0" w:rsidRDefault="001D3D6A" w14:paraId="31D5C589" w14:textId="72A114C0">
            <w:r w:rsidRPr="001D3D6A">
              <w:t>Build manager dashboards</w:t>
            </w:r>
          </w:p>
        </w:tc>
        <w:tc>
          <w:tcPr>
            <w:tcW w:w="1153" w:type="dxa"/>
            <w:tcMar/>
          </w:tcPr>
          <w:p w:rsidRPr="009E09A8" w:rsidR="001D3D6A" w:rsidP="00E35DB0" w:rsidRDefault="001D3D6A" w14:paraId="7107E292" w14:textId="77777777">
            <w:pPr>
              <w:rPr>
                <w:b/>
                <w:bCs/>
                <w:i/>
                <w:iCs/>
              </w:rPr>
            </w:pPr>
            <w:r w:rsidRPr="009E09A8">
              <w:rPr>
                <w:b/>
                <w:bCs/>
                <w:i/>
                <w:iCs/>
              </w:rPr>
              <w:t>Priority</w:t>
            </w:r>
          </w:p>
        </w:tc>
        <w:tc>
          <w:tcPr>
            <w:tcW w:w="1631" w:type="dxa"/>
            <w:tcMar/>
          </w:tcPr>
          <w:p w:rsidR="001D3D6A" w:rsidP="00E35DB0" w:rsidRDefault="001D3D6A" w14:paraId="568BF805" w14:textId="77777777">
            <w:r>
              <w:t>High</w:t>
            </w:r>
          </w:p>
        </w:tc>
      </w:tr>
      <w:tr w:rsidR="001D3D6A" w:rsidTr="5D44C034" w14:paraId="546E3173" w14:textId="77777777">
        <w:tc>
          <w:tcPr>
            <w:tcW w:w="2175" w:type="dxa"/>
            <w:tcMar/>
          </w:tcPr>
          <w:p w:rsidRPr="009E09A8" w:rsidR="001D3D6A" w:rsidP="00E35DB0" w:rsidRDefault="001D3D6A" w14:paraId="45A7CD41" w14:textId="77777777">
            <w:pPr>
              <w:rPr>
                <w:b/>
                <w:bCs/>
                <w:i/>
                <w:iCs/>
              </w:rPr>
            </w:pPr>
            <w:r w:rsidRPr="009E09A8">
              <w:rPr>
                <w:b/>
                <w:bCs/>
                <w:i/>
                <w:iCs/>
              </w:rPr>
              <w:t>Value statement</w:t>
            </w:r>
          </w:p>
        </w:tc>
        <w:tc>
          <w:tcPr>
            <w:tcW w:w="6841" w:type="dxa"/>
            <w:gridSpan w:val="5"/>
            <w:tcMar/>
          </w:tcPr>
          <w:p w:rsidRPr="00DE11AA" w:rsidR="001D3D6A" w:rsidP="00E35DB0" w:rsidRDefault="001D3D6A" w14:paraId="517A1B17" w14:textId="6149862D">
            <w:r w:rsidRPr="001D3D6A">
              <w:t>As a sales manager, I want to view real-time KPIs so that I can monitor team performance effectively.</w:t>
            </w:r>
          </w:p>
        </w:tc>
      </w:tr>
      <w:tr w:rsidR="001D3D6A" w:rsidTr="5D44C034" w14:paraId="0FE37983" w14:textId="77777777">
        <w:tc>
          <w:tcPr>
            <w:tcW w:w="2175" w:type="dxa"/>
            <w:tcMar/>
          </w:tcPr>
          <w:p w:rsidRPr="009E09A8" w:rsidR="001D3D6A" w:rsidP="00E35DB0" w:rsidRDefault="001D3D6A" w14:paraId="226BD86E" w14:textId="77777777">
            <w:pPr>
              <w:rPr>
                <w:b/>
                <w:bCs/>
                <w:i/>
                <w:iCs/>
              </w:rPr>
            </w:pPr>
            <w:r w:rsidRPr="009E09A8">
              <w:rPr>
                <w:b/>
                <w:bCs/>
                <w:i/>
                <w:iCs/>
              </w:rPr>
              <w:t>BV</w:t>
            </w:r>
          </w:p>
        </w:tc>
        <w:tc>
          <w:tcPr>
            <w:tcW w:w="1269" w:type="dxa"/>
            <w:gridSpan w:val="2"/>
            <w:tcMar/>
          </w:tcPr>
          <w:p w:rsidRPr="00DE11AA" w:rsidR="001D3D6A" w:rsidP="00E35DB0" w:rsidRDefault="001D3D6A" w14:paraId="1E5AAAA9" w14:textId="28F3632F">
            <w:r w:rsidR="249FBBDA">
              <w:rPr/>
              <w:t>20</w:t>
            </w:r>
          </w:p>
        </w:tc>
        <w:tc>
          <w:tcPr>
            <w:tcW w:w="2788" w:type="dxa"/>
            <w:tcMar/>
          </w:tcPr>
          <w:p w:rsidRPr="009E09A8" w:rsidR="001D3D6A" w:rsidP="00E35DB0" w:rsidRDefault="001D3D6A" w14:paraId="1751DFCD" w14:textId="77777777">
            <w:pPr>
              <w:rPr>
                <w:b/>
                <w:bCs/>
                <w:i/>
                <w:iCs/>
              </w:rPr>
            </w:pPr>
            <w:r w:rsidRPr="009E09A8">
              <w:rPr>
                <w:b/>
                <w:bCs/>
                <w:i/>
                <w:iCs/>
              </w:rPr>
              <w:t>CP</w:t>
            </w:r>
          </w:p>
        </w:tc>
        <w:tc>
          <w:tcPr>
            <w:tcW w:w="2784" w:type="dxa"/>
            <w:gridSpan w:val="2"/>
            <w:tcMar/>
          </w:tcPr>
          <w:p w:rsidRPr="00DE11AA" w:rsidR="001D3D6A" w:rsidP="00E35DB0" w:rsidRDefault="001D3D6A" w14:paraId="3B037D1C" w14:textId="372BBEF2">
            <w:r w:rsidR="7F2D2AF9">
              <w:rPr/>
              <w:t>8</w:t>
            </w:r>
          </w:p>
        </w:tc>
      </w:tr>
      <w:tr w:rsidR="001D3D6A" w:rsidTr="5D44C034" w14:paraId="718C74AB" w14:textId="77777777">
        <w:tc>
          <w:tcPr>
            <w:tcW w:w="9016" w:type="dxa"/>
            <w:gridSpan w:val="6"/>
            <w:tcMar/>
          </w:tcPr>
          <w:p w:rsidRPr="009E09A8" w:rsidR="001D3D6A" w:rsidP="00E35DB0" w:rsidRDefault="001D3D6A" w14:paraId="24B93E01" w14:textId="77777777">
            <w:pPr>
              <w:rPr>
                <w:b/>
                <w:bCs/>
                <w:i/>
                <w:iCs/>
              </w:rPr>
            </w:pPr>
            <w:r w:rsidRPr="009E09A8">
              <w:rPr>
                <w:b/>
                <w:bCs/>
                <w:i/>
                <w:iCs/>
              </w:rPr>
              <w:t>Acceptance criteria</w:t>
            </w:r>
          </w:p>
        </w:tc>
      </w:tr>
      <w:tr w:rsidR="001D3D6A" w:rsidTr="5D44C034" w14:paraId="0F87EECF" w14:textId="77777777">
        <w:tc>
          <w:tcPr>
            <w:tcW w:w="9016" w:type="dxa"/>
            <w:gridSpan w:val="6"/>
            <w:tcMar/>
          </w:tcPr>
          <w:p w:rsidRPr="00DE11AA" w:rsidR="001D3D6A" w:rsidP="5D44C034" w:rsidRDefault="001D3D6A" w14:paraId="039D6E06" w14:textId="50BF3F37">
            <w:pPr>
              <w:pStyle w:val="ListParagraph"/>
              <w:numPr>
                <w:ilvl w:val="0"/>
                <w:numId w:val="7"/>
              </w:numPr>
              <w:rPr>
                <w:noProof w:val="0"/>
                <w:lang w:val="en-IN"/>
              </w:rPr>
            </w:pPr>
            <w:r w:rsidRPr="5D44C034" w:rsidR="313DF59A">
              <w:rPr>
                <w:noProof w:val="0"/>
                <w:lang w:val="en-IN"/>
              </w:rPr>
              <w:t>KPI dashboard updates in real-time.</w:t>
            </w:r>
          </w:p>
          <w:p w:rsidRPr="00DE11AA" w:rsidR="001D3D6A" w:rsidP="5D44C034" w:rsidRDefault="001D3D6A" w14:paraId="59CC2657" w14:textId="7B3D863F">
            <w:pPr>
              <w:pStyle w:val="ListParagraph"/>
              <w:numPr>
                <w:ilvl w:val="0"/>
                <w:numId w:val="7"/>
              </w:numPr>
              <w:rPr>
                <w:noProof w:val="0"/>
                <w:lang w:val="en-IN"/>
              </w:rPr>
            </w:pPr>
            <w:r w:rsidRPr="5D44C034" w:rsidR="313DF59A">
              <w:rPr>
                <w:noProof w:val="0"/>
                <w:lang w:val="en-IN"/>
              </w:rPr>
              <w:t>Metrics include sales, revenue, and leads.</w:t>
            </w:r>
          </w:p>
          <w:p w:rsidRPr="00DE11AA" w:rsidR="001D3D6A" w:rsidP="5D44C034" w:rsidRDefault="001D3D6A" w14:paraId="6232B4AA" w14:textId="5F50D415">
            <w:pPr>
              <w:pStyle w:val="ListParagraph"/>
              <w:numPr>
                <w:ilvl w:val="0"/>
                <w:numId w:val="7"/>
              </w:numPr>
              <w:rPr>
                <w:noProof w:val="0"/>
                <w:lang w:val="en-IN"/>
              </w:rPr>
            </w:pPr>
            <w:r w:rsidRPr="5D44C034" w:rsidR="313DF59A">
              <w:rPr>
                <w:noProof w:val="0"/>
                <w:lang w:val="en-IN"/>
              </w:rPr>
              <w:t>Graphs and charts display trends.</w:t>
            </w:r>
          </w:p>
          <w:p w:rsidRPr="00DE11AA" w:rsidR="001D3D6A" w:rsidP="5D44C034" w:rsidRDefault="001D3D6A" w14:paraId="53445F49" w14:textId="42E51D8F">
            <w:pPr>
              <w:pStyle w:val="ListParagraph"/>
              <w:numPr>
                <w:ilvl w:val="0"/>
                <w:numId w:val="7"/>
              </w:numPr>
              <w:rPr>
                <w:noProof w:val="0"/>
                <w:lang w:val="en-IN"/>
              </w:rPr>
            </w:pPr>
            <w:r w:rsidRPr="5D44C034" w:rsidR="313DF59A">
              <w:rPr>
                <w:noProof w:val="0"/>
                <w:lang w:val="en-IN"/>
              </w:rPr>
              <w:t>Data exportable as PDF/Excel.</w:t>
            </w:r>
          </w:p>
          <w:p w:rsidRPr="00DE11AA" w:rsidR="001D3D6A" w:rsidP="5D44C034" w:rsidRDefault="001D3D6A" w14:paraId="5FDF2B2B" w14:textId="4D93DABE">
            <w:pPr>
              <w:pStyle w:val="ListParagraph"/>
              <w:numPr>
                <w:ilvl w:val="0"/>
                <w:numId w:val="7"/>
              </w:numPr>
              <w:rPr>
                <w:noProof w:val="0"/>
                <w:lang w:val="en-IN"/>
              </w:rPr>
            </w:pPr>
            <w:r w:rsidRPr="5D44C034" w:rsidR="313DF59A">
              <w:rPr>
                <w:noProof w:val="0"/>
                <w:lang w:val="en-IN"/>
              </w:rPr>
              <w:t>Drill-down to individual team member level.</w:t>
            </w:r>
          </w:p>
        </w:tc>
      </w:tr>
    </w:tbl>
    <w:p w:rsidR="001D3D6A" w:rsidP="00DE11AA" w:rsidRDefault="001D3D6A" w14:paraId="4054C4DD"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rsidTr="5D44C034" w14:paraId="5921DAE6" w14:textId="77777777">
        <w:tc>
          <w:tcPr>
            <w:tcW w:w="2175" w:type="dxa"/>
            <w:tcMar/>
          </w:tcPr>
          <w:p w:rsidRPr="009E09A8" w:rsidR="006D0B38" w:rsidP="00E35DB0" w:rsidRDefault="006D0B38" w14:paraId="26666FEF" w14:textId="77777777">
            <w:pPr>
              <w:rPr>
                <w:b/>
                <w:bCs/>
                <w:i/>
                <w:iCs/>
              </w:rPr>
            </w:pPr>
            <w:r w:rsidRPr="009E09A8">
              <w:rPr>
                <w:b/>
                <w:bCs/>
                <w:i/>
                <w:iCs/>
              </w:rPr>
              <w:t>User story No</w:t>
            </w:r>
          </w:p>
        </w:tc>
        <w:tc>
          <w:tcPr>
            <w:tcW w:w="492" w:type="dxa"/>
            <w:tcMar/>
          </w:tcPr>
          <w:p w:rsidR="006D0B38" w:rsidP="00E35DB0" w:rsidRDefault="006D0B38" w14:paraId="42E0F6D8" w14:textId="7C7872CD">
            <w:r>
              <w:t>7</w:t>
            </w:r>
          </w:p>
        </w:tc>
        <w:tc>
          <w:tcPr>
            <w:tcW w:w="777" w:type="dxa"/>
            <w:tcMar/>
          </w:tcPr>
          <w:p w:rsidRPr="009E09A8" w:rsidR="006D0B38" w:rsidP="00E35DB0" w:rsidRDefault="006D0B38" w14:paraId="4B6AA033" w14:textId="77777777">
            <w:pPr>
              <w:rPr>
                <w:b/>
                <w:bCs/>
                <w:i/>
                <w:iCs/>
              </w:rPr>
            </w:pPr>
            <w:r w:rsidRPr="009E09A8">
              <w:rPr>
                <w:b/>
                <w:bCs/>
                <w:i/>
                <w:iCs/>
              </w:rPr>
              <w:t>Tasks</w:t>
            </w:r>
          </w:p>
        </w:tc>
        <w:tc>
          <w:tcPr>
            <w:tcW w:w="2788" w:type="dxa"/>
            <w:tcMar/>
          </w:tcPr>
          <w:p w:rsidR="006D0B38" w:rsidP="00E35DB0" w:rsidRDefault="006D0B38" w14:paraId="5490954D" w14:textId="0C084574">
            <w:r w:rsidRPr="006D0B38">
              <w:t>Implement role-based access control</w:t>
            </w:r>
          </w:p>
        </w:tc>
        <w:tc>
          <w:tcPr>
            <w:tcW w:w="1153" w:type="dxa"/>
            <w:tcMar/>
          </w:tcPr>
          <w:p w:rsidRPr="009E09A8" w:rsidR="006D0B38" w:rsidP="00E35DB0" w:rsidRDefault="006D0B38" w14:paraId="49BC7D78" w14:textId="77777777">
            <w:pPr>
              <w:rPr>
                <w:b/>
                <w:bCs/>
                <w:i/>
                <w:iCs/>
              </w:rPr>
            </w:pPr>
            <w:r w:rsidRPr="009E09A8">
              <w:rPr>
                <w:b/>
                <w:bCs/>
                <w:i/>
                <w:iCs/>
              </w:rPr>
              <w:t>Priority</w:t>
            </w:r>
          </w:p>
        </w:tc>
        <w:tc>
          <w:tcPr>
            <w:tcW w:w="1631" w:type="dxa"/>
            <w:tcMar/>
          </w:tcPr>
          <w:p w:rsidR="006D0B38" w:rsidP="00E35DB0" w:rsidRDefault="006D0B38" w14:paraId="5F263DE8" w14:textId="77777777">
            <w:r>
              <w:t>High</w:t>
            </w:r>
          </w:p>
        </w:tc>
      </w:tr>
      <w:tr w:rsidR="006D0B38" w:rsidTr="5D44C034" w14:paraId="70A60CBC" w14:textId="77777777">
        <w:tc>
          <w:tcPr>
            <w:tcW w:w="2175" w:type="dxa"/>
            <w:tcMar/>
          </w:tcPr>
          <w:p w:rsidRPr="009E09A8" w:rsidR="006D0B38" w:rsidP="00E35DB0" w:rsidRDefault="006D0B38" w14:paraId="02D79FCC" w14:textId="77777777">
            <w:pPr>
              <w:rPr>
                <w:b/>
                <w:bCs/>
                <w:i/>
                <w:iCs/>
              </w:rPr>
            </w:pPr>
            <w:r w:rsidRPr="009E09A8">
              <w:rPr>
                <w:b/>
                <w:bCs/>
                <w:i/>
                <w:iCs/>
              </w:rPr>
              <w:t>Value statement</w:t>
            </w:r>
          </w:p>
        </w:tc>
        <w:tc>
          <w:tcPr>
            <w:tcW w:w="6841" w:type="dxa"/>
            <w:gridSpan w:val="5"/>
            <w:tcMar/>
          </w:tcPr>
          <w:p w:rsidRPr="00DE11AA" w:rsidR="006D0B38" w:rsidP="00E35DB0" w:rsidRDefault="006D0B38" w14:paraId="2519FA5A" w14:textId="3D0921CE">
            <w:r w:rsidRPr="006D0B38">
              <w:t>As an administrator, I want to control access levels so that sensitive data is protected.</w:t>
            </w:r>
          </w:p>
        </w:tc>
      </w:tr>
      <w:tr w:rsidR="006D0B38" w:rsidTr="5D44C034" w14:paraId="105A083D" w14:textId="77777777">
        <w:tc>
          <w:tcPr>
            <w:tcW w:w="2175" w:type="dxa"/>
            <w:tcMar/>
          </w:tcPr>
          <w:p w:rsidRPr="009E09A8" w:rsidR="006D0B38" w:rsidP="00E35DB0" w:rsidRDefault="006D0B38" w14:paraId="2D43886D" w14:textId="77777777">
            <w:pPr>
              <w:rPr>
                <w:b/>
                <w:bCs/>
                <w:i/>
                <w:iCs/>
              </w:rPr>
            </w:pPr>
            <w:r w:rsidRPr="009E09A8">
              <w:rPr>
                <w:b/>
                <w:bCs/>
                <w:i/>
                <w:iCs/>
              </w:rPr>
              <w:t>BV</w:t>
            </w:r>
          </w:p>
        </w:tc>
        <w:tc>
          <w:tcPr>
            <w:tcW w:w="1269" w:type="dxa"/>
            <w:gridSpan w:val="2"/>
            <w:tcMar/>
          </w:tcPr>
          <w:p w:rsidRPr="00DE11AA" w:rsidR="006D0B38" w:rsidP="00E35DB0" w:rsidRDefault="006D0B38" w14:paraId="12D58874" w14:textId="77A12AB3">
            <w:r w:rsidR="4A2C1C32">
              <w:rPr/>
              <w:t>20</w:t>
            </w:r>
          </w:p>
        </w:tc>
        <w:tc>
          <w:tcPr>
            <w:tcW w:w="2788" w:type="dxa"/>
            <w:tcMar/>
          </w:tcPr>
          <w:p w:rsidRPr="009E09A8" w:rsidR="006D0B38" w:rsidP="00E35DB0" w:rsidRDefault="006D0B38" w14:paraId="24E08F3A" w14:textId="77777777">
            <w:pPr>
              <w:rPr>
                <w:b/>
                <w:bCs/>
                <w:i/>
                <w:iCs/>
              </w:rPr>
            </w:pPr>
            <w:r w:rsidRPr="009E09A8">
              <w:rPr>
                <w:b/>
                <w:bCs/>
                <w:i/>
                <w:iCs/>
              </w:rPr>
              <w:t>CP</w:t>
            </w:r>
          </w:p>
        </w:tc>
        <w:tc>
          <w:tcPr>
            <w:tcW w:w="2784" w:type="dxa"/>
            <w:gridSpan w:val="2"/>
            <w:tcMar/>
          </w:tcPr>
          <w:p w:rsidRPr="00DE11AA" w:rsidR="006D0B38" w:rsidP="00E35DB0" w:rsidRDefault="006D0B38" w14:paraId="55E369AD" w14:textId="1CAEFFA6">
            <w:r>
              <w:t>8</w:t>
            </w:r>
          </w:p>
        </w:tc>
      </w:tr>
      <w:tr w:rsidR="006D0B38" w:rsidTr="5D44C034" w14:paraId="768B2267" w14:textId="77777777">
        <w:tc>
          <w:tcPr>
            <w:tcW w:w="9016" w:type="dxa"/>
            <w:gridSpan w:val="6"/>
            <w:tcMar/>
          </w:tcPr>
          <w:p w:rsidRPr="009E09A8" w:rsidR="006D0B38" w:rsidP="00E35DB0" w:rsidRDefault="006D0B38" w14:paraId="68FABF56" w14:textId="77777777">
            <w:pPr>
              <w:rPr>
                <w:b/>
                <w:bCs/>
                <w:i/>
                <w:iCs/>
              </w:rPr>
            </w:pPr>
            <w:r w:rsidRPr="009E09A8">
              <w:rPr>
                <w:b/>
                <w:bCs/>
                <w:i/>
                <w:iCs/>
              </w:rPr>
              <w:t>Acceptance criteria</w:t>
            </w:r>
          </w:p>
        </w:tc>
      </w:tr>
      <w:tr w:rsidR="006D0B38" w:rsidTr="5D44C034" w14:paraId="22B2712D" w14:textId="77777777">
        <w:tc>
          <w:tcPr>
            <w:tcW w:w="9016" w:type="dxa"/>
            <w:gridSpan w:val="6"/>
            <w:tcMar/>
          </w:tcPr>
          <w:p w:rsidRPr="00DE11AA" w:rsidR="006D0B38" w:rsidP="5D44C034" w:rsidRDefault="006D0B38" w14:paraId="60F7D063" w14:textId="085D95CF">
            <w:pPr>
              <w:pStyle w:val="ListParagraph"/>
              <w:numPr>
                <w:ilvl w:val="0"/>
                <w:numId w:val="7"/>
              </w:numPr>
              <w:rPr>
                <w:noProof w:val="0"/>
                <w:lang w:val="en-IN"/>
              </w:rPr>
            </w:pPr>
            <w:r w:rsidRPr="5D44C034" w:rsidR="7D6E9D0C">
              <w:rPr>
                <w:noProof w:val="0"/>
                <w:lang w:val="en-IN"/>
              </w:rPr>
              <w:t>Different roles (Admin, Manager, Rep) defined.</w:t>
            </w:r>
          </w:p>
          <w:p w:rsidRPr="00DE11AA" w:rsidR="006D0B38" w:rsidP="5D44C034" w:rsidRDefault="006D0B38" w14:paraId="78C37120" w14:textId="3652ECD3">
            <w:pPr>
              <w:pStyle w:val="ListParagraph"/>
              <w:numPr>
                <w:ilvl w:val="0"/>
                <w:numId w:val="7"/>
              </w:numPr>
              <w:rPr>
                <w:noProof w:val="0"/>
                <w:lang w:val="en-IN"/>
              </w:rPr>
            </w:pPr>
            <w:r w:rsidRPr="5D44C034" w:rsidR="7D6E9D0C">
              <w:rPr>
                <w:noProof w:val="0"/>
                <w:lang w:val="en-IN"/>
              </w:rPr>
              <w:t>Role-based permissions configurable.</w:t>
            </w:r>
          </w:p>
          <w:p w:rsidRPr="00DE11AA" w:rsidR="006D0B38" w:rsidP="5D44C034" w:rsidRDefault="006D0B38" w14:paraId="3FF3210F" w14:textId="5414443B">
            <w:pPr>
              <w:pStyle w:val="ListParagraph"/>
              <w:numPr>
                <w:ilvl w:val="0"/>
                <w:numId w:val="7"/>
              </w:numPr>
              <w:rPr>
                <w:noProof w:val="0"/>
                <w:lang w:val="en-IN"/>
              </w:rPr>
            </w:pPr>
            <w:r w:rsidRPr="5D44C034" w:rsidR="7D6E9D0C">
              <w:rPr>
                <w:noProof w:val="0"/>
                <w:lang w:val="en-IN"/>
              </w:rPr>
              <w:t>Unauthorized users blocked from sensitive data.</w:t>
            </w:r>
          </w:p>
          <w:p w:rsidRPr="00DE11AA" w:rsidR="006D0B38" w:rsidP="5D44C034" w:rsidRDefault="006D0B38" w14:paraId="71DC354F" w14:textId="00CB1DA3">
            <w:pPr>
              <w:pStyle w:val="ListParagraph"/>
              <w:numPr>
                <w:ilvl w:val="0"/>
                <w:numId w:val="7"/>
              </w:numPr>
              <w:rPr>
                <w:noProof w:val="0"/>
                <w:lang w:val="en-IN"/>
              </w:rPr>
            </w:pPr>
            <w:r w:rsidRPr="5D44C034" w:rsidR="7D6E9D0C">
              <w:rPr>
                <w:noProof w:val="0"/>
                <w:lang w:val="en-IN"/>
              </w:rPr>
              <w:t>Audit logs maintained for access.</w:t>
            </w:r>
          </w:p>
          <w:p w:rsidRPr="00DE11AA" w:rsidR="006D0B38" w:rsidP="5D44C034" w:rsidRDefault="006D0B38" w14:paraId="2B84DA2B" w14:textId="110475D6">
            <w:pPr>
              <w:pStyle w:val="ListParagraph"/>
              <w:numPr>
                <w:ilvl w:val="0"/>
                <w:numId w:val="7"/>
              </w:numPr>
              <w:rPr>
                <w:noProof w:val="0"/>
                <w:lang w:val="en-IN"/>
              </w:rPr>
            </w:pPr>
            <w:r w:rsidRPr="5D44C034" w:rsidR="7D6E9D0C">
              <w:rPr>
                <w:noProof w:val="0"/>
                <w:lang w:val="en-IN"/>
              </w:rPr>
              <w:t>Role changes reflected instantly.</w:t>
            </w:r>
          </w:p>
        </w:tc>
      </w:tr>
    </w:tbl>
    <w:p w:rsidR="006D0B38" w:rsidP="00DE11AA" w:rsidRDefault="006D0B38" w14:paraId="5F5A4DC5"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rsidTr="5D44C034" w14:paraId="67622189" w14:textId="77777777">
        <w:tc>
          <w:tcPr>
            <w:tcW w:w="2175" w:type="dxa"/>
            <w:tcMar/>
          </w:tcPr>
          <w:p w:rsidRPr="009E09A8" w:rsidR="006D0B38" w:rsidP="00E35DB0" w:rsidRDefault="006D0B38" w14:paraId="7EA41677" w14:textId="77777777">
            <w:pPr>
              <w:rPr>
                <w:b/>
                <w:bCs/>
                <w:i/>
                <w:iCs/>
              </w:rPr>
            </w:pPr>
            <w:r w:rsidRPr="009E09A8">
              <w:rPr>
                <w:b/>
                <w:bCs/>
                <w:i/>
                <w:iCs/>
              </w:rPr>
              <w:t>User story No</w:t>
            </w:r>
          </w:p>
        </w:tc>
        <w:tc>
          <w:tcPr>
            <w:tcW w:w="492" w:type="dxa"/>
            <w:tcMar/>
          </w:tcPr>
          <w:p w:rsidR="006D0B38" w:rsidP="00E35DB0" w:rsidRDefault="006D0B38" w14:paraId="77FECDF6" w14:textId="59BF0BF7">
            <w:r>
              <w:t>8</w:t>
            </w:r>
          </w:p>
        </w:tc>
        <w:tc>
          <w:tcPr>
            <w:tcW w:w="777" w:type="dxa"/>
            <w:tcMar/>
          </w:tcPr>
          <w:p w:rsidRPr="009E09A8" w:rsidR="006D0B38" w:rsidP="00E35DB0" w:rsidRDefault="006D0B38" w14:paraId="05304497" w14:textId="77777777">
            <w:pPr>
              <w:rPr>
                <w:b/>
                <w:bCs/>
                <w:i/>
                <w:iCs/>
              </w:rPr>
            </w:pPr>
            <w:r w:rsidRPr="009E09A8">
              <w:rPr>
                <w:b/>
                <w:bCs/>
                <w:i/>
                <w:iCs/>
              </w:rPr>
              <w:t>Tasks</w:t>
            </w:r>
          </w:p>
        </w:tc>
        <w:tc>
          <w:tcPr>
            <w:tcW w:w="2788" w:type="dxa"/>
            <w:tcMar/>
          </w:tcPr>
          <w:p w:rsidR="006D0B38" w:rsidP="00E35DB0" w:rsidRDefault="006D0B38" w14:paraId="27C40FD3" w14:textId="1A633010">
            <w:r w:rsidRPr="006D0B38">
              <w:t>Create automated approval notifications</w:t>
            </w:r>
          </w:p>
        </w:tc>
        <w:tc>
          <w:tcPr>
            <w:tcW w:w="1153" w:type="dxa"/>
            <w:tcMar/>
          </w:tcPr>
          <w:p w:rsidRPr="009E09A8" w:rsidR="006D0B38" w:rsidP="00E35DB0" w:rsidRDefault="006D0B38" w14:paraId="279FE99F" w14:textId="77777777">
            <w:pPr>
              <w:rPr>
                <w:b/>
                <w:bCs/>
                <w:i/>
                <w:iCs/>
              </w:rPr>
            </w:pPr>
            <w:r w:rsidRPr="009E09A8">
              <w:rPr>
                <w:b/>
                <w:bCs/>
                <w:i/>
                <w:iCs/>
              </w:rPr>
              <w:t>Priority</w:t>
            </w:r>
          </w:p>
        </w:tc>
        <w:tc>
          <w:tcPr>
            <w:tcW w:w="1631" w:type="dxa"/>
            <w:tcMar/>
          </w:tcPr>
          <w:p w:rsidR="006D0B38" w:rsidP="00E35DB0" w:rsidRDefault="006D0B38" w14:paraId="3CD235AE" w14:textId="50988C50">
            <w:r>
              <w:t>Medium</w:t>
            </w:r>
          </w:p>
        </w:tc>
      </w:tr>
      <w:tr w:rsidR="006D0B38" w:rsidTr="5D44C034" w14:paraId="7900F7FD" w14:textId="77777777">
        <w:tc>
          <w:tcPr>
            <w:tcW w:w="2175" w:type="dxa"/>
            <w:tcMar/>
          </w:tcPr>
          <w:p w:rsidRPr="009E09A8" w:rsidR="006D0B38" w:rsidP="00E35DB0" w:rsidRDefault="006D0B38" w14:paraId="3AAD6FFE" w14:textId="77777777">
            <w:pPr>
              <w:rPr>
                <w:b/>
                <w:bCs/>
                <w:i/>
                <w:iCs/>
              </w:rPr>
            </w:pPr>
            <w:r w:rsidRPr="009E09A8">
              <w:rPr>
                <w:b/>
                <w:bCs/>
                <w:i/>
                <w:iCs/>
              </w:rPr>
              <w:t>Value statement</w:t>
            </w:r>
          </w:p>
        </w:tc>
        <w:tc>
          <w:tcPr>
            <w:tcW w:w="6841" w:type="dxa"/>
            <w:gridSpan w:val="5"/>
            <w:tcMar/>
          </w:tcPr>
          <w:p w:rsidRPr="00DE11AA" w:rsidR="006D0B38" w:rsidP="00E35DB0" w:rsidRDefault="006D0B38" w14:paraId="2AAE3A57" w14:textId="75EABAF8">
            <w:r w:rsidRPr="006D0B38">
              <w:t>As a manager, I want to get instant notifications for approvals so that I can respond quickly.</w:t>
            </w:r>
          </w:p>
        </w:tc>
      </w:tr>
      <w:tr w:rsidR="006D0B38" w:rsidTr="5D44C034" w14:paraId="7A8FCA5C" w14:textId="77777777">
        <w:tc>
          <w:tcPr>
            <w:tcW w:w="2175" w:type="dxa"/>
            <w:tcMar/>
          </w:tcPr>
          <w:p w:rsidRPr="009E09A8" w:rsidR="006D0B38" w:rsidP="00E35DB0" w:rsidRDefault="006D0B38" w14:paraId="3536A3B1" w14:textId="77777777">
            <w:pPr>
              <w:rPr>
                <w:b/>
                <w:bCs/>
                <w:i/>
                <w:iCs/>
              </w:rPr>
            </w:pPr>
            <w:r w:rsidRPr="009E09A8">
              <w:rPr>
                <w:b/>
                <w:bCs/>
                <w:i/>
                <w:iCs/>
              </w:rPr>
              <w:t>BV</w:t>
            </w:r>
          </w:p>
        </w:tc>
        <w:tc>
          <w:tcPr>
            <w:tcW w:w="1269" w:type="dxa"/>
            <w:gridSpan w:val="2"/>
            <w:tcMar/>
          </w:tcPr>
          <w:p w:rsidRPr="00DE11AA" w:rsidR="006D0B38" w:rsidP="00E35DB0" w:rsidRDefault="006D0B38" w14:paraId="0C327DAB" w14:textId="4AEAC8F6">
            <w:r w:rsidR="22E423B1">
              <w:rPr/>
              <w:t>10</w:t>
            </w:r>
          </w:p>
        </w:tc>
        <w:tc>
          <w:tcPr>
            <w:tcW w:w="2788" w:type="dxa"/>
            <w:tcMar/>
          </w:tcPr>
          <w:p w:rsidRPr="009E09A8" w:rsidR="006D0B38" w:rsidP="00E35DB0" w:rsidRDefault="006D0B38" w14:paraId="080BBDB9" w14:textId="77777777">
            <w:pPr>
              <w:rPr>
                <w:b/>
                <w:bCs/>
                <w:i/>
                <w:iCs/>
              </w:rPr>
            </w:pPr>
            <w:r w:rsidRPr="009E09A8">
              <w:rPr>
                <w:b/>
                <w:bCs/>
                <w:i/>
                <w:iCs/>
              </w:rPr>
              <w:t>CP</w:t>
            </w:r>
          </w:p>
        </w:tc>
        <w:tc>
          <w:tcPr>
            <w:tcW w:w="2784" w:type="dxa"/>
            <w:gridSpan w:val="2"/>
            <w:tcMar/>
          </w:tcPr>
          <w:p w:rsidRPr="00DE11AA" w:rsidR="006D0B38" w:rsidP="00E35DB0" w:rsidRDefault="006D0B38" w14:paraId="457A2950" w14:textId="2CA8B006">
            <w:r>
              <w:t>3</w:t>
            </w:r>
          </w:p>
        </w:tc>
      </w:tr>
      <w:tr w:rsidR="006D0B38" w:rsidTr="5D44C034" w14:paraId="05D77539" w14:textId="77777777">
        <w:tc>
          <w:tcPr>
            <w:tcW w:w="9016" w:type="dxa"/>
            <w:gridSpan w:val="6"/>
            <w:tcMar/>
          </w:tcPr>
          <w:p w:rsidRPr="009E09A8" w:rsidR="006D0B38" w:rsidP="00E35DB0" w:rsidRDefault="006D0B38" w14:paraId="795325A0" w14:textId="77777777">
            <w:pPr>
              <w:rPr>
                <w:b/>
                <w:bCs/>
                <w:i/>
                <w:iCs/>
              </w:rPr>
            </w:pPr>
            <w:r w:rsidRPr="009E09A8">
              <w:rPr>
                <w:b/>
                <w:bCs/>
                <w:i/>
                <w:iCs/>
              </w:rPr>
              <w:t>Acceptance criteria</w:t>
            </w:r>
          </w:p>
        </w:tc>
      </w:tr>
      <w:tr w:rsidR="006D0B38" w:rsidTr="5D44C034" w14:paraId="741D172F" w14:textId="77777777">
        <w:tc>
          <w:tcPr>
            <w:tcW w:w="9016" w:type="dxa"/>
            <w:gridSpan w:val="6"/>
            <w:tcMar/>
          </w:tcPr>
          <w:p w:rsidRPr="00DE11AA" w:rsidR="006D0B38" w:rsidP="5D44C034" w:rsidRDefault="006D0B38" w14:paraId="4FE4D995" w14:textId="07BD46EB">
            <w:pPr>
              <w:pStyle w:val="ListParagraph"/>
              <w:numPr>
                <w:ilvl w:val="0"/>
                <w:numId w:val="7"/>
              </w:numPr>
              <w:rPr>
                <w:noProof w:val="0"/>
                <w:lang w:val="en-IN"/>
              </w:rPr>
            </w:pPr>
            <w:r w:rsidRPr="5D44C034" w:rsidR="0E0D5306">
              <w:rPr>
                <w:noProof w:val="0"/>
                <w:lang w:val="en-IN"/>
              </w:rPr>
              <w:t>Managers receive push/email notifications.</w:t>
            </w:r>
          </w:p>
          <w:p w:rsidRPr="00DE11AA" w:rsidR="006D0B38" w:rsidP="5D44C034" w:rsidRDefault="006D0B38" w14:paraId="1946EA1D" w14:textId="4590C921">
            <w:pPr>
              <w:pStyle w:val="ListParagraph"/>
              <w:numPr>
                <w:ilvl w:val="0"/>
                <w:numId w:val="7"/>
              </w:numPr>
              <w:rPr>
                <w:noProof w:val="0"/>
                <w:lang w:val="en-IN"/>
              </w:rPr>
            </w:pPr>
            <w:r w:rsidRPr="5D44C034" w:rsidR="0E0D5306">
              <w:rPr>
                <w:noProof w:val="0"/>
                <w:lang w:val="en-IN"/>
              </w:rPr>
              <w:t>Notifications include approval links.</w:t>
            </w:r>
          </w:p>
          <w:p w:rsidRPr="00DE11AA" w:rsidR="006D0B38" w:rsidP="5D44C034" w:rsidRDefault="006D0B38" w14:paraId="79BA519B" w14:textId="2D4913A6">
            <w:pPr>
              <w:pStyle w:val="ListParagraph"/>
              <w:numPr>
                <w:ilvl w:val="0"/>
                <w:numId w:val="7"/>
              </w:numPr>
              <w:rPr>
                <w:noProof w:val="0"/>
                <w:lang w:val="en-IN"/>
              </w:rPr>
            </w:pPr>
            <w:r w:rsidRPr="5D44C034" w:rsidR="0E0D5306">
              <w:rPr>
                <w:noProof w:val="0"/>
                <w:lang w:val="en-IN"/>
              </w:rPr>
              <w:t>System retries if delivery fails.</w:t>
            </w:r>
          </w:p>
          <w:p w:rsidRPr="00DE11AA" w:rsidR="006D0B38" w:rsidP="5D44C034" w:rsidRDefault="006D0B38" w14:paraId="7AAB84E6" w14:textId="58670F0C">
            <w:pPr>
              <w:pStyle w:val="ListParagraph"/>
              <w:numPr>
                <w:ilvl w:val="0"/>
                <w:numId w:val="7"/>
              </w:numPr>
              <w:rPr>
                <w:noProof w:val="0"/>
                <w:lang w:val="en-IN"/>
              </w:rPr>
            </w:pPr>
            <w:r w:rsidRPr="5D44C034" w:rsidR="0E0D5306">
              <w:rPr>
                <w:noProof w:val="0"/>
                <w:lang w:val="en-IN"/>
              </w:rPr>
              <w:t>Notifications appear within 5 seconds.</w:t>
            </w:r>
          </w:p>
          <w:p w:rsidRPr="00DE11AA" w:rsidR="006D0B38" w:rsidP="5D44C034" w:rsidRDefault="006D0B38" w14:paraId="4717B8E6" w14:textId="03E6079C">
            <w:pPr>
              <w:pStyle w:val="ListParagraph"/>
              <w:numPr>
                <w:ilvl w:val="0"/>
                <w:numId w:val="7"/>
              </w:numPr>
              <w:rPr>
                <w:noProof w:val="0"/>
                <w:lang w:val="en-IN"/>
              </w:rPr>
            </w:pPr>
            <w:r w:rsidRPr="5D44C034" w:rsidR="0E0D5306">
              <w:rPr>
                <w:noProof w:val="0"/>
                <w:lang w:val="en-IN"/>
              </w:rPr>
              <w:t>History of notifications available.</w:t>
            </w:r>
          </w:p>
        </w:tc>
      </w:tr>
    </w:tbl>
    <w:p w:rsidR="006D0B38" w:rsidP="00DE11AA" w:rsidRDefault="006D0B38" w14:paraId="4D7AE4B0"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rsidTr="5D44C034" w14:paraId="663D5BD1" w14:textId="77777777">
        <w:tc>
          <w:tcPr>
            <w:tcW w:w="2175" w:type="dxa"/>
            <w:tcMar/>
          </w:tcPr>
          <w:p w:rsidRPr="009E09A8" w:rsidR="006D0B38" w:rsidP="00E35DB0" w:rsidRDefault="006D0B38" w14:paraId="7D22488D" w14:textId="77777777">
            <w:pPr>
              <w:rPr>
                <w:b/>
                <w:bCs/>
                <w:i/>
                <w:iCs/>
              </w:rPr>
            </w:pPr>
            <w:r w:rsidRPr="009E09A8">
              <w:rPr>
                <w:b/>
                <w:bCs/>
                <w:i/>
                <w:iCs/>
              </w:rPr>
              <w:t>User story No</w:t>
            </w:r>
          </w:p>
        </w:tc>
        <w:tc>
          <w:tcPr>
            <w:tcW w:w="492" w:type="dxa"/>
            <w:tcMar/>
          </w:tcPr>
          <w:p w:rsidR="006D0B38" w:rsidP="00E35DB0" w:rsidRDefault="006D0B38" w14:paraId="27463545" w14:textId="6BCF5A57">
            <w:r>
              <w:t>9</w:t>
            </w:r>
          </w:p>
        </w:tc>
        <w:tc>
          <w:tcPr>
            <w:tcW w:w="777" w:type="dxa"/>
            <w:tcMar/>
          </w:tcPr>
          <w:p w:rsidRPr="009E09A8" w:rsidR="006D0B38" w:rsidP="00E35DB0" w:rsidRDefault="006D0B38" w14:paraId="4B766F35" w14:textId="77777777">
            <w:pPr>
              <w:rPr>
                <w:b/>
                <w:bCs/>
                <w:i/>
                <w:iCs/>
              </w:rPr>
            </w:pPr>
            <w:r w:rsidRPr="009E09A8">
              <w:rPr>
                <w:b/>
                <w:bCs/>
                <w:i/>
                <w:iCs/>
              </w:rPr>
              <w:t>Tasks</w:t>
            </w:r>
          </w:p>
        </w:tc>
        <w:tc>
          <w:tcPr>
            <w:tcW w:w="2788" w:type="dxa"/>
            <w:tcMar/>
          </w:tcPr>
          <w:p w:rsidR="006D0B38" w:rsidP="00E35DB0" w:rsidRDefault="006D0B38" w14:paraId="1995279D" w14:textId="2BB00B2D">
            <w:r w:rsidRPr="006D0B38">
              <w:t>Enable offline mode for mobile app</w:t>
            </w:r>
          </w:p>
        </w:tc>
        <w:tc>
          <w:tcPr>
            <w:tcW w:w="1153" w:type="dxa"/>
            <w:tcMar/>
          </w:tcPr>
          <w:p w:rsidRPr="009E09A8" w:rsidR="006D0B38" w:rsidP="00E35DB0" w:rsidRDefault="006D0B38" w14:paraId="0A1D5FF8" w14:textId="77777777">
            <w:pPr>
              <w:rPr>
                <w:b/>
                <w:bCs/>
                <w:i/>
                <w:iCs/>
              </w:rPr>
            </w:pPr>
            <w:r w:rsidRPr="009E09A8">
              <w:rPr>
                <w:b/>
                <w:bCs/>
                <w:i/>
                <w:iCs/>
              </w:rPr>
              <w:t>Priority</w:t>
            </w:r>
          </w:p>
        </w:tc>
        <w:tc>
          <w:tcPr>
            <w:tcW w:w="1631" w:type="dxa"/>
            <w:tcMar/>
          </w:tcPr>
          <w:p w:rsidR="006D0B38" w:rsidP="00E35DB0" w:rsidRDefault="006D0B38" w14:paraId="23F76DD5" w14:textId="77777777">
            <w:r>
              <w:t>Medium</w:t>
            </w:r>
          </w:p>
        </w:tc>
      </w:tr>
      <w:tr w:rsidR="006D0B38" w:rsidTr="5D44C034" w14:paraId="2599CC35" w14:textId="77777777">
        <w:tc>
          <w:tcPr>
            <w:tcW w:w="2175" w:type="dxa"/>
            <w:tcMar/>
          </w:tcPr>
          <w:p w:rsidRPr="009E09A8" w:rsidR="006D0B38" w:rsidP="00E35DB0" w:rsidRDefault="006D0B38" w14:paraId="5AF86027" w14:textId="77777777">
            <w:pPr>
              <w:rPr>
                <w:b/>
                <w:bCs/>
                <w:i/>
                <w:iCs/>
              </w:rPr>
            </w:pPr>
            <w:r w:rsidRPr="009E09A8">
              <w:rPr>
                <w:b/>
                <w:bCs/>
                <w:i/>
                <w:iCs/>
              </w:rPr>
              <w:t>Value statement</w:t>
            </w:r>
          </w:p>
        </w:tc>
        <w:tc>
          <w:tcPr>
            <w:tcW w:w="6841" w:type="dxa"/>
            <w:gridSpan w:val="5"/>
            <w:tcMar/>
          </w:tcPr>
          <w:p w:rsidRPr="00DE11AA" w:rsidR="006D0B38" w:rsidP="00E35DB0" w:rsidRDefault="006D0B38" w14:paraId="058DA258" w14:textId="07D6BD06">
            <w:r w:rsidRPr="006D0B38">
              <w:t>As a sales representative, I want to log data offline so that I can work in areas with no internet connectivity.</w:t>
            </w:r>
          </w:p>
        </w:tc>
      </w:tr>
      <w:tr w:rsidR="006D0B38" w:rsidTr="5D44C034" w14:paraId="7FFD8C1C" w14:textId="77777777">
        <w:tc>
          <w:tcPr>
            <w:tcW w:w="2175" w:type="dxa"/>
            <w:tcMar/>
          </w:tcPr>
          <w:p w:rsidRPr="009E09A8" w:rsidR="006D0B38" w:rsidP="00E35DB0" w:rsidRDefault="006D0B38" w14:paraId="183BD69D" w14:textId="77777777">
            <w:pPr>
              <w:rPr>
                <w:b/>
                <w:bCs/>
                <w:i/>
                <w:iCs/>
              </w:rPr>
            </w:pPr>
            <w:r w:rsidRPr="009E09A8">
              <w:rPr>
                <w:b/>
                <w:bCs/>
                <w:i/>
                <w:iCs/>
              </w:rPr>
              <w:t>BV</w:t>
            </w:r>
          </w:p>
        </w:tc>
        <w:tc>
          <w:tcPr>
            <w:tcW w:w="1269" w:type="dxa"/>
            <w:gridSpan w:val="2"/>
            <w:tcMar/>
          </w:tcPr>
          <w:p w:rsidRPr="00DE11AA" w:rsidR="006D0B38" w:rsidP="00E35DB0" w:rsidRDefault="006D0B38" w14:paraId="4AA4F1D8" w14:textId="554BACEE">
            <w:r w:rsidR="18C54DE8">
              <w:rPr/>
              <w:t>10</w:t>
            </w:r>
          </w:p>
        </w:tc>
        <w:tc>
          <w:tcPr>
            <w:tcW w:w="2788" w:type="dxa"/>
            <w:tcMar/>
          </w:tcPr>
          <w:p w:rsidRPr="009E09A8" w:rsidR="006D0B38" w:rsidP="00E35DB0" w:rsidRDefault="006D0B38" w14:paraId="34DEB6C6" w14:textId="77777777">
            <w:pPr>
              <w:rPr>
                <w:b/>
                <w:bCs/>
                <w:i/>
                <w:iCs/>
              </w:rPr>
            </w:pPr>
            <w:r w:rsidRPr="009E09A8">
              <w:rPr>
                <w:b/>
                <w:bCs/>
                <w:i/>
                <w:iCs/>
              </w:rPr>
              <w:t>CP</w:t>
            </w:r>
          </w:p>
        </w:tc>
        <w:tc>
          <w:tcPr>
            <w:tcW w:w="2784" w:type="dxa"/>
            <w:gridSpan w:val="2"/>
            <w:tcMar/>
          </w:tcPr>
          <w:p w:rsidRPr="00DE11AA" w:rsidR="006D0B38" w:rsidP="00E35DB0" w:rsidRDefault="006D0B38" w14:paraId="5F169275" w14:textId="620A4EBE">
            <w:r w:rsidR="37B8BFCE">
              <w:rPr/>
              <w:t>13</w:t>
            </w:r>
          </w:p>
        </w:tc>
      </w:tr>
      <w:tr w:rsidR="006D0B38" w:rsidTr="5D44C034" w14:paraId="1F12F7C3" w14:textId="77777777">
        <w:tc>
          <w:tcPr>
            <w:tcW w:w="9016" w:type="dxa"/>
            <w:gridSpan w:val="6"/>
            <w:tcMar/>
          </w:tcPr>
          <w:p w:rsidRPr="009E09A8" w:rsidR="006D0B38" w:rsidP="00E35DB0" w:rsidRDefault="006D0B38" w14:paraId="3CF506CF" w14:textId="77777777">
            <w:pPr>
              <w:rPr>
                <w:b/>
                <w:bCs/>
                <w:i/>
                <w:iCs/>
              </w:rPr>
            </w:pPr>
            <w:r w:rsidRPr="009E09A8">
              <w:rPr>
                <w:b/>
                <w:bCs/>
                <w:i/>
                <w:iCs/>
              </w:rPr>
              <w:t>Acceptance criteria</w:t>
            </w:r>
          </w:p>
        </w:tc>
      </w:tr>
      <w:tr w:rsidR="006D0B38" w:rsidTr="5D44C034" w14:paraId="62515335" w14:textId="77777777">
        <w:tc>
          <w:tcPr>
            <w:tcW w:w="9016" w:type="dxa"/>
            <w:gridSpan w:val="6"/>
            <w:tcMar/>
          </w:tcPr>
          <w:p w:rsidRPr="00DE11AA" w:rsidR="006D0B38" w:rsidP="5D44C034" w:rsidRDefault="006D0B38" w14:paraId="15040DF2" w14:textId="218FE288">
            <w:pPr>
              <w:pStyle w:val="ListParagraph"/>
              <w:numPr>
                <w:ilvl w:val="0"/>
                <w:numId w:val="7"/>
              </w:numPr>
              <w:rPr>
                <w:noProof w:val="0"/>
                <w:lang w:val="en-IN"/>
              </w:rPr>
            </w:pPr>
            <w:r w:rsidRPr="5D44C034" w:rsidR="4F026C02">
              <w:rPr>
                <w:noProof w:val="0"/>
                <w:lang w:val="en-IN"/>
              </w:rPr>
              <w:t>Sales rep can log meetings offline.</w:t>
            </w:r>
          </w:p>
          <w:p w:rsidRPr="00DE11AA" w:rsidR="006D0B38" w:rsidP="5D44C034" w:rsidRDefault="006D0B38" w14:paraId="4CD4D989" w14:textId="5073A798">
            <w:pPr>
              <w:pStyle w:val="ListParagraph"/>
              <w:numPr>
                <w:ilvl w:val="0"/>
                <w:numId w:val="7"/>
              </w:numPr>
              <w:rPr>
                <w:noProof w:val="0"/>
                <w:lang w:val="en-IN"/>
              </w:rPr>
            </w:pPr>
            <w:r w:rsidRPr="5D44C034" w:rsidR="4F026C02">
              <w:rPr>
                <w:noProof w:val="0"/>
                <w:lang w:val="en-IN"/>
              </w:rPr>
              <w:t>Data syncs automatically once online.</w:t>
            </w:r>
          </w:p>
          <w:p w:rsidRPr="00DE11AA" w:rsidR="006D0B38" w:rsidP="5D44C034" w:rsidRDefault="006D0B38" w14:paraId="2F3E6C27" w14:textId="701A901E">
            <w:pPr>
              <w:pStyle w:val="ListParagraph"/>
              <w:numPr>
                <w:ilvl w:val="0"/>
                <w:numId w:val="7"/>
              </w:numPr>
              <w:rPr>
                <w:noProof w:val="0"/>
                <w:lang w:val="en-IN"/>
              </w:rPr>
            </w:pPr>
            <w:r w:rsidRPr="5D44C034" w:rsidR="4F026C02">
              <w:rPr>
                <w:noProof w:val="0"/>
                <w:lang w:val="en-IN"/>
              </w:rPr>
              <w:t>User notified if sync fails.</w:t>
            </w:r>
          </w:p>
          <w:p w:rsidRPr="00DE11AA" w:rsidR="006D0B38" w:rsidP="5D44C034" w:rsidRDefault="006D0B38" w14:paraId="37A58C28" w14:textId="30E5426B">
            <w:pPr>
              <w:pStyle w:val="ListParagraph"/>
              <w:numPr>
                <w:ilvl w:val="0"/>
                <w:numId w:val="7"/>
              </w:numPr>
              <w:rPr>
                <w:noProof w:val="0"/>
                <w:lang w:val="en-IN"/>
              </w:rPr>
            </w:pPr>
            <w:r w:rsidRPr="5D44C034" w:rsidR="4F026C02">
              <w:rPr>
                <w:noProof w:val="0"/>
                <w:lang w:val="en-IN"/>
              </w:rPr>
              <w:t>Offline entries marked until synced.</w:t>
            </w:r>
          </w:p>
          <w:p w:rsidRPr="00DE11AA" w:rsidR="006D0B38" w:rsidP="5D44C034" w:rsidRDefault="006D0B38" w14:paraId="62C2B2C6" w14:textId="58B8E3C3">
            <w:pPr>
              <w:pStyle w:val="ListParagraph"/>
              <w:numPr>
                <w:ilvl w:val="0"/>
                <w:numId w:val="7"/>
              </w:numPr>
              <w:rPr>
                <w:noProof w:val="0"/>
                <w:lang w:val="en-IN"/>
              </w:rPr>
            </w:pPr>
            <w:r w:rsidRPr="5D44C034" w:rsidR="4F026C02">
              <w:rPr>
                <w:noProof w:val="0"/>
                <w:lang w:val="en-IN"/>
              </w:rPr>
              <w:t>System prevents duplicate entries.</w:t>
            </w:r>
          </w:p>
        </w:tc>
      </w:tr>
    </w:tbl>
    <w:p w:rsidR="006D0B38" w:rsidP="00DE11AA" w:rsidRDefault="006D0B38" w14:paraId="08B75AC7"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rsidTr="5D44C034" w14:paraId="2F9032DB" w14:textId="77777777">
        <w:tc>
          <w:tcPr>
            <w:tcW w:w="2175" w:type="dxa"/>
            <w:tcMar/>
          </w:tcPr>
          <w:p w:rsidRPr="009E09A8" w:rsidR="006D0B38" w:rsidP="00E35DB0" w:rsidRDefault="006D0B38" w14:paraId="47447659" w14:textId="77777777">
            <w:pPr>
              <w:rPr>
                <w:b/>
                <w:bCs/>
                <w:i/>
                <w:iCs/>
              </w:rPr>
            </w:pPr>
            <w:r w:rsidRPr="009E09A8">
              <w:rPr>
                <w:b/>
                <w:bCs/>
                <w:i/>
                <w:iCs/>
              </w:rPr>
              <w:t>User story No</w:t>
            </w:r>
          </w:p>
        </w:tc>
        <w:tc>
          <w:tcPr>
            <w:tcW w:w="492" w:type="dxa"/>
            <w:tcMar/>
          </w:tcPr>
          <w:p w:rsidR="006D0B38" w:rsidP="00E35DB0" w:rsidRDefault="006D0B38" w14:paraId="287CFE10" w14:textId="26A5A7A8">
            <w:r>
              <w:t>10</w:t>
            </w:r>
          </w:p>
        </w:tc>
        <w:tc>
          <w:tcPr>
            <w:tcW w:w="777" w:type="dxa"/>
            <w:tcMar/>
          </w:tcPr>
          <w:p w:rsidRPr="009E09A8" w:rsidR="006D0B38" w:rsidP="00E35DB0" w:rsidRDefault="006D0B38" w14:paraId="5E2B7B76" w14:textId="77777777">
            <w:pPr>
              <w:rPr>
                <w:b/>
                <w:bCs/>
                <w:i/>
                <w:iCs/>
              </w:rPr>
            </w:pPr>
            <w:r w:rsidRPr="009E09A8">
              <w:rPr>
                <w:b/>
                <w:bCs/>
                <w:i/>
                <w:iCs/>
              </w:rPr>
              <w:t>Tasks</w:t>
            </w:r>
          </w:p>
        </w:tc>
        <w:tc>
          <w:tcPr>
            <w:tcW w:w="2788" w:type="dxa"/>
            <w:tcMar/>
          </w:tcPr>
          <w:p w:rsidR="006D0B38" w:rsidP="00E35DB0" w:rsidRDefault="006D0B38" w14:paraId="452C3AEE" w14:textId="3874EBC2">
            <w:r w:rsidRPr="006D0B38">
              <w:t>Develop training material section</w:t>
            </w:r>
          </w:p>
        </w:tc>
        <w:tc>
          <w:tcPr>
            <w:tcW w:w="1153" w:type="dxa"/>
            <w:tcMar/>
          </w:tcPr>
          <w:p w:rsidRPr="009E09A8" w:rsidR="006D0B38" w:rsidP="00E35DB0" w:rsidRDefault="006D0B38" w14:paraId="4CDD86DD" w14:textId="77777777">
            <w:pPr>
              <w:rPr>
                <w:b/>
                <w:bCs/>
                <w:i/>
                <w:iCs/>
              </w:rPr>
            </w:pPr>
            <w:r w:rsidRPr="009E09A8">
              <w:rPr>
                <w:b/>
                <w:bCs/>
                <w:i/>
                <w:iCs/>
              </w:rPr>
              <w:t>Priority</w:t>
            </w:r>
          </w:p>
        </w:tc>
        <w:tc>
          <w:tcPr>
            <w:tcW w:w="1631" w:type="dxa"/>
            <w:tcMar/>
          </w:tcPr>
          <w:p w:rsidR="006D0B38" w:rsidP="00E35DB0" w:rsidRDefault="006D0B38" w14:paraId="698BB449" w14:textId="61458A90">
            <w:r>
              <w:t xml:space="preserve">Low </w:t>
            </w:r>
          </w:p>
        </w:tc>
      </w:tr>
      <w:tr w:rsidR="006D0B38" w:rsidTr="5D44C034" w14:paraId="33ECCF90" w14:textId="77777777">
        <w:tc>
          <w:tcPr>
            <w:tcW w:w="2175" w:type="dxa"/>
            <w:tcMar/>
          </w:tcPr>
          <w:p w:rsidRPr="009E09A8" w:rsidR="006D0B38" w:rsidP="00E35DB0" w:rsidRDefault="006D0B38" w14:paraId="49FBC955" w14:textId="77777777">
            <w:pPr>
              <w:rPr>
                <w:b/>
                <w:bCs/>
                <w:i/>
                <w:iCs/>
              </w:rPr>
            </w:pPr>
            <w:r w:rsidRPr="009E09A8">
              <w:rPr>
                <w:b/>
                <w:bCs/>
                <w:i/>
                <w:iCs/>
              </w:rPr>
              <w:t>Value statement</w:t>
            </w:r>
          </w:p>
        </w:tc>
        <w:tc>
          <w:tcPr>
            <w:tcW w:w="6841" w:type="dxa"/>
            <w:gridSpan w:val="5"/>
            <w:tcMar/>
          </w:tcPr>
          <w:p w:rsidRPr="00DE11AA" w:rsidR="006D0B38" w:rsidP="00E35DB0" w:rsidRDefault="006D0B38" w14:paraId="5B67B08C" w14:textId="18FDAD11">
            <w:r w:rsidRPr="006D0B38">
              <w:t>As a new team member, I want to access training materials so that I can learn to use the portal effectively.</w:t>
            </w:r>
          </w:p>
        </w:tc>
      </w:tr>
      <w:tr w:rsidR="006D0B38" w:rsidTr="5D44C034" w14:paraId="76976826" w14:textId="77777777">
        <w:tc>
          <w:tcPr>
            <w:tcW w:w="2175" w:type="dxa"/>
            <w:tcMar/>
          </w:tcPr>
          <w:p w:rsidRPr="009E09A8" w:rsidR="006D0B38" w:rsidP="00E35DB0" w:rsidRDefault="006D0B38" w14:paraId="1EE3A5F3" w14:textId="77777777">
            <w:pPr>
              <w:rPr>
                <w:b/>
                <w:bCs/>
                <w:i/>
                <w:iCs/>
              </w:rPr>
            </w:pPr>
            <w:r w:rsidRPr="009E09A8">
              <w:rPr>
                <w:b/>
                <w:bCs/>
                <w:i/>
                <w:iCs/>
              </w:rPr>
              <w:t>BV</w:t>
            </w:r>
          </w:p>
        </w:tc>
        <w:tc>
          <w:tcPr>
            <w:tcW w:w="1269" w:type="dxa"/>
            <w:gridSpan w:val="2"/>
            <w:tcMar/>
          </w:tcPr>
          <w:p w:rsidRPr="00DE11AA" w:rsidR="006D0B38" w:rsidP="00E35DB0" w:rsidRDefault="006D0B38" w14:paraId="1E621E91" w14:textId="25554C60">
            <w:r w:rsidR="25E23F92">
              <w:rPr/>
              <w:t>10</w:t>
            </w:r>
          </w:p>
        </w:tc>
        <w:tc>
          <w:tcPr>
            <w:tcW w:w="2788" w:type="dxa"/>
            <w:tcMar/>
          </w:tcPr>
          <w:p w:rsidRPr="009E09A8" w:rsidR="006D0B38" w:rsidP="00E35DB0" w:rsidRDefault="006D0B38" w14:paraId="353B5880" w14:textId="77777777">
            <w:pPr>
              <w:rPr>
                <w:b/>
                <w:bCs/>
                <w:i/>
                <w:iCs/>
              </w:rPr>
            </w:pPr>
            <w:r w:rsidRPr="009E09A8">
              <w:rPr>
                <w:b/>
                <w:bCs/>
                <w:i/>
                <w:iCs/>
              </w:rPr>
              <w:t>CP</w:t>
            </w:r>
          </w:p>
        </w:tc>
        <w:tc>
          <w:tcPr>
            <w:tcW w:w="2784" w:type="dxa"/>
            <w:gridSpan w:val="2"/>
            <w:tcMar/>
          </w:tcPr>
          <w:p w:rsidRPr="00DE11AA" w:rsidR="006D0B38" w:rsidP="00E35DB0" w:rsidRDefault="006D0B38" w14:paraId="40BEE657" w14:textId="41546165">
            <w:r w:rsidR="1D0A2B06">
              <w:rPr/>
              <w:t>5</w:t>
            </w:r>
          </w:p>
        </w:tc>
      </w:tr>
      <w:tr w:rsidR="006D0B38" w:rsidTr="5D44C034" w14:paraId="35707F17" w14:textId="77777777">
        <w:tc>
          <w:tcPr>
            <w:tcW w:w="9016" w:type="dxa"/>
            <w:gridSpan w:val="6"/>
            <w:tcMar/>
          </w:tcPr>
          <w:p w:rsidRPr="009E09A8" w:rsidR="006D0B38" w:rsidP="00E35DB0" w:rsidRDefault="006D0B38" w14:paraId="29838420" w14:textId="77777777">
            <w:pPr>
              <w:rPr>
                <w:b/>
                <w:bCs/>
                <w:i/>
                <w:iCs/>
              </w:rPr>
            </w:pPr>
            <w:r w:rsidRPr="009E09A8">
              <w:rPr>
                <w:b/>
                <w:bCs/>
                <w:i/>
                <w:iCs/>
              </w:rPr>
              <w:t>Acceptance criteria</w:t>
            </w:r>
          </w:p>
        </w:tc>
      </w:tr>
      <w:tr w:rsidR="006D0B38" w:rsidTr="5D44C034" w14:paraId="616BEB8D" w14:textId="77777777">
        <w:tc>
          <w:tcPr>
            <w:tcW w:w="9016" w:type="dxa"/>
            <w:gridSpan w:val="6"/>
            <w:tcMar/>
          </w:tcPr>
          <w:p w:rsidRPr="00DE11AA" w:rsidR="006D0B38" w:rsidP="5D44C034" w:rsidRDefault="006D0B38" w14:paraId="126DDEFE" w14:textId="7BDEEF50">
            <w:pPr>
              <w:pStyle w:val="ListParagraph"/>
              <w:numPr>
                <w:ilvl w:val="0"/>
                <w:numId w:val="7"/>
              </w:numPr>
              <w:rPr>
                <w:noProof w:val="0"/>
                <w:lang w:val="en-IN"/>
              </w:rPr>
            </w:pPr>
            <w:r w:rsidRPr="5D44C034" w:rsidR="1831F490">
              <w:rPr>
                <w:noProof w:val="0"/>
                <w:lang w:val="en-IN"/>
              </w:rPr>
              <w:t>Training library available in portal.</w:t>
            </w:r>
          </w:p>
          <w:p w:rsidRPr="00DE11AA" w:rsidR="006D0B38" w:rsidP="5D44C034" w:rsidRDefault="006D0B38" w14:paraId="32DAFD96" w14:textId="0766A1F6">
            <w:pPr>
              <w:pStyle w:val="ListParagraph"/>
              <w:numPr>
                <w:ilvl w:val="0"/>
                <w:numId w:val="7"/>
              </w:numPr>
              <w:rPr>
                <w:noProof w:val="0"/>
                <w:lang w:val="en-IN"/>
              </w:rPr>
            </w:pPr>
            <w:r w:rsidRPr="5D44C034" w:rsidR="1831F490">
              <w:rPr>
                <w:noProof w:val="0"/>
                <w:lang w:val="en-IN"/>
              </w:rPr>
              <w:t>Materials include videos, docs, PDFs.</w:t>
            </w:r>
          </w:p>
          <w:p w:rsidRPr="00DE11AA" w:rsidR="006D0B38" w:rsidP="5D44C034" w:rsidRDefault="006D0B38" w14:paraId="732AE6D2" w14:textId="1A4F376F">
            <w:pPr>
              <w:pStyle w:val="ListParagraph"/>
              <w:numPr>
                <w:ilvl w:val="0"/>
                <w:numId w:val="7"/>
              </w:numPr>
              <w:rPr>
                <w:noProof w:val="0"/>
                <w:lang w:val="en-IN"/>
              </w:rPr>
            </w:pPr>
            <w:r w:rsidRPr="5D44C034" w:rsidR="1831F490">
              <w:rPr>
                <w:noProof w:val="0"/>
                <w:lang w:val="en-IN"/>
              </w:rPr>
              <w:t>Searchable content.</w:t>
            </w:r>
          </w:p>
          <w:p w:rsidRPr="00DE11AA" w:rsidR="006D0B38" w:rsidP="5D44C034" w:rsidRDefault="006D0B38" w14:paraId="0E20AC0F" w14:textId="5DB8B059">
            <w:pPr>
              <w:pStyle w:val="ListParagraph"/>
              <w:numPr>
                <w:ilvl w:val="0"/>
                <w:numId w:val="7"/>
              </w:numPr>
              <w:rPr>
                <w:noProof w:val="0"/>
                <w:lang w:val="en-IN"/>
              </w:rPr>
            </w:pPr>
            <w:r w:rsidRPr="5D44C034" w:rsidR="1831F490">
              <w:rPr>
                <w:noProof w:val="0"/>
                <w:lang w:val="en-IN"/>
              </w:rPr>
              <w:t>Mobile-friendly access.</w:t>
            </w:r>
          </w:p>
          <w:p w:rsidRPr="00DE11AA" w:rsidR="006D0B38" w:rsidP="5D44C034" w:rsidRDefault="006D0B38" w14:paraId="1E814CCC" w14:textId="691B1A1D">
            <w:pPr>
              <w:pStyle w:val="ListParagraph"/>
              <w:numPr>
                <w:ilvl w:val="0"/>
                <w:numId w:val="7"/>
              </w:numPr>
              <w:rPr>
                <w:noProof w:val="0"/>
                <w:lang w:val="en-IN"/>
              </w:rPr>
            </w:pPr>
            <w:r w:rsidRPr="5D44C034" w:rsidR="2D8A53A2">
              <w:rPr>
                <w:noProof w:val="0"/>
                <w:lang w:val="en-IN"/>
              </w:rPr>
              <w:t>Progress tracking for learners.</w:t>
            </w:r>
          </w:p>
        </w:tc>
      </w:tr>
    </w:tbl>
    <w:p w:rsidR="006D0B38" w:rsidP="00DE11AA" w:rsidRDefault="006D0B38" w14:paraId="66A446FE"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rsidTr="5D44C034" w14:paraId="646C8F49" w14:textId="77777777">
        <w:tc>
          <w:tcPr>
            <w:tcW w:w="2175" w:type="dxa"/>
            <w:tcMar/>
          </w:tcPr>
          <w:p w:rsidRPr="009E09A8" w:rsidR="006D0B38" w:rsidP="00E35DB0" w:rsidRDefault="006D0B38" w14:paraId="638395BB" w14:textId="77777777">
            <w:pPr>
              <w:rPr>
                <w:b/>
                <w:bCs/>
                <w:i/>
                <w:iCs/>
              </w:rPr>
            </w:pPr>
            <w:r w:rsidRPr="009E09A8">
              <w:rPr>
                <w:b/>
                <w:bCs/>
                <w:i/>
                <w:iCs/>
              </w:rPr>
              <w:t>User story No</w:t>
            </w:r>
          </w:p>
        </w:tc>
        <w:tc>
          <w:tcPr>
            <w:tcW w:w="492" w:type="dxa"/>
            <w:tcMar/>
          </w:tcPr>
          <w:p w:rsidR="006D0B38" w:rsidP="00E35DB0" w:rsidRDefault="006D0B38" w14:paraId="4A140B1D" w14:textId="2F8A025A">
            <w:r>
              <w:t>11</w:t>
            </w:r>
          </w:p>
        </w:tc>
        <w:tc>
          <w:tcPr>
            <w:tcW w:w="777" w:type="dxa"/>
            <w:tcMar/>
          </w:tcPr>
          <w:p w:rsidRPr="009E09A8" w:rsidR="006D0B38" w:rsidP="00E35DB0" w:rsidRDefault="006D0B38" w14:paraId="7DFB2BC0" w14:textId="77777777">
            <w:pPr>
              <w:rPr>
                <w:b/>
                <w:bCs/>
                <w:i/>
                <w:iCs/>
              </w:rPr>
            </w:pPr>
            <w:r w:rsidRPr="009E09A8">
              <w:rPr>
                <w:b/>
                <w:bCs/>
                <w:i/>
                <w:iCs/>
              </w:rPr>
              <w:t>Tasks</w:t>
            </w:r>
          </w:p>
        </w:tc>
        <w:tc>
          <w:tcPr>
            <w:tcW w:w="2788" w:type="dxa"/>
            <w:tcMar/>
          </w:tcPr>
          <w:p w:rsidR="006D0B38" w:rsidP="00E35DB0" w:rsidRDefault="006D0B38" w14:paraId="27CA6B40" w14:textId="2210F9B6">
            <w:r w:rsidRPr="006D0B38">
              <w:t>Implement advanced search functionality</w:t>
            </w:r>
          </w:p>
        </w:tc>
        <w:tc>
          <w:tcPr>
            <w:tcW w:w="1153" w:type="dxa"/>
            <w:tcMar/>
          </w:tcPr>
          <w:p w:rsidRPr="009E09A8" w:rsidR="006D0B38" w:rsidP="00E35DB0" w:rsidRDefault="006D0B38" w14:paraId="1B812B87" w14:textId="77777777">
            <w:pPr>
              <w:rPr>
                <w:b/>
                <w:bCs/>
                <w:i/>
                <w:iCs/>
              </w:rPr>
            </w:pPr>
            <w:r w:rsidRPr="009E09A8">
              <w:rPr>
                <w:b/>
                <w:bCs/>
                <w:i/>
                <w:iCs/>
              </w:rPr>
              <w:t>Priority</w:t>
            </w:r>
          </w:p>
        </w:tc>
        <w:tc>
          <w:tcPr>
            <w:tcW w:w="1631" w:type="dxa"/>
            <w:tcMar/>
          </w:tcPr>
          <w:p w:rsidR="006D0B38" w:rsidP="00E35DB0" w:rsidRDefault="006D0B38" w14:paraId="456F9323" w14:textId="249B2825">
            <w:r>
              <w:t>Medium</w:t>
            </w:r>
          </w:p>
        </w:tc>
      </w:tr>
      <w:tr w:rsidR="006D0B38" w:rsidTr="5D44C034" w14:paraId="0E9673F5" w14:textId="77777777">
        <w:tc>
          <w:tcPr>
            <w:tcW w:w="2175" w:type="dxa"/>
            <w:tcMar/>
          </w:tcPr>
          <w:p w:rsidRPr="009E09A8" w:rsidR="006D0B38" w:rsidP="00E35DB0" w:rsidRDefault="006D0B38" w14:paraId="33C1E11A" w14:textId="77777777">
            <w:pPr>
              <w:rPr>
                <w:b/>
                <w:bCs/>
                <w:i/>
                <w:iCs/>
              </w:rPr>
            </w:pPr>
            <w:r w:rsidRPr="009E09A8">
              <w:rPr>
                <w:b/>
                <w:bCs/>
                <w:i/>
                <w:iCs/>
              </w:rPr>
              <w:t>Value statement</w:t>
            </w:r>
          </w:p>
        </w:tc>
        <w:tc>
          <w:tcPr>
            <w:tcW w:w="6841" w:type="dxa"/>
            <w:gridSpan w:val="5"/>
            <w:tcMar/>
          </w:tcPr>
          <w:p w:rsidRPr="00DE11AA" w:rsidR="006D0B38" w:rsidP="00E35DB0" w:rsidRDefault="00B20B39" w14:paraId="2FE56668" w14:textId="2674094F">
            <w:r w:rsidRPr="00B20B39">
              <w:t>As a sales manager, I want to search by customer, date, or product so that I can quickly find relevant records.</w:t>
            </w:r>
          </w:p>
        </w:tc>
      </w:tr>
      <w:tr w:rsidR="006D0B38" w:rsidTr="5D44C034" w14:paraId="28794E46" w14:textId="77777777">
        <w:tc>
          <w:tcPr>
            <w:tcW w:w="2175" w:type="dxa"/>
            <w:tcMar/>
          </w:tcPr>
          <w:p w:rsidRPr="009E09A8" w:rsidR="006D0B38" w:rsidP="00E35DB0" w:rsidRDefault="006D0B38" w14:paraId="3CEB3F1E" w14:textId="77777777">
            <w:pPr>
              <w:rPr>
                <w:b/>
                <w:bCs/>
                <w:i/>
                <w:iCs/>
              </w:rPr>
            </w:pPr>
            <w:r w:rsidRPr="009E09A8">
              <w:rPr>
                <w:b/>
                <w:bCs/>
                <w:i/>
                <w:iCs/>
              </w:rPr>
              <w:t>BV</w:t>
            </w:r>
          </w:p>
        </w:tc>
        <w:tc>
          <w:tcPr>
            <w:tcW w:w="1269" w:type="dxa"/>
            <w:gridSpan w:val="2"/>
            <w:tcMar/>
          </w:tcPr>
          <w:p w:rsidRPr="00DE11AA" w:rsidR="006D0B38" w:rsidP="00E35DB0" w:rsidRDefault="00B20B39" w14:paraId="27E135D2" w14:textId="112CA79B">
            <w:r w:rsidR="6E9A373F">
              <w:rPr/>
              <w:t>10</w:t>
            </w:r>
          </w:p>
        </w:tc>
        <w:tc>
          <w:tcPr>
            <w:tcW w:w="2788" w:type="dxa"/>
            <w:tcMar/>
          </w:tcPr>
          <w:p w:rsidRPr="009E09A8" w:rsidR="006D0B38" w:rsidP="00E35DB0" w:rsidRDefault="006D0B38" w14:paraId="05DA7D8D" w14:textId="77777777">
            <w:pPr>
              <w:rPr>
                <w:b/>
                <w:bCs/>
                <w:i/>
                <w:iCs/>
              </w:rPr>
            </w:pPr>
            <w:r w:rsidRPr="009E09A8">
              <w:rPr>
                <w:b/>
                <w:bCs/>
                <w:i/>
                <w:iCs/>
              </w:rPr>
              <w:t>CP</w:t>
            </w:r>
          </w:p>
        </w:tc>
        <w:tc>
          <w:tcPr>
            <w:tcW w:w="2784" w:type="dxa"/>
            <w:gridSpan w:val="2"/>
            <w:tcMar/>
          </w:tcPr>
          <w:p w:rsidRPr="00DE11AA" w:rsidR="006D0B38" w:rsidP="00E35DB0" w:rsidRDefault="00B20B39" w14:paraId="2A0F4FE8" w14:textId="2C95B052">
            <w:r>
              <w:t>5</w:t>
            </w:r>
          </w:p>
        </w:tc>
      </w:tr>
      <w:tr w:rsidR="006D0B38" w:rsidTr="5D44C034" w14:paraId="70A6695E" w14:textId="77777777">
        <w:tc>
          <w:tcPr>
            <w:tcW w:w="9016" w:type="dxa"/>
            <w:gridSpan w:val="6"/>
            <w:tcMar/>
          </w:tcPr>
          <w:p w:rsidRPr="009E09A8" w:rsidR="006D0B38" w:rsidP="00E35DB0" w:rsidRDefault="006D0B38" w14:paraId="50BCA8D9" w14:textId="77777777">
            <w:pPr>
              <w:rPr>
                <w:b/>
                <w:bCs/>
                <w:i/>
                <w:iCs/>
              </w:rPr>
            </w:pPr>
            <w:r w:rsidRPr="009E09A8">
              <w:rPr>
                <w:b/>
                <w:bCs/>
                <w:i/>
                <w:iCs/>
              </w:rPr>
              <w:t>Acceptance criteria</w:t>
            </w:r>
          </w:p>
        </w:tc>
      </w:tr>
      <w:tr w:rsidR="006D0B38" w:rsidTr="5D44C034" w14:paraId="3028A400" w14:textId="77777777">
        <w:trPr>
          <w:trHeight w:val="300"/>
        </w:trPr>
        <w:tc>
          <w:tcPr>
            <w:tcW w:w="9016" w:type="dxa"/>
            <w:gridSpan w:val="6"/>
            <w:tcMar/>
          </w:tcPr>
          <w:p w:rsidRPr="00DE11AA" w:rsidR="00B20B39" w:rsidP="5D44C034" w:rsidRDefault="00B20B39" w14:paraId="1A3A02EC" w14:textId="5404990E">
            <w:pPr>
              <w:pStyle w:val="ListParagraph"/>
              <w:numPr>
                <w:ilvl w:val="0"/>
                <w:numId w:val="7"/>
              </w:numPr>
              <w:rPr>
                <w:noProof w:val="0"/>
                <w:lang w:val="en-IN"/>
              </w:rPr>
            </w:pPr>
            <w:r w:rsidRPr="5D44C034" w:rsidR="6283B4E5">
              <w:rPr>
                <w:noProof w:val="0"/>
                <w:lang w:val="en-IN"/>
              </w:rPr>
              <w:t>Search works by customer, product, and date.</w:t>
            </w:r>
          </w:p>
          <w:p w:rsidRPr="00DE11AA" w:rsidR="00B20B39" w:rsidP="5D44C034" w:rsidRDefault="00B20B39" w14:paraId="66B6F85C" w14:textId="2B7E4CDA">
            <w:pPr>
              <w:pStyle w:val="ListParagraph"/>
              <w:numPr>
                <w:ilvl w:val="0"/>
                <w:numId w:val="7"/>
              </w:numPr>
              <w:rPr>
                <w:noProof w:val="0"/>
                <w:lang w:val="en-IN"/>
              </w:rPr>
            </w:pPr>
            <w:r w:rsidRPr="5D44C034" w:rsidR="6283B4E5">
              <w:rPr>
                <w:noProof w:val="0"/>
                <w:lang w:val="en-IN"/>
              </w:rPr>
              <w:t>Results appear in under 2 seconds.</w:t>
            </w:r>
          </w:p>
          <w:p w:rsidRPr="00DE11AA" w:rsidR="00B20B39" w:rsidP="5D44C034" w:rsidRDefault="00B20B39" w14:paraId="0B347F78" w14:textId="7388373A">
            <w:pPr>
              <w:pStyle w:val="ListParagraph"/>
              <w:numPr>
                <w:ilvl w:val="0"/>
                <w:numId w:val="7"/>
              </w:numPr>
              <w:rPr>
                <w:noProof w:val="0"/>
                <w:lang w:val="en-IN"/>
              </w:rPr>
            </w:pPr>
            <w:r w:rsidRPr="5D44C034" w:rsidR="6283B4E5">
              <w:rPr>
                <w:noProof w:val="0"/>
                <w:lang w:val="en-IN"/>
              </w:rPr>
              <w:t>Filters can be combined.</w:t>
            </w:r>
          </w:p>
          <w:p w:rsidRPr="00DE11AA" w:rsidR="00B20B39" w:rsidP="5D44C034" w:rsidRDefault="00B20B39" w14:paraId="7449DA8A" w14:textId="2C307939">
            <w:pPr>
              <w:pStyle w:val="ListParagraph"/>
              <w:numPr>
                <w:ilvl w:val="0"/>
                <w:numId w:val="7"/>
              </w:numPr>
              <w:rPr>
                <w:noProof w:val="0"/>
                <w:lang w:val="en-IN"/>
              </w:rPr>
            </w:pPr>
            <w:r w:rsidRPr="5D44C034" w:rsidR="6283B4E5">
              <w:rPr>
                <w:noProof w:val="0"/>
                <w:lang w:val="en-IN"/>
              </w:rPr>
              <w:t>Search results exportable.</w:t>
            </w:r>
          </w:p>
          <w:p w:rsidRPr="00DE11AA" w:rsidR="00B20B39" w:rsidP="5D44C034" w:rsidRDefault="00B20B39" w14:paraId="1A830A23" w14:textId="0CCCC219">
            <w:pPr>
              <w:pStyle w:val="ListParagraph"/>
              <w:numPr>
                <w:ilvl w:val="0"/>
                <w:numId w:val="7"/>
              </w:numPr>
              <w:rPr>
                <w:noProof w:val="0"/>
                <w:lang w:val="en-IN"/>
              </w:rPr>
            </w:pPr>
            <w:r w:rsidRPr="5D44C034" w:rsidR="6283B4E5">
              <w:rPr>
                <w:noProof w:val="0"/>
                <w:lang w:val="en-IN"/>
              </w:rPr>
              <w:t>No results shows helpful message.</w:t>
            </w:r>
          </w:p>
        </w:tc>
      </w:tr>
    </w:tbl>
    <w:p w:rsidR="006D0B38" w:rsidP="00DE11AA" w:rsidRDefault="006D0B38" w14:paraId="56B11BC7"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rsidTr="5D44C034" w14:paraId="46A984E2" w14:textId="77777777">
        <w:tc>
          <w:tcPr>
            <w:tcW w:w="2175" w:type="dxa"/>
            <w:tcMar/>
          </w:tcPr>
          <w:p w:rsidRPr="009E09A8" w:rsidR="00B20B39" w:rsidP="00E35DB0" w:rsidRDefault="00B20B39" w14:paraId="7926D056" w14:textId="77777777">
            <w:pPr>
              <w:rPr>
                <w:b/>
                <w:bCs/>
                <w:i/>
                <w:iCs/>
              </w:rPr>
            </w:pPr>
            <w:r w:rsidRPr="009E09A8">
              <w:rPr>
                <w:b/>
                <w:bCs/>
                <w:i/>
                <w:iCs/>
              </w:rPr>
              <w:t>User story No</w:t>
            </w:r>
          </w:p>
        </w:tc>
        <w:tc>
          <w:tcPr>
            <w:tcW w:w="492" w:type="dxa"/>
            <w:tcMar/>
          </w:tcPr>
          <w:p w:rsidR="00B20B39" w:rsidP="00E35DB0" w:rsidRDefault="00B20B39" w14:paraId="611376F7" w14:textId="1CF593AE">
            <w:r>
              <w:t>12</w:t>
            </w:r>
          </w:p>
        </w:tc>
        <w:tc>
          <w:tcPr>
            <w:tcW w:w="777" w:type="dxa"/>
            <w:tcMar/>
          </w:tcPr>
          <w:p w:rsidRPr="009E09A8" w:rsidR="00B20B39" w:rsidP="00E35DB0" w:rsidRDefault="00B20B39" w14:paraId="42C7C828" w14:textId="77777777">
            <w:pPr>
              <w:rPr>
                <w:b/>
                <w:bCs/>
                <w:i/>
                <w:iCs/>
              </w:rPr>
            </w:pPr>
            <w:r w:rsidRPr="009E09A8">
              <w:rPr>
                <w:b/>
                <w:bCs/>
                <w:i/>
                <w:iCs/>
              </w:rPr>
              <w:t>Tasks</w:t>
            </w:r>
          </w:p>
        </w:tc>
        <w:tc>
          <w:tcPr>
            <w:tcW w:w="2788" w:type="dxa"/>
            <w:tcMar/>
          </w:tcPr>
          <w:p w:rsidR="00B20B39" w:rsidP="00E35DB0" w:rsidRDefault="00B20B39" w14:paraId="05568BFD" w14:textId="44BAAB09">
            <w:r w:rsidRPr="00B20B39">
              <w:t>Add real-time chat support</w:t>
            </w:r>
          </w:p>
        </w:tc>
        <w:tc>
          <w:tcPr>
            <w:tcW w:w="1153" w:type="dxa"/>
            <w:tcMar/>
          </w:tcPr>
          <w:p w:rsidRPr="009E09A8" w:rsidR="00B20B39" w:rsidP="00E35DB0" w:rsidRDefault="00B20B39" w14:paraId="64451A23" w14:textId="77777777">
            <w:pPr>
              <w:rPr>
                <w:b/>
                <w:bCs/>
                <w:i/>
                <w:iCs/>
              </w:rPr>
            </w:pPr>
            <w:r w:rsidRPr="009E09A8">
              <w:rPr>
                <w:b/>
                <w:bCs/>
                <w:i/>
                <w:iCs/>
              </w:rPr>
              <w:t>Priority</w:t>
            </w:r>
          </w:p>
        </w:tc>
        <w:tc>
          <w:tcPr>
            <w:tcW w:w="1631" w:type="dxa"/>
            <w:tcMar/>
          </w:tcPr>
          <w:p w:rsidR="00B20B39" w:rsidP="00E35DB0" w:rsidRDefault="00B20B39" w14:paraId="4A089784" w14:textId="7F1D4213">
            <w:r>
              <w:t>Low</w:t>
            </w:r>
          </w:p>
        </w:tc>
      </w:tr>
      <w:tr w:rsidR="00B20B39" w:rsidTr="5D44C034" w14:paraId="647E1989" w14:textId="77777777">
        <w:tc>
          <w:tcPr>
            <w:tcW w:w="2175" w:type="dxa"/>
            <w:tcMar/>
          </w:tcPr>
          <w:p w:rsidRPr="009E09A8" w:rsidR="00B20B39" w:rsidP="00E35DB0" w:rsidRDefault="00B20B39" w14:paraId="705BBB73" w14:textId="77777777">
            <w:pPr>
              <w:rPr>
                <w:b/>
                <w:bCs/>
                <w:i/>
                <w:iCs/>
              </w:rPr>
            </w:pPr>
            <w:r w:rsidRPr="009E09A8">
              <w:rPr>
                <w:b/>
                <w:bCs/>
                <w:i/>
                <w:iCs/>
              </w:rPr>
              <w:t>Value statement</w:t>
            </w:r>
          </w:p>
        </w:tc>
        <w:tc>
          <w:tcPr>
            <w:tcW w:w="6841" w:type="dxa"/>
            <w:gridSpan w:val="5"/>
            <w:tcMar/>
          </w:tcPr>
          <w:p w:rsidRPr="00DE11AA" w:rsidR="00B20B39" w:rsidP="00E35DB0" w:rsidRDefault="00B20B39" w14:paraId="0A331375" w14:textId="462CF024">
            <w:r w:rsidRPr="00B20B39">
              <w:t>As a user, I want to chat with support so that I can get help instantly.</w:t>
            </w:r>
          </w:p>
        </w:tc>
      </w:tr>
      <w:tr w:rsidR="00B20B39" w:rsidTr="5D44C034" w14:paraId="6717BD2A" w14:textId="77777777">
        <w:tc>
          <w:tcPr>
            <w:tcW w:w="2175" w:type="dxa"/>
            <w:tcMar/>
          </w:tcPr>
          <w:p w:rsidRPr="009E09A8" w:rsidR="00B20B39" w:rsidP="00E35DB0" w:rsidRDefault="00B20B39" w14:paraId="54A69926" w14:textId="77777777">
            <w:pPr>
              <w:rPr>
                <w:b/>
                <w:bCs/>
                <w:i/>
                <w:iCs/>
              </w:rPr>
            </w:pPr>
            <w:r w:rsidRPr="009E09A8">
              <w:rPr>
                <w:b/>
                <w:bCs/>
                <w:i/>
                <w:iCs/>
              </w:rPr>
              <w:t>BV</w:t>
            </w:r>
          </w:p>
        </w:tc>
        <w:tc>
          <w:tcPr>
            <w:tcW w:w="1269" w:type="dxa"/>
            <w:gridSpan w:val="2"/>
            <w:tcMar/>
          </w:tcPr>
          <w:p w:rsidRPr="00DE11AA" w:rsidR="00B20B39" w:rsidP="00E35DB0" w:rsidRDefault="00B20B39" w14:paraId="164E34BA" w14:textId="44C85EA0">
            <w:r w:rsidR="2596E671">
              <w:rPr/>
              <w:t>10</w:t>
            </w:r>
          </w:p>
        </w:tc>
        <w:tc>
          <w:tcPr>
            <w:tcW w:w="2788" w:type="dxa"/>
            <w:tcMar/>
          </w:tcPr>
          <w:p w:rsidRPr="009E09A8" w:rsidR="00B20B39" w:rsidP="00E35DB0" w:rsidRDefault="00B20B39" w14:paraId="514988F4" w14:textId="77777777">
            <w:pPr>
              <w:rPr>
                <w:b/>
                <w:bCs/>
                <w:i/>
                <w:iCs/>
              </w:rPr>
            </w:pPr>
            <w:r w:rsidRPr="009E09A8">
              <w:rPr>
                <w:b/>
                <w:bCs/>
                <w:i/>
                <w:iCs/>
              </w:rPr>
              <w:t>CP</w:t>
            </w:r>
          </w:p>
        </w:tc>
        <w:tc>
          <w:tcPr>
            <w:tcW w:w="2784" w:type="dxa"/>
            <w:gridSpan w:val="2"/>
            <w:tcMar/>
          </w:tcPr>
          <w:p w:rsidRPr="00DE11AA" w:rsidR="00B20B39" w:rsidP="00E35DB0" w:rsidRDefault="00B20B39" w14:paraId="0D17DA20" w14:textId="1B0183CB">
            <w:r w:rsidR="50EADE47">
              <w:rPr/>
              <w:t>8</w:t>
            </w:r>
          </w:p>
        </w:tc>
      </w:tr>
      <w:tr w:rsidR="00B20B39" w:rsidTr="5D44C034" w14:paraId="43DD64AF" w14:textId="77777777">
        <w:tc>
          <w:tcPr>
            <w:tcW w:w="9016" w:type="dxa"/>
            <w:gridSpan w:val="6"/>
            <w:tcMar/>
          </w:tcPr>
          <w:p w:rsidRPr="009E09A8" w:rsidR="00B20B39" w:rsidP="00E35DB0" w:rsidRDefault="00B20B39" w14:paraId="14C0CF4C" w14:textId="77777777">
            <w:pPr>
              <w:rPr>
                <w:b/>
                <w:bCs/>
                <w:i/>
                <w:iCs/>
              </w:rPr>
            </w:pPr>
            <w:r w:rsidRPr="009E09A8">
              <w:rPr>
                <w:b/>
                <w:bCs/>
                <w:i/>
                <w:iCs/>
              </w:rPr>
              <w:t>Acceptance criteria</w:t>
            </w:r>
          </w:p>
        </w:tc>
      </w:tr>
      <w:tr w:rsidR="00B20B39" w:rsidTr="5D44C034" w14:paraId="36561603" w14:textId="77777777">
        <w:tc>
          <w:tcPr>
            <w:tcW w:w="9016" w:type="dxa"/>
            <w:gridSpan w:val="6"/>
            <w:tcMar/>
          </w:tcPr>
          <w:p w:rsidRPr="00DE11AA" w:rsidR="00B20B39" w:rsidP="5D44C034" w:rsidRDefault="00B20B39" w14:paraId="35C96567" w14:textId="194B57B8">
            <w:pPr>
              <w:pStyle w:val="ListParagraph"/>
              <w:numPr>
                <w:ilvl w:val="0"/>
                <w:numId w:val="7"/>
              </w:numPr>
              <w:rPr>
                <w:noProof w:val="0"/>
                <w:lang w:val="en-IN"/>
              </w:rPr>
            </w:pPr>
            <w:r w:rsidRPr="5D44C034" w:rsidR="246FF39D">
              <w:rPr>
                <w:noProof w:val="0"/>
                <w:lang w:val="en-IN"/>
              </w:rPr>
              <w:t>Chat available during business hours.</w:t>
            </w:r>
          </w:p>
          <w:p w:rsidRPr="00DE11AA" w:rsidR="00B20B39" w:rsidP="5D44C034" w:rsidRDefault="00B20B39" w14:paraId="0DD0C781" w14:textId="774366E9">
            <w:pPr>
              <w:pStyle w:val="ListParagraph"/>
              <w:numPr>
                <w:ilvl w:val="0"/>
                <w:numId w:val="7"/>
              </w:numPr>
              <w:rPr>
                <w:noProof w:val="0"/>
                <w:lang w:val="en-IN"/>
              </w:rPr>
            </w:pPr>
            <w:r w:rsidRPr="5D44C034" w:rsidR="246FF39D">
              <w:rPr>
                <w:noProof w:val="0"/>
                <w:lang w:val="en-IN"/>
              </w:rPr>
              <w:t>Chatbot responds to FAQs.</w:t>
            </w:r>
          </w:p>
          <w:p w:rsidRPr="00DE11AA" w:rsidR="00B20B39" w:rsidP="5D44C034" w:rsidRDefault="00B20B39" w14:paraId="5AF01F2D" w14:textId="2B31984E">
            <w:pPr>
              <w:pStyle w:val="ListParagraph"/>
              <w:numPr>
                <w:ilvl w:val="0"/>
                <w:numId w:val="7"/>
              </w:numPr>
              <w:rPr>
                <w:noProof w:val="0"/>
                <w:lang w:val="en-IN"/>
              </w:rPr>
            </w:pPr>
            <w:r w:rsidRPr="5D44C034" w:rsidR="246FF39D">
              <w:rPr>
                <w:noProof w:val="0"/>
                <w:lang w:val="en-IN"/>
              </w:rPr>
              <w:t>Escalation to live agent possible.</w:t>
            </w:r>
          </w:p>
          <w:p w:rsidRPr="00DE11AA" w:rsidR="00B20B39" w:rsidP="5D44C034" w:rsidRDefault="00B20B39" w14:paraId="59A1A127" w14:textId="0DE15931">
            <w:pPr>
              <w:pStyle w:val="ListParagraph"/>
              <w:numPr>
                <w:ilvl w:val="0"/>
                <w:numId w:val="7"/>
              </w:numPr>
              <w:rPr>
                <w:noProof w:val="0"/>
                <w:lang w:val="en-IN"/>
              </w:rPr>
            </w:pPr>
            <w:r w:rsidRPr="5D44C034" w:rsidR="246FF39D">
              <w:rPr>
                <w:noProof w:val="0"/>
                <w:lang w:val="en-IN"/>
              </w:rPr>
              <w:t>Conversation history saved.</w:t>
            </w:r>
          </w:p>
          <w:p w:rsidRPr="00DE11AA" w:rsidR="00B20B39" w:rsidP="5D44C034" w:rsidRDefault="00B20B39" w14:paraId="1E54CD56" w14:textId="06364E28">
            <w:pPr>
              <w:pStyle w:val="ListParagraph"/>
              <w:numPr>
                <w:ilvl w:val="0"/>
                <w:numId w:val="7"/>
              </w:numPr>
              <w:rPr>
                <w:noProof w:val="0"/>
                <w:lang w:val="en-IN"/>
              </w:rPr>
            </w:pPr>
            <w:r w:rsidRPr="5D44C034" w:rsidR="246FF39D">
              <w:rPr>
                <w:noProof w:val="0"/>
                <w:lang w:val="en-IN"/>
              </w:rPr>
              <w:t>Notifications sent for replies.</w:t>
            </w:r>
          </w:p>
        </w:tc>
      </w:tr>
    </w:tbl>
    <w:p w:rsidR="00B20B39" w:rsidP="00DE11AA" w:rsidRDefault="00B20B39" w14:paraId="0CB43A22"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rsidTr="5D44C034" w14:paraId="79101F40" w14:textId="77777777">
        <w:tc>
          <w:tcPr>
            <w:tcW w:w="2175" w:type="dxa"/>
            <w:tcMar/>
          </w:tcPr>
          <w:p w:rsidRPr="009E09A8" w:rsidR="00B20B39" w:rsidP="00E35DB0" w:rsidRDefault="00B20B39" w14:paraId="2BA413EF" w14:textId="77777777">
            <w:pPr>
              <w:rPr>
                <w:b/>
                <w:bCs/>
                <w:i/>
                <w:iCs/>
              </w:rPr>
            </w:pPr>
            <w:r w:rsidRPr="009E09A8">
              <w:rPr>
                <w:b/>
                <w:bCs/>
                <w:i/>
                <w:iCs/>
              </w:rPr>
              <w:t>User story No</w:t>
            </w:r>
          </w:p>
        </w:tc>
        <w:tc>
          <w:tcPr>
            <w:tcW w:w="492" w:type="dxa"/>
            <w:tcMar/>
          </w:tcPr>
          <w:p w:rsidR="00B20B39" w:rsidP="00E35DB0" w:rsidRDefault="00B20B39" w14:paraId="509D8DFE" w14:textId="6DBBEF69">
            <w:r>
              <w:t>13</w:t>
            </w:r>
          </w:p>
        </w:tc>
        <w:tc>
          <w:tcPr>
            <w:tcW w:w="777" w:type="dxa"/>
            <w:tcMar/>
          </w:tcPr>
          <w:p w:rsidRPr="009E09A8" w:rsidR="00B20B39" w:rsidP="00E35DB0" w:rsidRDefault="00B20B39" w14:paraId="475D35C5" w14:textId="77777777">
            <w:pPr>
              <w:rPr>
                <w:b/>
                <w:bCs/>
                <w:i/>
                <w:iCs/>
              </w:rPr>
            </w:pPr>
            <w:r w:rsidRPr="009E09A8">
              <w:rPr>
                <w:b/>
                <w:bCs/>
                <w:i/>
                <w:iCs/>
              </w:rPr>
              <w:t>Tasks</w:t>
            </w:r>
          </w:p>
        </w:tc>
        <w:tc>
          <w:tcPr>
            <w:tcW w:w="2788" w:type="dxa"/>
            <w:tcMar/>
          </w:tcPr>
          <w:p w:rsidR="00B20B39" w:rsidP="00E35DB0" w:rsidRDefault="00B20B39" w14:paraId="5DE4A101" w14:textId="31D89194">
            <w:r w:rsidRPr="00B20B39">
              <w:t>Develop analytics for expense trends</w:t>
            </w:r>
          </w:p>
        </w:tc>
        <w:tc>
          <w:tcPr>
            <w:tcW w:w="1153" w:type="dxa"/>
            <w:tcMar/>
          </w:tcPr>
          <w:p w:rsidRPr="009E09A8" w:rsidR="00B20B39" w:rsidP="00E35DB0" w:rsidRDefault="00B20B39" w14:paraId="2701866C" w14:textId="77777777">
            <w:pPr>
              <w:rPr>
                <w:b/>
                <w:bCs/>
                <w:i/>
                <w:iCs/>
              </w:rPr>
            </w:pPr>
            <w:r w:rsidRPr="009E09A8">
              <w:rPr>
                <w:b/>
                <w:bCs/>
                <w:i/>
                <w:iCs/>
              </w:rPr>
              <w:t>Priority</w:t>
            </w:r>
          </w:p>
        </w:tc>
        <w:tc>
          <w:tcPr>
            <w:tcW w:w="1631" w:type="dxa"/>
            <w:tcMar/>
          </w:tcPr>
          <w:p w:rsidR="00B20B39" w:rsidP="00E35DB0" w:rsidRDefault="00B20B39" w14:paraId="008E95A9" w14:textId="77777777">
            <w:r>
              <w:t>Low</w:t>
            </w:r>
          </w:p>
        </w:tc>
      </w:tr>
      <w:tr w:rsidR="00B20B39" w:rsidTr="5D44C034" w14:paraId="29E6BFAB" w14:textId="77777777">
        <w:tc>
          <w:tcPr>
            <w:tcW w:w="2175" w:type="dxa"/>
            <w:tcMar/>
          </w:tcPr>
          <w:p w:rsidRPr="009E09A8" w:rsidR="00B20B39" w:rsidP="00E35DB0" w:rsidRDefault="00B20B39" w14:paraId="7A8BD68E" w14:textId="77777777">
            <w:pPr>
              <w:rPr>
                <w:b/>
                <w:bCs/>
                <w:i/>
                <w:iCs/>
              </w:rPr>
            </w:pPr>
            <w:r w:rsidRPr="009E09A8">
              <w:rPr>
                <w:b/>
                <w:bCs/>
                <w:i/>
                <w:iCs/>
              </w:rPr>
              <w:t>Value statement</w:t>
            </w:r>
          </w:p>
        </w:tc>
        <w:tc>
          <w:tcPr>
            <w:tcW w:w="6841" w:type="dxa"/>
            <w:gridSpan w:val="5"/>
            <w:tcMar/>
          </w:tcPr>
          <w:p w:rsidRPr="00DE11AA" w:rsidR="00B20B39" w:rsidP="00E35DB0" w:rsidRDefault="00B20B39" w14:paraId="61B2F826" w14:textId="2EFD4248">
            <w:r w:rsidRPr="00B20B39">
              <w:t>As a finance manager, I want to analyze expense trends so that I can control costs better.</w:t>
            </w:r>
          </w:p>
        </w:tc>
      </w:tr>
      <w:tr w:rsidR="00B20B39" w:rsidTr="5D44C034" w14:paraId="6CA01F82" w14:textId="77777777">
        <w:tc>
          <w:tcPr>
            <w:tcW w:w="2175" w:type="dxa"/>
            <w:tcMar/>
          </w:tcPr>
          <w:p w:rsidRPr="009E09A8" w:rsidR="00B20B39" w:rsidP="00E35DB0" w:rsidRDefault="00B20B39" w14:paraId="1453D240" w14:textId="77777777">
            <w:pPr>
              <w:rPr>
                <w:b/>
                <w:bCs/>
                <w:i/>
                <w:iCs/>
              </w:rPr>
            </w:pPr>
            <w:r w:rsidRPr="009E09A8">
              <w:rPr>
                <w:b/>
                <w:bCs/>
                <w:i/>
                <w:iCs/>
              </w:rPr>
              <w:t>BV</w:t>
            </w:r>
          </w:p>
        </w:tc>
        <w:tc>
          <w:tcPr>
            <w:tcW w:w="1269" w:type="dxa"/>
            <w:gridSpan w:val="2"/>
            <w:tcMar/>
          </w:tcPr>
          <w:p w:rsidRPr="00DE11AA" w:rsidR="00B20B39" w:rsidP="00E35DB0" w:rsidRDefault="00B20B39" w14:paraId="6EB58D88" w14:textId="593AE2FF">
            <w:r w:rsidR="2AAD9BFE">
              <w:rPr/>
              <w:t>10</w:t>
            </w:r>
          </w:p>
        </w:tc>
        <w:tc>
          <w:tcPr>
            <w:tcW w:w="2788" w:type="dxa"/>
            <w:tcMar/>
          </w:tcPr>
          <w:p w:rsidRPr="009E09A8" w:rsidR="00B20B39" w:rsidP="00E35DB0" w:rsidRDefault="00B20B39" w14:paraId="460381A8" w14:textId="77777777">
            <w:pPr>
              <w:rPr>
                <w:b/>
                <w:bCs/>
                <w:i/>
                <w:iCs/>
              </w:rPr>
            </w:pPr>
            <w:r w:rsidRPr="009E09A8">
              <w:rPr>
                <w:b/>
                <w:bCs/>
                <w:i/>
                <w:iCs/>
              </w:rPr>
              <w:t>CP</w:t>
            </w:r>
          </w:p>
        </w:tc>
        <w:tc>
          <w:tcPr>
            <w:tcW w:w="2784" w:type="dxa"/>
            <w:gridSpan w:val="2"/>
            <w:tcMar/>
          </w:tcPr>
          <w:p w:rsidRPr="00DE11AA" w:rsidR="00B20B39" w:rsidP="5D44C034" w:rsidRDefault="00B20B39" w14:paraId="0F91EF90" w14:textId="71A037B7">
            <w:pPr>
              <w:pStyle w:val="Normal"/>
              <w:suppressLineNumbers w:val="0"/>
              <w:bidi w:val="0"/>
              <w:spacing w:before="0" w:beforeAutospacing="off" w:after="0" w:afterAutospacing="off" w:line="240" w:lineRule="auto"/>
              <w:ind w:left="0" w:right="0"/>
              <w:jc w:val="left"/>
            </w:pPr>
            <w:r w:rsidR="423B56DA">
              <w:rPr/>
              <w:t>5</w:t>
            </w:r>
          </w:p>
        </w:tc>
      </w:tr>
      <w:tr w:rsidR="00B20B39" w:rsidTr="5D44C034" w14:paraId="655AC6A9" w14:textId="77777777">
        <w:tc>
          <w:tcPr>
            <w:tcW w:w="9016" w:type="dxa"/>
            <w:gridSpan w:val="6"/>
            <w:tcMar/>
          </w:tcPr>
          <w:p w:rsidRPr="009E09A8" w:rsidR="00B20B39" w:rsidP="00E35DB0" w:rsidRDefault="00B20B39" w14:paraId="55E5A0E8" w14:textId="77777777">
            <w:pPr>
              <w:rPr>
                <w:b/>
                <w:bCs/>
                <w:i/>
                <w:iCs/>
              </w:rPr>
            </w:pPr>
            <w:r w:rsidRPr="009E09A8">
              <w:rPr>
                <w:b/>
                <w:bCs/>
                <w:i/>
                <w:iCs/>
              </w:rPr>
              <w:t>Acceptance criteria</w:t>
            </w:r>
          </w:p>
        </w:tc>
      </w:tr>
      <w:tr w:rsidR="00B20B39" w:rsidTr="5D44C034" w14:paraId="5503E152" w14:textId="77777777">
        <w:tc>
          <w:tcPr>
            <w:tcW w:w="9016" w:type="dxa"/>
            <w:gridSpan w:val="6"/>
            <w:tcMar/>
          </w:tcPr>
          <w:p w:rsidRPr="00DE11AA" w:rsidR="00B20B39" w:rsidP="5D44C034" w:rsidRDefault="00B20B39" w14:paraId="5E3070E4" w14:textId="6F6971AD">
            <w:pPr>
              <w:pStyle w:val="ListParagraph"/>
              <w:numPr>
                <w:ilvl w:val="0"/>
                <w:numId w:val="7"/>
              </w:numPr>
              <w:rPr>
                <w:noProof w:val="0"/>
                <w:lang w:val="en-IN"/>
              </w:rPr>
            </w:pPr>
            <w:r w:rsidRPr="5D44C034" w:rsidR="00EDAEE8">
              <w:rPr>
                <w:noProof w:val="0"/>
                <w:lang w:val="en-IN"/>
              </w:rPr>
              <w:t>Expense data shown in charts.</w:t>
            </w:r>
          </w:p>
          <w:p w:rsidRPr="00DE11AA" w:rsidR="00B20B39" w:rsidP="5D44C034" w:rsidRDefault="00B20B39" w14:paraId="58999531" w14:textId="0D539668">
            <w:pPr>
              <w:pStyle w:val="ListParagraph"/>
              <w:numPr>
                <w:ilvl w:val="0"/>
                <w:numId w:val="7"/>
              </w:numPr>
              <w:rPr>
                <w:noProof w:val="0"/>
                <w:lang w:val="en-IN"/>
              </w:rPr>
            </w:pPr>
            <w:r w:rsidRPr="5D44C034" w:rsidR="00EDAEE8">
              <w:rPr>
                <w:noProof w:val="0"/>
                <w:lang w:val="en-IN"/>
              </w:rPr>
              <w:t>Trends visible by department and rep.</w:t>
            </w:r>
          </w:p>
          <w:p w:rsidRPr="00DE11AA" w:rsidR="00B20B39" w:rsidP="5D44C034" w:rsidRDefault="00B20B39" w14:paraId="66AFBAEA" w14:textId="3EAEECE6">
            <w:pPr>
              <w:pStyle w:val="ListParagraph"/>
              <w:numPr>
                <w:ilvl w:val="0"/>
                <w:numId w:val="7"/>
              </w:numPr>
              <w:rPr>
                <w:noProof w:val="0"/>
                <w:lang w:val="en-IN"/>
              </w:rPr>
            </w:pPr>
            <w:r w:rsidRPr="5D44C034" w:rsidR="00EDAEE8">
              <w:rPr>
                <w:noProof w:val="0"/>
                <w:lang w:val="en-IN"/>
              </w:rPr>
              <w:t>Time filters applied correctly.</w:t>
            </w:r>
          </w:p>
          <w:p w:rsidRPr="00DE11AA" w:rsidR="00B20B39" w:rsidP="5D44C034" w:rsidRDefault="00B20B39" w14:paraId="0AAE75B6" w14:textId="0BEE16F7">
            <w:pPr>
              <w:pStyle w:val="ListParagraph"/>
              <w:numPr>
                <w:ilvl w:val="0"/>
                <w:numId w:val="7"/>
              </w:numPr>
              <w:rPr>
                <w:noProof w:val="0"/>
                <w:lang w:val="en-IN"/>
              </w:rPr>
            </w:pPr>
            <w:r w:rsidRPr="5D44C034" w:rsidR="00EDAEE8">
              <w:rPr>
                <w:noProof w:val="0"/>
                <w:lang w:val="en-IN"/>
              </w:rPr>
              <w:t>Exportable as Excel.</w:t>
            </w:r>
          </w:p>
          <w:p w:rsidRPr="00DE11AA" w:rsidR="00B20B39" w:rsidP="5D44C034" w:rsidRDefault="00B20B39" w14:paraId="77ECDDBF" w14:textId="65784CC8">
            <w:pPr>
              <w:pStyle w:val="ListParagraph"/>
              <w:numPr>
                <w:ilvl w:val="0"/>
                <w:numId w:val="7"/>
              </w:numPr>
              <w:rPr>
                <w:noProof w:val="0"/>
                <w:lang w:val="en-IN"/>
              </w:rPr>
            </w:pPr>
            <w:r w:rsidRPr="5D44C034" w:rsidR="00EDAEE8">
              <w:rPr>
                <w:noProof w:val="0"/>
                <w:lang w:val="en-IN"/>
              </w:rPr>
              <w:t>KPIs calculated automatically.</w:t>
            </w:r>
          </w:p>
        </w:tc>
      </w:tr>
    </w:tbl>
    <w:p w:rsidR="00B20B39" w:rsidP="00DE11AA" w:rsidRDefault="00B20B39" w14:paraId="02CDC8FC"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rsidTr="5D44C034" w14:paraId="3FAD1288" w14:textId="77777777">
        <w:tc>
          <w:tcPr>
            <w:tcW w:w="2175" w:type="dxa"/>
            <w:tcMar/>
          </w:tcPr>
          <w:p w:rsidRPr="009E09A8" w:rsidR="00B20B39" w:rsidP="00E35DB0" w:rsidRDefault="00B20B39" w14:paraId="3E1F60F6" w14:textId="77777777">
            <w:pPr>
              <w:rPr>
                <w:b/>
                <w:bCs/>
                <w:i/>
                <w:iCs/>
              </w:rPr>
            </w:pPr>
            <w:r w:rsidRPr="009E09A8">
              <w:rPr>
                <w:b/>
                <w:bCs/>
                <w:i/>
                <w:iCs/>
              </w:rPr>
              <w:t>User story No</w:t>
            </w:r>
          </w:p>
        </w:tc>
        <w:tc>
          <w:tcPr>
            <w:tcW w:w="492" w:type="dxa"/>
            <w:tcMar/>
          </w:tcPr>
          <w:p w:rsidR="00B20B39" w:rsidP="00E35DB0" w:rsidRDefault="00B20B39" w14:paraId="54D79927" w14:textId="2A56EBBD">
            <w:r>
              <w:t>14</w:t>
            </w:r>
          </w:p>
        </w:tc>
        <w:tc>
          <w:tcPr>
            <w:tcW w:w="777" w:type="dxa"/>
            <w:tcMar/>
          </w:tcPr>
          <w:p w:rsidRPr="009E09A8" w:rsidR="00B20B39" w:rsidP="00E35DB0" w:rsidRDefault="00B20B39" w14:paraId="6E1B5A90" w14:textId="77777777">
            <w:pPr>
              <w:rPr>
                <w:b/>
                <w:bCs/>
                <w:i/>
                <w:iCs/>
              </w:rPr>
            </w:pPr>
            <w:r w:rsidRPr="009E09A8">
              <w:rPr>
                <w:b/>
                <w:bCs/>
                <w:i/>
                <w:iCs/>
              </w:rPr>
              <w:t>Tasks</w:t>
            </w:r>
          </w:p>
        </w:tc>
        <w:tc>
          <w:tcPr>
            <w:tcW w:w="2788" w:type="dxa"/>
            <w:tcMar/>
          </w:tcPr>
          <w:p w:rsidR="00B20B39" w:rsidP="00E35DB0" w:rsidRDefault="00B20B39" w14:paraId="2A6E27A5" w14:textId="3BF958B2">
            <w:r w:rsidRPr="00B20B39">
              <w:t>Implement digital signature feature</w:t>
            </w:r>
          </w:p>
        </w:tc>
        <w:tc>
          <w:tcPr>
            <w:tcW w:w="1153" w:type="dxa"/>
            <w:tcMar/>
          </w:tcPr>
          <w:p w:rsidRPr="009E09A8" w:rsidR="00B20B39" w:rsidP="00E35DB0" w:rsidRDefault="00B20B39" w14:paraId="5EF3BCFB" w14:textId="77777777">
            <w:pPr>
              <w:rPr>
                <w:b/>
                <w:bCs/>
                <w:i/>
                <w:iCs/>
              </w:rPr>
            </w:pPr>
            <w:r w:rsidRPr="009E09A8">
              <w:rPr>
                <w:b/>
                <w:bCs/>
                <w:i/>
                <w:iCs/>
              </w:rPr>
              <w:t>Priority</w:t>
            </w:r>
          </w:p>
        </w:tc>
        <w:tc>
          <w:tcPr>
            <w:tcW w:w="1631" w:type="dxa"/>
            <w:tcMar/>
          </w:tcPr>
          <w:p w:rsidR="00B20B39" w:rsidP="00E35DB0" w:rsidRDefault="00B20B39" w14:paraId="47A5D36F" w14:textId="1E2D1C86">
            <w:r>
              <w:t xml:space="preserve">Medium </w:t>
            </w:r>
          </w:p>
        </w:tc>
      </w:tr>
      <w:tr w:rsidR="00B20B39" w:rsidTr="5D44C034" w14:paraId="6F782E7B" w14:textId="77777777">
        <w:tc>
          <w:tcPr>
            <w:tcW w:w="2175" w:type="dxa"/>
            <w:tcMar/>
          </w:tcPr>
          <w:p w:rsidRPr="009E09A8" w:rsidR="00B20B39" w:rsidP="00E35DB0" w:rsidRDefault="00B20B39" w14:paraId="6DACB0A3" w14:textId="77777777">
            <w:pPr>
              <w:rPr>
                <w:b/>
                <w:bCs/>
                <w:i/>
                <w:iCs/>
              </w:rPr>
            </w:pPr>
            <w:r w:rsidRPr="009E09A8">
              <w:rPr>
                <w:b/>
                <w:bCs/>
                <w:i/>
                <w:iCs/>
              </w:rPr>
              <w:t>Value statement</w:t>
            </w:r>
          </w:p>
        </w:tc>
        <w:tc>
          <w:tcPr>
            <w:tcW w:w="6841" w:type="dxa"/>
            <w:gridSpan w:val="5"/>
            <w:tcMar/>
          </w:tcPr>
          <w:p w:rsidRPr="00DE11AA" w:rsidR="00B20B39" w:rsidP="00E35DB0" w:rsidRDefault="00B20B39" w14:paraId="15015720" w14:textId="4A56C5CB">
            <w:r w:rsidRPr="00B20B39">
              <w:t>As a manager, I want to sign approvals digitally so that I can avoid paperwork delays.</w:t>
            </w:r>
          </w:p>
        </w:tc>
      </w:tr>
      <w:tr w:rsidR="00B20B39" w:rsidTr="5D44C034" w14:paraId="7BE957EB" w14:textId="77777777">
        <w:tc>
          <w:tcPr>
            <w:tcW w:w="2175" w:type="dxa"/>
            <w:tcMar/>
          </w:tcPr>
          <w:p w:rsidRPr="009E09A8" w:rsidR="00B20B39" w:rsidP="00E35DB0" w:rsidRDefault="00B20B39" w14:paraId="709C05F0" w14:textId="77777777">
            <w:pPr>
              <w:rPr>
                <w:b/>
                <w:bCs/>
                <w:i/>
                <w:iCs/>
              </w:rPr>
            </w:pPr>
            <w:r w:rsidRPr="009E09A8">
              <w:rPr>
                <w:b/>
                <w:bCs/>
                <w:i/>
                <w:iCs/>
              </w:rPr>
              <w:t>BV</w:t>
            </w:r>
          </w:p>
        </w:tc>
        <w:tc>
          <w:tcPr>
            <w:tcW w:w="1269" w:type="dxa"/>
            <w:gridSpan w:val="2"/>
            <w:tcMar/>
          </w:tcPr>
          <w:p w:rsidRPr="00DE11AA" w:rsidR="00B20B39" w:rsidP="00E35DB0" w:rsidRDefault="00B20B39" w14:paraId="2C9CBFB3" w14:textId="32762B2B">
            <w:r w:rsidR="33A64BBE">
              <w:rPr/>
              <w:t>10</w:t>
            </w:r>
          </w:p>
        </w:tc>
        <w:tc>
          <w:tcPr>
            <w:tcW w:w="2788" w:type="dxa"/>
            <w:tcMar/>
          </w:tcPr>
          <w:p w:rsidRPr="009E09A8" w:rsidR="00B20B39" w:rsidP="00E35DB0" w:rsidRDefault="00B20B39" w14:paraId="14730514" w14:textId="77777777">
            <w:pPr>
              <w:rPr>
                <w:b/>
                <w:bCs/>
                <w:i/>
                <w:iCs/>
              </w:rPr>
            </w:pPr>
            <w:r w:rsidRPr="009E09A8">
              <w:rPr>
                <w:b/>
                <w:bCs/>
                <w:i/>
                <w:iCs/>
              </w:rPr>
              <w:t>CP</w:t>
            </w:r>
          </w:p>
        </w:tc>
        <w:tc>
          <w:tcPr>
            <w:tcW w:w="2784" w:type="dxa"/>
            <w:gridSpan w:val="2"/>
            <w:tcMar/>
          </w:tcPr>
          <w:p w:rsidRPr="00DE11AA" w:rsidR="00B20B39" w:rsidP="5D44C034" w:rsidRDefault="00B20B39" w14:paraId="1B969BF2" w14:textId="3949F401">
            <w:pPr>
              <w:pStyle w:val="Normal"/>
              <w:suppressLineNumbers w:val="0"/>
              <w:bidi w:val="0"/>
              <w:spacing w:before="0" w:beforeAutospacing="off" w:after="0" w:afterAutospacing="off" w:line="240" w:lineRule="auto"/>
              <w:ind w:left="0" w:right="0"/>
              <w:jc w:val="left"/>
            </w:pPr>
            <w:r w:rsidR="59CACA03">
              <w:rPr/>
              <w:t>5</w:t>
            </w:r>
          </w:p>
        </w:tc>
      </w:tr>
      <w:tr w:rsidR="00B20B39" w:rsidTr="5D44C034" w14:paraId="1DED6FCF" w14:textId="77777777">
        <w:tc>
          <w:tcPr>
            <w:tcW w:w="9016" w:type="dxa"/>
            <w:gridSpan w:val="6"/>
            <w:tcMar/>
          </w:tcPr>
          <w:p w:rsidRPr="009E09A8" w:rsidR="00B20B39" w:rsidP="00E35DB0" w:rsidRDefault="00B20B39" w14:paraId="41DEDDBD" w14:textId="77777777">
            <w:pPr>
              <w:rPr>
                <w:b/>
                <w:bCs/>
                <w:i/>
                <w:iCs/>
              </w:rPr>
            </w:pPr>
            <w:r w:rsidRPr="009E09A8">
              <w:rPr>
                <w:b/>
                <w:bCs/>
                <w:i/>
                <w:iCs/>
              </w:rPr>
              <w:t>Acceptance criteria</w:t>
            </w:r>
          </w:p>
        </w:tc>
      </w:tr>
      <w:tr w:rsidR="00B20B39" w:rsidTr="5D44C034" w14:paraId="4D74B7B0" w14:textId="77777777">
        <w:tc>
          <w:tcPr>
            <w:tcW w:w="9016" w:type="dxa"/>
            <w:gridSpan w:val="6"/>
            <w:tcMar/>
          </w:tcPr>
          <w:p w:rsidRPr="00DE11AA" w:rsidR="00B20B39" w:rsidP="5D44C034" w:rsidRDefault="00B20B39" w14:paraId="048FBF25" w14:textId="04AFBF4E">
            <w:pPr>
              <w:pStyle w:val="ListParagraph"/>
              <w:numPr>
                <w:ilvl w:val="0"/>
                <w:numId w:val="7"/>
              </w:numPr>
              <w:rPr>
                <w:noProof w:val="0"/>
                <w:lang w:val="en-IN"/>
              </w:rPr>
            </w:pPr>
            <w:r w:rsidRPr="5D44C034" w:rsidR="2FBC5F73">
              <w:rPr>
                <w:noProof w:val="0"/>
                <w:lang w:val="en-IN"/>
              </w:rPr>
              <w:t>Digital signature feature enabled.</w:t>
            </w:r>
          </w:p>
          <w:p w:rsidRPr="00DE11AA" w:rsidR="00B20B39" w:rsidP="5D44C034" w:rsidRDefault="00B20B39" w14:paraId="422FF3C8" w14:textId="283B4FFC">
            <w:pPr>
              <w:pStyle w:val="ListParagraph"/>
              <w:numPr>
                <w:ilvl w:val="0"/>
                <w:numId w:val="7"/>
              </w:numPr>
              <w:rPr>
                <w:noProof w:val="0"/>
                <w:lang w:val="en-IN"/>
              </w:rPr>
            </w:pPr>
            <w:r w:rsidRPr="5D44C034" w:rsidR="2FBC5F73">
              <w:rPr>
                <w:noProof w:val="0"/>
                <w:lang w:val="en-IN"/>
              </w:rPr>
              <w:t>Approvals tracked in logs.</w:t>
            </w:r>
          </w:p>
          <w:p w:rsidRPr="00DE11AA" w:rsidR="00B20B39" w:rsidP="5D44C034" w:rsidRDefault="00B20B39" w14:paraId="1750A590" w14:textId="50C5677C">
            <w:pPr>
              <w:pStyle w:val="ListParagraph"/>
              <w:numPr>
                <w:ilvl w:val="0"/>
                <w:numId w:val="7"/>
              </w:numPr>
              <w:rPr>
                <w:noProof w:val="0"/>
                <w:lang w:val="en-IN"/>
              </w:rPr>
            </w:pPr>
            <w:r w:rsidRPr="5D44C034" w:rsidR="2FBC5F73">
              <w:rPr>
                <w:noProof w:val="0"/>
                <w:lang w:val="en-IN"/>
              </w:rPr>
              <w:t>Multi-level approvals supported.</w:t>
            </w:r>
          </w:p>
          <w:p w:rsidRPr="00DE11AA" w:rsidR="00B20B39" w:rsidP="5D44C034" w:rsidRDefault="00B20B39" w14:paraId="093635F0" w14:textId="59015EDF">
            <w:pPr>
              <w:pStyle w:val="ListParagraph"/>
              <w:numPr>
                <w:ilvl w:val="0"/>
                <w:numId w:val="7"/>
              </w:numPr>
              <w:rPr>
                <w:noProof w:val="0"/>
                <w:lang w:val="en-IN"/>
              </w:rPr>
            </w:pPr>
            <w:r w:rsidRPr="5D44C034" w:rsidR="2FBC5F73">
              <w:rPr>
                <w:noProof w:val="0"/>
                <w:lang w:val="en-IN"/>
              </w:rPr>
              <w:t xml:space="preserve">Approvals </w:t>
            </w:r>
            <w:r w:rsidRPr="5D44C034" w:rsidR="2FBC5F73">
              <w:rPr>
                <w:noProof w:val="0"/>
                <w:lang w:val="en-IN"/>
              </w:rPr>
              <w:t>mobile-friendly</w:t>
            </w:r>
            <w:r w:rsidRPr="5D44C034" w:rsidR="2FBC5F73">
              <w:rPr>
                <w:noProof w:val="0"/>
                <w:lang w:val="en-IN"/>
              </w:rPr>
              <w:t>.</w:t>
            </w:r>
          </w:p>
          <w:p w:rsidRPr="00DE11AA" w:rsidR="00B20B39" w:rsidP="5D44C034" w:rsidRDefault="00B20B39" w14:paraId="129DDEB0" w14:textId="37C59518">
            <w:pPr>
              <w:pStyle w:val="ListParagraph"/>
              <w:numPr>
                <w:ilvl w:val="0"/>
                <w:numId w:val="7"/>
              </w:numPr>
              <w:rPr>
                <w:noProof w:val="0"/>
                <w:sz w:val="22"/>
                <w:szCs w:val="22"/>
                <w:lang w:val="en-IN"/>
              </w:rPr>
            </w:pPr>
            <w:r w:rsidRPr="5D44C034" w:rsidR="2FBC5F73">
              <w:rPr>
                <w:noProof w:val="0"/>
                <w:lang w:val="en-IN"/>
              </w:rPr>
              <w:t>Notification sent after action.</w:t>
            </w:r>
          </w:p>
        </w:tc>
      </w:tr>
    </w:tbl>
    <w:p w:rsidR="00B20B39" w:rsidP="00DE11AA" w:rsidRDefault="00B20B39" w14:paraId="69BE21B1"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rsidTr="5D44C034" w14:paraId="166F7B07" w14:textId="77777777">
        <w:tc>
          <w:tcPr>
            <w:tcW w:w="2175" w:type="dxa"/>
            <w:tcMar/>
          </w:tcPr>
          <w:p w:rsidRPr="009E09A8" w:rsidR="00B20B39" w:rsidP="00E35DB0" w:rsidRDefault="00B20B39" w14:paraId="635063CA" w14:textId="77777777">
            <w:pPr>
              <w:rPr>
                <w:b/>
                <w:bCs/>
                <w:i/>
                <w:iCs/>
              </w:rPr>
            </w:pPr>
            <w:r w:rsidRPr="009E09A8">
              <w:rPr>
                <w:b/>
                <w:bCs/>
                <w:i/>
                <w:iCs/>
              </w:rPr>
              <w:t>User story No</w:t>
            </w:r>
          </w:p>
        </w:tc>
        <w:tc>
          <w:tcPr>
            <w:tcW w:w="492" w:type="dxa"/>
            <w:tcMar/>
          </w:tcPr>
          <w:p w:rsidR="00B20B39" w:rsidP="00E35DB0" w:rsidRDefault="00B20B39" w14:paraId="1E1116D3" w14:textId="2506CA9B">
            <w:r>
              <w:t>15</w:t>
            </w:r>
          </w:p>
        </w:tc>
        <w:tc>
          <w:tcPr>
            <w:tcW w:w="777" w:type="dxa"/>
            <w:tcMar/>
          </w:tcPr>
          <w:p w:rsidRPr="009E09A8" w:rsidR="00B20B39" w:rsidP="00E35DB0" w:rsidRDefault="00B20B39" w14:paraId="10A55959" w14:textId="77777777">
            <w:pPr>
              <w:rPr>
                <w:b/>
                <w:bCs/>
                <w:i/>
                <w:iCs/>
              </w:rPr>
            </w:pPr>
            <w:r w:rsidRPr="009E09A8">
              <w:rPr>
                <w:b/>
                <w:bCs/>
                <w:i/>
                <w:iCs/>
              </w:rPr>
              <w:t>Tasks</w:t>
            </w:r>
          </w:p>
        </w:tc>
        <w:tc>
          <w:tcPr>
            <w:tcW w:w="2788" w:type="dxa"/>
            <w:tcMar/>
          </w:tcPr>
          <w:p w:rsidR="00B20B39" w:rsidP="00E35DB0" w:rsidRDefault="00B20B39" w14:paraId="326163C1" w14:textId="59B830DD">
            <w:r w:rsidRPr="00B20B39">
              <w:t>Add push notification for meeting reminders</w:t>
            </w:r>
          </w:p>
        </w:tc>
        <w:tc>
          <w:tcPr>
            <w:tcW w:w="1153" w:type="dxa"/>
            <w:tcMar/>
          </w:tcPr>
          <w:p w:rsidRPr="009E09A8" w:rsidR="00B20B39" w:rsidP="00E35DB0" w:rsidRDefault="00B20B39" w14:paraId="5D3CB456" w14:textId="77777777">
            <w:pPr>
              <w:rPr>
                <w:b/>
                <w:bCs/>
                <w:i/>
                <w:iCs/>
              </w:rPr>
            </w:pPr>
            <w:r w:rsidRPr="009E09A8">
              <w:rPr>
                <w:b/>
                <w:bCs/>
                <w:i/>
                <w:iCs/>
              </w:rPr>
              <w:t>Priority</w:t>
            </w:r>
          </w:p>
        </w:tc>
        <w:tc>
          <w:tcPr>
            <w:tcW w:w="1631" w:type="dxa"/>
            <w:tcMar/>
          </w:tcPr>
          <w:p w:rsidR="00B20B39" w:rsidP="00E35DB0" w:rsidRDefault="00B20B39" w14:paraId="7CDF1D2E" w14:textId="77777777">
            <w:r>
              <w:t xml:space="preserve">Medium </w:t>
            </w:r>
          </w:p>
        </w:tc>
      </w:tr>
      <w:tr w:rsidR="00B20B39" w:rsidTr="5D44C034" w14:paraId="01CED871" w14:textId="77777777">
        <w:tc>
          <w:tcPr>
            <w:tcW w:w="2175" w:type="dxa"/>
            <w:tcMar/>
          </w:tcPr>
          <w:p w:rsidRPr="009E09A8" w:rsidR="00B20B39" w:rsidP="00E35DB0" w:rsidRDefault="00B20B39" w14:paraId="4DCF8532" w14:textId="77777777">
            <w:pPr>
              <w:rPr>
                <w:b/>
                <w:bCs/>
                <w:i/>
                <w:iCs/>
              </w:rPr>
            </w:pPr>
            <w:r w:rsidRPr="009E09A8">
              <w:rPr>
                <w:b/>
                <w:bCs/>
                <w:i/>
                <w:iCs/>
              </w:rPr>
              <w:t>Value statement</w:t>
            </w:r>
          </w:p>
        </w:tc>
        <w:tc>
          <w:tcPr>
            <w:tcW w:w="6841" w:type="dxa"/>
            <w:gridSpan w:val="5"/>
            <w:tcMar/>
          </w:tcPr>
          <w:p w:rsidRPr="00DE11AA" w:rsidR="00B20B39" w:rsidP="00E35DB0" w:rsidRDefault="00B20B39" w14:paraId="2D35BE36" w14:textId="3D7861FD">
            <w:r w:rsidRPr="00B20B39">
              <w:t>As a sales representative, I want to get meeting reminders so that I don’t miss important appointments.</w:t>
            </w:r>
          </w:p>
        </w:tc>
      </w:tr>
      <w:tr w:rsidR="00B20B39" w:rsidTr="5D44C034" w14:paraId="1747C17E" w14:textId="77777777">
        <w:tc>
          <w:tcPr>
            <w:tcW w:w="2175" w:type="dxa"/>
            <w:tcMar/>
          </w:tcPr>
          <w:p w:rsidRPr="009E09A8" w:rsidR="00B20B39" w:rsidP="00E35DB0" w:rsidRDefault="00B20B39" w14:paraId="77520AB7" w14:textId="77777777">
            <w:pPr>
              <w:rPr>
                <w:b/>
                <w:bCs/>
                <w:i/>
                <w:iCs/>
              </w:rPr>
            </w:pPr>
            <w:r w:rsidRPr="009E09A8">
              <w:rPr>
                <w:b/>
                <w:bCs/>
                <w:i/>
                <w:iCs/>
              </w:rPr>
              <w:t>BV</w:t>
            </w:r>
          </w:p>
        </w:tc>
        <w:tc>
          <w:tcPr>
            <w:tcW w:w="1269" w:type="dxa"/>
            <w:gridSpan w:val="2"/>
            <w:tcMar/>
          </w:tcPr>
          <w:p w:rsidRPr="00DE11AA" w:rsidR="00B20B39" w:rsidP="00E35DB0" w:rsidRDefault="00B20B39" w14:paraId="2171FA02" w14:textId="3144289A">
            <w:r w:rsidR="1ADDDAFD">
              <w:rPr/>
              <w:t>10</w:t>
            </w:r>
          </w:p>
        </w:tc>
        <w:tc>
          <w:tcPr>
            <w:tcW w:w="2788" w:type="dxa"/>
            <w:tcMar/>
          </w:tcPr>
          <w:p w:rsidRPr="009E09A8" w:rsidR="00B20B39" w:rsidP="00E35DB0" w:rsidRDefault="00B20B39" w14:paraId="2C90DBF2" w14:textId="77777777">
            <w:pPr>
              <w:rPr>
                <w:b/>
                <w:bCs/>
                <w:i/>
                <w:iCs/>
              </w:rPr>
            </w:pPr>
            <w:r w:rsidRPr="009E09A8">
              <w:rPr>
                <w:b/>
                <w:bCs/>
                <w:i/>
                <w:iCs/>
              </w:rPr>
              <w:t>CP</w:t>
            </w:r>
          </w:p>
        </w:tc>
        <w:tc>
          <w:tcPr>
            <w:tcW w:w="2784" w:type="dxa"/>
            <w:gridSpan w:val="2"/>
            <w:tcMar/>
          </w:tcPr>
          <w:p w:rsidRPr="00DE11AA" w:rsidR="00B20B39" w:rsidP="00E35DB0" w:rsidRDefault="00B20B39" w14:paraId="4C5295C0" w14:textId="37B4CCB3">
            <w:r>
              <w:t>3</w:t>
            </w:r>
          </w:p>
        </w:tc>
      </w:tr>
      <w:tr w:rsidR="00B20B39" w:rsidTr="5D44C034" w14:paraId="6550351E" w14:textId="77777777">
        <w:tc>
          <w:tcPr>
            <w:tcW w:w="9016" w:type="dxa"/>
            <w:gridSpan w:val="6"/>
            <w:tcMar/>
          </w:tcPr>
          <w:p w:rsidRPr="009E09A8" w:rsidR="00B20B39" w:rsidP="00E35DB0" w:rsidRDefault="00B20B39" w14:paraId="36D6B0FA" w14:textId="77777777">
            <w:pPr>
              <w:rPr>
                <w:b/>
                <w:bCs/>
                <w:i/>
                <w:iCs/>
              </w:rPr>
            </w:pPr>
            <w:r w:rsidRPr="009E09A8">
              <w:rPr>
                <w:b/>
                <w:bCs/>
                <w:i/>
                <w:iCs/>
              </w:rPr>
              <w:t>Acceptance criteria</w:t>
            </w:r>
          </w:p>
        </w:tc>
      </w:tr>
      <w:tr w:rsidR="00B20B39" w:rsidTr="5D44C034" w14:paraId="3EA547AD" w14:textId="77777777">
        <w:tc>
          <w:tcPr>
            <w:tcW w:w="9016" w:type="dxa"/>
            <w:gridSpan w:val="6"/>
            <w:tcMar/>
          </w:tcPr>
          <w:p w:rsidRPr="00DE11AA" w:rsidR="00B20B39" w:rsidP="5D44C034" w:rsidRDefault="00B20B39" w14:paraId="15FE8782" w14:textId="3DE8886D">
            <w:pPr>
              <w:pStyle w:val="ListParagraph"/>
              <w:numPr>
                <w:ilvl w:val="0"/>
                <w:numId w:val="7"/>
              </w:numPr>
              <w:rPr>
                <w:noProof w:val="0"/>
                <w:lang w:val="en-IN"/>
              </w:rPr>
            </w:pPr>
            <w:r w:rsidRPr="5D44C034" w:rsidR="56111967">
              <w:rPr>
                <w:noProof w:val="0"/>
                <w:lang w:val="en-IN"/>
              </w:rPr>
              <w:t>Reminders configurable by user.</w:t>
            </w:r>
          </w:p>
          <w:p w:rsidRPr="00DE11AA" w:rsidR="00B20B39" w:rsidP="5D44C034" w:rsidRDefault="00B20B39" w14:paraId="21B4A5D9" w14:textId="3F449D44">
            <w:pPr>
              <w:pStyle w:val="ListParagraph"/>
              <w:numPr>
                <w:ilvl w:val="0"/>
                <w:numId w:val="7"/>
              </w:numPr>
              <w:rPr>
                <w:noProof w:val="0"/>
                <w:lang w:val="en-IN"/>
              </w:rPr>
            </w:pPr>
            <w:r w:rsidRPr="5D44C034" w:rsidR="56111967">
              <w:rPr>
                <w:noProof w:val="0"/>
                <w:lang w:val="en-IN"/>
              </w:rPr>
              <w:t>Notifications via mobile and email.</w:t>
            </w:r>
          </w:p>
          <w:p w:rsidRPr="00DE11AA" w:rsidR="00B20B39" w:rsidP="5D44C034" w:rsidRDefault="00B20B39" w14:paraId="2DD0F629" w14:textId="1A373D36">
            <w:pPr>
              <w:pStyle w:val="ListParagraph"/>
              <w:numPr>
                <w:ilvl w:val="0"/>
                <w:numId w:val="7"/>
              </w:numPr>
              <w:rPr>
                <w:noProof w:val="0"/>
                <w:lang w:val="en-IN"/>
              </w:rPr>
            </w:pPr>
            <w:r w:rsidRPr="5D44C034" w:rsidR="56111967">
              <w:rPr>
                <w:noProof w:val="0"/>
                <w:lang w:val="en-IN"/>
              </w:rPr>
              <w:t>Reminder sent 15 min before meeting.</w:t>
            </w:r>
          </w:p>
          <w:p w:rsidRPr="00DE11AA" w:rsidR="00B20B39" w:rsidP="5D44C034" w:rsidRDefault="00B20B39" w14:paraId="23BA0BDF" w14:textId="4D58625C">
            <w:pPr>
              <w:pStyle w:val="ListParagraph"/>
              <w:numPr>
                <w:ilvl w:val="0"/>
                <w:numId w:val="7"/>
              </w:numPr>
              <w:rPr>
                <w:noProof w:val="0"/>
                <w:lang w:val="en-IN"/>
              </w:rPr>
            </w:pPr>
            <w:r w:rsidRPr="5D44C034" w:rsidR="56111967">
              <w:rPr>
                <w:noProof w:val="0"/>
                <w:lang w:val="en-IN"/>
              </w:rPr>
              <w:t>Repeated reminders for overdue tasks.</w:t>
            </w:r>
          </w:p>
          <w:p w:rsidRPr="00DE11AA" w:rsidR="00B20B39" w:rsidP="5D44C034" w:rsidRDefault="00B20B39" w14:paraId="564F6367" w14:textId="5756E456">
            <w:pPr>
              <w:pStyle w:val="ListParagraph"/>
              <w:numPr>
                <w:ilvl w:val="0"/>
                <w:numId w:val="7"/>
              </w:numPr>
              <w:rPr>
                <w:noProof w:val="0"/>
                <w:lang w:val="en-IN"/>
              </w:rPr>
            </w:pPr>
            <w:r w:rsidRPr="5D44C034" w:rsidR="56111967">
              <w:rPr>
                <w:noProof w:val="0"/>
                <w:lang w:val="en-IN"/>
              </w:rPr>
              <w:t>Calendar sync supported.</w:t>
            </w:r>
          </w:p>
        </w:tc>
      </w:tr>
    </w:tbl>
    <w:p w:rsidR="00B20B39" w:rsidP="00DE11AA" w:rsidRDefault="00B20B39" w14:paraId="6D4DF8D8"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rsidTr="5D44C034" w14:paraId="53121E44" w14:textId="77777777">
        <w:tc>
          <w:tcPr>
            <w:tcW w:w="2175" w:type="dxa"/>
            <w:tcMar/>
          </w:tcPr>
          <w:p w:rsidRPr="009E09A8" w:rsidR="00B20B39" w:rsidP="00E35DB0" w:rsidRDefault="00B20B39" w14:paraId="05078F31" w14:textId="77777777">
            <w:pPr>
              <w:rPr>
                <w:b/>
                <w:bCs/>
                <w:i/>
                <w:iCs/>
              </w:rPr>
            </w:pPr>
            <w:r w:rsidRPr="009E09A8">
              <w:rPr>
                <w:b/>
                <w:bCs/>
                <w:i/>
                <w:iCs/>
              </w:rPr>
              <w:t>User story No</w:t>
            </w:r>
          </w:p>
        </w:tc>
        <w:tc>
          <w:tcPr>
            <w:tcW w:w="492" w:type="dxa"/>
            <w:tcMar/>
          </w:tcPr>
          <w:p w:rsidR="00B20B39" w:rsidP="00E35DB0" w:rsidRDefault="00B20B39" w14:paraId="0E0CF1D8" w14:textId="7F85D00F">
            <w:r>
              <w:t>16</w:t>
            </w:r>
          </w:p>
        </w:tc>
        <w:tc>
          <w:tcPr>
            <w:tcW w:w="777" w:type="dxa"/>
            <w:tcMar/>
          </w:tcPr>
          <w:p w:rsidRPr="009E09A8" w:rsidR="00B20B39" w:rsidP="00E35DB0" w:rsidRDefault="00B20B39" w14:paraId="21A690EF" w14:textId="77777777">
            <w:pPr>
              <w:rPr>
                <w:b/>
                <w:bCs/>
                <w:i/>
                <w:iCs/>
              </w:rPr>
            </w:pPr>
            <w:r w:rsidRPr="009E09A8">
              <w:rPr>
                <w:b/>
                <w:bCs/>
                <w:i/>
                <w:iCs/>
              </w:rPr>
              <w:t>Tasks</w:t>
            </w:r>
          </w:p>
        </w:tc>
        <w:tc>
          <w:tcPr>
            <w:tcW w:w="2788" w:type="dxa"/>
            <w:tcMar/>
          </w:tcPr>
          <w:p w:rsidR="00B20B39" w:rsidP="00E35DB0" w:rsidRDefault="00B20B39" w14:paraId="0E12F3C6" w14:textId="274C38B5">
            <w:r w:rsidRPr="00B20B39">
              <w:t>Implement performance review tracking</w:t>
            </w:r>
          </w:p>
        </w:tc>
        <w:tc>
          <w:tcPr>
            <w:tcW w:w="1153" w:type="dxa"/>
            <w:tcMar/>
          </w:tcPr>
          <w:p w:rsidRPr="009E09A8" w:rsidR="00B20B39" w:rsidP="00E35DB0" w:rsidRDefault="00B20B39" w14:paraId="081EA955" w14:textId="77777777">
            <w:pPr>
              <w:rPr>
                <w:b/>
                <w:bCs/>
                <w:i/>
                <w:iCs/>
              </w:rPr>
            </w:pPr>
            <w:r w:rsidRPr="009E09A8">
              <w:rPr>
                <w:b/>
                <w:bCs/>
                <w:i/>
                <w:iCs/>
              </w:rPr>
              <w:t>Priority</w:t>
            </w:r>
          </w:p>
        </w:tc>
        <w:tc>
          <w:tcPr>
            <w:tcW w:w="1631" w:type="dxa"/>
            <w:tcMar/>
          </w:tcPr>
          <w:p w:rsidR="00B20B39" w:rsidP="00E35DB0" w:rsidRDefault="00B20B39" w14:paraId="1B52D069" w14:textId="6C6C65ED">
            <w:r>
              <w:t>Low</w:t>
            </w:r>
          </w:p>
        </w:tc>
      </w:tr>
      <w:tr w:rsidR="00B20B39" w:rsidTr="5D44C034" w14:paraId="6E3494C9" w14:textId="77777777">
        <w:tc>
          <w:tcPr>
            <w:tcW w:w="2175" w:type="dxa"/>
            <w:tcMar/>
          </w:tcPr>
          <w:p w:rsidRPr="009E09A8" w:rsidR="00B20B39" w:rsidP="00E35DB0" w:rsidRDefault="00B20B39" w14:paraId="791FF389" w14:textId="77777777">
            <w:pPr>
              <w:rPr>
                <w:b/>
                <w:bCs/>
                <w:i/>
                <w:iCs/>
              </w:rPr>
            </w:pPr>
            <w:r w:rsidRPr="009E09A8">
              <w:rPr>
                <w:b/>
                <w:bCs/>
                <w:i/>
                <w:iCs/>
              </w:rPr>
              <w:t>Value statement</w:t>
            </w:r>
          </w:p>
        </w:tc>
        <w:tc>
          <w:tcPr>
            <w:tcW w:w="6841" w:type="dxa"/>
            <w:gridSpan w:val="5"/>
            <w:tcMar/>
          </w:tcPr>
          <w:p w:rsidRPr="00DE11AA" w:rsidR="00B20B39" w:rsidP="00E35DB0" w:rsidRDefault="00B20B39" w14:paraId="59CED0FE" w14:textId="5B82266C">
            <w:r w:rsidRPr="00B20B39">
              <w:t>As a manager, I want to track performance reviews so that I can support employee development.</w:t>
            </w:r>
          </w:p>
        </w:tc>
      </w:tr>
      <w:tr w:rsidR="00B20B39" w:rsidTr="5D44C034" w14:paraId="6D6862D7" w14:textId="77777777">
        <w:tc>
          <w:tcPr>
            <w:tcW w:w="2175" w:type="dxa"/>
            <w:tcMar/>
          </w:tcPr>
          <w:p w:rsidRPr="009E09A8" w:rsidR="00B20B39" w:rsidP="00E35DB0" w:rsidRDefault="00B20B39" w14:paraId="723CCE2A" w14:textId="77777777">
            <w:pPr>
              <w:rPr>
                <w:b/>
                <w:bCs/>
                <w:i/>
                <w:iCs/>
              </w:rPr>
            </w:pPr>
            <w:r w:rsidRPr="009E09A8">
              <w:rPr>
                <w:b/>
                <w:bCs/>
                <w:i/>
                <w:iCs/>
              </w:rPr>
              <w:t>BV</w:t>
            </w:r>
          </w:p>
        </w:tc>
        <w:tc>
          <w:tcPr>
            <w:tcW w:w="1269" w:type="dxa"/>
            <w:gridSpan w:val="2"/>
            <w:tcMar/>
          </w:tcPr>
          <w:p w:rsidRPr="00DE11AA" w:rsidR="00B20B39" w:rsidP="00E35DB0" w:rsidRDefault="00B20B39" w14:paraId="21BE17DF" w14:textId="0F4291E5">
            <w:r w:rsidR="4748956F">
              <w:rPr/>
              <w:t>10</w:t>
            </w:r>
          </w:p>
        </w:tc>
        <w:tc>
          <w:tcPr>
            <w:tcW w:w="2788" w:type="dxa"/>
            <w:tcMar/>
          </w:tcPr>
          <w:p w:rsidRPr="009E09A8" w:rsidR="00B20B39" w:rsidP="00E35DB0" w:rsidRDefault="00B20B39" w14:paraId="14A68E2C" w14:textId="77777777">
            <w:pPr>
              <w:rPr>
                <w:b/>
                <w:bCs/>
                <w:i/>
                <w:iCs/>
              </w:rPr>
            </w:pPr>
            <w:r w:rsidRPr="009E09A8">
              <w:rPr>
                <w:b/>
                <w:bCs/>
                <w:i/>
                <w:iCs/>
              </w:rPr>
              <w:t>CP</w:t>
            </w:r>
          </w:p>
        </w:tc>
        <w:tc>
          <w:tcPr>
            <w:tcW w:w="2784" w:type="dxa"/>
            <w:gridSpan w:val="2"/>
            <w:tcMar/>
          </w:tcPr>
          <w:p w:rsidRPr="00DE11AA" w:rsidR="00B20B39" w:rsidP="5D44C034" w:rsidRDefault="00B20B39" w14:paraId="54A8DE63" w14:textId="1C94D7F1">
            <w:pPr>
              <w:pStyle w:val="Normal"/>
              <w:suppressLineNumbers w:val="0"/>
              <w:bidi w:val="0"/>
              <w:spacing w:before="0" w:beforeAutospacing="off" w:after="0" w:afterAutospacing="off" w:line="240" w:lineRule="auto"/>
              <w:ind w:left="0" w:right="0"/>
              <w:jc w:val="left"/>
            </w:pPr>
            <w:r w:rsidR="3CF278D0">
              <w:rPr/>
              <w:t>5</w:t>
            </w:r>
          </w:p>
        </w:tc>
      </w:tr>
      <w:tr w:rsidR="00B20B39" w:rsidTr="5D44C034" w14:paraId="42A6FA97" w14:textId="77777777">
        <w:tc>
          <w:tcPr>
            <w:tcW w:w="9016" w:type="dxa"/>
            <w:gridSpan w:val="6"/>
            <w:tcMar/>
          </w:tcPr>
          <w:p w:rsidRPr="009E09A8" w:rsidR="00B20B39" w:rsidP="00E35DB0" w:rsidRDefault="00B20B39" w14:paraId="58A4BB01" w14:textId="77777777">
            <w:pPr>
              <w:rPr>
                <w:b/>
                <w:bCs/>
                <w:i/>
                <w:iCs/>
              </w:rPr>
            </w:pPr>
            <w:r w:rsidRPr="009E09A8">
              <w:rPr>
                <w:b/>
                <w:bCs/>
                <w:i/>
                <w:iCs/>
              </w:rPr>
              <w:t>Acceptance criteria</w:t>
            </w:r>
          </w:p>
        </w:tc>
      </w:tr>
      <w:tr w:rsidR="00B20B39" w:rsidTr="5D44C034" w14:paraId="1B7C2670" w14:textId="77777777">
        <w:tc>
          <w:tcPr>
            <w:tcW w:w="9016" w:type="dxa"/>
            <w:gridSpan w:val="6"/>
            <w:tcMar/>
          </w:tcPr>
          <w:p w:rsidRPr="00DE11AA" w:rsidR="00B20B39" w:rsidP="5D44C034" w:rsidRDefault="00B20B39" w14:paraId="7E304408" w14:textId="50ED55CF">
            <w:pPr>
              <w:pStyle w:val="ListParagraph"/>
              <w:numPr>
                <w:ilvl w:val="0"/>
                <w:numId w:val="7"/>
              </w:numPr>
              <w:rPr>
                <w:noProof w:val="0"/>
                <w:lang w:val="en-IN"/>
              </w:rPr>
            </w:pPr>
            <w:r w:rsidRPr="5D44C034" w:rsidR="30CC1BF0">
              <w:rPr>
                <w:noProof w:val="0"/>
                <w:lang w:val="en-IN"/>
              </w:rPr>
              <w:t>Managers can log review sessions.</w:t>
            </w:r>
          </w:p>
          <w:p w:rsidRPr="00DE11AA" w:rsidR="00B20B39" w:rsidP="5D44C034" w:rsidRDefault="00B20B39" w14:paraId="1E2F85BF" w14:textId="33D6965A">
            <w:pPr>
              <w:pStyle w:val="ListParagraph"/>
              <w:numPr>
                <w:ilvl w:val="0"/>
                <w:numId w:val="7"/>
              </w:numPr>
              <w:rPr>
                <w:noProof w:val="0"/>
                <w:lang w:val="en-IN"/>
              </w:rPr>
            </w:pPr>
            <w:r w:rsidRPr="5D44C034" w:rsidR="30CC1BF0">
              <w:rPr>
                <w:noProof w:val="0"/>
                <w:lang w:val="en-IN"/>
              </w:rPr>
              <w:t>Ratings saved securely.</w:t>
            </w:r>
          </w:p>
          <w:p w:rsidRPr="00DE11AA" w:rsidR="00B20B39" w:rsidP="5D44C034" w:rsidRDefault="00B20B39" w14:paraId="67260B20" w14:textId="01000DE8">
            <w:pPr>
              <w:pStyle w:val="ListParagraph"/>
              <w:numPr>
                <w:ilvl w:val="0"/>
                <w:numId w:val="7"/>
              </w:numPr>
              <w:rPr>
                <w:noProof w:val="0"/>
                <w:lang w:val="en-IN"/>
              </w:rPr>
            </w:pPr>
            <w:r w:rsidRPr="5D44C034" w:rsidR="30CC1BF0">
              <w:rPr>
                <w:noProof w:val="0"/>
                <w:lang w:val="en-IN"/>
              </w:rPr>
              <w:t>Review history accessible.</w:t>
            </w:r>
          </w:p>
          <w:p w:rsidRPr="00DE11AA" w:rsidR="00B20B39" w:rsidP="5D44C034" w:rsidRDefault="00B20B39" w14:paraId="4D2C7928" w14:textId="37BA0DFA">
            <w:pPr>
              <w:pStyle w:val="ListParagraph"/>
              <w:numPr>
                <w:ilvl w:val="0"/>
                <w:numId w:val="7"/>
              </w:numPr>
              <w:rPr>
                <w:noProof w:val="0"/>
                <w:lang w:val="en-IN"/>
              </w:rPr>
            </w:pPr>
            <w:r w:rsidRPr="5D44C034" w:rsidR="30CC1BF0">
              <w:rPr>
                <w:noProof w:val="0"/>
                <w:lang w:val="en-IN"/>
              </w:rPr>
              <w:t>Employee receives feedback summary.</w:t>
            </w:r>
          </w:p>
          <w:p w:rsidRPr="00DE11AA" w:rsidR="00B20B39" w:rsidP="5D44C034" w:rsidRDefault="00B20B39" w14:paraId="5F1AA015" w14:textId="3DF0FA01">
            <w:pPr>
              <w:pStyle w:val="ListParagraph"/>
              <w:numPr>
                <w:ilvl w:val="0"/>
                <w:numId w:val="7"/>
              </w:numPr>
              <w:rPr>
                <w:noProof w:val="0"/>
                <w:lang w:val="en-IN"/>
              </w:rPr>
            </w:pPr>
            <w:r w:rsidRPr="5D44C034" w:rsidR="30CC1BF0">
              <w:rPr>
                <w:noProof w:val="0"/>
                <w:lang w:val="en-IN"/>
              </w:rPr>
              <w:t>KPIs linked to reviews.</w:t>
            </w:r>
          </w:p>
        </w:tc>
      </w:tr>
    </w:tbl>
    <w:p w:rsidR="00B20B39" w:rsidP="00DE11AA" w:rsidRDefault="00B20B39" w14:paraId="455FBDF7"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rsidTr="5D44C034" w14:paraId="19680AB1" w14:textId="77777777">
        <w:tc>
          <w:tcPr>
            <w:tcW w:w="2175" w:type="dxa"/>
            <w:tcMar/>
          </w:tcPr>
          <w:p w:rsidRPr="009E09A8" w:rsidR="00B20B39" w:rsidP="00E35DB0" w:rsidRDefault="00B20B39" w14:paraId="4706556C" w14:textId="77777777">
            <w:pPr>
              <w:rPr>
                <w:b/>
                <w:bCs/>
                <w:i/>
                <w:iCs/>
              </w:rPr>
            </w:pPr>
            <w:r w:rsidRPr="009E09A8">
              <w:rPr>
                <w:b/>
                <w:bCs/>
                <w:i/>
                <w:iCs/>
              </w:rPr>
              <w:t>User story No</w:t>
            </w:r>
          </w:p>
        </w:tc>
        <w:tc>
          <w:tcPr>
            <w:tcW w:w="492" w:type="dxa"/>
            <w:tcMar/>
          </w:tcPr>
          <w:p w:rsidR="00B20B39" w:rsidP="00E35DB0" w:rsidRDefault="00B20B39" w14:paraId="5907F6CF" w14:textId="41A86CC8">
            <w:r>
              <w:t>17</w:t>
            </w:r>
          </w:p>
        </w:tc>
        <w:tc>
          <w:tcPr>
            <w:tcW w:w="777" w:type="dxa"/>
            <w:tcMar/>
          </w:tcPr>
          <w:p w:rsidRPr="009E09A8" w:rsidR="00B20B39" w:rsidP="00E35DB0" w:rsidRDefault="00B20B39" w14:paraId="21945697" w14:textId="77777777">
            <w:pPr>
              <w:rPr>
                <w:b/>
                <w:bCs/>
                <w:i/>
                <w:iCs/>
              </w:rPr>
            </w:pPr>
            <w:r w:rsidRPr="009E09A8">
              <w:rPr>
                <w:b/>
                <w:bCs/>
                <w:i/>
                <w:iCs/>
              </w:rPr>
              <w:t>Tasks</w:t>
            </w:r>
          </w:p>
        </w:tc>
        <w:tc>
          <w:tcPr>
            <w:tcW w:w="2788" w:type="dxa"/>
            <w:tcMar/>
          </w:tcPr>
          <w:p w:rsidR="00B20B39" w:rsidP="00E35DB0" w:rsidRDefault="0029417B" w14:paraId="52CAAE34" w14:textId="4139CF6A">
            <w:r w:rsidRPr="0029417B">
              <w:t>Create multi-language support</w:t>
            </w:r>
          </w:p>
        </w:tc>
        <w:tc>
          <w:tcPr>
            <w:tcW w:w="1153" w:type="dxa"/>
            <w:tcMar/>
          </w:tcPr>
          <w:p w:rsidRPr="009E09A8" w:rsidR="00B20B39" w:rsidP="00E35DB0" w:rsidRDefault="00B20B39" w14:paraId="4489E871" w14:textId="77777777">
            <w:pPr>
              <w:rPr>
                <w:b/>
                <w:bCs/>
                <w:i/>
                <w:iCs/>
              </w:rPr>
            </w:pPr>
            <w:r w:rsidRPr="009E09A8">
              <w:rPr>
                <w:b/>
                <w:bCs/>
                <w:i/>
                <w:iCs/>
              </w:rPr>
              <w:t>Priority</w:t>
            </w:r>
          </w:p>
        </w:tc>
        <w:tc>
          <w:tcPr>
            <w:tcW w:w="1631" w:type="dxa"/>
            <w:tcMar/>
          </w:tcPr>
          <w:p w:rsidR="00B20B39" w:rsidP="00E35DB0" w:rsidRDefault="00B20B39" w14:paraId="79A711F0" w14:textId="77777777">
            <w:r>
              <w:t>Low</w:t>
            </w:r>
          </w:p>
        </w:tc>
      </w:tr>
      <w:tr w:rsidR="00B20B39" w:rsidTr="5D44C034" w14:paraId="74D09C00" w14:textId="77777777">
        <w:tc>
          <w:tcPr>
            <w:tcW w:w="2175" w:type="dxa"/>
            <w:tcMar/>
          </w:tcPr>
          <w:p w:rsidRPr="009E09A8" w:rsidR="00B20B39" w:rsidP="00E35DB0" w:rsidRDefault="00B20B39" w14:paraId="476EEE5C" w14:textId="77777777">
            <w:pPr>
              <w:rPr>
                <w:b/>
                <w:bCs/>
                <w:i/>
                <w:iCs/>
              </w:rPr>
            </w:pPr>
            <w:r w:rsidRPr="009E09A8">
              <w:rPr>
                <w:b/>
                <w:bCs/>
                <w:i/>
                <w:iCs/>
              </w:rPr>
              <w:t>Value statement</w:t>
            </w:r>
          </w:p>
        </w:tc>
        <w:tc>
          <w:tcPr>
            <w:tcW w:w="6841" w:type="dxa"/>
            <w:gridSpan w:val="5"/>
            <w:tcMar/>
          </w:tcPr>
          <w:p w:rsidRPr="00DE11AA" w:rsidR="00B20B39" w:rsidP="00E35DB0" w:rsidRDefault="0029417B" w14:paraId="05BB12E5" w14:textId="292643BE">
            <w:r w:rsidRPr="0029417B">
              <w:t>As a regional sales rep, I want the portal in my local language so that I can use it more effectively.</w:t>
            </w:r>
          </w:p>
        </w:tc>
      </w:tr>
      <w:tr w:rsidR="00B20B39" w:rsidTr="5D44C034" w14:paraId="68FF7AE6" w14:textId="77777777">
        <w:tc>
          <w:tcPr>
            <w:tcW w:w="2175" w:type="dxa"/>
            <w:tcMar/>
          </w:tcPr>
          <w:p w:rsidRPr="009E09A8" w:rsidR="00B20B39" w:rsidP="00E35DB0" w:rsidRDefault="00B20B39" w14:paraId="01FDB0C7" w14:textId="77777777">
            <w:pPr>
              <w:rPr>
                <w:b/>
                <w:bCs/>
                <w:i/>
                <w:iCs/>
              </w:rPr>
            </w:pPr>
            <w:r w:rsidRPr="009E09A8">
              <w:rPr>
                <w:b/>
                <w:bCs/>
                <w:i/>
                <w:iCs/>
              </w:rPr>
              <w:t>BV</w:t>
            </w:r>
          </w:p>
        </w:tc>
        <w:tc>
          <w:tcPr>
            <w:tcW w:w="1269" w:type="dxa"/>
            <w:gridSpan w:val="2"/>
            <w:tcMar/>
          </w:tcPr>
          <w:p w:rsidRPr="00DE11AA" w:rsidR="00B20B39" w:rsidP="00E35DB0" w:rsidRDefault="0029417B" w14:paraId="7C7370AC" w14:textId="39CE078A">
            <w:r w:rsidR="74176147">
              <w:rPr/>
              <w:t>10</w:t>
            </w:r>
          </w:p>
        </w:tc>
        <w:tc>
          <w:tcPr>
            <w:tcW w:w="2788" w:type="dxa"/>
            <w:tcMar/>
          </w:tcPr>
          <w:p w:rsidRPr="009E09A8" w:rsidR="00B20B39" w:rsidP="00E35DB0" w:rsidRDefault="00B20B39" w14:paraId="73B66108" w14:textId="77777777">
            <w:pPr>
              <w:rPr>
                <w:b/>
                <w:bCs/>
                <w:i/>
                <w:iCs/>
              </w:rPr>
            </w:pPr>
            <w:r w:rsidRPr="009E09A8">
              <w:rPr>
                <w:b/>
                <w:bCs/>
                <w:i/>
                <w:iCs/>
              </w:rPr>
              <w:t>CP</w:t>
            </w:r>
          </w:p>
        </w:tc>
        <w:tc>
          <w:tcPr>
            <w:tcW w:w="2784" w:type="dxa"/>
            <w:gridSpan w:val="2"/>
            <w:tcMar/>
          </w:tcPr>
          <w:p w:rsidRPr="00DE11AA" w:rsidR="00B20B39" w:rsidP="5D44C034" w:rsidRDefault="0029417B" w14:paraId="36B56C10" w14:textId="2415F796">
            <w:pPr>
              <w:pStyle w:val="Normal"/>
              <w:suppressLineNumbers w:val="0"/>
              <w:bidi w:val="0"/>
              <w:spacing w:before="0" w:beforeAutospacing="off" w:after="0" w:afterAutospacing="off" w:line="240" w:lineRule="auto"/>
              <w:ind w:left="0" w:right="0"/>
              <w:jc w:val="left"/>
            </w:pPr>
            <w:r w:rsidR="0867907A">
              <w:rPr/>
              <w:t>13</w:t>
            </w:r>
          </w:p>
        </w:tc>
      </w:tr>
      <w:tr w:rsidR="00B20B39" w:rsidTr="5D44C034" w14:paraId="1A8FCB17" w14:textId="77777777">
        <w:tc>
          <w:tcPr>
            <w:tcW w:w="9016" w:type="dxa"/>
            <w:gridSpan w:val="6"/>
            <w:tcMar/>
          </w:tcPr>
          <w:p w:rsidRPr="009E09A8" w:rsidR="00B20B39" w:rsidP="00E35DB0" w:rsidRDefault="00B20B39" w14:paraId="2C1AC8A2" w14:textId="77777777">
            <w:pPr>
              <w:rPr>
                <w:b/>
                <w:bCs/>
                <w:i/>
                <w:iCs/>
              </w:rPr>
            </w:pPr>
            <w:r w:rsidRPr="009E09A8">
              <w:rPr>
                <w:b/>
                <w:bCs/>
                <w:i/>
                <w:iCs/>
              </w:rPr>
              <w:t>Acceptance criteria</w:t>
            </w:r>
          </w:p>
        </w:tc>
      </w:tr>
      <w:tr w:rsidR="00B20B39" w:rsidTr="5D44C034" w14:paraId="4F33758C" w14:textId="77777777">
        <w:tc>
          <w:tcPr>
            <w:tcW w:w="9016" w:type="dxa"/>
            <w:gridSpan w:val="6"/>
            <w:tcMar/>
          </w:tcPr>
          <w:p w:rsidRPr="00DE11AA" w:rsidR="0029417B" w:rsidP="5D44C034" w:rsidRDefault="0029417B" w14:paraId="47F5886F" w14:textId="2BC323B5">
            <w:pPr>
              <w:pStyle w:val="ListParagraph"/>
              <w:numPr>
                <w:ilvl w:val="0"/>
                <w:numId w:val="7"/>
              </w:numPr>
              <w:rPr>
                <w:noProof w:val="0"/>
                <w:lang w:val="en-IN"/>
              </w:rPr>
            </w:pPr>
            <w:r w:rsidRPr="5D44C034" w:rsidR="04DE3393">
              <w:rPr>
                <w:noProof w:val="0"/>
                <w:lang w:val="en-IN"/>
              </w:rPr>
              <w:t>Portal supports multiple languages.</w:t>
            </w:r>
          </w:p>
          <w:p w:rsidRPr="00DE11AA" w:rsidR="0029417B" w:rsidP="5D44C034" w:rsidRDefault="0029417B" w14:paraId="58915C2F" w14:textId="51B3E87A">
            <w:pPr>
              <w:pStyle w:val="ListParagraph"/>
              <w:numPr>
                <w:ilvl w:val="0"/>
                <w:numId w:val="7"/>
              </w:numPr>
              <w:rPr>
                <w:noProof w:val="0"/>
                <w:lang w:val="en-IN"/>
              </w:rPr>
            </w:pPr>
            <w:r w:rsidRPr="5D44C034" w:rsidR="04DE3393">
              <w:rPr>
                <w:noProof w:val="0"/>
                <w:lang w:val="en-IN"/>
              </w:rPr>
              <w:t>Language preference saved per user.</w:t>
            </w:r>
          </w:p>
          <w:p w:rsidRPr="00DE11AA" w:rsidR="0029417B" w:rsidP="5D44C034" w:rsidRDefault="0029417B" w14:paraId="62AF5E81" w14:textId="1679B802">
            <w:pPr>
              <w:pStyle w:val="ListParagraph"/>
              <w:numPr>
                <w:ilvl w:val="0"/>
                <w:numId w:val="7"/>
              </w:numPr>
              <w:rPr>
                <w:noProof w:val="0"/>
                <w:lang w:val="en-IN"/>
              </w:rPr>
            </w:pPr>
            <w:r w:rsidRPr="5D44C034" w:rsidR="04DE3393">
              <w:rPr>
                <w:noProof w:val="0"/>
                <w:lang w:val="en-IN"/>
              </w:rPr>
              <w:t>Key menus and forms translated.</w:t>
            </w:r>
          </w:p>
          <w:p w:rsidRPr="00DE11AA" w:rsidR="0029417B" w:rsidP="5D44C034" w:rsidRDefault="0029417B" w14:paraId="009D25BE" w14:textId="0BE8E0D9">
            <w:pPr>
              <w:pStyle w:val="ListParagraph"/>
              <w:numPr>
                <w:ilvl w:val="0"/>
                <w:numId w:val="7"/>
              </w:numPr>
              <w:rPr>
                <w:noProof w:val="0"/>
                <w:lang w:val="en-IN"/>
              </w:rPr>
            </w:pPr>
            <w:r w:rsidRPr="5D44C034" w:rsidR="04DE3393">
              <w:rPr>
                <w:noProof w:val="0"/>
                <w:lang w:val="en-IN"/>
              </w:rPr>
              <w:t xml:space="preserve">Toggle language </w:t>
            </w:r>
            <w:r w:rsidRPr="5D44C034" w:rsidR="04DE3393">
              <w:rPr>
                <w:noProof w:val="0"/>
                <w:lang w:val="en-IN"/>
              </w:rPr>
              <w:t>option</w:t>
            </w:r>
            <w:r w:rsidRPr="5D44C034" w:rsidR="04DE3393">
              <w:rPr>
                <w:noProof w:val="0"/>
                <w:lang w:val="en-IN"/>
              </w:rPr>
              <w:t xml:space="preserve"> available.</w:t>
            </w:r>
          </w:p>
          <w:p w:rsidRPr="00DE11AA" w:rsidR="0029417B" w:rsidP="5D44C034" w:rsidRDefault="0029417B" w14:paraId="51C00959" w14:textId="28AA660F">
            <w:pPr>
              <w:pStyle w:val="ListParagraph"/>
              <w:numPr>
                <w:ilvl w:val="0"/>
                <w:numId w:val="7"/>
              </w:numPr>
              <w:rPr>
                <w:noProof w:val="0"/>
                <w:lang w:val="en-IN"/>
              </w:rPr>
            </w:pPr>
            <w:r w:rsidRPr="5D44C034" w:rsidR="04DE3393">
              <w:rPr>
                <w:noProof w:val="0"/>
                <w:lang w:val="en-IN"/>
              </w:rPr>
              <w:t>Unicode supported.</w:t>
            </w:r>
          </w:p>
        </w:tc>
      </w:tr>
    </w:tbl>
    <w:p w:rsidR="00B20B39" w:rsidP="00DE11AA" w:rsidRDefault="00B20B39" w14:paraId="351D7B0C"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29417B" w:rsidTr="5D44C034" w14:paraId="06C43FA7" w14:textId="77777777">
        <w:tc>
          <w:tcPr>
            <w:tcW w:w="2175" w:type="dxa"/>
            <w:tcMar/>
          </w:tcPr>
          <w:p w:rsidRPr="009E09A8" w:rsidR="0029417B" w:rsidP="00E35DB0" w:rsidRDefault="0029417B" w14:paraId="02D62154" w14:textId="77777777">
            <w:pPr>
              <w:rPr>
                <w:b/>
                <w:bCs/>
                <w:i/>
                <w:iCs/>
              </w:rPr>
            </w:pPr>
            <w:r w:rsidRPr="009E09A8">
              <w:rPr>
                <w:b/>
                <w:bCs/>
                <w:i/>
                <w:iCs/>
              </w:rPr>
              <w:t>User story No</w:t>
            </w:r>
          </w:p>
        </w:tc>
        <w:tc>
          <w:tcPr>
            <w:tcW w:w="492" w:type="dxa"/>
            <w:tcMar/>
          </w:tcPr>
          <w:p w:rsidR="0029417B" w:rsidP="00E35DB0" w:rsidRDefault="0029417B" w14:paraId="6BC957C6" w14:textId="52DA9F2F">
            <w:r>
              <w:t>18</w:t>
            </w:r>
          </w:p>
        </w:tc>
        <w:tc>
          <w:tcPr>
            <w:tcW w:w="777" w:type="dxa"/>
            <w:tcMar/>
          </w:tcPr>
          <w:p w:rsidRPr="009E09A8" w:rsidR="0029417B" w:rsidP="00E35DB0" w:rsidRDefault="0029417B" w14:paraId="263932FB" w14:textId="77777777">
            <w:pPr>
              <w:rPr>
                <w:b/>
                <w:bCs/>
                <w:i/>
                <w:iCs/>
              </w:rPr>
            </w:pPr>
            <w:r w:rsidRPr="009E09A8">
              <w:rPr>
                <w:b/>
                <w:bCs/>
                <w:i/>
                <w:iCs/>
              </w:rPr>
              <w:t>Tasks</w:t>
            </w:r>
          </w:p>
        </w:tc>
        <w:tc>
          <w:tcPr>
            <w:tcW w:w="2788" w:type="dxa"/>
            <w:tcMar/>
          </w:tcPr>
          <w:p w:rsidR="0029417B" w:rsidP="00E35DB0" w:rsidRDefault="0029417B" w14:paraId="7B658EE3" w14:textId="123E0CD5">
            <w:r w:rsidRPr="0029417B">
              <w:t>Add product catalogue with images</w:t>
            </w:r>
          </w:p>
        </w:tc>
        <w:tc>
          <w:tcPr>
            <w:tcW w:w="1153" w:type="dxa"/>
            <w:tcMar/>
          </w:tcPr>
          <w:p w:rsidRPr="009E09A8" w:rsidR="0029417B" w:rsidP="00E35DB0" w:rsidRDefault="0029417B" w14:paraId="02279427" w14:textId="77777777">
            <w:pPr>
              <w:rPr>
                <w:b/>
                <w:bCs/>
                <w:i/>
                <w:iCs/>
              </w:rPr>
            </w:pPr>
            <w:r w:rsidRPr="009E09A8">
              <w:rPr>
                <w:b/>
                <w:bCs/>
                <w:i/>
                <w:iCs/>
              </w:rPr>
              <w:t>Priority</w:t>
            </w:r>
          </w:p>
        </w:tc>
        <w:tc>
          <w:tcPr>
            <w:tcW w:w="1631" w:type="dxa"/>
            <w:tcMar/>
          </w:tcPr>
          <w:p w:rsidR="0029417B" w:rsidP="00E35DB0" w:rsidRDefault="0029417B" w14:paraId="436B4F0B" w14:textId="6F097009">
            <w:r>
              <w:t>Medium</w:t>
            </w:r>
          </w:p>
        </w:tc>
      </w:tr>
      <w:tr w:rsidR="0029417B" w:rsidTr="5D44C034" w14:paraId="2085F8E4" w14:textId="77777777">
        <w:tc>
          <w:tcPr>
            <w:tcW w:w="2175" w:type="dxa"/>
            <w:tcMar/>
          </w:tcPr>
          <w:p w:rsidRPr="009E09A8" w:rsidR="0029417B" w:rsidP="00E35DB0" w:rsidRDefault="0029417B" w14:paraId="31CAAE4E" w14:textId="77777777">
            <w:pPr>
              <w:rPr>
                <w:b/>
                <w:bCs/>
                <w:i/>
                <w:iCs/>
              </w:rPr>
            </w:pPr>
            <w:r w:rsidRPr="009E09A8">
              <w:rPr>
                <w:b/>
                <w:bCs/>
                <w:i/>
                <w:iCs/>
              </w:rPr>
              <w:t>Value statement</w:t>
            </w:r>
          </w:p>
        </w:tc>
        <w:tc>
          <w:tcPr>
            <w:tcW w:w="6841" w:type="dxa"/>
            <w:gridSpan w:val="5"/>
            <w:tcMar/>
          </w:tcPr>
          <w:p w:rsidRPr="00DE11AA" w:rsidR="0029417B" w:rsidP="00E35DB0" w:rsidRDefault="0029417B" w14:paraId="478DA87F" w14:textId="09E82C78">
            <w:r w:rsidRPr="0029417B">
              <w:t>As a sales rep, I want to view the product catalogue with images so that I can present them to customers easily.</w:t>
            </w:r>
          </w:p>
        </w:tc>
      </w:tr>
      <w:tr w:rsidR="0029417B" w:rsidTr="5D44C034" w14:paraId="1A932BD6" w14:textId="77777777">
        <w:tc>
          <w:tcPr>
            <w:tcW w:w="2175" w:type="dxa"/>
            <w:tcMar/>
          </w:tcPr>
          <w:p w:rsidRPr="009E09A8" w:rsidR="0029417B" w:rsidP="00E35DB0" w:rsidRDefault="0029417B" w14:paraId="4EA9F3C1" w14:textId="77777777">
            <w:pPr>
              <w:rPr>
                <w:b/>
                <w:bCs/>
                <w:i/>
                <w:iCs/>
              </w:rPr>
            </w:pPr>
            <w:r w:rsidRPr="009E09A8">
              <w:rPr>
                <w:b/>
                <w:bCs/>
                <w:i/>
                <w:iCs/>
              </w:rPr>
              <w:t>BV</w:t>
            </w:r>
          </w:p>
        </w:tc>
        <w:tc>
          <w:tcPr>
            <w:tcW w:w="1269" w:type="dxa"/>
            <w:gridSpan w:val="2"/>
            <w:tcMar/>
          </w:tcPr>
          <w:p w:rsidRPr="00DE11AA" w:rsidR="0029417B" w:rsidP="00E35DB0" w:rsidRDefault="0029417B" w14:paraId="68F92467" w14:textId="5C0F02C4">
            <w:r w:rsidR="277818A6">
              <w:rPr/>
              <w:t>10</w:t>
            </w:r>
          </w:p>
        </w:tc>
        <w:tc>
          <w:tcPr>
            <w:tcW w:w="2788" w:type="dxa"/>
            <w:tcMar/>
          </w:tcPr>
          <w:p w:rsidRPr="009E09A8" w:rsidR="0029417B" w:rsidP="00E35DB0" w:rsidRDefault="0029417B" w14:paraId="38F675D6" w14:textId="77777777">
            <w:pPr>
              <w:rPr>
                <w:b/>
                <w:bCs/>
                <w:i/>
                <w:iCs/>
              </w:rPr>
            </w:pPr>
            <w:r w:rsidRPr="009E09A8">
              <w:rPr>
                <w:b/>
                <w:bCs/>
                <w:i/>
                <w:iCs/>
              </w:rPr>
              <w:t>CP</w:t>
            </w:r>
          </w:p>
        </w:tc>
        <w:tc>
          <w:tcPr>
            <w:tcW w:w="2784" w:type="dxa"/>
            <w:gridSpan w:val="2"/>
            <w:tcMar/>
          </w:tcPr>
          <w:p w:rsidRPr="00DE11AA" w:rsidR="0029417B" w:rsidP="5D44C034" w:rsidRDefault="0029417B" w14:paraId="6213543A" w14:textId="7FF3484D">
            <w:pPr>
              <w:pStyle w:val="Normal"/>
              <w:suppressLineNumbers w:val="0"/>
              <w:bidi w:val="0"/>
              <w:spacing w:before="0" w:beforeAutospacing="off" w:after="0" w:afterAutospacing="off" w:line="240" w:lineRule="auto"/>
              <w:ind w:left="0" w:right="0"/>
              <w:jc w:val="left"/>
            </w:pPr>
            <w:r w:rsidR="4EC63619">
              <w:rPr/>
              <w:t>5</w:t>
            </w:r>
          </w:p>
        </w:tc>
      </w:tr>
      <w:tr w:rsidR="0029417B" w:rsidTr="5D44C034" w14:paraId="384FF09D" w14:textId="77777777">
        <w:tc>
          <w:tcPr>
            <w:tcW w:w="9016" w:type="dxa"/>
            <w:gridSpan w:val="6"/>
            <w:tcMar/>
          </w:tcPr>
          <w:p w:rsidRPr="009E09A8" w:rsidR="0029417B" w:rsidP="00E35DB0" w:rsidRDefault="0029417B" w14:paraId="1B056066" w14:textId="77777777">
            <w:pPr>
              <w:rPr>
                <w:b/>
                <w:bCs/>
                <w:i/>
                <w:iCs/>
              </w:rPr>
            </w:pPr>
            <w:r w:rsidRPr="009E09A8">
              <w:rPr>
                <w:b/>
                <w:bCs/>
                <w:i/>
                <w:iCs/>
              </w:rPr>
              <w:t>Acceptance criteria</w:t>
            </w:r>
          </w:p>
        </w:tc>
      </w:tr>
      <w:tr w:rsidR="0029417B" w:rsidTr="5D44C034" w14:paraId="6C02C0AC" w14:textId="77777777">
        <w:tc>
          <w:tcPr>
            <w:tcW w:w="9016" w:type="dxa"/>
            <w:gridSpan w:val="6"/>
            <w:tcMar/>
          </w:tcPr>
          <w:p w:rsidRPr="00DE11AA" w:rsidR="0029417B" w:rsidP="5D44C034" w:rsidRDefault="0029417B" w14:paraId="2743476C" w14:textId="34AED54A">
            <w:pPr>
              <w:pStyle w:val="ListParagraph"/>
              <w:numPr>
                <w:ilvl w:val="0"/>
                <w:numId w:val="7"/>
              </w:numPr>
              <w:rPr>
                <w:noProof w:val="0"/>
                <w:lang w:val="en-IN"/>
              </w:rPr>
            </w:pPr>
            <w:r w:rsidRPr="5D44C034" w:rsidR="1686BF99">
              <w:rPr>
                <w:noProof w:val="0"/>
                <w:lang w:val="en-IN"/>
              </w:rPr>
              <w:t>Catalogue searchable by category.</w:t>
            </w:r>
          </w:p>
          <w:p w:rsidRPr="00DE11AA" w:rsidR="0029417B" w:rsidP="5D44C034" w:rsidRDefault="0029417B" w14:paraId="246F848C" w14:textId="054031B2">
            <w:pPr>
              <w:pStyle w:val="ListParagraph"/>
              <w:numPr>
                <w:ilvl w:val="0"/>
                <w:numId w:val="7"/>
              </w:numPr>
              <w:rPr>
                <w:noProof w:val="0"/>
                <w:lang w:val="en-IN"/>
              </w:rPr>
            </w:pPr>
            <w:r w:rsidRPr="5D44C034" w:rsidR="1686BF99">
              <w:rPr>
                <w:noProof w:val="0"/>
                <w:lang w:val="en-IN"/>
              </w:rPr>
              <w:t>Images load within 3 sec.</w:t>
            </w:r>
          </w:p>
          <w:p w:rsidRPr="00DE11AA" w:rsidR="0029417B" w:rsidP="5D44C034" w:rsidRDefault="0029417B" w14:paraId="47D50FA0" w14:textId="5C86B827">
            <w:pPr>
              <w:pStyle w:val="ListParagraph"/>
              <w:numPr>
                <w:ilvl w:val="0"/>
                <w:numId w:val="7"/>
              </w:numPr>
              <w:rPr>
                <w:noProof w:val="0"/>
                <w:lang w:val="en-IN"/>
              </w:rPr>
            </w:pPr>
            <w:r w:rsidRPr="5D44C034" w:rsidR="1686BF99">
              <w:rPr>
                <w:noProof w:val="0"/>
                <w:lang w:val="en-IN"/>
              </w:rPr>
              <w:t>Product details include price/specs.</w:t>
            </w:r>
          </w:p>
          <w:p w:rsidRPr="00DE11AA" w:rsidR="0029417B" w:rsidP="5D44C034" w:rsidRDefault="0029417B" w14:paraId="4760B98D" w14:textId="0F77A95F">
            <w:pPr>
              <w:pStyle w:val="ListParagraph"/>
              <w:numPr>
                <w:ilvl w:val="0"/>
                <w:numId w:val="7"/>
              </w:numPr>
              <w:rPr>
                <w:noProof w:val="0"/>
                <w:lang w:val="en-IN"/>
              </w:rPr>
            </w:pPr>
            <w:r w:rsidRPr="5D44C034" w:rsidR="1686BF99">
              <w:rPr>
                <w:noProof w:val="0"/>
                <w:lang w:val="en-IN"/>
              </w:rPr>
              <w:t>Catalogue available offline.</w:t>
            </w:r>
          </w:p>
          <w:p w:rsidRPr="00DE11AA" w:rsidR="0029417B" w:rsidP="5D44C034" w:rsidRDefault="0029417B" w14:paraId="2587F65B" w14:textId="02C03562">
            <w:pPr>
              <w:pStyle w:val="ListParagraph"/>
              <w:numPr>
                <w:ilvl w:val="0"/>
                <w:numId w:val="7"/>
              </w:numPr>
              <w:rPr>
                <w:noProof w:val="0"/>
                <w:lang w:val="en-IN"/>
              </w:rPr>
            </w:pPr>
            <w:r w:rsidRPr="5D44C034" w:rsidR="1686BF99">
              <w:rPr>
                <w:noProof w:val="0"/>
                <w:lang w:val="en-IN"/>
              </w:rPr>
              <w:t>Items linkable to quotations.</w:t>
            </w:r>
          </w:p>
        </w:tc>
      </w:tr>
    </w:tbl>
    <w:p w:rsidR="0029417B" w:rsidP="00DE11AA" w:rsidRDefault="0029417B" w14:paraId="5BE1DC87"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29417B" w:rsidTr="5D44C034" w14:paraId="2709A2FA" w14:textId="77777777">
        <w:tc>
          <w:tcPr>
            <w:tcW w:w="2175" w:type="dxa"/>
            <w:tcMar/>
          </w:tcPr>
          <w:p w:rsidRPr="009E09A8" w:rsidR="0029417B" w:rsidP="00E35DB0" w:rsidRDefault="0029417B" w14:paraId="7B58CB00" w14:textId="77777777">
            <w:pPr>
              <w:rPr>
                <w:b/>
                <w:bCs/>
                <w:i/>
                <w:iCs/>
              </w:rPr>
            </w:pPr>
            <w:r w:rsidRPr="009E09A8">
              <w:rPr>
                <w:b/>
                <w:bCs/>
                <w:i/>
                <w:iCs/>
              </w:rPr>
              <w:t>User story No</w:t>
            </w:r>
          </w:p>
        </w:tc>
        <w:tc>
          <w:tcPr>
            <w:tcW w:w="492" w:type="dxa"/>
            <w:tcMar/>
          </w:tcPr>
          <w:p w:rsidR="0029417B" w:rsidP="00E35DB0" w:rsidRDefault="0029417B" w14:paraId="1870AF9F" w14:textId="60F9C359">
            <w:r>
              <w:t>19</w:t>
            </w:r>
          </w:p>
        </w:tc>
        <w:tc>
          <w:tcPr>
            <w:tcW w:w="777" w:type="dxa"/>
            <w:tcMar/>
          </w:tcPr>
          <w:p w:rsidRPr="009E09A8" w:rsidR="0029417B" w:rsidP="00E35DB0" w:rsidRDefault="0029417B" w14:paraId="360E1A8A" w14:textId="77777777">
            <w:pPr>
              <w:rPr>
                <w:b/>
                <w:bCs/>
                <w:i/>
                <w:iCs/>
              </w:rPr>
            </w:pPr>
            <w:r w:rsidRPr="009E09A8">
              <w:rPr>
                <w:b/>
                <w:bCs/>
                <w:i/>
                <w:iCs/>
              </w:rPr>
              <w:t>Tasks</w:t>
            </w:r>
          </w:p>
        </w:tc>
        <w:tc>
          <w:tcPr>
            <w:tcW w:w="2788" w:type="dxa"/>
            <w:tcMar/>
          </w:tcPr>
          <w:p w:rsidR="0029417B" w:rsidP="00E35DB0" w:rsidRDefault="0029417B" w14:paraId="561CE750" w14:textId="07EF348C">
            <w:r w:rsidRPr="0029417B">
              <w:t>Implement audit log tracking</w:t>
            </w:r>
          </w:p>
        </w:tc>
        <w:tc>
          <w:tcPr>
            <w:tcW w:w="1153" w:type="dxa"/>
            <w:tcMar/>
          </w:tcPr>
          <w:p w:rsidRPr="009E09A8" w:rsidR="0029417B" w:rsidP="00E35DB0" w:rsidRDefault="0029417B" w14:paraId="2DE2D755" w14:textId="77777777">
            <w:pPr>
              <w:rPr>
                <w:b/>
                <w:bCs/>
                <w:i/>
                <w:iCs/>
              </w:rPr>
            </w:pPr>
            <w:r w:rsidRPr="009E09A8">
              <w:rPr>
                <w:b/>
                <w:bCs/>
                <w:i/>
                <w:iCs/>
              </w:rPr>
              <w:t>Priority</w:t>
            </w:r>
          </w:p>
        </w:tc>
        <w:tc>
          <w:tcPr>
            <w:tcW w:w="1631" w:type="dxa"/>
            <w:tcMar/>
          </w:tcPr>
          <w:p w:rsidR="0029417B" w:rsidP="00E35DB0" w:rsidRDefault="0029417B" w14:paraId="726BA79A" w14:textId="2A69C6D0">
            <w:r>
              <w:t xml:space="preserve">High </w:t>
            </w:r>
          </w:p>
        </w:tc>
      </w:tr>
      <w:tr w:rsidR="0029417B" w:rsidTr="5D44C034" w14:paraId="213644FF" w14:textId="77777777">
        <w:tc>
          <w:tcPr>
            <w:tcW w:w="2175" w:type="dxa"/>
            <w:tcMar/>
          </w:tcPr>
          <w:p w:rsidRPr="009E09A8" w:rsidR="0029417B" w:rsidP="00E35DB0" w:rsidRDefault="0029417B" w14:paraId="37BE172E" w14:textId="77777777">
            <w:pPr>
              <w:rPr>
                <w:b/>
                <w:bCs/>
                <w:i/>
                <w:iCs/>
              </w:rPr>
            </w:pPr>
            <w:r w:rsidRPr="009E09A8">
              <w:rPr>
                <w:b/>
                <w:bCs/>
                <w:i/>
                <w:iCs/>
              </w:rPr>
              <w:t>Value statement</w:t>
            </w:r>
          </w:p>
        </w:tc>
        <w:tc>
          <w:tcPr>
            <w:tcW w:w="6841" w:type="dxa"/>
            <w:gridSpan w:val="5"/>
            <w:tcMar/>
          </w:tcPr>
          <w:p w:rsidRPr="00DE11AA" w:rsidR="0029417B" w:rsidP="00E35DB0" w:rsidRDefault="0029417B" w14:paraId="128C08B2" w14:textId="6DE0E986">
            <w:r w:rsidRPr="0029417B">
              <w:t>As an administrator, I want to track all user activities so that I can ensure compliance and accountability.</w:t>
            </w:r>
          </w:p>
        </w:tc>
      </w:tr>
      <w:tr w:rsidR="0029417B" w:rsidTr="5D44C034" w14:paraId="454DF414" w14:textId="77777777">
        <w:tc>
          <w:tcPr>
            <w:tcW w:w="2175" w:type="dxa"/>
            <w:tcMar/>
          </w:tcPr>
          <w:p w:rsidRPr="009E09A8" w:rsidR="0029417B" w:rsidP="00E35DB0" w:rsidRDefault="0029417B" w14:paraId="3A01A42F" w14:textId="77777777">
            <w:pPr>
              <w:rPr>
                <w:b/>
                <w:bCs/>
                <w:i/>
                <w:iCs/>
              </w:rPr>
            </w:pPr>
            <w:r w:rsidRPr="009E09A8">
              <w:rPr>
                <w:b/>
                <w:bCs/>
                <w:i/>
                <w:iCs/>
              </w:rPr>
              <w:t>BV</w:t>
            </w:r>
          </w:p>
        </w:tc>
        <w:tc>
          <w:tcPr>
            <w:tcW w:w="1269" w:type="dxa"/>
            <w:gridSpan w:val="2"/>
            <w:tcMar/>
          </w:tcPr>
          <w:p w:rsidRPr="00DE11AA" w:rsidR="0029417B" w:rsidP="00E35DB0" w:rsidRDefault="0029417B" w14:paraId="6C0465BB" w14:textId="49CE6475">
            <w:r w:rsidR="6DA0D19B">
              <w:rPr/>
              <w:t>20</w:t>
            </w:r>
          </w:p>
        </w:tc>
        <w:tc>
          <w:tcPr>
            <w:tcW w:w="2788" w:type="dxa"/>
            <w:tcMar/>
          </w:tcPr>
          <w:p w:rsidRPr="009E09A8" w:rsidR="0029417B" w:rsidP="00E35DB0" w:rsidRDefault="0029417B" w14:paraId="7FBF9BC9" w14:textId="77777777">
            <w:pPr>
              <w:rPr>
                <w:b/>
                <w:bCs/>
                <w:i/>
                <w:iCs/>
              </w:rPr>
            </w:pPr>
            <w:r w:rsidRPr="009E09A8">
              <w:rPr>
                <w:b/>
                <w:bCs/>
                <w:i/>
                <w:iCs/>
              </w:rPr>
              <w:t>CP</w:t>
            </w:r>
          </w:p>
        </w:tc>
        <w:tc>
          <w:tcPr>
            <w:tcW w:w="2784" w:type="dxa"/>
            <w:gridSpan w:val="2"/>
            <w:tcMar/>
          </w:tcPr>
          <w:p w:rsidRPr="00DE11AA" w:rsidR="0029417B" w:rsidP="00E35DB0" w:rsidRDefault="0029417B" w14:paraId="74C85ABD" w14:textId="6B379A09">
            <w:r w:rsidR="1CC42B61">
              <w:rPr/>
              <w:t>8</w:t>
            </w:r>
          </w:p>
        </w:tc>
      </w:tr>
      <w:tr w:rsidR="0029417B" w:rsidTr="5D44C034" w14:paraId="4DF6BFC1" w14:textId="77777777">
        <w:tc>
          <w:tcPr>
            <w:tcW w:w="9016" w:type="dxa"/>
            <w:gridSpan w:val="6"/>
            <w:tcMar/>
          </w:tcPr>
          <w:p w:rsidRPr="009E09A8" w:rsidR="0029417B" w:rsidP="00E35DB0" w:rsidRDefault="0029417B" w14:paraId="5A998100" w14:textId="77777777">
            <w:pPr>
              <w:rPr>
                <w:b/>
                <w:bCs/>
                <w:i/>
                <w:iCs/>
              </w:rPr>
            </w:pPr>
            <w:r w:rsidRPr="009E09A8">
              <w:rPr>
                <w:b/>
                <w:bCs/>
                <w:i/>
                <w:iCs/>
              </w:rPr>
              <w:t>Acceptance criteria</w:t>
            </w:r>
          </w:p>
        </w:tc>
      </w:tr>
      <w:tr w:rsidR="0029417B" w:rsidTr="5D44C034" w14:paraId="6A850DED" w14:textId="77777777">
        <w:tc>
          <w:tcPr>
            <w:tcW w:w="9016" w:type="dxa"/>
            <w:gridSpan w:val="6"/>
            <w:tcMar/>
          </w:tcPr>
          <w:p w:rsidRPr="00DE11AA" w:rsidR="0029417B" w:rsidP="5D44C034" w:rsidRDefault="0029417B" w14:paraId="35EA781B" w14:textId="3CC195BD">
            <w:pPr>
              <w:pStyle w:val="ListParagraph"/>
              <w:numPr>
                <w:ilvl w:val="0"/>
                <w:numId w:val="7"/>
              </w:numPr>
              <w:rPr>
                <w:noProof w:val="0"/>
                <w:lang w:val="en-IN"/>
              </w:rPr>
            </w:pPr>
            <w:r w:rsidRPr="5D44C034" w:rsidR="5ED87A4A">
              <w:rPr>
                <w:noProof w:val="0"/>
                <w:lang w:val="en-IN"/>
              </w:rPr>
              <w:t>Logs maintained for all user actions.</w:t>
            </w:r>
          </w:p>
          <w:p w:rsidRPr="00DE11AA" w:rsidR="0029417B" w:rsidP="5D44C034" w:rsidRDefault="0029417B" w14:paraId="06BA6BED" w14:textId="3F352767">
            <w:pPr>
              <w:pStyle w:val="ListParagraph"/>
              <w:numPr>
                <w:ilvl w:val="0"/>
                <w:numId w:val="7"/>
              </w:numPr>
              <w:rPr>
                <w:noProof w:val="0"/>
                <w:lang w:val="en-IN"/>
              </w:rPr>
            </w:pPr>
            <w:r w:rsidRPr="5D44C034" w:rsidR="5ED87A4A">
              <w:rPr>
                <w:noProof w:val="0"/>
                <w:lang w:val="en-IN"/>
              </w:rPr>
              <w:t>Activity dashboard for admins.</w:t>
            </w:r>
          </w:p>
          <w:p w:rsidRPr="00DE11AA" w:rsidR="0029417B" w:rsidP="5D44C034" w:rsidRDefault="0029417B" w14:paraId="239CEBE1" w14:textId="4FC23C2B">
            <w:pPr>
              <w:pStyle w:val="ListParagraph"/>
              <w:numPr>
                <w:ilvl w:val="0"/>
                <w:numId w:val="7"/>
              </w:numPr>
              <w:rPr>
                <w:noProof w:val="0"/>
                <w:lang w:val="en-IN"/>
              </w:rPr>
            </w:pPr>
            <w:r w:rsidRPr="5D44C034" w:rsidR="5ED87A4A">
              <w:rPr>
                <w:noProof w:val="0"/>
                <w:lang w:val="en-IN"/>
              </w:rPr>
              <w:t>Data stored securely.</w:t>
            </w:r>
          </w:p>
          <w:p w:rsidRPr="00DE11AA" w:rsidR="0029417B" w:rsidP="5D44C034" w:rsidRDefault="0029417B" w14:paraId="3CBFB46D" w14:textId="577E5A8C">
            <w:pPr>
              <w:pStyle w:val="ListParagraph"/>
              <w:numPr>
                <w:ilvl w:val="0"/>
                <w:numId w:val="7"/>
              </w:numPr>
              <w:rPr>
                <w:noProof w:val="0"/>
                <w:lang w:val="en-IN"/>
              </w:rPr>
            </w:pPr>
            <w:r w:rsidRPr="5D44C034" w:rsidR="5ED87A4A">
              <w:rPr>
                <w:noProof w:val="0"/>
                <w:lang w:val="en-IN"/>
              </w:rPr>
              <w:t>Filters by user/date available.</w:t>
            </w:r>
          </w:p>
          <w:p w:rsidRPr="00DE11AA" w:rsidR="0029417B" w:rsidP="5D44C034" w:rsidRDefault="0029417B" w14:paraId="11AB0FAD" w14:textId="6992E618">
            <w:pPr>
              <w:pStyle w:val="ListParagraph"/>
              <w:numPr>
                <w:ilvl w:val="0"/>
                <w:numId w:val="7"/>
              </w:numPr>
              <w:rPr>
                <w:noProof w:val="0"/>
                <w:lang w:val="en-IN"/>
              </w:rPr>
            </w:pPr>
            <w:r w:rsidRPr="5D44C034" w:rsidR="5ED87A4A">
              <w:rPr>
                <w:noProof w:val="0"/>
                <w:lang w:val="en-IN"/>
              </w:rPr>
              <w:t>Export option enabled.</w:t>
            </w:r>
          </w:p>
        </w:tc>
      </w:tr>
    </w:tbl>
    <w:p w:rsidR="0029417B" w:rsidP="00DE11AA" w:rsidRDefault="0029417B" w14:paraId="3290E2C7" w14:textId="77777777"/>
    <w:tbl>
      <w:tblPr>
        <w:tblStyle w:val="TableGrid"/>
        <w:tblW w:w="0" w:type="auto"/>
        <w:tblLook w:val="04A0" w:firstRow="1" w:lastRow="0" w:firstColumn="1" w:lastColumn="0" w:noHBand="0" w:noVBand="1"/>
      </w:tblPr>
      <w:tblGrid>
        <w:gridCol w:w="2175"/>
        <w:gridCol w:w="492"/>
        <w:gridCol w:w="777"/>
        <w:gridCol w:w="2788"/>
        <w:gridCol w:w="1153"/>
        <w:gridCol w:w="1631"/>
      </w:tblGrid>
      <w:tr w:rsidR="00385C5B" w:rsidTr="5D44C034" w14:paraId="21263B67" w14:textId="77777777">
        <w:tc>
          <w:tcPr>
            <w:tcW w:w="2175" w:type="dxa"/>
            <w:tcMar/>
          </w:tcPr>
          <w:p w:rsidRPr="009E09A8" w:rsidR="00385C5B" w:rsidP="00E35DB0" w:rsidRDefault="00385C5B" w14:paraId="5D965BF0" w14:textId="77777777">
            <w:pPr>
              <w:rPr>
                <w:b/>
                <w:bCs/>
                <w:i/>
                <w:iCs/>
              </w:rPr>
            </w:pPr>
            <w:r w:rsidRPr="009E09A8">
              <w:rPr>
                <w:b/>
                <w:bCs/>
                <w:i/>
                <w:iCs/>
              </w:rPr>
              <w:t>User story No</w:t>
            </w:r>
          </w:p>
        </w:tc>
        <w:tc>
          <w:tcPr>
            <w:tcW w:w="492" w:type="dxa"/>
            <w:tcMar/>
          </w:tcPr>
          <w:p w:rsidR="00385C5B" w:rsidP="00E35DB0" w:rsidRDefault="00385C5B" w14:paraId="6C51DDDA" w14:textId="17AE7268">
            <w:r>
              <w:t>20</w:t>
            </w:r>
          </w:p>
        </w:tc>
        <w:tc>
          <w:tcPr>
            <w:tcW w:w="777" w:type="dxa"/>
            <w:tcMar/>
          </w:tcPr>
          <w:p w:rsidRPr="009E09A8" w:rsidR="00385C5B" w:rsidP="00E35DB0" w:rsidRDefault="00385C5B" w14:paraId="1BB8E1F8" w14:textId="77777777">
            <w:pPr>
              <w:rPr>
                <w:b/>
                <w:bCs/>
                <w:i/>
                <w:iCs/>
              </w:rPr>
            </w:pPr>
            <w:r w:rsidRPr="009E09A8">
              <w:rPr>
                <w:b/>
                <w:bCs/>
                <w:i/>
                <w:iCs/>
              </w:rPr>
              <w:t>Tasks</w:t>
            </w:r>
          </w:p>
        </w:tc>
        <w:tc>
          <w:tcPr>
            <w:tcW w:w="2788" w:type="dxa"/>
            <w:tcMar/>
          </w:tcPr>
          <w:p w:rsidR="00385C5B" w:rsidP="00E35DB0" w:rsidRDefault="00385C5B" w14:paraId="1EC19E9E" w14:textId="46F85911">
            <w:r w:rsidRPr="00385C5B">
              <w:t>Develop automated report generation</w:t>
            </w:r>
          </w:p>
        </w:tc>
        <w:tc>
          <w:tcPr>
            <w:tcW w:w="1153" w:type="dxa"/>
            <w:tcMar/>
          </w:tcPr>
          <w:p w:rsidRPr="009E09A8" w:rsidR="00385C5B" w:rsidP="00E35DB0" w:rsidRDefault="00385C5B" w14:paraId="04EEDDBB" w14:textId="77777777">
            <w:pPr>
              <w:rPr>
                <w:b/>
                <w:bCs/>
                <w:i/>
                <w:iCs/>
              </w:rPr>
            </w:pPr>
            <w:r w:rsidRPr="009E09A8">
              <w:rPr>
                <w:b/>
                <w:bCs/>
                <w:i/>
                <w:iCs/>
              </w:rPr>
              <w:t>Priority</w:t>
            </w:r>
          </w:p>
        </w:tc>
        <w:tc>
          <w:tcPr>
            <w:tcW w:w="1631" w:type="dxa"/>
            <w:tcMar/>
          </w:tcPr>
          <w:p w:rsidR="00385C5B" w:rsidP="00E35DB0" w:rsidRDefault="00385C5B" w14:paraId="5ABD099A" w14:textId="77777777">
            <w:r>
              <w:t xml:space="preserve">High </w:t>
            </w:r>
          </w:p>
        </w:tc>
      </w:tr>
      <w:tr w:rsidR="00385C5B" w:rsidTr="5D44C034" w14:paraId="168C48D9" w14:textId="77777777">
        <w:tc>
          <w:tcPr>
            <w:tcW w:w="2175" w:type="dxa"/>
            <w:tcMar/>
          </w:tcPr>
          <w:p w:rsidRPr="009E09A8" w:rsidR="00385C5B" w:rsidP="00E35DB0" w:rsidRDefault="00385C5B" w14:paraId="52C1ABD1" w14:textId="77777777">
            <w:pPr>
              <w:rPr>
                <w:b/>
                <w:bCs/>
                <w:i/>
                <w:iCs/>
              </w:rPr>
            </w:pPr>
            <w:r w:rsidRPr="009E09A8">
              <w:rPr>
                <w:b/>
                <w:bCs/>
                <w:i/>
                <w:iCs/>
              </w:rPr>
              <w:t>Value statement</w:t>
            </w:r>
          </w:p>
        </w:tc>
        <w:tc>
          <w:tcPr>
            <w:tcW w:w="6841" w:type="dxa"/>
            <w:gridSpan w:val="5"/>
            <w:tcMar/>
          </w:tcPr>
          <w:p w:rsidRPr="00DE11AA" w:rsidR="00385C5B" w:rsidP="00E35DB0" w:rsidRDefault="00385C5B" w14:paraId="6AE9631D" w14:textId="2E618C88">
            <w:r w:rsidRPr="00385C5B">
              <w:t>As a sales manager, I want automated weekly reports so that I can track progress without manual effort.</w:t>
            </w:r>
          </w:p>
        </w:tc>
      </w:tr>
      <w:tr w:rsidR="00385C5B" w:rsidTr="5D44C034" w14:paraId="79275EF3" w14:textId="77777777">
        <w:tc>
          <w:tcPr>
            <w:tcW w:w="2175" w:type="dxa"/>
            <w:tcMar/>
          </w:tcPr>
          <w:p w:rsidRPr="009E09A8" w:rsidR="00385C5B" w:rsidP="00E35DB0" w:rsidRDefault="00385C5B" w14:paraId="1ED3634F" w14:textId="77777777">
            <w:pPr>
              <w:rPr>
                <w:b/>
                <w:bCs/>
                <w:i/>
                <w:iCs/>
              </w:rPr>
            </w:pPr>
            <w:r w:rsidRPr="009E09A8">
              <w:rPr>
                <w:b/>
                <w:bCs/>
                <w:i/>
                <w:iCs/>
              </w:rPr>
              <w:t>BV</w:t>
            </w:r>
          </w:p>
        </w:tc>
        <w:tc>
          <w:tcPr>
            <w:tcW w:w="1269" w:type="dxa"/>
            <w:gridSpan w:val="2"/>
            <w:tcMar/>
          </w:tcPr>
          <w:p w:rsidRPr="00DE11AA" w:rsidR="00385C5B" w:rsidP="00E35DB0" w:rsidRDefault="00385C5B" w14:paraId="2E958333" w14:textId="3B7A94C5">
            <w:r w:rsidR="1415764C">
              <w:rPr/>
              <w:t>20</w:t>
            </w:r>
          </w:p>
        </w:tc>
        <w:tc>
          <w:tcPr>
            <w:tcW w:w="2788" w:type="dxa"/>
            <w:tcMar/>
          </w:tcPr>
          <w:p w:rsidRPr="009E09A8" w:rsidR="00385C5B" w:rsidP="00E35DB0" w:rsidRDefault="00385C5B" w14:paraId="38D70987" w14:textId="77777777">
            <w:pPr>
              <w:rPr>
                <w:b/>
                <w:bCs/>
                <w:i/>
                <w:iCs/>
              </w:rPr>
            </w:pPr>
            <w:r w:rsidRPr="009E09A8">
              <w:rPr>
                <w:b/>
                <w:bCs/>
                <w:i/>
                <w:iCs/>
              </w:rPr>
              <w:t>CP</w:t>
            </w:r>
          </w:p>
        </w:tc>
        <w:tc>
          <w:tcPr>
            <w:tcW w:w="2784" w:type="dxa"/>
            <w:gridSpan w:val="2"/>
            <w:tcMar/>
          </w:tcPr>
          <w:p w:rsidRPr="00DE11AA" w:rsidR="00385C5B" w:rsidP="00E35DB0" w:rsidRDefault="00385C5B" w14:paraId="2C955D41" w14:textId="2AA72F4F">
            <w:r>
              <w:t>5</w:t>
            </w:r>
          </w:p>
        </w:tc>
      </w:tr>
      <w:tr w:rsidR="00385C5B" w:rsidTr="5D44C034" w14:paraId="2500A64A" w14:textId="77777777">
        <w:tc>
          <w:tcPr>
            <w:tcW w:w="9016" w:type="dxa"/>
            <w:gridSpan w:val="6"/>
            <w:tcMar/>
          </w:tcPr>
          <w:p w:rsidRPr="009E09A8" w:rsidR="00385C5B" w:rsidP="00E35DB0" w:rsidRDefault="00385C5B" w14:paraId="76729665" w14:textId="77777777">
            <w:pPr>
              <w:rPr>
                <w:b/>
                <w:bCs/>
                <w:i/>
                <w:iCs/>
              </w:rPr>
            </w:pPr>
            <w:r w:rsidRPr="009E09A8">
              <w:rPr>
                <w:b/>
                <w:bCs/>
                <w:i/>
                <w:iCs/>
              </w:rPr>
              <w:t>Acceptance criteria</w:t>
            </w:r>
          </w:p>
        </w:tc>
      </w:tr>
      <w:tr w:rsidR="00385C5B" w:rsidTr="5D44C034" w14:paraId="415F4090" w14:textId="77777777">
        <w:tc>
          <w:tcPr>
            <w:tcW w:w="9016" w:type="dxa"/>
            <w:gridSpan w:val="6"/>
            <w:tcMar/>
          </w:tcPr>
          <w:p w:rsidRPr="00DE11AA" w:rsidR="00385C5B" w:rsidP="5D44C034" w:rsidRDefault="00385C5B" w14:paraId="3F1AA595" w14:textId="662070E7">
            <w:pPr>
              <w:pStyle w:val="ListParagraph"/>
              <w:numPr>
                <w:ilvl w:val="0"/>
                <w:numId w:val="7"/>
              </w:numPr>
              <w:rPr>
                <w:noProof w:val="0"/>
                <w:lang w:val="en-IN"/>
              </w:rPr>
            </w:pPr>
            <w:r w:rsidRPr="5D44C034" w:rsidR="55C63C86">
              <w:rPr>
                <w:noProof w:val="0"/>
                <w:lang w:val="en-IN"/>
              </w:rPr>
              <w:t>Weekly reports generated automatically.</w:t>
            </w:r>
          </w:p>
          <w:p w:rsidRPr="00DE11AA" w:rsidR="00385C5B" w:rsidP="5D44C034" w:rsidRDefault="00385C5B" w14:paraId="62F8CE13" w14:textId="1CBF6B2A">
            <w:pPr>
              <w:pStyle w:val="ListParagraph"/>
              <w:numPr>
                <w:ilvl w:val="0"/>
                <w:numId w:val="7"/>
              </w:numPr>
              <w:rPr>
                <w:noProof w:val="0"/>
                <w:lang w:val="en-IN"/>
              </w:rPr>
            </w:pPr>
            <w:r w:rsidRPr="5D44C034" w:rsidR="55C63C86">
              <w:rPr>
                <w:noProof w:val="0"/>
                <w:lang w:val="en-IN"/>
              </w:rPr>
              <w:t>Delivered via email.</w:t>
            </w:r>
          </w:p>
          <w:p w:rsidRPr="00DE11AA" w:rsidR="00385C5B" w:rsidP="5D44C034" w:rsidRDefault="00385C5B" w14:paraId="5F817345" w14:textId="187E52E6">
            <w:pPr>
              <w:pStyle w:val="ListParagraph"/>
              <w:numPr>
                <w:ilvl w:val="0"/>
                <w:numId w:val="7"/>
              </w:numPr>
              <w:rPr>
                <w:noProof w:val="0"/>
                <w:lang w:val="en-IN"/>
              </w:rPr>
            </w:pPr>
            <w:r w:rsidRPr="5D44C034" w:rsidR="55C63C86">
              <w:rPr>
                <w:noProof w:val="0"/>
                <w:lang w:val="en-IN"/>
              </w:rPr>
              <w:t>Reports include sales, leads, expenses.</w:t>
            </w:r>
          </w:p>
          <w:p w:rsidRPr="00DE11AA" w:rsidR="00385C5B" w:rsidP="5D44C034" w:rsidRDefault="00385C5B" w14:paraId="1BE97F78" w14:textId="4B28E7E6">
            <w:pPr>
              <w:pStyle w:val="ListParagraph"/>
              <w:numPr>
                <w:ilvl w:val="0"/>
                <w:numId w:val="7"/>
              </w:numPr>
              <w:rPr>
                <w:noProof w:val="0"/>
                <w:lang w:val="en-IN"/>
              </w:rPr>
            </w:pPr>
            <w:r w:rsidRPr="5D44C034" w:rsidR="55C63C86">
              <w:rPr>
                <w:noProof w:val="0"/>
                <w:lang w:val="en-IN"/>
              </w:rPr>
              <w:t>Reports archived in portal.</w:t>
            </w:r>
          </w:p>
          <w:p w:rsidRPr="00DE11AA" w:rsidR="00385C5B" w:rsidP="5D44C034" w:rsidRDefault="00385C5B" w14:paraId="61C799AC" w14:textId="1B32D50F">
            <w:pPr>
              <w:pStyle w:val="ListParagraph"/>
              <w:numPr>
                <w:ilvl w:val="0"/>
                <w:numId w:val="7"/>
              </w:numPr>
              <w:rPr>
                <w:noProof w:val="0"/>
                <w:lang w:val="en-IN"/>
              </w:rPr>
            </w:pPr>
            <w:r w:rsidRPr="5D44C034" w:rsidR="55C63C86">
              <w:rPr>
                <w:noProof w:val="0"/>
                <w:lang w:val="en-IN"/>
              </w:rPr>
              <w:t>Manager can adjust report format.</w:t>
            </w:r>
          </w:p>
        </w:tc>
      </w:tr>
    </w:tbl>
    <w:p w:rsidR="00A37981" w:rsidP="5D44C034" w:rsidRDefault="00A37981" w14:paraId="695CBD0E" w14:textId="61B8D844">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5CFDF34D">
        <w:trPr>
          <w:trHeight w:val="300"/>
        </w:trPr>
        <w:tc>
          <w:tcPr>
            <w:tcW w:w="2175" w:type="dxa"/>
            <w:tcMar/>
          </w:tcPr>
          <w:p w:rsidR="5D44C034" w:rsidP="5D44C034" w:rsidRDefault="5D44C034" w14:paraId="191CD2D3">
            <w:pPr>
              <w:rPr>
                <w:b w:val="1"/>
                <w:bCs w:val="1"/>
                <w:i w:val="1"/>
                <w:iCs w:val="1"/>
              </w:rPr>
            </w:pPr>
            <w:r w:rsidRPr="5D44C034" w:rsidR="5D44C034">
              <w:rPr>
                <w:b w:val="1"/>
                <w:bCs w:val="1"/>
                <w:i w:val="1"/>
                <w:iCs w:val="1"/>
              </w:rPr>
              <w:t>User story No</w:t>
            </w:r>
          </w:p>
        </w:tc>
        <w:tc>
          <w:tcPr>
            <w:tcW w:w="492" w:type="dxa"/>
            <w:tcMar/>
          </w:tcPr>
          <w:p w:rsidR="5D44C034" w:rsidRDefault="5D44C034" w14:paraId="07622FCA" w14:textId="67316C00">
            <w:r w:rsidR="5D44C034">
              <w:rPr/>
              <w:t>2</w:t>
            </w:r>
            <w:r w:rsidR="37298DE2">
              <w:rPr/>
              <w:t>1</w:t>
            </w:r>
          </w:p>
        </w:tc>
        <w:tc>
          <w:tcPr>
            <w:tcW w:w="777" w:type="dxa"/>
            <w:tcMar/>
          </w:tcPr>
          <w:p w:rsidR="5D44C034" w:rsidP="5D44C034" w:rsidRDefault="5D44C034" w14:paraId="5814BDC0">
            <w:pPr>
              <w:rPr>
                <w:b w:val="1"/>
                <w:bCs w:val="1"/>
                <w:i w:val="1"/>
                <w:iCs w:val="1"/>
              </w:rPr>
            </w:pPr>
            <w:r w:rsidRPr="5D44C034" w:rsidR="5D44C034">
              <w:rPr>
                <w:b w:val="1"/>
                <w:bCs w:val="1"/>
                <w:i w:val="1"/>
                <w:iCs w:val="1"/>
              </w:rPr>
              <w:t>Tasks</w:t>
            </w:r>
          </w:p>
        </w:tc>
        <w:tc>
          <w:tcPr>
            <w:tcW w:w="2788" w:type="dxa"/>
            <w:tcMar/>
          </w:tcPr>
          <w:p w:rsidR="67418136" w:rsidRDefault="67418136" w14:paraId="35D3A3CE" w14:textId="41D1E166">
            <w:r w:rsidRPr="5D44C034" w:rsidR="67418136">
              <w:rPr>
                <w:rFonts w:ascii="Aptos" w:hAnsi="Aptos" w:eastAsia="Aptos" w:cs="Aptos"/>
                <w:noProof w:val="0"/>
                <w:sz w:val="22"/>
                <w:szCs w:val="22"/>
                <w:lang w:val="en-IN"/>
              </w:rPr>
              <w:t>Order tracking system</w:t>
            </w:r>
          </w:p>
        </w:tc>
        <w:tc>
          <w:tcPr>
            <w:tcW w:w="1153" w:type="dxa"/>
            <w:tcMar/>
          </w:tcPr>
          <w:p w:rsidR="5D44C034" w:rsidP="5D44C034" w:rsidRDefault="5D44C034" w14:paraId="5D1CA393">
            <w:pPr>
              <w:rPr>
                <w:b w:val="1"/>
                <w:bCs w:val="1"/>
                <w:i w:val="1"/>
                <w:iCs w:val="1"/>
              </w:rPr>
            </w:pPr>
            <w:r w:rsidRPr="5D44C034" w:rsidR="5D44C034">
              <w:rPr>
                <w:b w:val="1"/>
                <w:bCs w:val="1"/>
                <w:i w:val="1"/>
                <w:iCs w:val="1"/>
              </w:rPr>
              <w:t>Priority</w:t>
            </w:r>
          </w:p>
        </w:tc>
        <w:tc>
          <w:tcPr>
            <w:tcW w:w="1631" w:type="dxa"/>
            <w:tcMar/>
          </w:tcPr>
          <w:p w:rsidR="5D44C034" w:rsidRDefault="5D44C034" w14:paraId="63B5EA3C">
            <w:r w:rsidR="5D44C034">
              <w:rPr/>
              <w:t xml:space="preserve">High </w:t>
            </w:r>
          </w:p>
        </w:tc>
      </w:tr>
      <w:tr w:rsidR="5D44C034" w:rsidTr="5D44C034" w14:paraId="2AE8C7D7">
        <w:trPr>
          <w:trHeight w:val="300"/>
        </w:trPr>
        <w:tc>
          <w:tcPr>
            <w:tcW w:w="2175" w:type="dxa"/>
            <w:tcMar/>
          </w:tcPr>
          <w:p w:rsidR="5D44C034" w:rsidP="5D44C034" w:rsidRDefault="5D44C034" w14:paraId="0E96C85F">
            <w:pPr>
              <w:rPr>
                <w:b w:val="1"/>
                <w:bCs w:val="1"/>
                <w:i w:val="1"/>
                <w:iCs w:val="1"/>
              </w:rPr>
            </w:pPr>
            <w:r w:rsidRPr="5D44C034" w:rsidR="5D44C034">
              <w:rPr>
                <w:b w:val="1"/>
                <w:bCs w:val="1"/>
                <w:i w:val="1"/>
                <w:iCs w:val="1"/>
              </w:rPr>
              <w:t>Value statement</w:t>
            </w:r>
          </w:p>
        </w:tc>
        <w:tc>
          <w:tcPr>
            <w:tcW w:w="6841" w:type="dxa"/>
            <w:gridSpan w:val="5"/>
            <w:tcMar/>
          </w:tcPr>
          <w:p w:rsidR="7A6A7A11" w:rsidRDefault="7A6A7A11" w14:paraId="3FF62A6A" w14:textId="1A0F31ED">
            <w:r w:rsidRPr="5D44C034" w:rsidR="7A6A7A11">
              <w:rPr>
                <w:rFonts w:ascii="Aptos" w:hAnsi="Aptos" w:eastAsia="Aptos" w:cs="Aptos"/>
                <w:noProof w:val="0"/>
                <w:sz w:val="22"/>
                <w:szCs w:val="22"/>
                <w:lang w:val="en-IN"/>
              </w:rPr>
              <w:t>As a sales representative, I want to track the status of my client orders so that I can give accurate updates to customers.</w:t>
            </w:r>
          </w:p>
        </w:tc>
      </w:tr>
      <w:tr w:rsidR="5D44C034" w:rsidTr="5D44C034" w14:paraId="1F991DB3">
        <w:trPr>
          <w:trHeight w:val="300"/>
        </w:trPr>
        <w:tc>
          <w:tcPr>
            <w:tcW w:w="2175" w:type="dxa"/>
            <w:tcMar/>
          </w:tcPr>
          <w:p w:rsidR="5D44C034" w:rsidP="5D44C034" w:rsidRDefault="5D44C034" w14:paraId="0CADDA81">
            <w:pPr>
              <w:rPr>
                <w:b w:val="1"/>
                <w:bCs w:val="1"/>
                <w:i w:val="1"/>
                <w:iCs w:val="1"/>
              </w:rPr>
            </w:pPr>
            <w:r w:rsidRPr="5D44C034" w:rsidR="5D44C034">
              <w:rPr>
                <w:b w:val="1"/>
                <w:bCs w:val="1"/>
                <w:i w:val="1"/>
                <w:iCs w:val="1"/>
              </w:rPr>
              <w:t>BV</w:t>
            </w:r>
          </w:p>
        </w:tc>
        <w:tc>
          <w:tcPr>
            <w:tcW w:w="1269" w:type="dxa"/>
            <w:gridSpan w:val="2"/>
            <w:tcMar/>
          </w:tcPr>
          <w:p w:rsidR="6FA146ED" w:rsidRDefault="6FA146ED" w14:paraId="111A23B0" w14:textId="4B74110D">
            <w:r w:rsidR="6FA146ED">
              <w:rPr/>
              <w:t>20</w:t>
            </w:r>
          </w:p>
        </w:tc>
        <w:tc>
          <w:tcPr>
            <w:tcW w:w="2788" w:type="dxa"/>
            <w:tcMar/>
          </w:tcPr>
          <w:p w:rsidR="5D44C034" w:rsidP="5D44C034" w:rsidRDefault="5D44C034" w14:paraId="5CBE6A66">
            <w:pPr>
              <w:rPr>
                <w:b w:val="1"/>
                <w:bCs w:val="1"/>
                <w:i w:val="1"/>
                <w:iCs w:val="1"/>
              </w:rPr>
            </w:pPr>
            <w:r w:rsidRPr="5D44C034" w:rsidR="5D44C034">
              <w:rPr>
                <w:b w:val="1"/>
                <w:bCs w:val="1"/>
                <w:i w:val="1"/>
                <w:iCs w:val="1"/>
              </w:rPr>
              <w:t>CP</w:t>
            </w:r>
          </w:p>
        </w:tc>
        <w:tc>
          <w:tcPr>
            <w:tcW w:w="2784" w:type="dxa"/>
            <w:gridSpan w:val="2"/>
            <w:tcMar/>
          </w:tcPr>
          <w:p w:rsidR="5D44C034" w:rsidRDefault="5D44C034" w14:paraId="4B80E227" w14:textId="2AA72F4F">
            <w:r w:rsidR="5D44C034">
              <w:rPr/>
              <w:t>5</w:t>
            </w:r>
          </w:p>
        </w:tc>
      </w:tr>
      <w:tr w:rsidR="5D44C034" w:rsidTr="5D44C034" w14:paraId="0C6CBE25">
        <w:trPr>
          <w:trHeight w:val="300"/>
        </w:trPr>
        <w:tc>
          <w:tcPr>
            <w:tcW w:w="9016" w:type="dxa"/>
            <w:gridSpan w:val="6"/>
            <w:tcMar/>
          </w:tcPr>
          <w:p w:rsidR="5D44C034" w:rsidP="5D44C034" w:rsidRDefault="5D44C034" w14:paraId="1D8E6A59">
            <w:pPr>
              <w:rPr>
                <w:b w:val="1"/>
                <w:bCs w:val="1"/>
                <w:i w:val="1"/>
                <w:iCs w:val="1"/>
              </w:rPr>
            </w:pPr>
            <w:r w:rsidRPr="5D44C034" w:rsidR="5D44C034">
              <w:rPr>
                <w:b w:val="1"/>
                <w:bCs w:val="1"/>
                <w:i w:val="1"/>
                <w:iCs w:val="1"/>
              </w:rPr>
              <w:t>Acceptance criteria</w:t>
            </w:r>
          </w:p>
        </w:tc>
      </w:tr>
      <w:tr w:rsidR="5D44C034" w:rsidTr="5D44C034" w14:paraId="082AD97C">
        <w:trPr>
          <w:trHeight w:val="300"/>
        </w:trPr>
        <w:tc>
          <w:tcPr>
            <w:tcW w:w="9016" w:type="dxa"/>
            <w:gridSpan w:val="6"/>
            <w:tcMar/>
          </w:tcPr>
          <w:p w:rsidR="0CD18D67" w:rsidP="5D44C034" w:rsidRDefault="0CD18D67" w14:paraId="594D69D7" w14:textId="255DD491">
            <w:pPr>
              <w:pStyle w:val="ListParagraph"/>
              <w:numPr>
                <w:ilvl w:val="0"/>
                <w:numId w:val="7"/>
              </w:numPr>
              <w:rPr>
                <w:noProof w:val="0"/>
                <w:lang w:val="en-IN"/>
              </w:rPr>
            </w:pPr>
            <w:r w:rsidRPr="5D44C034" w:rsidR="0CD18D67">
              <w:rPr>
                <w:noProof w:val="0"/>
                <w:lang w:val="en-IN"/>
              </w:rPr>
              <w:t>Orders show live status updates.</w:t>
            </w:r>
          </w:p>
          <w:p w:rsidR="0CD18D67" w:rsidP="5D44C034" w:rsidRDefault="0CD18D67" w14:paraId="3860F5D8" w14:textId="68FE2D00">
            <w:pPr>
              <w:pStyle w:val="ListParagraph"/>
              <w:numPr>
                <w:ilvl w:val="0"/>
                <w:numId w:val="7"/>
              </w:numPr>
              <w:rPr>
                <w:noProof w:val="0"/>
                <w:lang w:val="en-IN"/>
              </w:rPr>
            </w:pPr>
            <w:r w:rsidRPr="5D44C034" w:rsidR="0CD18D67">
              <w:rPr>
                <w:noProof w:val="0"/>
                <w:lang w:val="en-IN"/>
              </w:rPr>
              <w:t>Tracking integrated with logistics provider.</w:t>
            </w:r>
          </w:p>
          <w:p w:rsidR="0CD18D67" w:rsidP="5D44C034" w:rsidRDefault="0CD18D67" w14:paraId="6065CFD0" w14:textId="1D188296">
            <w:pPr>
              <w:pStyle w:val="ListParagraph"/>
              <w:numPr>
                <w:ilvl w:val="0"/>
                <w:numId w:val="7"/>
              </w:numPr>
              <w:rPr>
                <w:noProof w:val="0"/>
                <w:lang w:val="en-IN"/>
              </w:rPr>
            </w:pPr>
            <w:r w:rsidRPr="5D44C034" w:rsidR="0CD18D67">
              <w:rPr>
                <w:noProof w:val="0"/>
                <w:lang w:val="en-IN"/>
              </w:rPr>
              <w:t>Customers can see expected delivery date.</w:t>
            </w:r>
          </w:p>
          <w:p w:rsidR="0CD18D67" w:rsidP="5D44C034" w:rsidRDefault="0CD18D67" w14:paraId="7CB77D6A" w14:textId="330F1E0A">
            <w:pPr>
              <w:pStyle w:val="ListParagraph"/>
              <w:numPr>
                <w:ilvl w:val="0"/>
                <w:numId w:val="7"/>
              </w:numPr>
              <w:rPr>
                <w:noProof w:val="0"/>
                <w:lang w:val="en-IN"/>
              </w:rPr>
            </w:pPr>
            <w:r w:rsidRPr="5D44C034" w:rsidR="0CD18D67">
              <w:rPr>
                <w:noProof w:val="0"/>
                <w:lang w:val="en-IN"/>
              </w:rPr>
              <w:t>Delayed orders flagged automatically.</w:t>
            </w:r>
          </w:p>
          <w:p w:rsidR="0CD18D67" w:rsidP="5D44C034" w:rsidRDefault="0CD18D67" w14:paraId="2CAFF769" w14:textId="13F63903">
            <w:pPr>
              <w:pStyle w:val="ListParagraph"/>
              <w:numPr>
                <w:ilvl w:val="0"/>
                <w:numId w:val="7"/>
              </w:numPr>
              <w:rPr>
                <w:noProof w:val="0"/>
                <w:sz w:val="22"/>
                <w:szCs w:val="22"/>
                <w:lang w:val="en-IN"/>
              </w:rPr>
            </w:pPr>
            <w:r w:rsidRPr="5D44C034" w:rsidR="0CD18D67">
              <w:rPr>
                <w:noProof w:val="0"/>
                <w:lang w:val="en-IN"/>
              </w:rPr>
              <w:t>Order history searchable.</w:t>
            </w:r>
          </w:p>
        </w:tc>
      </w:tr>
    </w:tbl>
    <w:p w:rsidR="00A37981" w:rsidP="5D44C034" w:rsidRDefault="00A37981" w14:paraId="383C9BA6" w14:textId="7CBD8B11">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241D593C">
        <w:trPr>
          <w:trHeight w:val="300"/>
        </w:trPr>
        <w:tc>
          <w:tcPr>
            <w:tcW w:w="2175" w:type="dxa"/>
            <w:tcMar/>
          </w:tcPr>
          <w:p w:rsidR="5D44C034" w:rsidP="5D44C034" w:rsidRDefault="5D44C034" w14:paraId="6003B4E8">
            <w:pPr>
              <w:rPr>
                <w:b w:val="1"/>
                <w:bCs w:val="1"/>
                <w:i w:val="1"/>
                <w:iCs w:val="1"/>
              </w:rPr>
            </w:pPr>
            <w:r w:rsidRPr="5D44C034" w:rsidR="5D44C034">
              <w:rPr>
                <w:b w:val="1"/>
                <w:bCs w:val="1"/>
                <w:i w:val="1"/>
                <w:iCs w:val="1"/>
              </w:rPr>
              <w:t>User story No</w:t>
            </w:r>
          </w:p>
        </w:tc>
        <w:tc>
          <w:tcPr>
            <w:tcW w:w="492" w:type="dxa"/>
            <w:tcMar/>
          </w:tcPr>
          <w:p w:rsidR="5D44C034" w:rsidRDefault="5D44C034" w14:paraId="1C24C4A6" w14:textId="0F66AC54">
            <w:r w:rsidR="5D44C034">
              <w:rPr/>
              <w:t>2</w:t>
            </w:r>
            <w:r w:rsidR="0A696488">
              <w:rPr/>
              <w:t>2</w:t>
            </w:r>
          </w:p>
        </w:tc>
        <w:tc>
          <w:tcPr>
            <w:tcW w:w="777" w:type="dxa"/>
            <w:tcMar/>
          </w:tcPr>
          <w:p w:rsidR="5D44C034" w:rsidP="5D44C034" w:rsidRDefault="5D44C034" w14:paraId="6E917892">
            <w:pPr>
              <w:rPr>
                <w:b w:val="1"/>
                <w:bCs w:val="1"/>
                <w:i w:val="1"/>
                <w:iCs w:val="1"/>
              </w:rPr>
            </w:pPr>
            <w:r w:rsidRPr="5D44C034" w:rsidR="5D44C034">
              <w:rPr>
                <w:b w:val="1"/>
                <w:bCs w:val="1"/>
                <w:i w:val="1"/>
                <w:iCs w:val="1"/>
              </w:rPr>
              <w:t>Tasks</w:t>
            </w:r>
          </w:p>
        </w:tc>
        <w:tc>
          <w:tcPr>
            <w:tcW w:w="2788" w:type="dxa"/>
            <w:tcMar/>
          </w:tcPr>
          <w:p w:rsidR="657DE97A" w:rsidRDefault="657DE97A" w14:paraId="66DCCF36" w14:textId="342202F1">
            <w:r w:rsidRPr="5D44C034" w:rsidR="657DE97A">
              <w:rPr>
                <w:rFonts w:ascii="Aptos" w:hAnsi="Aptos" w:eastAsia="Aptos" w:cs="Aptos"/>
                <w:noProof w:val="0"/>
                <w:sz w:val="22"/>
                <w:szCs w:val="22"/>
                <w:lang w:val="en-IN"/>
              </w:rPr>
              <w:t>Order cancellation workflow</w:t>
            </w:r>
          </w:p>
        </w:tc>
        <w:tc>
          <w:tcPr>
            <w:tcW w:w="1153" w:type="dxa"/>
            <w:tcMar/>
          </w:tcPr>
          <w:p w:rsidR="5D44C034" w:rsidP="5D44C034" w:rsidRDefault="5D44C034" w14:paraId="2A0389C5">
            <w:pPr>
              <w:rPr>
                <w:b w:val="1"/>
                <w:bCs w:val="1"/>
                <w:i w:val="1"/>
                <w:iCs w:val="1"/>
              </w:rPr>
            </w:pPr>
            <w:r w:rsidRPr="5D44C034" w:rsidR="5D44C034">
              <w:rPr>
                <w:b w:val="1"/>
                <w:bCs w:val="1"/>
                <w:i w:val="1"/>
                <w:iCs w:val="1"/>
              </w:rPr>
              <w:t>Priority</w:t>
            </w:r>
          </w:p>
        </w:tc>
        <w:tc>
          <w:tcPr>
            <w:tcW w:w="1631" w:type="dxa"/>
            <w:tcMar/>
          </w:tcPr>
          <w:p w:rsidR="7B74645A" w:rsidRDefault="7B74645A" w14:paraId="3D2C882F" w14:textId="4780F951">
            <w:r w:rsidR="7B74645A">
              <w:rPr/>
              <w:t>Medium</w:t>
            </w:r>
          </w:p>
        </w:tc>
      </w:tr>
      <w:tr w:rsidR="5D44C034" w:rsidTr="5D44C034" w14:paraId="0321809E">
        <w:trPr>
          <w:trHeight w:val="300"/>
        </w:trPr>
        <w:tc>
          <w:tcPr>
            <w:tcW w:w="2175" w:type="dxa"/>
            <w:tcMar/>
          </w:tcPr>
          <w:p w:rsidR="5D44C034" w:rsidP="5D44C034" w:rsidRDefault="5D44C034" w14:paraId="50EF3576">
            <w:pPr>
              <w:rPr>
                <w:b w:val="1"/>
                <w:bCs w:val="1"/>
                <w:i w:val="1"/>
                <w:iCs w:val="1"/>
              </w:rPr>
            </w:pPr>
            <w:r w:rsidRPr="5D44C034" w:rsidR="5D44C034">
              <w:rPr>
                <w:b w:val="1"/>
                <w:bCs w:val="1"/>
                <w:i w:val="1"/>
                <w:iCs w:val="1"/>
              </w:rPr>
              <w:t>Value statement</w:t>
            </w:r>
          </w:p>
        </w:tc>
        <w:tc>
          <w:tcPr>
            <w:tcW w:w="6841" w:type="dxa"/>
            <w:gridSpan w:val="5"/>
            <w:tcMar/>
          </w:tcPr>
          <w:p w:rsidR="324982D6" w:rsidRDefault="324982D6" w14:paraId="3D53AA61" w14:textId="163E40B3">
            <w:r w:rsidRPr="5D44C034" w:rsidR="324982D6">
              <w:rPr>
                <w:rFonts w:ascii="Aptos" w:hAnsi="Aptos" w:eastAsia="Aptos" w:cs="Aptos"/>
                <w:noProof w:val="0"/>
                <w:sz w:val="22"/>
                <w:szCs w:val="22"/>
                <w:lang w:val="en-IN"/>
              </w:rPr>
              <w:t>As a customer support agent, I want to cancel orders digitally so that I can resolve customer requests</w:t>
            </w:r>
          </w:p>
        </w:tc>
      </w:tr>
      <w:tr w:rsidR="5D44C034" w:rsidTr="5D44C034" w14:paraId="0A897092">
        <w:trPr>
          <w:trHeight w:val="300"/>
        </w:trPr>
        <w:tc>
          <w:tcPr>
            <w:tcW w:w="2175" w:type="dxa"/>
            <w:tcMar/>
          </w:tcPr>
          <w:p w:rsidR="5D44C034" w:rsidP="5D44C034" w:rsidRDefault="5D44C034" w14:paraId="67A559E2">
            <w:pPr>
              <w:rPr>
                <w:b w:val="1"/>
                <w:bCs w:val="1"/>
                <w:i w:val="1"/>
                <w:iCs w:val="1"/>
              </w:rPr>
            </w:pPr>
            <w:r w:rsidRPr="5D44C034" w:rsidR="5D44C034">
              <w:rPr>
                <w:b w:val="1"/>
                <w:bCs w:val="1"/>
                <w:i w:val="1"/>
                <w:iCs w:val="1"/>
              </w:rPr>
              <w:t>BV</w:t>
            </w:r>
          </w:p>
        </w:tc>
        <w:tc>
          <w:tcPr>
            <w:tcW w:w="1269" w:type="dxa"/>
            <w:gridSpan w:val="2"/>
            <w:tcMar/>
          </w:tcPr>
          <w:p w:rsidR="36A70B6D" w:rsidRDefault="36A70B6D" w14:paraId="5D2F1F74" w14:textId="4BD40D5F">
            <w:r w:rsidR="36A70B6D">
              <w:rPr/>
              <w:t>10</w:t>
            </w:r>
          </w:p>
        </w:tc>
        <w:tc>
          <w:tcPr>
            <w:tcW w:w="2788" w:type="dxa"/>
            <w:tcMar/>
          </w:tcPr>
          <w:p w:rsidR="5D44C034" w:rsidP="5D44C034" w:rsidRDefault="5D44C034" w14:paraId="27EC3581">
            <w:pPr>
              <w:rPr>
                <w:b w:val="1"/>
                <w:bCs w:val="1"/>
                <w:i w:val="1"/>
                <w:iCs w:val="1"/>
              </w:rPr>
            </w:pPr>
            <w:r w:rsidRPr="5D44C034" w:rsidR="5D44C034">
              <w:rPr>
                <w:b w:val="1"/>
                <w:bCs w:val="1"/>
                <w:i w:val="1"/>
                <w:iCs w:val="1"/>
              </w:rPr>
              <w:t>CP</w:t>
            </w:r>
          </w:p>
        </w:tc>
        <w:tc>
          <w:tcPr>
            <w:tcW w:w="2784" w:type="dxa"/>
            <w:gridSpan w:val="2"/>
            <w:tcMar/>
          </w:tcPr>
          <w:p w:rsidR="5F648CEB" w:rsidRDefault="5F648CEB" w14:paraId="32534CC8" w14:textId="631461E2">
            <w:r w:rsidR="5F648CEB">
              <w:rPr/>
              <w:t>3</w:t>
            </w:r>
          </w:p>
        </w:tc>
      </w:tr>
      <w:tr w:rsidR="5D44C034" w:rsidTr="5D44C034" w14:paraId="07F4D8E9">
        <w:trPr>
          <w:trHeight w:val="300"/>
        </w:trPr>
        <w:tc>
          <w:tcPr>
            <w:tcW w:w="9016" w:type="dxa"/>
            <w:gridSpan w:val="6"/>
            <w:tcMar/>
          </w:tcPr>
          <w:p w:rsidR="5D44C034" w:rsidP="5D44C034" w:rsidRDefault="5D44C034" w14:paraId="2EE5C580">
            <w:pPr>
              <w:rPr>
                <w:b w:val="1"/>
                <w:bCs w:val="1"/>
                <w:i w:val="1"/>
                <w:iCs w:val="1"/>
              </w:rPr>
            </w:pPr>
            <w:r w:rsidRPr="5D44C034" w:rsidR="5D44C034">
              <w:rPr>
                <w:b w:val="1"/>
                <w:bCs w:val="1"/>
                <w:i w:val="1"/>
                <w:iCs w:val="1"/>
              </w:rPr>
              <w:t>Acceptance criteria</w:t>
            </w:r>
          </w:p>
        </w:tc>
      </w:tr>
      <w:tr w:rsidR="5D44C034" w:rsidTr="5D44C034" w14:paraId="701A3D68">
        <w:trPr>
          <w:trHeight w:val="300"/>
        </w:trPr>
        <w:tc>
          <w:tcPr>
            <w:tcW w:w="9016" w:type="dxa"/>
            <w:gridSpan w:val="6"/>
            <w:tcMar/>
          </w:tcPr>
          <w:p w:rsidR="6E8697F1" w:rsidP="5D44C034" w:rsidRDefault="6E8697F1" w14:paraId="0AB9913D" w14:textId="2606C112">
            <w:pPr>
              <w:pStyle w:val="ListParagraph"/>
              <w:numPr>
                <w:ilvl w:val="0"/>
                <w:numId w:val="7"/>
              </w:numPr>
              <w:rPr>
                <w:noProof w:val="0"/>
                <w:lang w:val="en-IN"/>
              </w:rPr>
            </w:pPr>
            <w:r w:rsidRPr="5D44C034" w:rsidR="6E8697F1">
              <w:rPr>
                <w:noProof w:val="0"/>
                <w:lang w:val="en-IN"/>
              </w:rPr>
              <w:t>Agent can cancel orders from dashboard.</w:t>
            </w:r>
          </w:p>
          <w:p w:rsidR="6E8697F1" w:rsidP="5D44C034" w:rsidRDefault="6E8697F1" w14:paraId="1EA4928C" w14:textId="1C2E2BE4">
            <w:pPr>
              <w:pStyle w:val="ListParagraph"/>
              <w:numPr>
                <w:ilvl w:val="0"/>
                <w:numId w:val="7"/>
              </w:numPr>
              <w:rPr>
                <w:noProof w:val="0"/>
                <w:lang w:val="en-IN"/>
              </w:rPr>
            </w:pPr>
            <w:r w:rsidRPr="5D44C034" w:rsidR="6E8697F1">
              <w:rPr>
                <w:noProof w:val="0"/>
                <w:lang w:val="en-IN"/>
              </w:rPr>
              <w:t>Cancellation reasons logged.</w:t>
            </w:r>
          </w:p>
          <w:p w:rsidR="6E8697F1" w:rsidP="5D44C034" w:rsidRDefault="6E8697F1" w14:paraId="3CCBA8D1" w14:textId="7389346C">
            <w:pPr>
              <w:pStyle w:val="ListParagraph"/>
              <w:numPr>
                <w:ilvl w:val="0"/>
                <w:numId w:val="7"/>
              </w:numPr>
              <w:rPr>
                <w:noProof w:val="0"/>
                <w:lang w:val="en-IN"/>
              </w:rPr>
            </w:pPr>
            <w:r w:rsidRPr="5D44C034" w:rsidR="6E8697F1">
              <w:rPr>
                <w:noProof w:val="0"/>
                <w:lang w:val="en-IN"/>
              </w:rPr>
              <w:t>Refund triggered automatically.</w:t>
            </w:r>
          </w:p>
          <w:p w:rsidR="6E8697F1" w:rsidP="5D44C034" w:rsidRDefault="6E8697F1" w14:paraId="08F04EB5" w14:textId="20C1943E">
            <w:pPr>
              <w:pStyle w:val="ListParagraph"/>
              <w:numPr>
                <w:ilvl w:val="0"/>
                <w:numId w:val="7"/>
              </w:numPr>
              <w:rPr>
                <w:noProof w:val="0"/>
                <w:lang w:val="en-IN"/>
              </w:rPr>
            </w:pPr>
            <w:r w:rsidRPr="5D44C034" w:rsidR="6E8697F1">
              <w:rPr>
                <w:noProof w:val="0"/>
                <w:lang w:val="en-IN"/>
              </w:rPr>
              <w:t>Notification sent to customer.</w:t>
            </w:r>
          </w:p>
          <w:p w:rsidR="6E8697F1" w:rsidP="5D44C034" w:rsidRDefault="6E8697F1" w14:paraId="6C776966" w14:textId="1EFC710E">
            <w:pPr>
              <w:pStyle w:val="ListParagraph"/>
              <w:numPr>
                <w:ilvl w:val="0"/>
                <w:numId w:val="7"/>
              </w:numPr>
              <w:rPr>
                <w:noProof w:val="0"/>
                <w:lang w:val="en-IN"/>
              </w:rPr>
            </w:pPr>
            <w:r w:rsidRPr="5D44C034" w:rsidR="6E8697F1">
              <w:rPr>
                <w:noProof w:val="0"/>
                <w:lang w:val="en-IN"/>
              </w:rPr>
              <w:t>Order marked as “Cancelled” in records.</w:t>
            </w:r>
          </w:p>
        </w:tc>
      </w:tr>
    </w:tbl>
    <w:p w:rsidR="00A37981" w:rsidP="00DE11AA" w:rsidRDefault="00A37981" w14:paraId="5F2DDEE0" w14:textId="5D130F8E"/>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7FE68A2B">
        <w:trPr>
          <w:trHeight w:val="300"/>
        </w:trPr>
        <w:tc>
          <w:tcPr>
            <w:tcW w:w="2175" w:type="dxa"/>
            <w:tcMar/>
          </w:tcPr>
          <w:p w:rsidR="5D44C034" w:rsidP="5D44C034" w:rsidRDefault="5D44C034" w14:paraId="46CD61CD">
            <w:pPr>
              <w:rPr>
                <w:b w:val="1"/>
                <w:bCs w:val="1"/>
                <w:i w:val="1"/>
                <w:iCs w:val="1"/>
              </w:rPr>
            </w:pPr>
            <w:r w:rsidRPr="5D44C034" w:rsidR="5D44C034">
              <w:rPr>
                <w:b w:val="1"/>
                <w:bCs w:val="1"/>
                <w:i w:val="1"/>
                <w:iCs w:val="1"/>
              </w:rPr>
              <w:t>User story No</w:t>
            </w:r>
          </w:p>
        </w:tc>
        <w:tc>
          <w:tcPr>
            <w:tcW w:w="492" w:type="dxa"/>
            <w:tcMar/>
          </w:tcPr>
          <w:p w:rsidR="5D44C034" w:rsidRDefault="5D44C034" w14:paraId="587A5D26" w14:textId="0104E7E0">
            <w:r w:rsidR="5D44C034">
              <w:rPr/>
              <w:t>2</w:t>
            </w:r>
            <w:r w:rsidR="2EC49F70">
              <w:rPr/>
              <w:t>3</w:t>
            </w:r>
          </w:p>
        </w:tc>
        <w:tc>
          <w:tcPr>
            <w:tcW w:w="777" w:type="dxa"/>
            <w:tcMar/>
          </w:tcPr>
          <w:p w:rsidR="5D44C034" w:rsidP="5D44C034" w:rsidRDefault="5D44C034" w14:paraId="55C34F68">
            <w:pPr>
              <w:rPr>
                <w:b w:val="1"/>
                <w:bCs w:val="1"/>
                <w:i w:val="1"/>
                <w:iCs w:val="1"/>
              </w:rPr>
            </w:pPr>
            <w:r w:rsidRPr="5D44C034" w:rsidR="5D44C034">
              <w:rPr>
                <w:b w:val="1"/>
                <w:bCs w:val="1"/>
                <w:i w:val="1"/>
                <w:iCs w:val="1"/>
              </w:rPr>
              <w:t>Tasks</w:t>
            </w:r>
          </w:p>
        </w:tc>
        <w:tc>
          <w:tcPr>
            <w:tcW w:w="2788" w:type="dxa"/>
            <w:tcMar/>
          </w:tcPr>
          <w:p w:rsidR="14865866" w:rsidRDefault="14865866" w14:paraId="38956C17" w14:textId="67BCE9CD">
            <w:r w:rsidRPr="5D44C034" w:rsidR="14865866">
              <w:rPr>
                <w:rFonts w:ascii="Aptos" w:hAnsi="Aptos" w:eastAsia="Aptos" w:cs="Aptos"/>
                <w:noProof w:val="0"/>
                <w:sz w:val="22"/>
                <w:szCs w:val="22"/>
                <w:lang w:val="en-IN"/>
              </w:rPr>
              <w:t>Customer feedback &amp; ratings</w:t>
            </w:r>
          </w:p>
        </w:tc>
        <w:tc>
          <w:tcPr>
            <w:tcW w:w="1153" w:type="dxa"/>
            <w:tcMar/>
          </w:tcPr>
          <w:p w:rsidR="5D44C034" w:rsidP="5D44C034" w:rsidRDefault="5D44C034" w14:paraId="7A6A6794">
            <w:pPr>
              <w:rPr>
                <w:b w:val="1"/>
                <w:bCs w:val="1"/>
                <w:i w:val="1"/>
                <w:iCs w:val="1"/>
              </w:rPr>
            </w:pPr>
            <w:r w:rsidRPr="5D44C034" w:rsidR="5D44C034">
              <w:rPr>
                <w:b w:val="1"/>
                <w:bCs w:val="1"/>
                <w:i w:val="1"/>
                <w:iCs w:val="1"/>
              </w:rPr>
              <w:t>Priority</w:t>
            </w:r>
          </w:p>
        </w:tc>
        <w:tc>
          <w:tcPr>
            <w:tcW w:w="1631" w:type="dxa"/>
            <w:tcMar/>
          </w:tcPr>
          <w:p w:rsidR="5D44C034" w:rsidRDefault="5D44C034" w14:paraId="7CFFB81E" w14:textId="4780F951">
            <w:r w:rsidR="5D44C034">
              <w:rPr/>
              <w:t>Medium</w:t>
            </w:r>
          </w:p>
        </w:tc>
      </w:tr>
      <w:tr w:rsidR="5D44C034" w:rsidTr="5D44C034" w14:paraId="37D3CD3C">
        <w:trPr>
          <w:trHeight w:val="300"/>
        </w:trPr>
        <w:tc>
          <w:tcPr>
            <w:tcW w:w="2175" w:type="dxa"/>
            <w:tcMar/>
          </w:tcPr>
          <w:p w:rsidR="5D44C034" w:rsidP="5D44C034" w:rsidRDefault="5D44C034" w14:paraId="1B4C305A">
            <w:pPr>
              <w:rPr>
                <w:b w:val="1"/>
                <w:bCs w:val="1"/>
                <w:i w:val="1"/>
                <w:iCs w:val="1"/>
              </w:rPr>
            </w:pPr>
            <w:r w:rsidRPr="5D44C034" w:rsidR="5D44C034">
              <w:rPr>
                <w:b w:val="1"/>
                <w:bCs w:val="1"/>
                <w:i w:val="1"/>
                <w:iCs w:val="1"/>
              </w:rPr>
              <w:t>Value statement</w:t>
            </w:r>
          </w:p>
        </w:tc>
        <w:tc>
          <w:tcPr>
            <w:tcW w:w="6841" w:type="dxa"/>
            <w:gridSpan w:val="5"/>
            <w:tcMar/>
          </w:tcPr>
          <w:p w:rsidR="01512C6D" w:rsidRDefault="01512C6D" w14:paraId="493C4B5B" w14:textId="1298C383">
            <w:r w:rsidRPr="5D44C034" w:rsidR="01512C6D">
              <w:rPr>
                <w:rFonts w:ascii="Aptos" w:hAnsi="Aptos" w:eastAsia="Aptos" w:cs="Aptos"/>
                <w:noProof w:val="0"/>
                <w:sz w:val="22"/>
                <w:szCs w:val="22"/>
                <w:lang w:val="en-IN"/>
              </w:rPr>
              <w:t>As a sales manager, I want customers to provide feedback so that I can evaluate service quality.</w:t>
            </w:r>
          </w:p>
        </w:tc>
      </w:tr>
      <w:tr w:rsidR="5D44C034" w:rsidTr="5D44C034" w14:paraId="2898CF97">
        <w:trPr>
          <w:trHeight w:val="300"/>
        </w:trPr>
        <w:tc>
          <w:tcPr>
            <w:tcW w:w="2175" w:type="dxa"/>
            <w:tcMar/>
          </w:tcPr>
          <w:p w:rsidR="5D44C034" w:rsidP="5D44C034" w:rsidRDefault="5D44C034" w14:paraId="31ABE83C">
            <w:pPr>
              <w:rPr>
                <w:b w:val="1"/>
                <w:bCs w:val="1"/>
                <w:i w:val="1"/>
                <w:iCs w:val="1"/>
              </w:rPr>
            </w:pPr>
            <w:r w:rsidRPr="5D44C034" w:rsidR="5D44C034">
              <w:rPr>
                <w:b w:val="1"/>
                <w:bCs w:val="1"/>
                <w:i w:val="1"/>
                <w:iCs w:val="1"/>
              </w:rPr>
              <w:t>BV</w:t>
            </w:r>
          </w:p>
        </w:tc>
        <w:tc>
          <w:tcPr>
            <w:tcW w:w="1269" w:type="dxa"/>
            <w:gridSpan w:val="2"/>
            <w:tcMar/>
          </w:tcPr>
          <w:p w:rsidR="01DD5AD9" w:rsidRDefault="01DD5AD9" w14:paraId="6CDF038B" w14:textId="2CD9FF26">
            <w:r w:rsidR="01DD5AD9">
              <w:rPr/>
              <w:t>10</w:t>
            </w:r>
          </w:p>
        </w:tc>
        <w:tc>
          <w:tcPr>
            <w:tcW w:w="2788" w:type="dxa"/>
            <w:tcMar/>
          </w:tcPr>
          <w:p w:rsidR="5D44C034" w:rsidP="5D44C034" w:rsidRDefault="5D44C034" w14:paraId="7F23D7BB">
            <w:pPr>
              <w:rPr>
                <w:b w:val="1"/>
                <w:bCs w:val="1"/>
                <w:i w:val="1"/>
                <w:iCs w:val="1"/>
              </w:rPr>
            </w:pPr>
            <w:r w:rsidRPr="5D44C034" w:rsidR="5D44C034">
              <w:rPr>
                <w:b w:val="1"/>
                <w:bCs w:val="1"/>
                <w:i w:val="1"/>
                <w:iCs w:val="1"/>
              </w:rPr>
              <w:t>CP</w:t>
            </w:r>
          </w:p>
        </w:tc>
        <w:tc>
          <w:tcPr>
            <w:tcW w:w="2784" w:type="dxa"/>
            <w:gridSpan w:val="2"/>
            <w:tcMar/>
          </w:tcPr>
          <w:p w:rsidR="5D44C034" w:rsidRDefault="5D44C034" w14:paraId="2494DCE5" w14:textId="631461E2">
            <w:r w:rsidR="5D44C034">
              <w:rPr/>
              <w:t>3</w:t>
            </w:r>
          </w:p>
        </w:tc>
      </w:tr>
      <w:tr w:rsidR="5D44C034" w:rsidTr="5D44C034" w14:paraId="2D9D00BE">
        <w:trPr>
          <w:trHeight w:val="300"/>
        </w:trPr>
        <w:tc>
          <w:tcPr>
            <w:tcW w:w="9016" w:type="dxa"/>
            <w:gridSpan w:val="6"/>
            <w:tcMar/>
          </w:tcPr>
          <w:p w:rsidR="5D44C034" w:rsidP="5D44C034" w:rsidRDefault="5D44C034" w14:paraId="0B14D908">
            <w:pPr>
              <w:rPr>
                <w:b w:val="1"/>
                <w:bCs w:val="1"/>
                <w:i w:val="1"/>
                <w:iCs w:val="1"/>
              </w:rPr>
            </w:pPr>
            <w:r w:rsidRPr="5D44C034" w:rsidR="5D44C034">
              <w:rPr>
                <w:b w:val="1"/>
                <w:bCs w:val="1"/>
                <w:i w:val="1"/>
                <w:iCs w:val="1"/>
              </w:rPr>
              <w:t>Acceptance criteria</w:t>
            </w:r>
          </w:p>
        </w:tc>
      </w:tr>
      <w:tr w:rsidR="5D44C034" w:rsidTr="5D44C034" w14:paraId="407EA660">
        <w:trPr>
          <w:trHeight w:val="300"/>
        </w:trPr>
        <w:tc>
          <w:tcPr>
            <w:tcW w:w="9016" w:type="dxa"/>
            <w:gridSpan w:val="6"/>
            <w:tcMar/>
          </w:tcPr>
          <w:p w:rsidR="72DF5EF3" w:rsidP="5D44C034" w:rsidRDefault="72DF5EF3" w14:paraId="0FE95A94" w14:textId="508D2244">
            <w:pPr>
              <w:pStyle w:val="ListParagraph"/>
              <w:numPr>
                <w:ilvl w:val="0"/>
                <w:numId w:val="7"/>
              </w:numPr>
              <w:rPr>
                <w:noProof w:val="0"/>
                <w:lang w:val="en-IN"/>
              </w:rPr>
            </w:pPr>
            <w:r w:rsidRPr="5D44C034" w:rsidR="72DF5EF3">
              <w:rPr>
                <w:noProof w:val="0"/>
                <w:lang w:val="en-IN"/>
              </w:rPr>
              <w:t xml:space="preserve">Customers can </w:t>
            </w:r>
            <w:r w:rsidRPr="5D44C034" w:rsidR="72DF5EF3">
              <w:rPr>
                <w:noProof w:val="0"/>
                <w:lang w:val="en-IN"/>
              </w:rPr>
              <w:t>submit</w:t>
            </w:r>
            <w:r w:rsidRPr="5D44C034" w:rsidR="72DF5EF3">
              <w:rPr>
                <w:noProof w:val="0"/>
                <w:lang w:val="en-IN"/>
              </w:rPr>
              <w:t xml:space="preserve"> ratings (1–5).</w:t>
            </w:r>
          </w:p>
          <w:p w:rsidR="72DF5EF3" w:rsidP="5D44C034" w:rsidRDefault="72DF5EF3" w14:paraId="68B25382" w14:textId="0A244B2F">
            <w:pPr>
              <w:pStyle w:val="ListParagraph"/>
              <w:numPr>
                <w:ilvl w:val="0"/>
                <w:numId w:val="7"/>
              </w:numPr>
              <w:rPr>
                <w:noProof w:val="0"/>
                <w:lang w:val="en-IN"/>
              </w:rPr>
            </w:pPr>
            <w:r w:rsidRPr="5D44C034" w:rsidR="72DF5EF3">
              <w:rPr>
                <w:noProof w:val="0"/>
                <w:lang w:val="en-IN"/>
              </w:rPr>
              <w:t>Feedback saved under order history.</w:t>
            </w:r>
          </w:p>
          <w:p w:rsidR="72DF5EF3" w:rsidP="5D44C034" w:rsidRDefault="72DF5EF3" w14:paraId="4AD63605" w14:textId="0AFAB325">
            <w:pPr>
              <w:pStyle w:val="ListParagraph"/>
              <w:numPr>
                <w:ilvl w:val="0"/>
                <w:numId w:val="7"/>
              </w:numPr>
              <w:rPr>
                <w:noProof w:val="0"/>
                <w:lang w:val="en-IN"/>
              </w:rPr>
            </w:pPr>
            <w:r w:rsidRPr="5D44C034" w:rsidR="72DF5EF3">
              <w:rPr>
                <w:noProof w:val="0"/>
                <w:lang w:val="en-IN"/>
              </w:rPr>
              <w:t>Negative feedback flagged for review.</w:t>
            </w:r>
          </w:p>
          <w:p w:rsidR="72DF5EF3" w:rsidP="5D44C034" w:rsidRDefault="72DF5EF3" w14:paraId="49DC4599" w14:textId="6246666E">
            <w:pPr>
              <w:pStyle w:val="ListParagraph"/>
              <w:numPr>
                <w:ilvl w:val="0"/>
                <w:numId w:val="7"/>
              </w:numPr>
              <w:rPr>
                <w:noProof w:val="0"/>
                <w:lang w:val="en-IN"/>
              </w:rPr>
            </w:pPr>
            <w:r w:rsidRPr="5D44C034" w:rsidR="72DF5EF3">
              <w:rPr>
                <w:noProof w:val="0"/>
                <w:lang w:val="en-IN"/>
              </w:rPr>
              <w:t>Managers can export feedback reports.</w:t>
            </w:r>
          </w:p>
          <w:p w:rsidR="72DF5EF3" w:rsidP="5D44C034" w:rsidRDefault="72DF5EF3" w14:paraId="3164CFE2" w14:textId="6A73AD0B">
            <w:pPr>
              <w:pStyle w:val="ListParagraph"/>
              <w:numPr>
                <w:ilvl w:val="0"/>
                <w:numId w:val="7"/>
              </w:numPr>
              <w:rPr>
                <w:noProof w:val="0"/>
                <w:lang w:val="en-IN"/>
              </w:rPr>
            </w:pPr>
            <w:r w:rsidRPr="5D44C034" w:rsidR="72DF5EF3">
              <w:rPr>
                <w:noProof w:val="0"/>
                <w:lang w:val="en-IN"/>
              </w:rPr>
              <w:t>Feedback forms mobile-friendly.</w:t>
            </w:r>
          </w:p>
        </w:tc>
      </w:tr>
    </w:tbl>
    <w:p w:rsidR="00A37981" w:rsidP="00DE11AA" w:rsidRDefault="00A37981" w14:paraId="753C4BB8" w14:textId="4C61EDBD"/>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08C43A09">
        <w:trPr>
          <w:trHeight w:val="300"/>
        </w:trPr>
        <w:tc>
          <w:tcPr>
            <w:tcW w:w="2175" w:type="dxa"/>
            <w:tcMar/>
          </w:tcPr>
          <w:p w:rsidR="5D44C034" w:rsidP="5D44C034" w:rsidRDefault="5D44C034" w14:paraId="553FB630">
            <w:pPr>
              <w:rPr>
                <w:b w:val="1"/>
                <w:bCs w:val="1"/>
                <w:i w:val="1"/>
                <w:iCs w:val="1"/>
              </w:rPr>
            </w:pPr>
            <w:r w:rsidRPr="5D44C034" w:rsidR="5D44C034">
              <w:rPr>
                <w:b w:val="1"/>
                <w:bCs w:val="1"/>
                <w:i w:val="1"/>
                <w:iCs w:val="1"/>
              </w:rPr>
              <w:t>User story No</w:t>
            </w:r>
          </w:p>
        </w:tc>
        <w:tc>
          <w:tcPr>
            <w:tcW w:w="492" w:type="dxa"/>
            <w:tcMar/>
          </w:tcPr>
          <w:p w:rsidR="5D44C034" w:rsidRDefault="5D44C034" w14:paraId="60A54399" w14:textId="0C4A0B38">
            <w:r w:rsidR="5D44C034">
              <w:rPr/>
              <w:t>2</w:t>
            </w:r>
            <w:r w:rsidR="28C05960">
              <w:rPr/>
              <w:t>4</w:t>
            </w:r>
          </w:p>
        </w:tc>
        <w:tc>
          <w:tcPr>
            <w:tcW w:w="777" w:type="dxa"/>
            <w:tcMar/>
          </w:tcPr>
          <w:p w:rsidR="5D44C034" w:rsidP="5D44C034" w:rsidRDefault="5D44C034" w14:paraId="1F964CC1">
            <w:pPr>
              <w:rPr>
                <w:b w:val="1"/>
                <w:bCs w:val="1"/>
                <w:i w:val="1"/>
                <w:iCs w:val="1"/>
              </w:rPr>
            </w:pPr>
            <w:r w:rsidRPr="5D44C034" w:rsidR="5D44C034">
              <w:rPr>
                <w:b w:val="1"/>
                <w:bCs w:val="1"/>
                <w:i w:val="1"/>
                <w:iCs w:val="1"/>
              </w:rPr>
              <w:t>Tasks</w:t>
            </w:r>
          </w:p>
        </w:tc>
        <w:tc>
          <w:tcPr>
            <w:tcW w:w="2788" w:type="dxa"/>
            <w:tcMar/>
          </w:tcPr>
          <w:p w:rsidR="5D44C034" w:rsidRDefault="5D44C034" w14:paraId="3EEA28A8" w14:textId="67BCE9CD">
            <w:r w:rsidRPr="5D44C034" w:rsidR="5D44C034">
              <w:rPr>
                <w:rFonts w:ascii="Aptos" w:hAnsi="Aptos" w:eastAsia="Aptos" w:cs="Aptos"/>
                <w:noProof w:val="0"/>
                <w:sz w:val="22"/>
                <w:szCs w:val="22"/>
                <w:lang w:val="en-IN"/>
              </w:rPr>
              <w:t>Customer feedback &amp; ratings</w:t>
            </w:r>
          </w:p>
        </w:tc>
        <w:tc>
          <w:tcPr>
            <w:tcW w:w="1153" w:type="dxa"/>
            <w:tcMar/>
          </w:tcPr>
          <w:p w:rsidR="5D44C034" w:rsidP="5D44C034" w:rsidRDefault="5D44C034" w14:paraId="6537E8D7">
            <w:pPr>
              <w:rPr>
                <w:b w:val="1"/>
                <w:bCs w:val="1"/>
                <w:i w:val="1"/>
                <w:iCs w:val="1"/>
              </w:rPr>
            </w:pPr>
            <w:r w:rsidRPr="5D44C034" w:rsidR="5D44C034">
              <w:rPr>
                <w:b w:val="1"/>
                <w:bCs w:val="1"/>
                <w:i w:val="1"/>
                <w:iCs w:val="1"/>
              </w:rPr>
              <w:t>Priority</w:t>
            </w:r>
          </w:p>
        </w:tc>
        <w:tc>
          <w:tcPr>
            <w:tcW w:w="1631" w:type="dxa"/>
            <w:tcMar/>
          </w:tcPr>
          <w:p w:rsidR="5D44C034" w:rsidRDefault="5D44C034" w14:paraId="5988E197" w14:textId="4780F951">
            <w:r w:rsidR="5D44C034">
              <w:rPr/>
              <w:t>Medium</w:t>
            </w:r>
          </w:p>
        </w:tc>
      </w:tr>
      <w:tr w:rsidR="5D44C034" w:rsidTr="5D44C034" w14:paraId="2FA483EF">
        <w:trPr>
          <w:trHeight w:val="300"/>
        </w:trPr>
        <w:tc>
          <w:tcPr>
            <w:tcW w:w="2175" w:type="dxa"/>
            <w:tcMar/>
          </w:tcPr>
          <w:p w:rsidR="5D44C034" w:rsidP="5D44C034" w:rsidRDefault="5D44C034" w14:paraId="21768C44">
            <w:pPr>
              <w:rPr>
                <w:b w:val="1"/>
                <w:bCs w:val="1"/>
                <w:i w:val="1"/>
                <w:iCs w:val="1"/>
              </w:rPr>
            </w:pPr>
            <w:r w:rsidRPr="5D44C034" w:rsidR="5D44C034">
              <w:rPr>
                <w:b w:val="1"/>
                <w:bCs w:val="1"/>
                <w:i w:val="1"/>
                <w:iCs w:val="1"/>
              </w:rPr>
              <w:t>Value statement</w:t>
            </w:r>
          </w:p>
        </w:tc>
        <w:tc>
          <w:tcPr>
            <w:tcW w:w="6841" w:type="dxa"/>
            <w:gridSpan w:val="5"/>
            <w:tcMar/>
          </w:tcPr>
          <w:p w:rsidR="5D44C034" w:rsidRDefault="5D44C034" w14:paraId="48667581" w14:textId="1298C383">
            <w:r w:rsidRPr="5D44C034" w:rsidR="5D44C034">
              <w:rPr>
                <w:rFonts w:ascii="Aptos" w:hAnsi="Aptos" w:eastAsia="Aptos" w:cs="Aptos"/>
                <w:noProof w:val="0"/>
                <w:sz w:val="22"/>
                <w:szCs w:val="22"/>
                <w:lang w:val="en-IN"/>
              </w:rPr>
              <w:t>As a sales manager, I want customers to provide feedback so that I can evaluate service quality.</w:t>
            </w:r>
          </w:p>
        </w:tc>
      </w:tr>
      <w:tr w:rsidR="5D44C034" w:rsidTr="5D44C034" w14:paraId="71FBCD6C">
        <w:trPr>
          <w:trHeight w:val="300"/>
        </w:trPr>
        <w:tc>
          <w:tcPr>
            <w:tcW w:w="2175" w:type="dxa"/>
            <w:tcMar/>
          </w:tcPr>
          <w:p w:rsidR="5D44C034" w:rsidP="5D44C034" w:rsidRDefault="5D44C034" w14:paraId="0E908CE8">
            <w:pPr>
              <w:rPr>
                <w:b w:val="1"/>
                <w:bCs w:val="1"/>
                <w:i w:val="1"/>
                <w:iCs w:val="1"/>
              </w:rPr>
            </w:pPr>
            <w:r w:rsidRPr="5D44C034" w:rsidR="5D44C034">
              <w:rPr>
                <w:b w:val="1"/>
                <w:bCs w:val="1"/>
                <w:i w:val="1"/>
                <w:iCs w:val="1"/>
              </w:rPr>
              <w:t>BV</w:t>
            </w:r>
          </w:p>
        </w:tc>
        <w:tc>
          <w:tcPr>
            <w:tcW w:w="1269" w:type="dxa"/>
            <w:gridSpan w:val="2"/>
            <w:tcMar/>
          </w:tcPr>
          <w:p w:rsidR="39397BB6" w:rsidRDefault="39397BB6" w14:paraId="070AC633" w14:textId="1E0F25E2">
            <w:r w:rsidR="39397BB6">
              <w:rPr/>
              <w:t>10</w:t>
            </w:r>
          </w:p>
        </w:tc>
        <w:tc>
          <w:tcPr>
            <w:tcW w:w="2788" w:type="dxa"/>
            <w:tcMar/>
          </w:tcPr>
          <w:p w:rsidR="5D44C034" w:rsidP="5D44C034" w:rsidRDefault="5D44C034" w14:paraId="5AB7C0EC">
            <w:pPr>
              <w:rPr>
                <w:b w:val="1"/>
                <w:bCs w:val="1"/>
                <w:i w:val="1"/>
                <w:iCs w:val="1"/>
              </w:rPr>
            </w:pPr>
            <w:r w:rsidRPr="5D44C034" w:rsidR="5D44C034">
              <w:rPr>
                <w:b w:val="1"/>
                <w:bCs w:val="1"/>
                <w:i w:val="1"/>
                <w:iCs w:val="1"/>
              </w:rPr>
              <w:t>CP</w:t>
            </w:r>
          </w:p>
        </w:tc>
        <w:tc>
          <w:tcPr>
            <w:tcW w:w="2784" w:type="dxa"/>
            <w:gridSpan w:val="2"/>
            <w:tcMar/>
          </w:tcPr>
          <w:p w:rsidR="5D44C034" w:rsidRDefault="5D44C034" w14:paraId="1A44CA24" w14:textId="631461E2">
            <w:r w:rsidR="5D44C034">
              <w:rPr/>
              <w:t>3</w:t>
            </w:r>
          </w:p>
        </w:tc>
      </w:tr>
      <w:tr w:rsidR="5D44C034" w:rsidTr="5D44C034" w14:paraId="73A6F683">
        <w:trPr>
          <w:trHeight w:val="300"/>
        </w:trPr>
        <w:tc>
          <w:tcPr>
            <w:tcW w:w="9016" w:type="dxa"/>
            <w:gridSpan w:val="6"/>
            <w:tcMar/>
          </w:tcPr>
          <w:p w:rsidR="5D44C034" w:rsidP="5D44C034" w:rsidRDefault="5D44C034" w14:paraId="687AFEEC">
            <w:pPr>
              <w:rPr>
                <w:b w:val="1"/>
                <w:bCs w:val="1"/>
                <w:i w:val="1"/>
                <w:iCs w:val="1"/>
              </w:rPr>
            </w:pPr>
            <w:r w:rsidRPr="5D44C034" w:rsidR="5D44C034">
              <w:rPr>
                <w:b w:val="1"/>
                <w:bCs w:val="1"/>
                <w:i w:val="1"/>
                <w:iCs w:val="1"/>
              </w:rPr>
              <w:t>Acceptance criteria</w:t>
            </w:r>
          </w:p>
        </w:tc>
      </w:tr>
      <w:tr w:rsidR="5D44C034" w:rsidTr="5D44C034" w14:paraId="72FD7675">
        <w:trPr>
          <w:trHeight w:val="300"/>
        </w:trPr>
        <w:tc>
          <w:tcPr>
            <w:tcW w:w="9016" w:type="dxa"/>
            <w:gridSpan w:val="6"/>
            <w:tcMar/>
          </w:tcPr>
          <w:p w:rsidR="5D44C034" w:rsidP="5D44C034" w:rsidRDefault="5D44C034" w14:paraId="76AE6B66" w14:textId="508D2244">
            <w:pPr>
              <w:pStyle w:val="ListParagraph"/>
              <w:numPr>
                <w:ilvl w:val="0"/>
                <w:numId w:val="7"/>
              </w:numPr>
              <w:rPr>
                <w:noProof w:val="0"/>
                <w:lang w:val="en-IN"/>
              </w:rPr>
            </w:pPr>
            <w:r w:rsidRPr="5D44C034" w:rsidR="5D44C034">
              <w:rPr>
                <w:noProof w:val="0"/>
                <w:lang w:val="en-IN"/>
              </w:rPr>
              <w:t xml:space="preserve">Customers can </w:t>
            </w:r>
            <w:r w:rsidRPr="5D44C034" w:rsidR="5D44C034">
              <w:rPr>
                <w:noProof w:val="0"/>
                <w:lang w:val="en-IN"/>
              </w:rPr>
              <w:t>submit</w:t>
            </w:r>
            <w:r w:rsidRPr="5D44C034" w:rsidR="5D44C034">
              <w:rPr>
                <w:noProof w:val="0"/>
                <w:lang w:val="en-IN"/>
              </w:rPr>
              <w:t xml:space="preserve"> ratings (1–5).</w:t>
            </w:r>
          </w:p>
          <w:p w:rsidR="5D44C034" w:rsidP="5D44C034" w:rsidRDefault="5D44C034" w14:paraId="7CA83474" w14:textId="0A244B2F">
            <w:pPr>
              <w:pStyle w:val="ListParagraph"/>
              <w:numPr>
                <w:ilvl w:val="0"/>
                <w:numId w:val="7"/>
              </w:numPr>
              <w:rPr>
                <w:noProof w:val="0"/>
                <w:lang w:val="en-IN"/>
              </w:rPr>
            </w:pPr>
            <w:r w:rsidRPr="5D44C034" w:rsidR="5D44C034">
              <w:rPr>
                <w:noProof w:val="0"/>
                <w:lang w:val="en-IN"/>
              </w:rPr>
              <w:t>Feedback saved under order history.</w:t>
            </w:r>
          </w:p>
          <w:p w:rsidR="5D44C034" w:rsidP="5D44C034" w:rsidRDefault="5D44C034" w14:paraId="6A25852E" w14:textId="0AFAB325">
            <w:pPr>
              <w:pStyle w:val="ListParagraph"/>
              <w:numPr>
                <w:ilvl w:val="0"/>
                <w:numId w:val="7"/>
              </w:numPr>
              <w:rPr>
                <w:noProof w:val="0"/>
                <w:lang w:val="en-IN"/>
              </w:rPr>
            </w:pPr>
            <w:r w:rsidRPr="5D44C034" w:rsidR="5D44C034">
              <w:rPr>
                <w:noProof w:val="0"/>
                <w:lang w:val="en-IN"/>
              </w:rPr>
              <w:t>Negative feedback flagged for review.</w:t>
            </w:r>
          </w:p>
          <w:p w:rsidR="5D44C034" w:rsidP="5D44C034" w:rsidRDefault="5D44C034" w14:paraId="0D84737D" w14:textId="6246666E">
            <w:pPr>
              <w:pStyle w:val="ListParagraph"/>
              <w:numPr>
                <w:ilvl w:val="0"/>
                <w:numId w:val="7"/>
              </w:numPr>
              <w:rPr>
                <w:noProof w:val="0"/>
                <w:lang w:val="en-IN"/>
              </w:rPr>
            </w:pPr>
            <w:r w:rsidRPr="5D44C034" w:rsidR="5D44C034">
              <w:rPr>
                <w:noProof w:val="0"/>
                <w:lang w:val="en-IN"/>
              </w:rPr>
              <w:t>Managers can export feedback reports.</w:t>
            </w:r>
          </w:p>
          <w:p w:rsidR="5D44C034" w:rsidP="5D44C034" w:rsidRDefault="5D44C034" w14:paraId="58725C6E" w14:textId="6A73AD0B">
            <w:pPr>
              <w:pStyle w:val="ListParagraph"/>
              <w:numPr>
                <w:ilvl w:val="0"/>
                <w:numId w:val="7"/>
              </w:numPr>
              <w:rPr>
                <w:noProof w:val="0"/>
                <w:lang w:val="en-IN"/>
              </w:rPr>
            </w:pPr>
            <w:r w:rsidRPr="5D44C034" w:rsidR="5D44C034">
              <w:rPr>
                <w:noProof w:val="0"/>
                <w:lang w:val="en-IN"/>
              </w:rPr>
              <w:t xml:space="preserve">Feedback forms </w:t>
            </w:r>
            <w:r w:rsidRPr="5D44C034" w:rsidR="5D44C034">
              <w:rPr>
                <w:noProof w:val="0"/>
                <w:lang w:val="en-IN"/>
              </w:rPr>
              <w:t>mobile-friendly</w:t>
            </w:r>
            <w:r w:rsidRPr="5D44C034" w:rsidR="5D44C034">
              <w:rPr>
                <w:noProof w:val="0"/>
                <w:lang w:val="en-IN"/>
              </w:rPr>
              <w:t>.</w:t>
            </w:r>
          </w:p>
        </w:tc>
      </w:tr>
    </w:tbl>
    <w:p w:rsidR="00A37981" w:rsidP="00DE11AA" w:rsidRDefault="00A37981" w14:paraId="4DAE3233" w14:textId="73D0CDFD"/>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60A7FB7F">
        <w:trPr>
          <w:trHeight w:val="300"/>
        </w:trPr>
        <w:tc>
          <w:tcPr>
            <w:tcW w:w="2175" w:type="dxa"/>
            <w:tcMar/>
          </w:tcPr>
          <w:p w:rsidR="5D44C034" w:rsidP="5D44C034" w:rsidRDefault="5D44C034" w14:paraId="55DBD863">
            <w:pPr>
              <w:rPr>
                <w:b w:val="1"/>
                <w:bCs w:val="1"/>
                <w:i w:val="1"/>
                <w:iCs w:val="1"/>
              </w:rPr>
            </w:pPr>
            <w:r w:rsidRPr="5D44C034" w:rsidR="5D44C034">
              <w:rPr>
                <w:b w:val="1"/>
                <w:bCs w:val="1"/>
                <w:i w:val="1"/>
                <w:iCs w:val="1"/>
              </w:rPr>
              <w:t>User story No</w:t>
            </w:r>
          </w:p>
        </w:tc>
        <w:tc>
          <w:tcPr>
            <w:tcW w:w="492" w:type="dxa"/>
            <w:tcMar/>
          </w:tcPr>
          <w:p w:rsidR="5D44C034" w:rsidRDefault="5D44C034" w14:paraId="6BE66CF5" w14:textId="5E080894">
            <w:r w:rsidR="5D44C034">
              <w:rPr/>
              <w:t>2</w:t>
            </w:r>
            <w:r w:rsidR="1765B163">
              <w:rPr/>
              <w:t>5</w:t>
            </w:r>
          </w:p>
        </w:tc>
        <w:tc>
          <w:tcPr>
            <w:tcW w:w="777" w:type="dxa"/>
            <w:tcMar/>
          </w:tcPr>
          <w:p w:rsidR="5D44C034" w:rsidP="5D44C034" w:rsidRDefault="5D44C034" w14:paraId="021E7269">
            <w:pPr>
              <w:rPr>
                <w:b w:val="1"/>
                <w:bCs w:val="1"/>
                <w:i w:val="1"/>
                <w:iCs w:val="1"/>
              </w:rPr>
            </w:pPr>
            <w:r w:rsidRPr="5D44C034" w:rsidR="5D44C034">
              <w:rPr>
                <w:b w:val="1"/>
                <w:bCs w:val="1"/>
                <w:i w:val="1"/>
                <w:iCs w:val="1"/>
              </w:rPr>
              <w:t>Tasks</w:t>
            </w:r>
          </w:p>
        </w:tc>
        <w:tc>
          <w:tcPr>
            <w:tcW w:w="2788" w:type="dxa"/>
            <w:tcMar/>
          </w:tcPr>
          <w:p w:rsidR="7B53BBDF" w:rsidRDefault="7B53BBDF" w14:paraId="23144322" w14:textId="03DFB4E2">
            <w:r w:rsidRPr="5D44C034" w:rsidR="7B53BBDF">
              <w:rPr>
                <w:rFonts w:ascii="Aptos" w:hAnsi="Aptos" w:eastAsia="Aptos" w:cs="Aptos"/>
                <w:noProof w:val="0"/>
                <w:sz w:val="22"/>
                <w:szCs w:val="22"/>
                <w:lang w:val="en-IN"/>
              </w:rPr>
              <w:t>Live chat with manager</w:t>
            </w:r>
          </w:p>
        </w:tc>
        <w:tc>
          <w:tcPr>
            <w:tcW w:w="1153" w:type="dxa"/>
            <w:tcMar/>
          </w:tcPr>
          <w:p w:rsidR="5D44C034" w:rsidP="5D44C034" w:rsidRDefault="5D44C034" w14:paraId="4E78DCCE">
            <w:pPr>
              <w:rPr>
                <w:b w:val="1"/>
                <w:bCs w:val="1"/>
                <w:i w:val="1"/>
                <w:iCs w:val="1"/>
              </w:rPr>
            </w:pPr>
            <w:r w:rsidRPr="5D44C034" w:rsidR="5D44C034">
              <w:rPr>
                <w:b w:val="1"/>
                <w:bCs w:val="1"/>
                <w:i w:val="1"/>
                <w:iCs w:val="1"/>
              </w:rPr>
              <w:t>Priority</w:t>
            </w:r>
          </w:p>
        </w:tc>
        <w:tc>
          <w:tcPr>
            <w:tcW w:w="1631" w:type="dxa"/>
            <w:tcMar/>
          </w:tcPr>
          <w:p w:rsidR="6D8013CD" w:rsidRDefault="6D8013CD" w14:paraId="4CDA73EC" w14:textId="42C1533C">
            <w:r w:rsidRPr="5D44C034" w:rsidR="6D8013CD">
              <w:rPr>
                <w:rFonts w:ascii="Aptos" w:hAnsi="Aptos" w:eastAsia="Aptos" w:cs="Aptos"/>
                <w:noProof w:val="0"/>
                <w:sz w:val="22"/>
                <w:szCs w:val="22"/>
                <w:lang w:val="en-IN"/>
              </w:rPr>
              <w:t>High</w:t>
            </w:r>
          </w:p>
        </w:tc>
      </w:tr>
      <w:tr w:rsidR="5D44C034" w:rsidTr="5D44C034" w14:paraId="693E56C0">
        <w:trPr>
          <w:trHeight w:val="300"/>
        </w:trPr>
        <w:tc>
          <w:tcPr>
            <w:tcW w:w="2175" w:type="dxa"/>
            <w:tcMar/>
          </w:tcPr>
          <w:p w:rsidR="5D44C034" w:rsidP="5D44C034" w:rsidRDefault="5D44C034" w14:paraId="46BC311F">
            <w:pPr>
              <w:rPr>
                <w:b w:val="1"/>
                <w:bCs w:val="1"/>
                <w:i w:val="1"/>
                <w:iCs w:val="1"/>
              </w:rPr>
            </w:pPr>
            <w:r w:rsidRPr="5D44C034" w:rsidR="5D44C034">
              <w:rPr>
                <w:b w:val="1"/>
                <w:bCs w:val="1"/>
                <w:i w:val="1"/>
                <w:iCs w:val="1"/>
              </w:rPr>
              <w:t>Value statement</w:t>
            </w:r>
          </w:p>
        </w:tc>
        <w:tc>
          <w:tcPr>
            <w:tcW w:w="6841" w:type="dxa"/>
            <w:gridSpan w:val="5"/>
            <w:tcMar/>
          </w:tcPr>
          <w:p w:rsidR="2000BA28" w:rsidRDefault="2000BA28" w14:paraId="316D4F78" w14:textId="22ED18F6">
            <w:r w:rsidRPr="5D44C034" w:rsidR="2000BA28">
              <w:rPr>
                <w:rFonts w:ascii="Aptos" w:hAnsi="Aptos" w:eastAsia="Aptos" w:cs="Aptos"/>
                <w:noProof w:val="0"/>
                <w:sz w:val="22"/>
                <w:szCs w:val="22"/>
                <w:lang w:val="en-IN"/>
              </w:rPr>
              <w:t>As a sales representative, I want to chat with my manager in real-time so that I can get instant guidance during client meetings.</w:t>
            </w:r>
          </w:p>
        </w:tc>
      </w:tr>
      <w:tr w:rsidR="5D44C034" w:rsidTr="5D44C034" w14:paraId="3F59D31F">
        <w:trPr>
          <w:trHeight w:val="300"/>
        </w:trPr>
        <w:tc>
          <w:tcPr>
            <w:tcW w:w="2175" w:type="dxa"/>
            <w:tcMar/>
          </w:tcPr>
          <w:p w:rsidR="5D44C034" w:rsidP="5D44C034" w:rsidRDefault="5D44C034" w14:paraId="0106944E">
            <w:pPr>
              <w:rPr>
                <w:b w:val="1"/>
                <w:bCs w:val="1"/>
                <w:i w:val="1"/>
                <w:iCs w:val="1"/>
              </w:rPr>
            </w:pPr>
            <w:r w:rsidRPr="5D44C034" w:rsidR="5D44C034">
              <w:rPr>
                <w:b w:val="1"/>
                <w:bCs w:val="1"/>
                <w:i w:val="1"/>
                <w:iCs w:val="1"/>
              </w:rPr>
              <w:t>BV</w:t>
            </w:r>
          </w:p>
        </w:tc>
        <w:tc>
          <w:tcPr>
            <w:tcW w:w="1269" w:type="dxa"/>
            <w:gridSpan w:val="2"/>
            <w:tcMar/>
          </w:tcPr>
          <w:p w:rsidR="566FF6C9" w:rsidRDefault="566FF6C9" w14:paraId="6668E75D" w14:textId="66EEDB9F">
            <w:r w:rsidR="566FF6C9">
              <w:rPr/>
              <w:t>20</w:t>
            </w:r>
          </w:p>
        </w:tc>
        <w:tc>
          <w:tcPr>
            <w:tcW w:w="2788" w:type="dxa"/>
            <w:tcMar/>
          </w:tcPr>
          <w:p w:rsidR="5D44C034" w:rsidP="5D44C034" w:rsidRDefault="5D44C034" w14:paraId="7C23D16E">
            <w:pPr>
              <w:rPr>
                <w:b w:val="1"/>
                <w:bCs w:val="1"/>
                <w:i w:val="1"/>
                <w:iCs w:val="1"/>
              </w:rPr>
            </w:pPr>
            <w:r w:rsidRPr="5D44C034" w:rsidR="5D44C034">
              <w:rPr>
                <w:b w:val="1"/>
                <w:bCs w:val="1"/>
                <w:i w:val="1"/>
                <w:iCs w:val="1"/>
              </w:rPr>
              <w:t>CP</w:t>
            </w:r>
          </w:p>
        </w:tc>
        <w:tc>
          <w:tcPr>
            <w:tcW w:w="2784" w:type="dxa"/>
            <w:gridSpan w:val="2"/>
            <w:tcMar/>
          </w:tcPr>
          <w:p w:rsidR="1756FAB2" w:rsidP="5D44C034" w:rsidRDefault="1756FAB2" w14:paraId="4995C354" w14:textId="0427451C">
            <w:pPr>
              <w:pStyle w:val="Normal"/>
              <w:suppressLineNumbers w:val="0"/>
              <w:bidi w:val="0"/>
              <w:spacing w:before="0" w:beforeAutospacing="off" w:after="0" w:afterAutospacing="off" w:line="240" w:lineRule="auto"/>
              <w:ind w:left="0" w:right="0"/>
              <w:jc w:val="left"/>
            </w:pPr>
            <w:r w:rsidR="1756FAB2">
              <w:rPr/>
              <w:t>8</w:t>
            </w:r>
          </w:p>
        </w:tc>
      </w:tr>
      <w:tr w:rsidR="5D44C034" w:rsidTr="5D44C034" w14:paraId="4D76EE9D">
        <w:trPr>
          <w:trHeight w:val="300"/>
        </w:trPr>
        <w:tc>
          <w:tcPr>
            <w:tcW w:w="9016" w:type="dxa"/>
            <w:gridSpan w:val="6"/>
            <w:tcMar/>
          </w:tcPr>
          <w:p w:rsidR="5D44C034" w:rsidP="5D44C034" w:rsidRDefault="5D44C034" w14:paraId="1DF9379F" w14:textId="181315D4">
            <w:pPr>
              <w:rPr>
                <w:b w:val="1"/>
                <w:bCs w:val="1"/>
                <w:i w:val="1"/>
                <w:iCs w:val="1"/>
              </w:rPr>
            </w:pPr>
            <w:r w:rsidRPr="5D44C034" w:rsidR="5D44C034">
              <w:rPr>
                <w:b w:val="1"/>
                <w:bCs w:val="1"/>
                <w:i w:val="1"/>
                <w:iCs w:val="1"/>
              </w:rPr>
              <w:t>Acceptance criteria</w:t>
            </w:r>
          </w:p>
          <w:p w:rsidR="2686817B" w:rsidP="5D44C034" w:rsidRDefault="2686817B" w14:paraId="0A6B9E01" w14:textId="32CC2C98">
            <w:pPr>
              <w:pStyle w:val="ListParagraph"/>
              <w:numPr>
                <w:ilvl w:val="0"/>
                <w:numId w:val="26"/>
              </w:numPr>
              <w:rPr>
                <w:noProof w:val="0"/>
                <w:lang w:val="en-IN"/>
              </w:rPr>
            </w:pPr>
            <w:r w:rsidRPr="5D44C034" w:rsidR="2686817B">
              <w:rPr>
                <w:noProof w:val="0"/>
                <w:lang w:val="en-IN"/>
              </w:rPr>
              <w:t>Secure chat available in portal.</w:t>
            </w:r>
          </w:p>
          <w:p w:rsidR="2686817B" w:rsidP="5D44C034" w:rsidRDefault="2686817B" w14:paraId="2F16AF5E" w14:textId="5BC0939C">
            <w:pPr>
              <w:pStyle w:val="ListParagraph"/>
              <w:numPr>
                <w:ilvl w:val="0"/>
                <w:numId w:val="26"/>
              </w:numPr>
              <w:rPr>
                <w:noProof w:val="0"/>
                <w:lang w:val="en-IN"/>
              </w:rPr>
            </w:pPr>
            <w:r w:rsidRPr="5D44C034" w:rsidR="2686817B">
              <w:rPr>
                <w:noProof w:val="0"/>
                <w:lang w:val="en-IN"/>
              </w:rPr>
              <w:t>Conversation history stored.</w:t>
            </w:r>
          </w:p>
          <w:p w:rsidR="2686817B" w:rsidP="5D44C034" w:rsidRDefault="2686817B" w14:paraId="287B01CF" w14:textId="435FAA44">
            <w:pPr>
              <w:pStyle w:val="ListParagraph"/>
              <w:numPr>
                <w:ilvl w:val="0"/>
                <w:numId w:val="26"/>
              </w:numPr>
              <w:rPr>
                <w:noProof w:val="0"/>
                <w:lang w:val="en-IN"/>
              </w:rPr>
            </w:pPr>
            <w:r w:rsidRPr="5D44C034" w:rsidR="2686817B">
              <w:rPr>
                <w:noProof w:val="0"/>
                <w:lang w:val="en-IN"/>
              </w:rPr>
              <w:t>File sharing supported.</w:t>
            </w:r>
          </w:p>
          <w:p w:rsidR="2686817B" w:rsidP="5D44C034" w:rsidRDefault="2686817B" w14:paraId="26A614E1" w14:textId="07F6644B">
            <w:pPr>
              <w:pStyle w:val="ListParagraph"/>
              <w:numPr>
                <w:ilvl w:val="0"/>
                <w:numId w:val="26"/>
              </w:numPr>
              <w:rPr>
                <w:noProof w:val="0"/>
                <w:lang w:val="en-IN"/>
              </w:rPr>
            </w:pPr>
            <w:r w:rsidRPr="5D44C034" w:rsidR="2686817B">
              <w:rPr>
                <w:noProof w:val="0"/>
                <w:lang w:val="en-IN"/>
              </w:rPr>
              <w:t>Notifications for new messages.</w:t>
            </w:r>
          </w:p>
          <w:p w:rsidR="2686817B" w:rsidP="5D44C034" w:rsidRDefault="2686817B" w14:paraId="33A05543" w14:textId="065D4C2D">
            <w:pPr>
              <w:pStyle w:val="ListParagraph"/>
              <w:numPr>
                <w:ilvl w:val="0"/>
                <w:numId w:val="26"/>
              </w:numPr>
              <w:rPr>
                <w:noProof w:val="0"/>
                <w:lang w:val="en-IN"/>
              </w:rPr>
            </w:pPr>
            <w:r w:rsidRPr="5D44C034" w:rsidR="2686817B">
              <w:rPr>
                <w:noProof w:val="0"/>
                <w:lang w:val="en-IN"/>
              </w:rPr>
              <w:t>Offline reps receive missed-message alerts.</w:t>
            </w:r>
          </w:p>
        </w:tc>
      </w:tr>
    </w:tbl>
    <w:p w:rsidR="00A37981" w:rsidP="00DE11AA" w:rsidRDefault="00A37981" w14:paraId="1BB13AA4" w14:textId="77FEA29A"/>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566C7515">
        <w:trPr>
          <w:trHeight w:val="300"/>
        </w:trPr>
        <w:tc>
          <w:tcPr>
            <w:tcW w:w="2175" w:type="dxa"/>
            <w:tcMar/>
          </w:tcPr>
          <w:p w:rsidR="5D44C034" w:rsidP="5D44C034" w:rsidRDefault="5D44C034" w14:paraId="46CAC7A4">
            <w:pPr>
              <w:rPr>
                <w:b w:val="1"/>
                <w:bCs w:val="1"/>
                <w:i w:val="1"/>
                <w:iCs w:val="1"/>
              </w:rPr>
            </w:pPr>
            <w:r w:rsidRPr="5D44C034" w:rsidR="5D44C034">
              <w:rPr>
                <w:b w:val="1"/>
                <w:bCs w:val="1"/>
                <w:i w:val="1"/>
                <w:iCs w:val="1"/>
              </w:rPr>
              <w:t>User story No</w:t>
            </w:r>
          </w:p>
        </w:tc>
        <w:tc>
          <w:tcPr>
            <w:tcW w:w="492" w:type="dxa"/>
            <w:tcMar/>
          </w:tcPr>
          <w:p w:rsidR="5D44C034" w:rsidRDefault="5D44C034" w14:paraId="3B2BA991" w14:textId="0D6C3ACB">
            <w:r w:rsidR="5D44C034">
              <w:rPr/>
              <w:t>2</w:t>
            </w:r>
            <w:r w:rsidR="7A03B7B9">
              <w:rPr/>
              <w:t>6</w:t>
            </w:r>
          </w:p>
        </w:tc>
        <w:tc>
          <w:tcPr>
            <w:tcW w:w="777" w:type="dxa"/>
            <w:tcMar/>
          </w:tcPr>
          <w:p w:rsidR="5D44C034" w:rsidP="5D44C034" w:rsidRDefault="5D44C034" w14:paraId="2261878F">
            <w:pPr>
              <w:rPr>
                <w:b w:val="1"/>
                <w:bCs w:val="1"/>
                <w:i w:val="1"/>
                <w:iCs w:val="1"/>
              </w:rPr>
            </w:pPr>
            <w:r w:rsidRPr="5D44C034" w:rsidR="5D44C034">
              <w:rPr>
                <w:b w:val="1"/>
                <w:bCs w:val="1"/>
                <w:i w:val="1"/>
                <w:iCs w:val="1"/>
              </w:rPr>
              <w:t>Tasks</w:t>
            </w:r>
          </w:p>
        </w:tc>
        <w:tc>
          <w:tcPr>
            <w:tcW w:w="2788" w:type="dxa"/>
            <w:tcMar/>
          </w:tcPr>
          <w:p w:rsidR="13B41C4A" w:rsidRDefault="13B41C4A" w14:paraId="548BCD71" w14:textId="3636AC16">
            <w:r w:rsidRPr="5D44C034" w:rsidR="13B41C4A">
              <w:rPr>
                <w:rFonts w:ascii="Aptos" w:hAnsi="Aptos" w:eastAsia="Aptos" w:cs="Aptos"/>
                <w:noProof w:val="0"/>
                <w:sz w:val="22"/>
                <w:szCs w:val="22"/>
                <w:lang w:val="en-IN"/>
              </w:rPr>
              <w:t>Document upload &amp; KYC</w:t>
            </w:r>
          </w:p>
        </w:tc>
        <w:tc>
          <w:tcPr>
            <w:tcW w:w="1153" w:type="dxa"/>
            <w:tcMar/>
          </w:tcPr>
          <w:p w:rsidR="5D44C034" w:rsidP="5D44C034" w:rsidRDefault="5D44C034" w14:paraId="15E4056A">
            <w:pPr>
              <w:rPr>
                <w:b w:val="1"/>
                <w:bCs w:val="1"/>
                <w:i w:val="1"/>
                <w:iCs w:val="1"/>
              </w:rPr>
            </w:pPr>
            <w:r w:rsidRPr="5D44C034" w:rsidR="5D44C034">
              <w:rPr>
                <w:b w:val="1"/>
                <w:bCs w:val="1"/>
                <w:i w:val="1"/>
                <w:iCs w:val="1"/>
              </w:rPr>
              <w:t>Priority</w:t>
            </w:r>
          </w:p>
        </w:tc>
        <w:tc>
          <w:tcPr>
            <w:tcW w:w="1631" w:type="dxa"/>
            <w:tcMar/>
          </w:tcPr>
          <w:p w:rsidR="5D44C034" w:rsidRDefault="5D44C034" w14:paraId="5C1D29AD" w14:textId="42C1533C">
            <w:r w:rsidRPr="5D44C034" w:rsidR="5D44C034">
              <w:rPr>
                <w:rFonts w:ascii="Aptos" w:hAnsi="Aptos" w:eastAsia="Aptos" w:cs="Aptos"/>
                <w:noProof w:val="0"/>
                <w:sz w:val="22"/>
                <w:szCs w:val="22"/>
                <w:lang w:val="en-IN"/>
              </w:rPr>
              <w:t>High</w:t>
            </w:r>
          </w:p>
        </w:tc>
      </w:tr>
      <w:tr w:rsidR="5D44C034" w:rsidTr="5D44C034" w14:paraId="6EBEB53E">
        <w:trPr>
          <w:trHeight w:val="300"/>
        </w:trPr>
        <w:tc>
          <w:tcPr>
            <w:tcW w:w="2175" w:type="dxa"/>
            <w:tcMar/>
          </w:tcPr>
          <w:p w:rsidR="5D44C034" w:rsidP="5D44C034" w:rsidRDefault="5D44C034" w14:paraId="592B46E3">
            <w:pPr>
              <w:rPr>
                <w:b w:val="1"/>
                <w:bCs w:val="1"/>
                <w:i w:val="1"/>
                <w:iCs w:val="1"/>
              </w:rPr>
            </w:pPr>
            <w:r w:rsidRPr="5D44C034" w:rsidR="5D44C034">
              <w:rPr>
                <w:b w:val="1"/>
                <w:bCs w:val="1"/>
                <w:i w:val="1"/>
                <w:iCs w:val="1"/>
              </w:rPr>
              <w:t>Value statement</w:t>
            </w:r>
          </w:p>
        </w:tc>
        <w:tc>
          <w:tcPr>
            <w:tcW w:w="6841" w:type="dxa"/>
            <w:gridSpan w:val="5"/>
            <w:tcMar/>
          </w:tcPr>
          <w:p w:rsidR="4E0EF4B0" w:rsidRDefault="4E0EF4B0" w14:paraId="07001868" w14:textId="1F8EC23B">
            <w:r w:rsidRPr="5D44C034" w:rsidR="4E0EF4B0">
              <w:rPr>
                <w:rFonts w:ascii="Aptos" w:hAnsi="Aptos" w:eastAsia="Aptos" w:cs="Aptos"/>
                <w:noProof w:val="0"/>
                <w:sz w:val="22"/>
                <w:szCs w:val="22"/>
                <w:lang w:val="en-IN"/>
              </w:rPr>
              <w:t>As a sales representative, I want to upload KYC documents so that I can speed up client onboarding.</w:t>
            </w:r>
          </w:p>
        </w:tc>
      </w:tr>
      <w:tr w:rsidR="5D44C034" w:rsidTr="5D44C034" w14:paraId="58533520">
        <w:trPr>
          <w:trHeight w:val="300"/>
        </w:trPr>
        <w:tc>
          <w:tcPr>
            <w:tcW w:w="2175" w:type="dxa"/>
            <w:tcMar/>
          </w:tcPr>
          <w:p w:rsidR="5D44C034" w:rsidP="5D44C034" w:rsidRDefault="5D44C034" w14:paraId="0F11EC2D">
            <w:pPr>
              <w:rPr>
                <w:b w:val="1"/>
                <w:bCs w:val="1"/>
                <w:i w:val="1"/>
                <w:iCs w:val="1"/>
              </w:rPr>
            </w:pPr>
            <w:r w:rsidRPr="5D44C034" w:rsidR="5D44C034">
              <w:rPr>
                <w:b w:val="1"/>
                <w:bCs w:val="1"/>
                <w:i w:val="1"/>
                <w:iCs w:val="1"/>
              </w:rPr>
              <w:t>BV</w:t>
            </w:r>
          </w:p>
        </w:tc>
        <w:tc>
          <w:tcPr>
            <w:tcW w:w="1269" w:type="dxa"/>
            <w:gridSpan w:val="2"/>
            <w:tcMar/>
          </w:tcPr>
          <w:p w:rsidR="6E52689C" w:rsidRDefault="6E52689C" w14:paraId="0562066D" w14:textId="2B825B55">
            <w:r w:rsidR="6E52689C">
              <w:rPr/>
              <w:t>20</w:t>
            </w:r>
          </w:p>
        </w:tc>
        <w:tc>
          <w:tcPr>
            <w:tcW w:w="2788" w:type="dxa"/>
            <w:tcMar/>
          </w:tcPr>
          <w:p w:rsidR="5D44C034" w:rsidP="5D44C034" w:rsidRDefault="5D44C034" w14:paraId="4D0B5612">
            <w:pPr>
              <w:rPr>
                <w:b w:val="1"/>
                <w:bCs w:val="1"/>
                <w:i w:val="1"/>
                <w:iCs w:val="1"/>
              </w:rPr>
            </w:pPr>
            <w:r w:rsidRPr="5D44C034" w:rsidR="5D44C034">
              <w:rPr>
                <w:b w:val="1"/>
                <w:bCs w:val="1"/>
                <w:i w:val="1"/>
                <w:iCs w:val="1"/>
              </w:rPr>
              <w:t>CP</w:t>
            </w:r>
          </w:p>
        </w:tc>
        <w:tc>
          <w:tcPr>
            <w:tcW w:w="2784" w:type="dxa"/>
            <w:gridSpan w:val="2"/>
            <w:tcMar/>
          </w:tcPr>
          <w:p w:rsidR="4FDBD9F5" w:rsidP="5D44C034" w:rsidRDefault="4FDBD9F5" w14:paraId="01077837" w14:textId="12997937">
            <w:pPr>
              <w:pStyle w:val="Normal"/>
              <w:suppressLineNumbers w:val="0"/>
              <w:bidi w:val="0"/>
              <w:spacing w:before="0" w:beforeAutospacing="off" w:after="0" w:afterAutospacing="off" w:line="240" w:lineRule="auto"/>
              <w:ind w:left="0" w:right="0"/>
              <w:jc w:val="left"/>
            </w:pPr>
            <w:r w:rsidR="4FDBD9F5">
              <w:rPr/>
              <w:t>5</w:t>
            </w:r>
          </w:p>
        </w:tc>
      </w:tr>
      <w:tr w:rsidR="5D44C034" w:rsidTr="5D44C034" w14:paraId="6E03E937">
        <w:trPr>
          <w:trHeight w:val="300"/>
        </w:trPr>
        <w:tc>
          <w:tcPr>
            <w:tcW w:w="9016" w:type="dxa"/>
            <w:gridSpan w:val="6"/>
            <w:tcMar/>
          </w:tcPr>
          <w:p w:rsidR="5D44C034" w:rsidP="5D44C034" w:rsidRDefault="5D44C034" w14:paraId="107A6C42" w14:textId="01DAFF66">
            <w:pPr>
              <w:rPr>
                <w:b w:val="1"/>
                <w:bCs w:val="1"/>
                <w:i w:val="1"/>
                <w:iCs w:val="1"/>
              </w:rPr>
            </w:pPr>
            <w:r w:rsidRPr="5D44C034" w:rsidR="5D44C034">
              <w:rPr>
                <w:b w:val="1"/>
                <w:bCs w:val="1"/>
                <w:i w:val="1"/>
                <w:iCs w:val="1"/>
              </w:rPr>
              <w:t>Acceptance criteria</w:t>
            </w:r>
          </w:p>
          <w:p w:rsidR="3B8216F1" w:rsidP="5D44C034" w:rsidRDefault="3B8216F1" w14:paraId="7B484F58" w14:textId="59B8E7C0">
            <w:pPr>
              <w:pStyle w:val="ListParagraph"/>
              <w:numPr>
                <w:ilvl w:val="0"/>
                <w:numId w:val="27"/>
              </w:numPr>
              <w:rPr>
                <w:noProof w:val="0"/>
                <w:lang w:val="en-IN"/>
              </w:rPr>
            </w:pPr>
            <w:r w:rsidRPr="5D44C034" w:rsidR="3B8216F1">
              <w:rPr>
                <w:noProof w:val="0"/>
                <w:lang w:val="en-IN"/>
              </w:rPr>
              <w:t>Supported formats: PDF, JPEG, PNG.</w:t>
            </w:r>
          </w:p>
          <w:p w:rsidR="3B8216F1" w:rsidP="5D44C034" w:rsidRDefault="3B8216F1" w14:paraId="1BAC954D" w14:textId="5707DCF3">
            <w:pPr>
              <w:pStyle w:val="ListParagraph"/>
              <w:numPr>
                <w:ilvl w:val="0"/>
                <w:numId w:val="27"/>
              </w:numPr>
              <w:rPr>
                <w:noProof w:val="0"/>
                <w:lang w:val="en-IN"/>
              </w:rPr>
            </w:pPr>
            <w:r w:rsidRPr="5D44C034" w:rsidR="3B8216F1">
              <w:rPr>
                <w:noProof w:val="0"/>
                <w:lang w:val="en-IN"/>
              </w:rPr>
              <w:t>Document size limit enforced.</w:t>
            </w:r>
          </w:p>
          <w:p w:rsidR="3B8216F1" w:rsidP="5D44C034" w:rsidRDefault="3B8216F1" w14:paraId="315E8C14" w14:textId="50383578">
            <w:pPr>
              <w:pStyle w:val="ListParagraph"/>
              <w:numPr>
                <w:ilvl w:val="0"/>
                <w:numId w:val="27"/>
              </w:numPr>
              <w:rPr>
                <w:noProof w:val="0"/>
                <w:lang w:val="en-IN"/>
              </w:rPr>
            </w:pPr>
            <w:r w:rsidRPr="5D44C034" w:rsidR="3B8216F1">
              <w:rPr>
                <w:noProof w:val="0"/>
                <w:lang w:val="en-IN"/>
              </w:rPr>
              <w:t>Status of verification shown.</w:t>
            </w:r>
          </w:p>
          <w:p w:rsidR="3B8216F1" w:rsidP="5D44C034" w:rsidRDefault="3B8216F1" w14:paraId="472079A1" w14:textId="428A0478">
            <w:pPr>
              <w:pStyle w:val="ListParagraph"/>
              <w:numPr>
                <w:ilvl w:val="0"/>
                <w:numId w:val="27"/>
              </w:numPr>
              <w:rPr>
                <w:noProof w:val="0"/>
                <w:lang w:val="en-IN"/>
              </w:rPr>
            </w:pPr>
            <w:r w:rsidRPr="5D44C034" w:rsidR="3B8216F1">
              <w:rPr>
                <w:noProof w:val="0"/>
                <w:lang w:val="en-IN"/>
              </w:rPr>
              <w:t>Notification sent once verified.</w:t>
            </w:r>
          </w:p>
          <w:p w:rsidR="3B8216F1" w:rsidP="5D44C034" w:rsidRDefault="3B8216F1" w14:paraId="1737548A" w14:textId="26347EF7">
            <w:pPr>
              <w:pStyle w:val="ListParagraph"/>
              <w:numPr>
                <w:ilvl w:val="0"/>
                <w:numId w:val="27"/>
              </w:numPr>
              <w:rPr>
                <w:noProof w:val="0"/>
                <w:lang w:val="en-IN"/>
              </w:rPr>
            </w:pPr>
            <w:r w:rsidRPr="5D44C034" w:rsidR="3B8216F1">
              <w:rPr>
                <w:noProof w:val="0"/>
                <w:lang w:val="en-IN"/>
              </w:rPr>
              <w:t>Failed uploads prompt retry option.</w:t>
            </w:r>
          </w:p>
        </w:tc>
      </w:tr>
    </w:tbl>
    <w:p w:rsidR="00A37981" w:rsidP="00DE11AA" w:rsidRDefault="00A37981" w14:paraId="6ABC7F8F" w14:textId="7FB3080A"/>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7B9E6E3F">
        <w:trPr>
          <w:trHeight w:val="300"/>
        </w:trPr>
        <w:tc>
          <w:tcPr>
            <w:tcW w:w="2175" w:type="dxa"/>
            <w:tcMar/>
          </w:tcPr>
          <w:p w:rsidR="5D44C034" w:rsidP="5D44C034" w:rsidRDefault="5D44C034" w14:paraId="16A688C5">
            <w:pPr>
              <w:rPr>
                <w:b w:val="1"/>
                <w:bCs w:val="1"/>
                <w:i w:val="1"/>
                <w:iCs w:val="1"/>
              </w:rPr>
            </w:pPr>
            <w:r w:rsidRPr="5D44C034" w:rsidR="5D44C034">
              <w:rPr>
                <w:b w:val="1"/>
                <w:bCs w:val="1"/>
                <w:i w:val="1"/>
                <w:iCs w:val="1"/>
              </w:rPr>
              <w:t>User story No</w:t>
            </w:r>
          </w:p>
        </w:tc>
        <w:tc>
          <w:tcPr>
            <w:tcW w:w="492" w:type="dxa"/>
            <w:tcMar/>
          </w:tcPr>
          <w:p w:rsidR="5D44C034" w:rsidRDefault="5D44C034" w14:paraId="1437A60C" w14:textId="11119760">
            <w:r w:rsidR="5D44C034">
              <w:rPr/>
              <w:t>2</w:t>
            </w:r>
            <w:r w:rsidR="1CC15F42">
              <w:rPr/>
              <w:t>7</w:t>
            </w:r>
          </w:p>
        </w:tc>
        <w:tc>
          <w:tcPr>
            <w:tcW w:w="777" w:type="dxa"/>
            <w:tcMar/>
          </w:tcPr>
          <w:p w:rsidR="5D44C034" w:rsidP="5D44C034" w:rsidRDefault="5D44C034" w14:paraId="4F020531">
            <w:pPr>
              <w:rPr>
                <w:b w:val="1"/>
                <w:bCs w:val="1"/>
                <w:i w:val="1"/>
                <w:iCs w:val="1"/>
              </w:rPr>
            </w:pPr>
            <w:r w:rsidRPr="5D44C034" w:rsidR="5D44C034">
              <w:rPr>
                <w:b w:val="1"/>
                <w:bCs w:val="1"/>
                <w:i w:val="1"/>
                <w:iCs w:val="1"/>
              </w:rPr>
              <w:t>Tasks</w:t>
            </w:r>
          </w:p>
        </w:tc>
        <w:tc>
          <w:tcPr>
            <w:tcW w:w="2788" w:type="dxa"/>
            <w:tcMar/>
          </w:tcPr>
          <w:p w:rsidR="5D44C034" w:rsidRDefault="5D44C034" w14:paraId="3DD414A6" w14:textId="3636AC16">
            <w:r w:rsidRPr="5D44C034" w:rsidR="5D44C034">
              <w:rPr>
                <w:rFonts w:ascii="Aptos" w:hAnsi="Aptos" w:eastAsia="Aptos" w:cs="Aptos"/>
                <w:noProof w:val="0"/>
                <w:sz w:val="22"/>
                <w:szCs w:val="22"/>
                <w:lang w:val="en-IN"/>
              </w:rPr>
              <w:t>Document upload &amp; KYC</w:t>
            </w:r>
          </w:p>
        </w:tc>
        <w:tc>
          <w:tcPr>
            <w:tcW w:w="1153" w:type="dxa"/>
            <w:tcMar/>
          </w:tcPr>
          <w:p w:rsidR="5D44C034" w:rsidP="5D44C034" w:rsidRDefault="5D44C034" w14:paraId="0968C214">
            <w:pPr>
              <w:rPr>
                <w:b w:val="1"/>
                <w:bCs w:val="1"/>
                <w:i w:val="1"/>
                <w:iCs w:val="1"/>
              </w:rPr>
            </w:pPr>
            <w:r w:rsidRPr="5D44C034" w:rsidR="5D44C034">
              <w:rPr>
                <w:b w:val="1"/>
                <w:bCs w:val="1"/>
                <w:i w:val="1"/>
                <w:iCs w:val="1"/>
              </w:rPr>
              <w:t>Priority</w:t>
            </w:r>
          </w:p>
        </w:tc>
        <w:tc>
          <w:tcPr>
            <w:tcW w:w="1631" w:type="dxa"/>
            <w:tcMar/>
          </w:tcPr>
          <w:p w:rsidR="5D44C034" w:rsidRDefault="5D44C034" w14:paraId="5CD25B0D" w14:textId="42C1533C">
            <w:r w:rsidRPr="5D44C034" w:rsidR="5D44C034">
              <w:rPr>
                <w:rFonts w:ascii="Aptos" w:hAnsi="Aptos" w:eastAsia="Aptos" w:cs="Aptos"/>
                <w:noProof w:val="0"/>
                <w:sz w:val="22"/>
                <w:szCs w:val="22"/>
                <w:lang w:val="en-IN"/>
              </w:rPr>
              <w:t>High</w:t>
            </w:r>
          </w:p>
        </w:tc>
      </w:tr>
      <w:tr w:rsidR="5D44C034" w:rsidTr="5D44C034" w14:paraId="68FEDAAE">
        <w:trPr>
          <w:trHeight w:val="300"/>
        </w:trPr>
        <w:tc>
          <w:tcPr>
            <w:tcW w:w="2175" w:type="dxa"/>
            <w:tcMar/>
          </w:tcPr>
          <w:p w:rsidR="5D44C034" w:rsidP="5D44C034" w:rsidRDefault="5D44C034" w14:paraId="28954966">
            <w:pPr>
              <w:rPr>
                <w:b w:val="1"/>
                <w:bCs w:val="1"/>
                <w:i w:val="1"/>
                <w:iCs w:val="1"/>
              </w:rPr>
            </w:pPr>
            <w:r w:rsidRPr="5D44C034" w:rsidR="5D44C034">
              <w:rPr>
                <w:b w:val="1"/>
                <w:bCs w:val="1"/>
                <w:i w:val="1"/>
                <w:iCs w:val="1"/>
              </w:rPr>
              <w:t>Value statement</w:t>
            </w:r>
          </w:p>
        </w:tc>
        <w:tc>
          <w:tcPr>
            <w:tcW w:w="6841" w:type="dxa"/>
            <w:gridSpan w:val="5"/>
            <w:tcMar/>
          </w:tcPr>
          <w:p w:rsidR="20F61D6F" w:rsidRDefault="20F61D6F" w14:paraId="147C72D1" w14:textId="528F44D6">
            <w:r w:rsidRPr="5D44C034" w:rsidR="20F61D6F">
              <w:rPr>
                <w:rFonts w:ascii="Aptos" w:hAnsi="Aptos" w:eastAsia="Aptos" w:cs="Aptos"/>
                <w:noProof w:val="0"/>
                <w:sz w:val="22"/>
                <w:szCs w:val="22"/>
                <w:lang w:val="en-IN"/>
              </w:rPr>
              <w:t>As an administrator, I want identity verification built-in so that I can ensure compliance with regulations.</w:t>
            </w:r>
          </w:p>
        </w:tc>
      </w:tr>
      <w:tr w:rsidR="5D44C034" w:rsidTr="5D44C034" w14:paraId="16B1E2C3">
        <w:trPr>
          <w:trHeight w:val="300"/>
        </w:trPr>
        <w:tc>
          <w:tcPr>
            <w:tcW w:w="2175" w:type="dxa"/>
            <w:tcMar/>
          </w:tcPr>
          <w:p w:rsidR="5D44C034" w:rsidP="5D44C034" w:rsidRDefault="5D44C034" w14:paraId="3E6F5F6C">
            <w:pPr>
              <w:rPr>
                <w:b w:val="1"/>
                <w:bCs w:val="1"/>
                <w:i w:val="1"/>
                <w:iCs w:val="1"/>
              </w:rPr>
            </w:pPr>
            <w:r w:rsidRPr="5D44C034" w:rsidR="5D44C034">
              <w:rPr>
                <w:b w:val="1"/>
                <w:bCs w:val="1"/>
                <w:i w:val="1"/>
                <w:iCs w:val="1"/>
              </w:rPr>
              <w:t>BV</w:t>
            </w:r>
          </w:p>
        </w:tc>
        <w:tc>
          <w:tcPr>
            <w:tcW w:w="1269" w:type="dxa"/>
            <w:gridSpan w:val="2"/>
            <w:tcMar/>
          </w:tcPr>
          <w:p w:rsidR="044C886E" w:rsidP="5D44C034" w:rsidRDefault="044C886E" w14:paraId="13675DE8" w14:textId="5D91D4B1">
            <w:pPr>
              <w:pStyle w:val="Normal"/>
              <w:suppressLineNumbers w:val="0"/>
              <w:bidi w:val="0"/>
              <w:spacing w:before="0" w:beforeAutospacing="off" w:after="0" w:afterAutospacing="off" w:line="240" w:lineRule="auto"/>
              <w:ind w:left="0" w:right="0"/>
              <w:jc w:val="left"/>
            </w:pPr>
            <w:r w:rsidR="044C886E">
              <w:rPr/>
              <w:t>20</w:t>
            </w:r>
          </w:p>
        </w:tc>
        <w:tc>
          <w:tcPr>
            <w:tcW w:w="2788" w:type="dxa"/>
            <w:tcMar/>
          </w:tcPr>
          <w:p w:rsidR="5D44C034" w:rsidP="5D44C034" w:rsidRDefault="5D44C034" w14:paraId="52CDA478">
            <w:pPr>
              <w:rPr>
                <w:b w:val="1"/>
                <w:bCs w:val="1"/>
                <w:i w:val="1"/>
                <w:iCs w:val="1"/>
              </w:rPr>
            </w:pPr>
            <w:r w:rsidRPr="5D44C034" w:rsidR="5D44C034">
              <w:rPr>
                <w:b w:val="1"/>
                <w:bCs w:val="1"/>
                <w:i w:val="1"/>
                <w:iCs w:val="1"/>
              </w:rPr>
              <w:t>CP</w:t>
            </w:r>
          </w:p>
        </w:tc>
        <w:tc>
          <w:tcPr>
            <w:tcW w:w="2784" w:type="dxa"/>
            <w:gridSpan w:val="2"/>
            <w:tcMar/>
          </w:tcPr>
          <w:p w:rsidR="27FC03F8" w:rsidP="5D44C034" w:rsidRDefault="27FC03F8" w14:paraId="4882C3F9" w14:textId="55D0221B">
            <w:pPr>
              <w:pStyle w:val="Normal"/>
              <w:suppressLineNumbers w:val="0"/>
              <w:bidi w:val="0"/>
              <w:spacing w:before="0" w:beforeAutospacing="off" w:after="0" w:afterAutospacing="off" w:line="240" w:lineRule="auto"/>
              <w:ind w:left="0" w:right="0"/>
              <w:jc w:val="left"/>
            </w:pPr>
            <w:r w:rsidR="27FC03F8">
              <w:rPr/>
              <w:t>8</w:t>
            </w:r>
          </w:p>
        </w:tc>
      </w:tr>
      <w:tr w:rsidR="5D44C034" w:rsidTr="5D44C034" w14:paraId="63185E1D">
        <w:trPr>
          <w:trHeight w:val="300"/>
        </w:trPr>
        <w:tc>
          <w:tcPr>
            <w:tcW w:w="9016" w:type="dxa"/>
            <w:gridSpan w:val="6"/>
            <w:tcMar/>
          </w:tcPr>
          <w:p w:rsidR="5D44C034" w:rsidP="5D44C034" w:rsidRDefault="5D44C034" w14:paraId="1434DF02" w14:textId="004B2745">
            <w:pPr>
              <w:rPr>
                <w:b w:val="1"/>
                <w:bCs w:val="1"/>
                <w:i w:val="1"/>
                <w:iCs w:val="1"/>
              </w:rPr>
            </w:pPr>
            <w:r w:rsidRPr="5D44C034" w:rsidR="5D44C034">
              <w:rPr>
                <w:b w:val="1"/>
                <w:bCs w:val="1"/>
                <w:i w:val="1"/>
                <w:iCs w:val="1"/>
              </w:rPr>
              <w:t>Acceptance criteria</w:t>
            </w:r>
          </w:p>
          <w:p w:rsidR="0CF91355" w:rsidP="5D44C034" w:rsidRDefault="0CF91355" w14:paraId="4A51CFC3" w14:textId="73D79ECD">
            <w:pPr>
              <w:pStyle w:val="ListParagraph"/>
              <w:numPr>
                <w:ilvl w:val="0"/>
                <w:numId w:val="28"/>
              </w:numPr>
              <w:rPr>
                <w:noProof w:val="0"/>
                <w:lang w:val="en-IN"/>
              </w:rPr>
            </w:pPr>
            <w:r w:rsidRPr="5D44C034" w:rsidR="0CF91355">
              <w:rPr>
                <w:noProof w:val="0"/>
                <w:lang w:val="en-IN"/>
              </w:rPr>
              <w:t>Automated ID verification integrated.</w:t>
            </w:r>
          </w:p>
          <w:p w:rsidR="0CF91355" w:rsidP="5D44C034" w:rsidRDefault="0CF91355" w14:paraId="0A057C33" w14:textId="6AA49994">
            <w:pPr>
              <w:pStyle w:val="ListParagraph"/>
              <w:numPr>
                <w:ilvl w:val="0"/>
                <w:numId w:val="28"/>
              </w:numPr>
              <w:rPr>
                <w:noProof w:val="0"/>
                <w:lang w:val="en-IN"/>
              </w:rPr>
            </w:pPr>
            <w:r w:rsidRPr="5D44C034" w:rsidR="0CF91355">
              <w:rPr>
                <w:noProof w:val="0"/>
                <w:lang w:val="en-IN"/>
              </w:rPr>
              <w:t>OCR extracts key details.</w:t>
            </w:r>
          </w:p>
          <w:p w:rsidR="0CF91355" w:rsidP="5D44C034" w:rsidRDefault="0CF91355" w14:paraId="0B886873" w14:textId="0D180D20">
            <w:pPr>
              <w:pStyle w:val="ListParagraph"/>
              <w:numPr>
                <w:ilvl w:val="0"/>
                <w:numId w:val="28"/>
              </w:numPr>
              <w:rPr>
                <w:noProof w:val="0"/>
                <w:lang w:val="en-IN"/>
              </w:rPr>
            </w:pPr>
            <w:r w:rsidRPr="5D44C034" w:rsidR="0CF91355">
              <w:rPr>
                <w:noProof w:val="0"/>
                <w:lang w:val="en-IN"/>
              </w:rPr>
              <w:t>Manual override for admins available.</w:t>
            </w:r>
          </w:p>
          <w:p w:rsidR="0CF91355" w:rsidP="5D44C034" w:rsidRDefault="0CF91355" w14:paraId="1F8A9681" w14:textId="7050B776">
            <w:pPr>
              <w:pStyle w:val="ListParagraph"/>
              <w:numPr>
                <w:ilvl w:val="0"/>
                <w:numId w:val="28"/>
              </w:numPr>
              <w:rPr>
                <w:noProof w:val="0"/>
                <w:lang w:val="en-IN"/>
              </w:rPr>
            </w:pPr>
            <w:r w:rsidRPr="5D44C034" w:rsidR="0CF91355">
              <w:rPr>
                <w:noProof w:val="0"/>
                <w:lang w:val="en-IN"/>
              </w:rPr>
              <w:t>Verification logs saved.</w:t>
            </w:r>
          </w:p>
          <w:p w:rsidR="0CF91355" w:rsidP="5D44C034" w:rsidRDefault="0CF91355" w14:paraId="6424DDF5" w14:textId="6DB98032">
            <w:pPr>
              <w:pStyle w:val="ListParagraph"/>
              <w:numPr>
                <w:ilvl w:val="0"/>
                <w:numId w:val="28"/>
              </w:numPr>
              <w:rPr>
                <w:noProof w:val="0"/>
                <w:lang w:val="en-IN"/>
              </w:rPr>
            </w:pPr>
            <w:r w:rsidRPr="5D44C034" w:rsidR="0CF91355">
              <w:rPr>
                <w:noProof w:val="0"/>
                <w:lang w:val="en-IN"/>
              </w:rPr>
              <w:t>Failed verifications flagged.</w:t>
            </w:r>
          </w:p>
        </w:tc>
      </w:tr>
    </w:tbl>
    <w:p w:rsidR="00A37981" w:rsidP="00DE11AA" w:rsidRDefault="00A37981" w14:paraId="0FAA6249" w14:textId="1939792D"/>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7273AE7A">
        <w:trPr>
          <w:trHeight w:val="300"/>
        </w:trPr>
        <w:tc>
          <w:tcPr>
            <w:tcW w:w="2175" w:type="dxa"/>
            <w:tcMar/>
          </w:tcPr>
          <w:p w:rsidR="5D44C034" w:rsidP="5D44C034" w:rsidRDefault="5D44C034" w14:paraId="53249F19">
            <w:pPr>
              <w:rPr>
                <w:b w:val="1"/>
                <w:bCs w:val="1"/>
                <w:i w:val="1"/>
                <w:iCs w:val="1"/>
              </w:rPr>
            </w:pPr>
            <w:r w:rsidRPr="5D44C034" w:rsidR="5D44C034">
              <w:rPr>
                <w:b w:val="1"/>
                <w:bCs w:val="1"/>
                <w:i w:val="1"/>
                <w:iCs w:val="1"/>
              </w:rPr>
              <w:t>User story No</w:t>
            </w:r>
          </w:p>
        </w:tc>
        <w:tc>
          <w:tcPr>
            <w:tcW w:w="492" w:type="dxa"/>
            <w:tcMar/>
          </w:tcPr>
          <w:p w:rsidR="5D44C034" w:rsidRDefault="5D44C034" w14:paraId="33A8FA95" w14:textId="6EDBD4A8">
            <w:r w:rsidR="5D44C034">
              <w:rPr/>
              <w:t>2</w:t>
            </w:r>
            <w:r w:rsidR="5D67A456">
              <w:rPr/>
              <w:t>8</w:t>
            </w:r>
          </w:p>
        </w:tc>
        <w:tc>
          <w:tcPr>
            <w:tcW w:w="777" w:type="dxa"/>
            <w:tcMar/>
          </w:tcPr>
          <w:p w:rsidR="5D44C034" w:rsidP="5D44C034" w:rsidRDefault="5D44C034" w14:paraId="767A76BA">
            <w:pPr>
              <w:rPr>
                <w:b w:val="1"/>
                <w:bCs w:val="1"/>
                <w:i w:val="1"/>
                <w:iCs w:val="1"/>
              </w:rPr>
            </w:pPr>
            <w:r w:rsidRPr="5D44C034" w:rsidR="5D44C034">
              <w:rPr>
                <w:b w:val="1"/>
                <w:bCs w:val="1"/>
                <w:i w:val="1"/>
                <w:iCs w:val="1"/>
              </w:rPr>
              <w:t>Tasks</w:t>
            </w:r>
          </w:p>
        </w:tc>
        <w:tc>
          <w:tcPr>
            <w:tcW w:w="2788" w:type="dxa"/>
            <w:tcMar/>
          </w:tcPr>
          <w:p w:rsidR="6A94A45F" w:rsidRDefault="6A94A45F" w14:paraId="210E68C0" w14:textId="3EADC358">
            <w:r w:rsidRPr="5D44C034" w:rsidR="6A94A45F">
              <w:rPr>
                <w:rFonts w:ascii="Aptos" w:hAnsi="Aptos" w:eastAsia="Aptos" w:cs="Aptos"/>
                <w:noProof w:val="0"/>
                <w:sz w:val="22"/>
                <w:szCs w:val="22"/>
                <w:lang w:val="en-IN"/>
              </w:rPr>
              <w:t>OTP-based login security</w:t>
            </w:r>
          </w:p>
        </w:tc>
        <w:tc>
          <w:tcPr>
            <w:tcW w:w="1153" w:type="dxa"/>
            <w:tcMar/>
          </w:tcPr>
          <w:p w:rsidR="5D44C034" w:rsidP="5D44C034" w:rsidRDefault="5D44C034" w14:paraId="134745FB">
            <w:pPr>
              <w:rPr>
                <w:b w:val="1"/>
                <w:bCs w:val="1"/>
                <w:i w:val="1"/>
                <w:iCs w:val="1"/>
              </w:rPr>
            </w:pPr>
            <w:r w:rsidRPr="5D44C034" w:rsidR="5D44C034">
              <w:rPr>
                <w:b w:val="1"/>
                <w:bCs w:val="1"/>
                <w:i w:val="1"/>
                <w:iCs w:val="1"/>
              </w:rPr>
              <w:t>Priority</w:t>
            </w:r>
          </w:p>
        </w:tc>
        <w:tc>
          <w:tcPr>
            <w:tcW w:w="1631" w:type="dxa"/>
            <w:tcMar/>
          </w:tcPr>
          <w:p w:rsidR="5D44C034" w:rsidRDefault="5D44C034" w14:paraId="6431EF5F" w14:textId="42C1533C">
            <w:r w:rsidRPr="5D44C034" w:rsidR="5D44C034">
              <w:rPr>
                <w:rFonts w:ascii="Aptos" w:hAnsi="Aptos" w:eastAsia="Aptos" w:cs="Aptos"/>
                <w:noProof w:val="0"/>
                <w:sz w:val="22"/>
                <w:szCs w:val="22"/>
                <w:lang w:val="en-IN"/>
              </w:rPr>
              <w:t>High</w:t>
            </w:r>
          </w:p>
        </w:tc>
      </w:tr>
      <w:tr w:rsidR="5D44C034" w:rsidTr="5D44C034" w14:paraId="7C74CB70">
        <w:trPr>
          <w:trHeight w:val="300"/>
        </w:trPr>
        <w:tc>
          <w:tcPr>
            <w:tcW w:w="2175" w:type="dxa"/>
            <w:tcMar/>
          </w:tcPr>
          <w:p w:rsidR="5D44C034" w:rsidP="5D44C034" w:rsidRDefault="5D44C034" w14:paraId="53187F58">
            <w:pPr>
              <w:rPr>
                <w:b w:val="1"/>
                <w:bCs w:val="1"/>
                <w:i w:val="1"/>
                <w:iCs w:val="1"/>
              </w:rPr>
            </w:pPr>
            <w:r w:rsidRPr="5D44C034" w:rsidR="5D44C034">
              <w:rPr>
                <w:b w:val="1"/>
                <w:bCs w:val="1"/>
                <w:i w:val="1"/>
                <w:iCs w:val="1"/>
              </w:rPr>
              <w:t>Value statement</w:t>
            </w:r>
          </w:p>
        </w:tc>
        <w:tc>
          <w:tcPr>
            <w:tcW w:w="6841" w:type="dxa"/>
            <w:gridSpan w:val="5"/>
            <w:tcMar/>
          </w:tcPr>
          <w:p w:rsidR="637DAF4F" w:rsidRDefault="637DAF4F" w14:paraId="75E6B2D1" w14:textId="0B9F850F">
            <w:r w:rsidRPr="5D44C034" w:rsidR="637DAF4F">
              <w:rPr>
                <w:rFonts w:ascii="Aptos" w:hAnsi="Aptos" w:eastAsia="Aptos" w:cs="Aptos"/>
                <w:noProof w:val="0"/>
                <w:sz w:val="22"/>
                <w:szCs w:val="22"/>
                <w:lang w:val="en-IN"/>
              </w:rPr>
              <w:t>As a user, I want to log in using OTP so that my account is more secure.</w:t>
            </w:r>
          </w:p>
        </w:tc>
      </w:tr>
      <w:tr w:rsidR="5D44C034" w:rsidTr="5D44C034" w14:paraId="306E2B48">
        <w:trPr>
          <w:trHeight w:val="300"/>
        </w:trPr>
        <w:tc>
          <w:tcPr>
            <w:tcW w:w="2175" w:type="dxa"/>
            <w:tcMar/>
          </w:tcPr>
          <w:p w:rsidR="5D44C034" w:rsidP="5D44C034" w:rsidRDefault="5D44C034" w14:paraId="371DB7D5">
            <w:pPr>
              <w:rPr>
                <w:b w:val="1"/>
                <w:bCs w:val="1"/>
                <w:i w:val="1"/>
                <w:iCs w:val="1"/>
              </w:rPr>
            </w:pPr>
            <w:r w:rsidRPr="5D44C034" w:rsidR="5D44C034">
              <w:rPr>
                <w:b w:val="1"/>
                <w:bCs w:val="1"/>
                <w:i w:val="1"/>
                <w:iCs w:val="1"/>
              </w:rPr>
              <w:t>BV</w:t>
            </w:r>
          </w:p>
        </w:tc>
        <w:tc>
          <w:tcPr>
            <w:tcW w:w="1269" w:type="dxa"/>
            <w:gridSpan w:val="2"/>
            <w:tcMar/>
          </w:tcPr>
          <w:p w:rsidR="69CCB703" w:rsidP="5D44C034" w:rsidRDefault="69CCB703" w14:paraId="25470B3A" w14:textId="661BD9D1">
            <w:pPr>
              <w:pStyle w:val="Normal"/>
              <w:suppressLineNumbers w:val="0"/>
              <w:bidi w:val="0"/>
              <w:spacing w:before="0" w:beforeAutospacing="off" w:after="0" w:afterAutospacing="off" w:line="240" w:lineRule="auto"/>
              <w:ind w:left="0" w:right="0"/>
              <w:jc w:val="left"/>
            </w:pPr>
            <w:r w:rsidR="69CCB703">
              <w:rPr/>
              <w:t>20</w:t>
            </w:r>
          </w:p>
        </w:tc>
        <w:tc>
          <w:tcPr>
            <w:tcW w:w="2788" w:type="dxa"/>
            <w:tcMar/>
          </w:tcPr>
          <w:p w:rsidR="5D44C034" w:rsidP="5D44C034" w:rsidRDefault="5D44C034" w14:paraId="632AC09B">
            <w:pPr>
              <w:rPr>
                <w:b w:val="1"/>
                <w:bCs w:val="1"/>
                <w:i w:val="1"/>
                <w:iCs w:val="1"/>
              </w:rPr>
            </w:pPr>
            <w:r w:rsidRPr="5D44C034" w:rsidR="5D44C034">
              <w:rPr>
                <w:b w:val="1"/>
                <w:bCs w:val="1"/>
                <w:i w:val="1"/>
                <w:iCs w:val="1"/>
              </w:rPr>
              <w:t>CP</w:t>
            </w:r>
          </w:p>
        </w:tc>
        <w:tc>
          <w:tcPr>
            <w:tcW w:w="2784" w:type="dxa"/>
            <w:gridSpan w:val="2"/>
            <w:tcMar/>
          </w:tcPr>
          <w:p w:rsidR="375431D8" w:rsidP="5D44C034" w:rsidRDefault="375431D8" w14:paraId="675F1A68" w14:textId="410F7432">
            <w:pPr>
              <w:pStyle w:val="Normal"/>
              <w:suppressLineNumbers w:val="0"/>
              <w:bidi w:val="0"/>
              <w:spacing w:before="0" w:beforeAutospacing="off" w:after="0" w:afterAutospacing="off" w:line="240" w:lineRule="auto"/>
              <w:ind w:left="0" w:right="0"/>
              <w:jc w:val="left"/>
            </w:pPr>
            <w:r w:rsidR="375431D8">
              <w:rPr/>
              <w:t>3</w:t>
            </w:r>
          </w:p>
        </w:tc>
      </w:tr>
      <w:tr w:rsidR="5D44C034" w:rsidTr="5D44C034" w14:paraId="6893B706">
        <w:trPr>
          <w:trHeight w:val="300"/>
        </w:trPr>
        <w:tc>
          <w:tcPr>
            <w:tcW w:w="9016" w:type="dxa"/>
            <w:gridSpan w:val="6"/>
            <w:tcMar/>
          </w:tcPr>
          <w:p w:rsidR="5D44C034" w:rsidP="5D44C034" w:rsidRDefault="5D44C034" w14:paraId="7B2E9DD1" w14:textId="02B666E6">
            <w:pPr>
              <w:rPr>
                <w:b w:val="1"/>
                <w:bCs w:val="1"/>
                <w:i w:val="1"/>
                <w:iCs w:val="1"/>
              </w:rPr>
            </w:pPr>
            <w:r w:rsidRPr="5D44C034" w:rsidR="5D44C034">
              <w:rPr>
                <w:b w:val="1"/>
                <w:bCs w:val="1"/>
                <w:i w:val="1"/>
                <w:iCs w:val="1"/>
              </w:rPr>
              <w:t>Acceptance criteria</w:t>
            </w:r>
          </w:p>
          <w:p w:rsidR="1C6EF5A6" w:rsidP="5D44C034" w:rsidRDefault="1C6EF5A6" w14:paraId="211E1DC2" w14:textId="4559CB00">
            <w:pPr>
              <w:pStyle w:val="ListParagraph"/>
              <w:numPr>
                <w:ilvl w:val="0"/>
                <w:numId w:val="29"/>
              </w:numPr>
              <w:rPr>
                <w:noProof w:val="0"/>
                <w:lang w:val="en-IN"/>
              </w:rPr>
            </w:pPr>
            <w:r w:rsidRPr="5D44C034" w:rsidR="1C6EF5A6">
              <w:rPr>
                <w:noProof w:val="0"/>
                <w:lang w:val="en-IN"/>
              </w:rPr>
              <w:t>OTP sent via SMS/email.</w:t>
            </w:r>
          </w:p>
          <w:p w:rsidR="1C6EF5A6" w:rsidP="5D44C034" w:rsidRDefault="1C6EF5A6" w14:paraId="13918F94" w14:textId="210B778C">
            <w:pPr>
              <w:pStyle w:val="ListParagraph"/>
              <w:numPr>
                <w:ilvl w:val="0"/>
                <w:numId w:val="29"/>
              </w:numPr>
              <w:rPr>
                <w:noProof w:val="0"/>
                <w:lang w:val="en-IN"/>
              </w:rPr>
            </w:pPr>
            <w:r w:rsidRPr="5D44C034" w:rsidR="1C6EF5A6">
              <w:rPr>
                <w:noProof w:val="0"/>
                <w:lang w:val="en-IN"/>
              </w:rPr>
              <w:t>OTP expires in 5 minutes.</w:t>
            </w:r>
          </w:p>
          <w:p w:rsidR="1C6EF5A6" w:rsidP="5D44C034" w:rsidRDefault="1C6EF5A6" w14:paraId="73AD8444" w14:textId="3B01EC41">
            <w:pPr>
              <w:pStyle w:val="ListParagraph"/>
              <w:numPr>
                <w:ilvl w:val="0"/>
                <w:numId w:val="29"/>
              </w:numPr>
              <w:rPr>
                <w:noProof w:val="0"/>
                <w:lang w:val="en-IN"/>
              </w:rPr>
            </w:pPr>
            <w:r w:rsidRPr="5D44C034" w:rsidR="1C6EF5A6">
              <w:rPr>
                <w:noProof w:val="0"/>
                <w:lang w:val="en-IN"/>
              </w:rPr>
              <w:t>Multiple failed attempts blocked.</w:t>
            </w:r>
          </w:p>
          <w:p w:rsidR="1C6EF5A6" w:rsidP="5D44C034" w:rsidRDefault="1C6EF5A6" w14:paraId="4B2419BB" w14:textId="1522C8B9">
            <w:pPr>
              <w:pStyle w:val="ListParagraph"/>
              <w:numPr>
                <w:ilvl w:val="0"/>
                <w:numId w:val="29"/>
              </w:numPr>
              <w:rPr>
                <w:noProof w:val="0"/>
                <w:lang w:val="en-IN"/>
              </w:rPr>
            </w:pPr>
            <w:r w:rsidRPr="5D44C034" w:rsidR="1C6EF5A6">
              <w:rPr>
                <w:noProof w:val="0"/>
                <w:lang w:val="en-IN"/>
              </w:rPr>
              <w:t xml:space="preserve">OTP logs </w:t>
            </w:r>
            <w:r w:rsidRPr="5D44C034" w:rsidR="1C6EF5A6">
              <w:rPr>
                <w:noProof w:val="0"/>
                <w:lang w:val="en-IN"/>
              </w:rPr>
              <w:t>maintained</w:t>
            </w:r>
            <w:r w:rsidRPr="5D44C034" w:rsidR="1C6EF5A6">
              <w:rPr>
                <w:noProof w:val="0"/>
                <w:lang w:val="en-IN"/>
              </w:rPr>
              <w:t>.</w:t>
            </w:r>
          </w:p>
          <w:p w:rsidR="470C75EC" w:rsidP="5D44C034" w:rsidRDefault="470C75EC" w14:paraId="5D236F2C" w14:textId="377DE052">
            <w:pPr>
              <w:pStyle w:val="ListParagraph"/>
              <w:numPr>
                <w:ilvl w:val="0"/>
                <w:numId w:val="29"/>
              </w:numPr>
              <w:rPr>
                <w:noProof w:val="0"/>
                <w:lang w:val="en-IN"/>
              </w:rPr>
            </w:pPr>
            <w:r w:rsidRPr="5D44C034" w:rsidR="470C75EC">
              <w:rPr>
                <w:noProof w:val="0"/>
                <w:lang w:val="en-IN"/>
              </w:rPr>
              <w:t>Users can switch between password/OTP.</w:t>
            </w:r>
          </w:p>
        </w:tc>
      </w:tr>
    </w:tbl>
    <w:p w:rsidR="00A37981" w:rsidP="00DE11AA" w:rsidRDefault="00A37981" w14:paraId="605ACEDF" w14:textId="356D8C74"/>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7096D28D">
        <w:trPr>
          <w:trHeight w:val="300"/>
        </w:trPr>
        <w:tc>
          <w:tcPr>
            <w:tcW w:w="2175" w:type="dxa"/>
            <w:tcMar/>
          </w:tcPr>
          <w:p w:rsidR="5D44C034" w:rsidP="5D44C034" w:rsidRDefault="5D44C034" w14:paraId="07DE397E">
            <w:pPr>
              <w:rPr>
                <w:b w:val="1"/>
                <w:bCs w:val="1"/>
                <w:i w:val="1"/>
                <w:iCs w:val="1"/>
              </w:rPr>
            </w:pPr>
            <w:r w:rsidRPr="5D44C034" w:rsidR="5D44C034">
              <w:rPr>
                <w:b w:val="1"/>
                <w:bCs w:val="1"/>
                <w:i w:val="1"/>
                <w:iCs w:val="1"/>
              </w:rPr>
              <w:t>User story No</w:t>
            </w:r>
          </w:p>
        </w:tc>
        <w:tc>
          <w:tcPr>
            <w:tcW w:w="492" w:type="dxa"/>
            <w:tcMar/>
          </w:tcPr>
          <w:p w:rsidR="5D44C034" w:rsidRDefault="5D44C034" w14:paraId="268C12C5" w14:textId="2B9A424A">
            <w:r w:rsidR="5D44C034">
              <w:rPr/>
              <w:t>2</w:t>
            </w:r>
            <w:r w:rsidR="28867825">
              <w:rPr/>
              <w:t>9</w:t>
            </w:r>
          </w:p>
        </w:tc>
        <w:tc>
          <w:tcPr>
            <w:tcW w:w="777" w:type="dxa"/>
            <w:tcMar/>
          </w:tcPr>
          <w:p w:rsidR="5D44C034" w:rsidP="5D44C034" w:rsidRDefault="5D44C034" w14:paraId="5E27E69D">
            <w:pPr>
              <w:rPr>
                <w:b w:val="1"/>
                <w:bCs w:val="1"/>
                <w:i w:val="1"/>
                <w:iCs w:val="1"/>
              </w:rPr>
            </w:pPr>
            <w:r w:rsidRPr="5D44C034" w:rsidR="5D44C034">
              <w:rPr>
                <w:b w:val="1"/>
                <w:bCs w:val="1"/>
                <w:i w:val="1"/>
                <w:iCs w:val="1"/>
              </w:rPr>
              <w:t>Tasks</w:t>
            </w:r>
          </w:p>
        </w:tc>
        <w:tc>
          <w:tcPr>
            <w:tcW w:w="2788" w:type="dxa"/>
            <w:tcMar/>
          </w:tcPr>
          <w:p w:rsidR="70D0AD0F" w:rsidRDefault="70D0AD0F" w14:paraId="4DE0539F" w14:textId="1FD0CA81">
            <w:r w:rsidRPr="5D44C034" w:rsidR="70D0AD0F">
              <w:rPr>
                <w:rFonts w:ascii="Aptos" w:hAnsi="Aptos" w:eastAsia="Aptos" w:cs="Aptos"/>
                <w:noProof w:val="0"/>
                <w:sz w:val="22"/>
                <w:szCs w:val="22"/>
                <w:lang w:val="en-IN"/>
              </w:rPr>
              <w:t>Customizable settings</w:t>
            </w:r>
          </w:p>
        </w:tc>
        <w:tc>
          <w:tcPr>
            <w:tcW w:w="1153" w:type="dxa"/>
            <w:tcMar/>
          </w:tcPr>
          <w:p w:rsidR="5D44C034" w:rsidP="5D44C034" w:rsidRDefault="5D44C034" w14:paraId="71225A5B">
            <w:pPr>
              <w:rPr>
                <w:b w:val="1"/>
                <w:bCs w:val="1"/>
                <w:i w:val="1"/>
                <w:iCs w:val="1"/>
              </w:rPr>
            </w:pPr>
            <w:r w:rsidRPr="5D44C034" w:rsidR="5D44C034">
              <w:rPr>
                <w:b w:val="1"/>
                <w:bCs w:val="1"/>
                <w:i w:val="1"/>
                <w:iCs w:val="1"/>
              </w:rPr>
              <w:t>Priority</w:t>
            </w:r>
          </w:p>
        </w:tc>
        <w:tc>
          <w:tcPr>
            <w:tcW w:w="1631" w:type="dxa"/>
            <w:tcMar/>
          </w:tcPr>
          <w:p w:rsidR="3C5BF5DD" w:rsidP="5D44C034" w:rsidRDefault="3C5BF5DD" w14:paraId="0B715D53" w14:textId="742CFFF8">
            <w:pPr>
              <w:pStyle w:val="Normal"/>
              <w:suppressLineNumbers w:val="0"/>
              <w:bidi w:val="0"/>
              <w:spacing w:before="0" w:beforeAutospacing="off" w:after="0" w:afterAutospacing="off" w:line="240" w:lineRule="auto"/>
              <w:ind w:left="0" w:right="0"/>
              <w:jc w:val="left"/>
            </w:pPr>
            <w:r w:rsidRPr="5D44C034" w:rsidR="3C5BF5DD">
              <w:rPr>
                <w:rFonts w:ascii="Aptos" w:hAnsi="Aptos" w:eastAsia="Aptos" w:cs="Aptos"/>
                <w:noProof w:val="0"/>
                <w:sz w:val="22"/>
                <w:szCs w:val="22"/>
                <w:lang w:val="en-IN"/>
              </w:rPr>
              <w:t>Medium</w:t>
            </w:r>
          </w:p>
        </w:tc>
      </w:tr>
      <w:tr w:rsidR="5D44C034" w:rsidTr="5D44C034" w14:paraId="228DFF53">
        <w:trPr>
          <w:trHeight w:val="300"/>
        </w:trPr>
        <w:tc>
          <w:tcPr>
            <w:tcW w:w="2175" w:type="dxa"/>
            <w:tcMar/>
          </w:tcPr>
          <w:p w:rsidR="5D44C034" w:rsidP="5D44C034" w:rsidRDefault="5D44C034" w14:paraId="2914C407">
            <w:pPr>
              <w:rPr>
                <w:b w:val="1"/>
                <w:bCs w:val="1"/>
                <w:i w:val="1"/>
                <w:iCs w:val="1"/>
              </w:rPr>
            </w:pPr>
            <w:r w:rsidRPr="5D44C034" w:rsidR="5D44C034">
              <w:rPr>
                <w:b w:val="1"/>
                <w:bCs w:val="1"/>
                <w:i w:val="1"/>
                <w:iCs w:val="1"/>
              </w:rPr>
              <w:t>Value statement</w:t>
            </w:r>
          </w:p>
        </w:tc>
        <w:tc>
          <w:tcPr>
            <w:tcW w:w="6841" w:type="dxa"/>
            <w:gridSpan w:val="5"/>
            <w:tcMar/>
          </w:tcPr>
          <w:p w:rsidR="4EC4D7D1" w:rsidRDefault="4EC4D7D1" w14:paraId="5D219986" w14:textId="33C0FA88">
            <w:r w:rsidRPr="5D44C034" w:rsidR="4EC4D7D1">
              <w:rPr>
                <w:rFonts w:ascii="Aptos" w:hAnsi="Aptos" w:eastAsia="Aptos" w:cs="Aptos"/>
                <w:noProof w:val="0"/>
                <w:sz w:val="22"/>
                <w:szCs w:val="22"/>
                <w:lang w:val="en-IN"/>
              </w:rPr>
              <w:t>As a sales rep, I want to customize my portal settings so that I can work more efficiently.</w:t>
            </w:r>
          </w:p>
        </w:tc>
      </w:tr>
      <w:tr w:rsidR="5D44C034" w:rsidTr="5D44C034" w14:paraId="6E6769E0">
        <w:trPr>
          <w:trHeight w:val="300"/>
        </w:trPr>
        <w:tc>
          <w:tcPr>
            <w:tcW w:w="2175" w:type="dxa"/>
            <w:tcMar/>
          </w:tcPr>
          <w:p w:rsidR="5D44C034" w:rsidP="5D44C034" w:rsidRDefault="5D44C034" w14:paraId="7013826F">
            <w:pPr>
              <w:rPr>
                <w:b w:val="1"/>
                <w:bCs w:val="1"/>
                <w:i w:val="1"/>
                <w:iCs w:val="1"/>
              </w:rPr>
            </w:pPr>
            <w:r w:rsidRPr="5D44C034" w:rsidR="5D44C034">
              <w:rPr>
                <w:b w:val="1"/>
                <w:bCs w:val="1"/>
                <w:i w:val="1"/>
                <w:iCs w:val="1"/>
              </w:rPr>
              <w:t>BV</w:t>
            </w:r>
          </w:p>
        </w:tc>
        <w:tc>
          <w:tcPr>
            <w:tcW w:w="1269" w:type="dxa"/>
            <w:gridSpan w:val="2"/>
            <w:tcMar/>
          </w:tcPr>
          <w:p w:rsidR="6BD0AA58" w:rsidP="5D44C034" w:rsidRDefault="6BD0AA58" w14:paraId="2D5BB762" w14:textId="3E7D61EF">
            <w:pPr>
              <w:pStyle w:val="Normal"/>
              <w:suppressLineNumbers w:val="0"/>
              <w:bidi w:val="0"/>
              <w:spacing w:before="0" w:beforeAutospacing="off" w:after="0" w:afterAutospacing="off" w:line="240" w:lineRule="auto"/>
              <w:ind w:left="0" w:right="0"/>
              <w:jc w:val="left"/>
            </w:pPr>
            <w:r w:rsidR="6BD0AA58">
              <w:rPr/>
              <w:t>10</w:t>
            </w:r>
          </w:p>
        </w:tc>
        <w:tc>
          <w:tcPr>
            <w:tcW w:w="2788" w:type="dxa"/>
            <w:tcMar/>
          </w:tcPr>
          <w:p w:rsidR="5D44C034" w:rsidP="5D44C034" w:rsidRDefault="5D44C034" w14:paraId="5DA6E9EC">
            <w:pPr>
              <w:rPr>
                <w:b w:val="1"/>
                <w:bCs w:val="1"/>
                <w:i w:val="1"/>
                <w:iCs w:val="1"/>
              </w:rPr>
            </w:pPr>
            <w:r w:rsidRPr="5D44C034" w:rsidR="5D44C034">
              <w:rPr>
                <w:b w:val="1"/>
                <w:bCs w:val="1"/>
                <w:i w:val="1"/>
                <w:iCs w:val="1"/>
              </w:rPr>
              <w:t>CP</w:t>
            </w:r>
          </w:p>
        </w:tc>
        <w:tc>
          <w:tcPr>
            <w:tcW w:w="2784" w:type="dxa"/>
            <w:gridSpan w:val="2"/>
            <w:tcMar/>
          </w:tcPr>
          <w:p w:rsidR="5D44C034" w:rsidP="5D44C034" w:rsidRDefault="5D44C034" w14:paraId="3D5EE95F" w14:textId="410F7432">
            <w:pPr>
              <w:pStyle w:val="Normal"/>
              <w:suppressLineNumbers w:val="0"/>
              <w:bidi w:val="0"/>
              <w:spacing w:before="0" w:beforeAutospacing="off" w:after="0" w:afterAutospacing="off" w:line="240" w:lineRule="auto"/>
              <w:ind w:left="0" w:right="0"/>
              <w:jc w:val="left"/>
            </w:pPr>
            <w:r w:rsidR="5D44C034">
              <w:rPr/>
              <w:t>3</w:t>
            </w:r>
          </w:p>
        </w:tc>
      </w:tr>
      <w:tr w:rsidR="5D44C034" w:rsidTr="5D44C034" w14:paraId="0BC29B54">
        <w:trPr>
          <w:trHeight w:val="300"/>
        </w:trPr>
        <w:tc>
          <w:tcPr>
            <w:tcW w:w="9016" w:type="dxa"/>
            <w:gridSpan w:val="6"/>
            <w:tcMar/>
          </w:tcPr>
          <w:p w:rsidR="5D44C034" w:rsidP="5D44C034" w:rsidRDefault="5D44C034" w14:paraId="51A0F30A" w14:textId="0FA5D310">
            <w:pPr>
              <w:rPr>
                <w:b w:val="1"/>
                <w:bCs w:val="1"/>
                <w:i w:val="1"/>
                <w:iCs w:val="1"/>
              </w:rPr>
            </w:pPr>
            <w:r w:rsidRPr="5D44C034" w:rsidR="5D44C034">
              <w:rPr>
                <w:b w:val="1"/>
                <w:bCs w:val="1"/>
                <w:i w:val="1"/>
                <w:iCs w:val="1"/>
              </w:rPr>
              <w:t>Acceptance criteria</w:t>
            </w:r>
          </w:p>
          <w:p w:rsidR="5EE7C096" w:rsidP="5D44C034" w:rsidRDefault="5EE7C096" w14:paraId="395B9A5E" w14:textId="5094CF93">
            <w:pPr>
              <w:pStyle w:val="ListParagraph"/>
              <w:numPr>
                <w:ilvl w:val="0"/>
                <w:numId w:val="30"/>
              </w:numPr>
              <w:rPr>
                <w:noProof w:val="0"/>
                <w:lang w:val="en-IN"/>
              </w:rPr>
            </w:pPr>
            <w:r w:rsidRPr="5D44C034" w:rsidR="5EE7C096">
              <w:rPr>
                <w:noProof w:val="0"/>
                <w:lang w:val="en-IN"/>
              </w:rPr>
              <w:t>Users can update themes (light/dark).</w:t>
            </w:r>
          </w:p>
          <w:p w:rsidR="5EE7C096" w:rsidP="5D44C034" w:rsidRDefault="5EE7C096" w14:paraId="212CAA4F" w14:textId="2AB19BAF">
            <w:pPr>
              <w:pStyle w:val="ListParagraph"/>
              <w:numPr>
                <w:ilvl w:val="0"/>
                <w:numId w:val="30"/>
              </w:numPr>
              <w:rPr>
                <w:noProof w:val="0"/>
                <w:lang w:val="en-IN"/>
              </w:rPr>
            </w:pPr>
            <w:r w:rsidRPr="5D44C034" w:rsidR="5EE7C096">
              <w:rPr>
                <w:noProof w:val="0"/>
                <w:lang w:val="en-IN"/>
              </w:rPr>
              <w:t>Notification settings configurable.</w:t>
            </w:r>
          </w:p>
          <w:p w:rsidR="5EE7C096" w:rsidP="5D44C034" w:rsidRDefault="5EE7C096" w14:paraId="388C41CF" w14:textId="022437C0">
            <w:pPr>
              <w:pStyle w:val="ListParagraph"/>
              <w:numPr>
                <w:ilvl w:val="0"/>
                <w:numId w:val="30"/>
              </w:numPr>
              <w:rPr>
                <w:noProof w:val="0"/>
                <w:lang w:val="en-IN"/>
              </w:rPr>
            </w:pPr>
            <w:r w:rsidRPr="5D44C034" w:rsidR="5EE7C096">
              <w:rPr>
                <w:noProof w:val="0"/>
                <w:lang w:val="en-IN"/>
              </w:rPr>
              <w:t>Dashboard widgets customizable.</w:t>
            </w:r>
          </w:p>
          <w:p w:rsidR="5EE7C096" w:rsidP="5D44C034" w:rsidRDefault="5EE7C096" w14:paraId="406CF876" w14:textId="71A946B3">
            <w:pPr>
              <w:pStyle w:val="ListParagraph"/>
              <w:numPr>
                <w:ilvl w:val="0"/>
                <w:numId w:val="30"/>
              </w:numPr>
              <w:rPr>
                <w:noProof w:val="0"/>
                <w:lang w:val="en-IN"/>
              </w:rPr>
            </w:pPr>
            <w:r w:rsidRPr="5D44C034" w:rsidR="5EE7C096">
              <w:rPr>
                <w:noProof w:val="0"/>
                <w:lang w:val="en-IN"/>
              </w:rPr>
              <w:t>Changes saved to profile.</w:t>
            </w:r>
          </w:p>
          <w:p w:rsidR="5EE7C096" w:rsidP="5D44C034" w:rsidRDefault="5EE7C096" w14:paraId="38D681B7" w14:textId="4841D668">
            <w:pPr>
              <w:pStyle w:val="ListParagraph"/>
              <w:numPr>
                <w:ilvl w:val="0"/>
                <w:numId w:val="30"/>
              </w:numPr>
              <w:rPr>
                <w:noProof w:val="0"/>
                <w:lang w:val="en-IN"/>
              </w:rPr>
            </w:pPr>
            <w:r w:rsidRPr="5D44C034" w:rsidR="5EE7C096">
              <w:rPr>
                <w:noProof w:val="0"/>
                <w:lang w:val="en-IN"/>
              </w:rPr>
              <w:t>Reset to default option available.</w:t>
            </w:r>
          </w:p>
        </w:tc>
      </w:tr>
    </w:tbl>
    <w:p w:rsidR="5D44C034" w:rsidRDefault="5D44C034" w14:paraId="446CD35B" w14:textId="24C9762E"/>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50216A40">
        <w:trPr>
          <w:trHeight w:val="300"/>
        </w:trPr>
        <w:tc>
          <w:tcPr>
            <w:tcW w:w="2175" w:type="dxa"/>
            <w:tcMar/>
          </w:tcPr>
          <w:p w:rsidR="5D44C034" w:rsidP="5D44C034" w:rsidRDefault="5D44C034" w14:paraId="2EECB5AA">
            <w:pPr>
              <w:rPr>
                <w:b w:val="1"/>
                <w:bCs w:val="1"/>
                <w:i w:val="1"/>
                <w:iCs w:val="1"/>
              </w:rPr>
            </w:pPr>
            <w:r w:rsidRPr="5D44C034" w:rsidR="5D44C034">
              <w:rPr>
                <w:b w:val="1"/>
                <w:bCs w:val="1"/>
                <w:i w:val="1"/>
                <w:iCs w:val="1"/>
              </w:rPr>
              <w:t>User story No</w:t>
            </w:r>
          </w:p>
        </w:tc>
        <w:tc>
          <w:tcPr>
            <w:tcW w:w="492" w:type="dxa"/>
            <w:tcMar/>
          </w:tcPr>
          <w:p w:rsidR="74E88ECB" w:rsidRDefault="74E88ECB" w14:paraId="37F0463A" w14:textId="5359BC1C">
            <w:r w:rsidR="74E88ECB">
              <w:rPr/>
              <w:t>30</w:t>
            </w:r>
          </w:p>
        </w:tc>
        <w:tc>
          <w:tcPr>
            <w:tcW w:w="777" w:type="dxa"/>
            <w:tcMar/>
          </w:tcPr>
          <w:p w:rsidR="5D44C034" w:rsidP="5D44C034" w:rsidRDefault="5D44C034" w14:paraId="2FDEB2CB">
            <w:pPr>
              <w:rPr>
                <w:b w:val="1"/>
                <w:bCs w:val="1"/>
                <w:i w:val="1"/>
                <w:iCs w:val="1"/>
              </w:rPr>
            </w:pPr>
            <w:r w:rsidRPr="5D44C034" w:rsidR="5D44C034">
              <w:rPr>
                <w:b w:val="1"/>
                <w:bCs w:val="1"/>
                <w:i w:val="1"/>
                <w:iCs w:val="1"/>
              </w:rPr>
              <w:t>Tasks</w:t>
            </w:r>
          </w:p>
        </w:tc>
        <w:tc>
          <w:tcPr>
            <w:tcW w:w="2788" w:type="dxa"/>
            <w:tcMar/>
          </w:tcPr>
          <w:p w:rsidR="56CC03B7" w:rsidRDefault="56CC03B7" w14:paraId="1C47B923" w14:textId="012D5141">
            <w:r w:rsidRPr="5D44C034" w:rsidR="56CC03B7">
              <w:rPr>
                <w:rFonts w:ascii="Aptos" w:hAnsi="Aptos" w:eastAsia="Aptos" w:cs="Aptos"/>
                <w:noProof w:val="0"/>
                <w:sz w:val="22"/>
                <w:szCs w:val="22"/>
                <w:lang w:val="en-IN"/>
              </w:rPr>
              <w:t>Dark mode interface</w:t>
            </w:r>
          </w:p>
        </w:tc>
        <w:tc>
          <w:tcPr>
            <w:tcW w:w="1153" w:type="dxa"/>
            <w:tcMar/>
          </w:tcPr>
          <w:p w:rsidR="5D44C034" w:rsidP="5D44C034" w:rsidRDefault="5D44C034" w14:paraId="0BE8477A">
            <w:pPr>
              <w:rPr>
                <w:b w:val="1"/>
                <w:bCs w:val="1"/>
                <w:i w:val="1"/>
                <w:iCs w:val="1"/>
              </w:rPr>
            </w:pPr>
            <w:r w:rsidRPr="5D44C034" w:rsidR="5D44C034">
              <w:rPr>
                <w:b w:val="1"/>
                <w:bCs w:val="1"/>
                <w:i w:val="1"/>
                <w:iCs w:val="1"/>
              </w:rPr>
              <w:t>Priority</w:t>
            </w:r>
          </w:p>
        </w:tc>
        <w:tc>
          <w:tcPr>
            <w:tcW w:w="1631" w:type="dxa"/>
            <w:tcMar/>
          </w:tcPr>
          <w:p w:rsidR="16486EA8" w:rsidP="5D44C034" w:rsidRDefault="16486EA8" w14:paraId="149B6F90" w14:textId="241D7F0E">
            <w:pPr>
              <w:pStyle w:val="Normal"/>
              <w:suppressLineNumbers w:val="0"/>
              <w:bidi w:val="0"/>
              <w:spacing w:before="0" w:beforeAutospacing="off" w:after="0" w:afterAutospacing="off" w:line="240" w:lineRule="auto"/>
              <w:ind w:left="0" w:right="0"/>
              <w:jc w:val="left"/>
              <w:rPr>
                <w:rFonts w:ascii="Aptos" w:hAnsi="Aptos" w:eastAsia="Aptos" w:cs="Aptos"/>
                <w:noProof w:val="0"/>
                <w:sz w:val="22"/>
                <w:szCs w:val="22"/>
                <w:lang w:val="en-IN"/>
              </w:rPr>
            </w:pPr>
            <w:r w:rsidRPr="5D44C034" w:rsidR="16486EA8">
              <w:rPr>
                <w:rFonts w:ascii="Aptos" w:hAnsi="Aptos" w:eastAsia="Aptos" w:cs="Aptos"/>
                <w:noProof w:val="0"/>
                <w:sz w:val="22"/>
                <w:szCs w:val="22"/>
                <w:lang w:val="en-IN"/>
              </w:rPr>
              <w:t>Low</w:t>
            </w:r>
          </w:p>
        </w:tc>
      </w:tr>
      <w:tr w:rsidR="5D44C034" w:rsidTr="5D44C034" w14:paraId="79B324F5">
        <w:trPr>
          <w:trHeight w:val="300"/>
        </w:trPr>
        <w:tc>
          <w:tcPr>
            <w:tcW w:w="2175" w:type="dxa"/>
            <w:tcMar/>
          </w:tcPr>
          <w:p w:rsidR="5D44C034" w:rsidP="5D44C034" w:rsidRDefault="5D44C034" w14:paraId="241A89EF">
            <w:pPr>
              <w:rPr>
                <w:b w:val="1"/>
                <w:bCs w:val="1"/>
                <w:i w:val="1"/>
                <w:iCs w:val="1"/>
              </w:rPr>
            </w:pPr>
            <w:r w:rsidRPr="5D44C034" w:rsidR="5D44C034">
              <w:rPr>
                <w:b w:val="1"/>
                <w:bCs w:val="1"/>
                <w:i w:val="1"/>
                <w:iCs w:val="1"/>
              </w:rPr>
              <w:t>Value statement</w:t>
            </w:r>
          </w:p>
        </w:tc>
        <w:tc>
          <w:tcPr>
            <w:tcW w:w="6841" w:type="dxa"/>
            <w:gridSpan w:val="5"/>
            <w:tcMar/>
          </w:tcPr>
          <w:p w:rsidR="274F8A2F" w:rsidRDefault="274F8A2F" w14:paraId="473E9B10" w14:textId="43EFA4CA">
            <w:r w:rsidRPr="5D44C034" w:rsidR="274F8A2F">
              <w:rPr>
                <w:rFonts w:ascii="Aptos" w:hAnsi="Aptos" w:eastAsia="Aptos" w:cs="Aptos"/>
                <w:noProof w:val="0"/>
                <w:sz w:val="22"/>
                <w:szCs w:val="22"/>
                <w:lang w:val="en-IN"/>
              </w:rPr>
              <w:t>As a user, I want to enable dark mode so that I can reduce eye strain during long work hours.</w:t>
            </w:r>
          </w:p>
        </w:tc>
      </w:tr>
      <w:tr w:rsidR="5D44C034" w:rsidTr="5D44C034" w14:paraId="7B771404">
        <w:trPr>
          <w:trHeight w:val="300"/>
        </w:trPr>
        <w:tc>
          <w:tcPr>
            <w:tcW w:w="2175" w:type="dxa"/>
            <w:tcMar/>
          </w:tcPr>
          <w:p w:rsidR="5D44C034" w:rsidP="5D44C034" w:rsidRDefault="5D44C034" w14:paraId="7FE3CDF9">
            <w:pPr>
              <w:rPr>
                <w:b w:val="1"/>
                <w:bCs w:val="1"/>
                <w:i w:val="1"/>
                <w:iCs w:val="1"/>
              </w:rPr>
            </w:pPr>
            <w:r w:rsidRPr="5D44C034" w:rsidR="5D44C034">
              <w:rPr>
                <w:b w:val="1"/>
                <w:bCs w:val="1"/>
                <w:i w:val="1"/>
                <w:iCs w:val="1"/>
              </w:rPr>
              <w:t>BV</w:t>
            </w:r>
          </w:p>
        </w:tc>
        <w:tc>
          <w:tcPr>
            <w:tcW w:w="1269" w:type="dxa"/>
            <w:gridSpan w:val="2"/>
            <w:tcMar/>
          </w:tcPr>
          <w:p w:rsidR="7CAE6A17" w:rsidP="5D44C034" w:rsidRDefault="7CAE6A17" w14:paraId="6E3058CC" w14:textId="53A5B2FA">
            <w:pPr>
              <w:pStyle w:val="Normal"/>
              <w:suppressLineNumbers w:val="0"/>
              <w:bidi w:val="0"/>
              <w:spacing w:before="0" w:beforeAutospacing="off" w:after="0" w:afterAutospacing="off" w:line="240" w:lineRule="auto"/>
              <w:ind w:left="0" w:right="0"/>
              <w:jc w:val="left"/>
            </w:pPr>
            <w:r w:rsidR="7CAE6A17">
              <w:rPr/>
              <w:t>10</w:t>
            </w:r>
          </w:p>
        </w:tc>
        <w:tc>
          <w:tcPr>
            <w:tcW w:w="2788" w:type="dxa"/>
            <w:tcMar/>
          </w:tcPr>
          <w:p w:rsidR="5D44C034" w:rsidP="5D44C034" w:rsidRDefault="5D44C034" w14:paraId="24A38144">
            <w:pPr>
              <w:rPr>
                <w:b w:val="1"/>
                <w:bCs w:val="1"/>
                <w:i w:val="1"/>
                <w:iCs w:val="1"/>
              </w:rPr>
            </w:pPr>
            <w:r w:rsidRPr="5D44C034" w:rsidR="5D44C034">
              <w:rPr>
                <w:b w:val="1"/>
                <w:bCs w:val="1"/>
                <w:i w:val="1"/>
                <w:iCs w:val="1"/>
              </w:rPr>
              <w:t>CP</w:t>
            </w:r>
          </w:p>
        </w:tc>
        <w:tc>
          <w:tcPr>
            <w:tcW w:w="2784" w:type="dxa"/>
            <w:gridSpan w:val="2"/>
            <w:tcMar/>
          </w:tcPr>
          <w:p w:rsidR="087C17F8" w:rsidP="5D44C034" w:rsidRDefault="087C17F8" w14:paraId="63C68B17" w14:textId="47E035D7">
            <w:pPr>
              <w:pStyle w:val="Normal"/>
              <w:suppressLineNumbers w:val="0"/>
              <w:bidi w:val="0"/>
              <w:spacing w:before="0" w:beforeAutospacing="off" w:after="0" w:afterAutospacing="off" w:line="240" w:lineRule="auto"/>
              <w:ind w:left="0" w:right="0"/>
              <w:jc w:val="left"/>
            </w:pPr>
            <w:r w:rsidR="087C17F8">
              <w:rPr/>
              <w:t>1</w:t>
            </w:r>
          </w:p>
        </w:tc>
      </w:tr>
      <w:tr w:rsidR="5D44C034" w:rsidTr="5D44C034" w14:paraId="70343B43">
        <w:trPr>
          <w:trHeight w:val="300"/>
        </w:trPr>
        <w:tc>
          <w:tcPr>
            <w:tcW w:w="9016" w:type="dxa"/>
            <w:gridSpan w:val="6"/>
            <w:tcMar/>
          </w:tcPr>
          <w:p w:rsidR="5D44C034" w:rsidP="5D44C034" w:rsidRDefault="5D44C034" w14:paraId="3D304570" w14:textId="394FF381">
            <w:pPr>
              <w:rPr>
                <w:b w:val="1"/>
                <w:bCs w:val="1"/>
                <w:i w:val="1"/>
                <w:iCs w:val="1"/>
              </w:rPr>
            </w:pPr>
            <w:r w:rsidRPr="5D44C034" w:rsidR="5D44C034">
              <w:rPr>
                <w:b w:val="1"/>
                <w:bCs w:val="1"/>
                <w:i w:val="1"/>
                <w:iCs w:val="1"/>
              </w:rPr>
              <w:t>Acceptance criteria</w:t>
            </w:r>
          </w:p>
          <w:p w:rsidR="20C46F55" w:rsidP="5D44C034" w:rsidRDefault="20C46F55" w14:paraId="0A1D5953" w14:textId="294551B3">
            <w:pPr>
              <w:pStyle w:val="ListParagraph"/>
              <w:numPr>
                <w:ilvl w:val="0"/>
                <w:numId w:val="31"/>
              </w:numPr>
              <w:rPr>
                <w:noProof w:val="0"/>
                <w:lang w:val="en-IN"/>
              </w:rPr>
            </w:pPr>
            <w:r w:rsidRPr="5D44C034" w:rsidR="20C46F55">
              <w:rPr>
                <w:noProof w:val="0"/>
                <w:lang w:val="en-IN"/>
              </w:rPr>
              <w:t>Toggle for light/dark mode.</w:t>
            </w:r>
          </w:p>
          <w:p w:rsidR="20C46F55" w:rsidP="5D44C034" w:rsidRDefault="20C46F55" w14:paraId="2CFB28DD" w14:textId="0045C42A">
            <w:pPr>
              <w:pStyle w:val="ListParagraph"/>
              <w:numPr>
                <w:ilvl w:val="0"/>
                <w:numId w:val="31"/>
              </w:numPr>
              <w:rPr>
                <w:noProof w:val="0"/>
                <w:lang w:val="en-IN"/>
              </w:rPr>
            </w:pPr>
            <w:r w:rsidRPr="5D44C034" w:rsidR="20C46F55">
              <w:rPr>
                <w:noProof w:val="0"/>
                <w:lang w:val="en-IN"/>
              </w:rPr>
              <w:t>Dark mode applies to all pages.</w:t>
            </w:r>
          </w:p>
          <w:p w:rsidR="20C46F55" w:rsidP="5D44C034" w:rsidRDefault="20C46F55" w14:paraId="66B55C14" w14:textId="21CA4889">
            <w:pPr>
              <w:pStyle w:val="ListParagraph"/>
              <w:numPr>
                <w:ilvl w:val="0"/>
                <w:numId w:val="31"/>
              </w:numPr>
              <w:rPr>
                <w:noProof w:val="0"/>
                <w:lang w:val="en-IN"/>
              </w:rPr>
            </w:pPr>
            <w:r w:rsidRPr="5D44C034" w:rsidR="20C46F55">
              <w:rPr>
                <w:noProof w:val="0"/>
                <w:lang w:val="en-IN"/>
              </w:rPr>
              <w:t>User preference saved.</w:t>
            </w:r>
          </w:p>
          <w:p w:rsidR="20C46F55" w:rsidP="5D44C034" w:rsidRDefault="20C46F55" w14:paraId="2F571B11" w14:textId="74907841">
            <w:pPr>
              <w:pStyle w:val="ListParagraph"/>
              <w:numPr>
                <w:ilvl w:val="0"/>
                <w:numId w:val="31"/>
              </w:numPr>
              <w:rPr>
                <w:noProof w:val="0"/>
                <w:lang w:val="en-IN"/>
              </w:rPr>
            </w:pPr>
            <w:r w:rsidRPr="5D44C034" w:rsidR="20C46F55">
              <w:rPr>
                <w:noProof w:val="0"/>
                <w:lang w:val="en-IN"/>
              </w:rPr>
              <w:t>No loss of data on switching.</w:t>
            </w:r>
          </w:p>
          <w:p w:rsidR="20C46F55" w:rsidP="5D44C034" w:rsidRDefault="20C46F55" w14:paraId="754B8AF7" w14:textId="5F327A35">
            <w:pPr>
              <w:pStyle w:val="ListParagraph"/>
              <w:numPr>
                <w:ilvl w:val="0"/>
                <w:numId w:val="31"/>
              </w:numPr>
              <w:rPr>
                <w:noProof w:val="0"/>
                <w:lang w:val="en-IN"/>
              </w:rPr>
            </w:pPr>
            <w:r w:rsidRPr="5D44C034" w:rsidR="20C46F55">
              <w:rPr>
                <w:noProof w:val="0"/>
                <w:lang w:val="en-IN"/>
              </w:rPr>
              <w:t>Contrast meets accessibility standards.</w:t>
            </w:r>
          </w:p>
        </w:tc>
      </w:tr>
    </w:tbl>
    <w:p w:rsidR="5D44C034" w:rsidRDefault="5D44C034" w14:paraId="35A68F9B" w14:textId="182840EC"/>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074B22DC">
        <w:trPr>
          <w:trHeight w:val="300"/>
        </w:trPr>
        <w:tc>
          <w:tcPr>
            <w:tcW w:w="2175" w:type="dxa"/>
            <w:tcMar/>
          </w:tcPr>
          <w:p w:rsidR="5D44C034" w:rsidP="5D44C034" w:rsidRDefault="5D44C034" w14:paraId="4F83A650">
            <w:pPr>
              <w:rPr>
                <w:b w:val="1"/>
                <w:bCs w:val="1"/>
                <w:i w:val="1"/>
                <w:iCs w:val="1"/>
              </w:rPr>
            </w:pPr>
            <w:r w:rsidRPr="5D44C034" w:rsidR="5D44C034">
              <w:rPr>
                <w:b w:val="1"/>
                <w:bCs w:val="1"/>
                <w:i w:val="1"/>
                <w:iCs w:val="1"/>
              </w:rPr>
              <w:t>User story No</w:t>
            </w:r>
          </w:p>
        </w:tc>
        <w:tc>
          <w:tcPr>
            <w:tcW w:w="492" w:type="dxa"/>
            <w:tcMar/>
          </w:tcPr>
          <w:p w:rsidR="5D44C034" w:rsidRDefault="5D44C034" w14:paraId="68755E8D" w14:textId="2A497D1E">
            <w:r w:rsidR="5D44C034">
              <w:rPr/>
              <w:t>3</w:t>
            </w:r>
            <w:r w:rsidR="1FE916E8">
              <w:rPr/>
              <w:t>1</w:t>
            </w:r>
          </w:p>
        </w:tc>
        <w:tc>
          <w:tcPr>
            <w:tcW w:w="777" w:type="dxa"/>
            <w:tcMar/>
          </w:tcPr>
          <w:p w:rsidR="5D44C034" w:rsidP="5D44C034" w:rsidRDefault="5D44C034" w14:paraId="27B9B4C1">
            <w:pPr>
              <w:rPr>
                <w:b w:val="1"/>
                <w:bCs w:val="1"/>
                <w:i w:val="1"/>
                <w:iCs w:val="1"/>
              </w:rPr>
            </w:pPr>
            <w:r w:rsidRPr="5D44C034" w:rsidR="5D44C034">
              <w:rPr>
                <w:b w:val="1"/>
                <w:bCs w:val="1"/>
                <w:i w:val="1"/>
                <w:iCs w:val="1"/>
              </w:rPr>
              <w:t>Tasks</w:t>
            </w:r>
          </w:p>
        </w:tc>
        <w:tc>
          <w:tcPr>
            <w:tcW w:w="2788" w:type="dxa"/>
            <w:tcMar/>
          </w:tcPr>
          <w:p w:rsidR="519820E6" w:rsidRDefault="519820E6" w14:paraId="21872F46" w14:textId="1E5EF0A4">
            <w:r w:rsidRPr="5D44C034" w:rsidR="519820E6">
              <w:rPr>
                <w:rFonts w:ascii="Aptos" w:hAnsi="Aptos" w:eastAsia="Aptos" w:cs="Aptos"/>
                <w:noProof w:val="0"/>
                <w:sz w:val="22"/>
                <w:szCs w:val="22"/>
                <w:lang w:val="en-IN"/>
              </w:rPr>
              <w:t>Data export tool</w:t>
            </w:r>
          </w:p>
        </w:tc>
        <w:tc>
          <w:tcPr>
            <w:tcW w:w="1153" w:type="dxa"/>
            <w:tcMar/>
          </w:tcPr>
          <w:p w:rsidR="5D44C034" w:rsidP="5D44C034" w:rsidRDefault="5D44C034" w14:paraId="1FC775BE">
            <w:pPr>
              <w:rPr>
                <w:b w:val="1"/>
                <w:bCs w:val="1"/>
                <w:i w:val="1"/>
                <w:iCs w:val="1"/>
              </w:rPr>
            </w:pPr>
            <w:r w:rsidRPr="5D44C034" w:rsidR="5D44C034">
              <w:rPr>
                <w:b w:val="1"/>
                <w:bCs w:val="1"/>
                <w:i w:val="1"/>
                <w:iCs w:val="1"/>
              </w:rPr>
              <w:t>Priority</w:t>
            </w:r>
          </w:p>
        </w:tc>
        <w:tc>
          <w:tcPr>
            <w:tcW w:w="1631" w:type="dxa"/>
            <w:tcMar/>
          </w:tcPr>
          <w:p w:rsidR="72E89A47" w:rsidP="5D44C034" w:rsidRDefault="72E89A47" w14:paraId="15C45C18" w14:textId="7A999BBB">
            <w:pPr>
              <w:pStyle w:val="Normal"/>
              <w:suppressLineNumbers w:val="0"/>
              <w:bidi w:val="0"/>
              <w:spacing w:before="0" w:beforeAutospacing="off" w:after="0" w:afterAutospacing="off" w:line="240" w:lineRule="auto"/>
              <w:ind w:left="0" w:right="0"/>
              <w:jc w:val="left"/>
            </w:pPr>
            <w:r w:rsidRPr="5D44C034" w:rsidR="72E89A47">
              <w:rPr>
                <w:rFonts w:ascii="Aptos" w:hAnsi="Aptos" w:eastAsia="Aptos" w:cs="Aptos"/>
                <w:noProof w:val="0"/>
                <w:sz w:val="22"/>
                <w:szCs w:val="22"/>
                <w:lang w:val="en-IN"/>
              </w:rPr>
              <w:t>Medium</w:t>
            </w:r>
          </w:p>
        </w:tc>
      </w:tr>
      <w:tr w:rsidR="5D44C034" w:rsidTr="5D44C034" w14:paraId="1F360B63">
        <w:trPr>
          <w:trHeight w:val="300"/>
        </w:trPr>
        <w:tc>
          <w:tcPr>
            <w:tcW w:w="2175" w:type="dxa"/>
            <w:tcMar/>
          </w:tcPr>
          <w:p w:rsidR="5D44C034" w:rsidP="5D44C034" w:rsidRDefault="5D44C034" w14:paraId="3AD888CC">
            <w:pPr>
              <w:rPr>
                <w:b w:val="1"/>
                <w:bCs w:val="1"/>
                <w:i w:val="1"/>
                <w:iCs w:val="1"/>
              </w:rPr>
            </w:pPr>
            <w:r w:rsidRPr="5D44C034" w:rsidR="5D44C034">
              <w:rPr>
                <w:b w:val="1"/>
                <w:bCs w:val="1"/>
                <w:i w:val="1"/>
                <w:iCs w:val="1"/>
              </w:rPr>
              <w:t>Value statement</w:t>
            </w:r>
          </w:p>
        </w:tc>
        <w:tc>
          <w:tcPr>
            <w:tcW w:w="6841" w:type="dxa"/>
            <w:gridSpan w:val="5"/>
            <w:tcMar/>
          </w:tcPr>
          <w:p w:rsidR="6374CFD2" w:rsidRDefault="6374CFD2" w14:paraId="650CC8F5" w14:textId="79BBBA6A">
            <w:r w:rsidRPr="5D44C034" w:rsidR="6374CFD2">
              <w:rPr>
                <w:rFonts w:ascii="Aptos" w:hAnsi="Aptos" w:eastAsia="Aptos" w:cs="Aptos"/>
                <w:noProof w:val="0"/>
                <w:sz w:val="22"/>
                <w:szCs w:val="22"/>
                <w:lang w:val="en-IN"/>
              </w:rPr>
              <w:t>As a sales manager, I want to export my team’s data so that I can use it in external analysis tools.</w:t>
            </w:r>
          </w:p>
        </w:tc>
      </w:tr>
      <w:tr w:rsidR="5D44C034" w:rsidTr="5D44C034" w14:paraId="796970EB">
        <w:trPr>
          <w:trHeight w:val="300"/>
        </w:trPr>
        <w:tc>
          <w:tcPr>
            <w:tcW w:w="2175" w:type="dxa"/>
            <w:tcMar/>
          </w:tcPr>
          <w:p w:rsidR="5D44C034" w:rsidP="5D44C034" w:rsidRDefault="5D44C034" w14:paraId="2A7D6755">
            <w:pPr>
              <w:rPr>
                <w:b w:val="1"/>
                <w:bCs w:val="1"/>
                <w:i w:val="1"/>
                <w:iCs w:val="1"/>
              </w:rPr>
            </w:pPr>
            <w:r w:rsidRPr="5D44C034" w:rsidR="5D44C034">
              <w:rPr>
                <w:b w:val="1"/>
                <w:bCs w:val="1"/>
                <w:i w:val="1"/>
                <w:iCs w:val="1"/>
              </w:rPr>
              <w:t>BV</w:t>
            </w:r>
          </w:p>
        </w:tc>
        <w:tc>
          <w:tcPr>
            <w:tcW w:w="1269" w:type="dxa"/>
            <w:gridSpan w:val="2"/>
            <w:tcMar/>
          </w:tcPr>
          <w:p w:rsidR="6BB959C6" w:rsidP="5D44C034" w:rsidRDefault="6BB959C6" w14:paraId="6AFAC17C" w14:textId="4B8AB3F3">
            <w:pPr>
              <w:pStyle w:val="Normal"/>
              <w:suppressLineNumbers w:val="0"/>
              <w:bidi w:val="0"/>
              <w:spacing w:before="0" w:beforeAutospacing="off" w:after="0" w:afterAutospacing="off" w:line="240" w:lineRule="auto"/>
              <w:ind w:left="0" w:right="0"/>
              <w:jc w:val="left"/>
            </w:pPr>
            <w:r w:rsidR="6BB959C6">
              <w:rPr/>
              <w:t>10</w:t>
            </w:r>
          </w:p>
        </w:tc>
        <w:tc>
          <w:tcPr>
            <w:tcW w:w="2788" w:type="dxa"/>
            <w:tcMar/>
          </w:tcPr>
          <w:p w:rsidR="5D44C034" w:rsidP="5D44C034" w:rsidRDefault="5D44C034" w14:paraId="37421630">
            <w:pPr>
              <w:rPr>
                <w:b w:val="1"/>
                <w:bCs w:val="1"/>
                <w:i w:val="1"/>
                <w:iCs w:val="1"/>
              </w:rPr>
            </w:pPr>
            <w:r w:rsidRPr="5D44C034" w:rsidR="5D44C034">
              <w:rPr>
                <w:b w:val="1"/>
                <w:bCs w:val="1"/>
                <w:i w:val="1"/>
                <w:iCs w:val="1"/>
              </w:rPr>
              <w:t>CP</w:t>
            </w:r>
          </w:p>
        </w:tc>
        <w:tc>
          <w:tcPr>
            <w:tcW w:w="2784" w:type="dxa"/>
            <w:gridSpan w:val="2"/>
            <w:tcMar/>
          </w:tcPr>
          <w:p w:rsidR="794894C0" w:rsidP="5D44C034" w:rsidRDefault="794894C0" w14:paraId="3668F0B8" w14:textId="7382C910">
            <w:pPr>
              <w:pStyle w:val="Normal"/>
              <w:suppressLineNumbers w:val="0"/>
              <w:bidi w:val="0"/>
              <w:spacing w:before="0" w:beforeAutospacing="off" w:after="0" w:afterAutospacing="off" w:line="240" w:lineRule="auto"/>
              <w:ind w:left="0" w:right="0"/>
              <w:jc w:val="left"/>
            </w:pPr>
            <w:r w:rsidR="794894C0">
              <w:rPr/>
              <w:t>5</w:t>
            </w:r>
          </w:p>
        </w:tc>
      </w:tr>
      <w:tr w:rsidR="5D44C034" w:rsidTr="5D44C034" w14:paraId="4F6FB25A">
        <w:trPr>
          <w:trHeight w:val="300"/>
        </w:trPr>
        <w:tc>
          <w:tcPr>
            <w:tcW w:w="9016" w:type="dxa"/>
            <w:gridSpan w:val="6"/>
            <w:tcMar/>
          </w:tcPr>
          <w:p w:rsidR="5D44C034" w:rsidP="5D44C034" w:rsidRDefault="5D44C034" w14:paraId="6AFFA55D" w14:textId="38ACD1AC">
            <w:pPr>
              <w:rPr>
                <w:b w:val="1"/>
                <w:bCs w:val="1"/>
                <w:i w:val="1"/>
                <w:iCs w:val="1"/>
              </w:rPr>
            </w:pPr>
            <w:r w:rsidRPr="5D44C034" w:rsidR="5D44C034">
              <w:rPr>
                <w:b w:val="1"/>
                <w:bCs w:val="1"/>
                <w:i w:val="1"/>
                <w:iCs w:val="1"/>
              </w:rPr>
              <w:t>Acceptance criteria</w:t>
            </w:r>
          </w:p>
          <w:p w:rsidR="0AA09E35" w:rsidP="5D44C034" w:rsidRDefault="0AA09E35" w14:paraId="58F559B8" w14:textId="375FDA13">
            <w:pPr>
              <w:pStyle w:val="ListParagraph"/>
              <w:numPr>
                <w:ilvl w:val="0"/>
                <w:numId w:val="32"/>
              </w:numPr>
              <w:rPr>
                <w:noProof w:val="0"/>
                <w:lang w:val="en-IN"/>
              </w:rPr>
            </w:pPr>
            <w:r w:rsidRPr="5D44C034" w:rsidR="0AA09E35">
              <w:rPr>
                <w:noProof w:val="0"/>
                <w:lang w:val="en-IN"/>
              </w:rPr>
              <w:t>Export formats: CSV, Excel, PDF.</w:t>
            </w:r>
          </w:p>
          <w:p w:rsidR="0AA09E35" w:rsidP="5D44C034" w:rsidRDefault="0AA09E35" w14:paraId="7E9EBFED" w14:textId="5A6BAF6F">
            <w:pPr>
              <w:pStyle w:val="ListParagraph"/>
              <w:numPr>
                <w:ilvl w:val="0"/>
                <w:numId w:val="32"/>
              </w:numPr>
              <w:rPr>
                <w:noProof w:val="0"/>
                <w:lang w:val="en-IN"/>
              </w:rPr>
            </w:pPr>
            <w:r w:rsidRPr="5D44C034" w:rsidR="0AA09E35">
              <w:rPr>
                <w:noProof w:val="0"/>
                <w:lang w:val="en-IN"/>
              </w:rPr>
              <w:t>Filters applied before export.</w:t>
            </w:r>
          </w:p>
          <w:p w:rsidR="0AA09E35" w:rsidP="5D44C034" w:rsidRDefault="0AA09E35" w14:paraId="594EECFD" w14:textId="2E82BDC7">
            <w:pPr>
              <w:pStyle w:val="ListParagraph"/>
              <w:numPr>
                <w:ilvl w:val="0"/>
                <w:numId w:val="32"/>
              </w:numPr>
              <w:rPr>
                <w:noProof w:val="0"/>
                <w:lang w:val="en-IN"/>
              </w:rPr>
            </w:pPr>
            <w:r w:rsidRPr="5D44C034" w:rsidR="0AA09E35">
              <w:rPr>
                <w:noProof w:val="0"/>
                <w:lang w:val="en-IN"/>
              </w:rPr>
              <w:t>Exports complete within 2 minutes.</w:t>
            </w:r>
          </w:p>
          <w:p w:rsidR="0AA09E35" w:rsidP="5D44C034" w:rsidRDefault="0AA09E35" w14:paraId="4688D633" w14:textId="3A7DEB1D">
            <w:pPr>
              <w:pStyle w:val="ListParagraph"/>
              <w:numPr>
                <w:ilvl w:val="0"/>
                <w:numId w:val="32"/>
              </w:numPr>
              <w:rPr>
                <w:noProof w:val="0"/>
                <w:lang w:val="en-IN"/>
              </w:rPr>
            </w:pPr>
            <w:r w:rsidRPr="5D44C034" w:rsidR="0AA09E35">
              <w:rPr>
                <w:noProof w:val="0"/>
                <w:lang w:val="en-IN"/>
              </w:rPr>
              <w:t>Data integrity verified.</w:t>
            </w:r>
          </w:p>
          <w:p w:rsidR="0AA09E35" w:rsidP="5D44C034" w:rsidRDefault="0AA09E35" w14:paraId="4FC461B2" w14:textId="749F6617">
            <w:pPr>
              <w:pStyle w:val="ListParagraph"/>
              <w:numPr>
                <w:ilvl w:val="0"/>
                <w:numId w:val="32"/>
              </w:numPr>
              <w:rPr>
                <w:noProof w:val="0"/>
                <w:lang w:val="en-IN"/>
              </w:rPr>
            </w:pPr>
            <w:r w:rsidRPr="5D44C034" w:rsidR="0AA09E35">
              <w:rPr>
                <w:noProof w:val="0"/>
                <w:lang w:val="en-IN"/>
              </w:rPr>
              <w:t>Export logs saved.</w:t>
            </w:r>
          </w:p>
        </w:tc>
      </w:tr>
    </w:tbl>
    <w:p w:rsidR="5D44C034" w:rsidRDefault="5D44C034" w14:paraId="364C6A7F" w14:textId="525B0B32"/>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481B84EE">
        <w:trPr>
          <w:trHeight w:val="300"/>
        </w:trPr>
        <w:tc>
          <w:tcPr>
            <w:tcW w:w="2175" w:type="dxa"/>
            <w:tcMar/>
          </w:tcPr>
          <w:p w:rsidR="5D44C034" w:rsidP="5D44C034" w:rsidRDefault="5D44C034" w14:paraId="79C937BC">
            <w:pPr>
              <w:rPr>
                <w:b w:val="1"/>
                <w:bCs w:val="1"/>
                <w:i w:val="1"/>
                <w:iCs w:val="1"/>
              </w:rPr>
            </w:pPr>
            <w:r w:rsidRPr="5D44C034" w:rsidR="5D44C034">
              <w:rPr>
                <w:b w:val="1"/>
                <w:bCs w:val="1"/>
                <w:i w:val="1"/>
                <w:iCs w:val="1"/>
              </w:rPr>
              <w:t>User story No</w:t>
            </w:r>
          </w:p>
        </w:tc>
        <w:tc>
          <w:tcPr>
            <w:tcW w:w="492" w:type="dxa"/>
            <w:tcMar/>
          </w:tcPr>
          <w:p w:rsidR="5D44C034" w:rsidRDefault="5D44C034" w14:paraId="4FF258D6" w14:textId="023C53FB">
            <w:r w:rsidR="5D44C034">
              <w:rPr/>
              <w:t>3</w:t>
            </w:r>
            <w:r w:rsidR="0F730DAF">
              <w:rPr/>
              <w:t>2</w:t>
            </w:r>
          </w:p>
        </w:tc>
        <w:tc>
          <w:tcPr>
            <w:tcW w:w="777" w:type="dxa"/>
            <w:tcMar/>
          </w:tcPr>
          <w:p w:rsidR="5D44C034" w:rsidP="5D44C034" w:rsidRDefault="5D44C034" w14:paraId="2046BA6B">
            <w:pPr>
              <w:rPr>
                <w:b w:val="1"/>
                <w:bCs w:val="1"/>
                <w:i w:val="1"/>
                <w:iCs w:val="1"/>
              </w:rPr>
            </w:pPr>
            <w:r w:rsidRPr="5D44C034" w:rsidR="5D44C034">
              <w:rPr>
                <w:b w:val="1"/>
                <w:bCs w:val="1"/>
                <w:i w:val="1"/>
                <w:iCs w:val="1"/>
              </w:rPr>
              <w:t>Tasks</w:t>
            </w:r>
          </w:p>
        </w:tc>
        <w:tc>
          <w:tcPr>
            <w:tcW w:w="2788" w:type="dxa"/>
            <w:tcMar/>
          </w:tcPr>
          <w:p w:rsidR="06B572FF" w:rsidRDefault="06B572FF" w14:paraId="29877819" w14:textId="7C334C28">
            <w:r w:rsidRPr="5D44C034" w:rsidR="06B572FF">
              <w:rPr>
                <w:rFonts w:ascii="Aptos" w:hAnsi="Aptos" w:eastAsia="Aptos" w:cs="Aptos"/>
                <w:noProof w:val="0"/>
                <w:sz w:val="22"/>
                <w:szCs w:val="22"/>
                <w:lang w:val="en-IN"/>
              </w:rPr>
              <w:t>Social media sharing</w:t>
            </w:r>
          </w:p>
        </w:tc>
        <w:tc>
          <w:tcPr>
            <w:tcW w:w="1153" w:type="dxa"/>
            <w:tcMar/>
          </w:tcPr>
          <w:p w:rsidR="5D44C034" w:rsidP="5D44C034" w:rsidRDefault="5D44C034" w14:paraId="68BC84DF">
            <w:pPr>
              <w:rPr>
                <w:b w:val="1"/>
                <w:bCs w:val="1"/>
                <w:i w:val="1"/>
                <w:iCs w:val="1"/>
              </w:rPr>
            </w:pPr>
            <w:r w:rsidRPr="5D44C034" w:rsidR="5D44C034">
              <w:rPr>
                <w:b w:val="1"/>
                <w:bCs w:val="1"/>
                <w:i w:val="1"/>
                <w:iCs w:val="1"/>
              </w:rPr>
              <w:t>Priority</w:t>
            </w:r>
          </w:p>
        </w:tc>
        <w:tc>
          <w:tcPr>
            <w:tcW w:w="1631" w:type="dxa"/>
            <w:tcMar/>
          </w:tcPr>
          <w:p w:rsidR="5D44C034" w:rsidP="5D44C034" w:rsidRDefault="5D44C034" w14:paraId="0DFD4F1C" w14:textId="7A999BBB">
            <w:pPr>
              <w:pStyle w:val="Normal"/>
              <w:suppressLineNumbers w:val="0"/>
              <w:bidi w:val="0"/>
              <w:spacing w:before="0" w:beforeAutospacing="off" w:after="0" w:afterAutospacing="off" w:line="240" w:lineRule="auto"/>
              <w:ind w:left="0" w:right="0"/>
              <w:jc w:val="left"/>
            </w:pPr>
            <w:r w:rsidRPr="5D44C034" w:rsidR="5D44C034">
              <w:rPr>
                <w:rFonts w:ascii="Aptos" w:hAnsi="Aptos" w:eastAsia="Aptos" w:cs="Aptos"/>
                <w:noProof w:val="0"/>
                <w:sz w:val="22"/>
                <w:szCs w:val="22"/>
                <w:lang w:val="en-IN"/>
              </w:rPr>
              <w:t>Medium</w:t>
            </w:r>
          </w:p>
        </w:tc>
      </w:tr>
      <w:tr w:rsidR="5D44C034" w:rsidTr="5D44C034" w14:paraId="016B03E6">
        <w:trPr>
          <w:trHeight w:val="300"/>
        </w:trPr>
        <w:tc>
          <w:tcPr>
            <w:tcW w:w="2175" w:type="dxa"/>
            <w:tcMar/>
          </w:tcPr>
          <w:p w:rsidR="5D44C034" w:rsidP="5D44C034" w:rsidRDefault="5D44C034" w14:paraId="16A12D2E">
            <w:pPr>
              <w:rPr>
                <w:b w:val="1"/>
                <w:bCs w:val="1"/>
                <w:i w:val="1"/>
                <w:iCs w:val="1"/>
              </w:rPr>
            </w:pPr>
            <w:r w:rsidRPr="5D44C034" w:rsidR="5D44C034">
              <w:rPr>
                <w:b w:val="1"/>
                <w:bCs w:val="1"/>
                <w:i w:val="1"/>
                <w:iCs w:val="1"/>
              </w:rPr>
              <w:t>Value statement</w:t>
            </w:r>
          </w:p>
        </w:tc>
        <w:tc>
          <w:tcPr>
            <w:tcW w:w="6841" w:type="dxa"/>
            <w:gridSpan w:val="5"/>
            <w:tcMar/>
          </w:tcPr>
          <w:p w:rsidR="54F520DE" w:rsidRDefault="54F520DE" w14:paraId="390BF652" w14:textId="10DFAFF4">
            <w:r w:rsidRPr="5D44C034" w:rsidR="54F520DE">
              <w:rPr>
                <w:rFonts w:ascii="Aptos" w:hAnsi="Aptos" w:eastAsia="Aptos" w:cs="Aptos"/>
                <w:noProof w:val="0"/>
                <w:sz w:val="22"/>
                <w:szCs w:val="22"/>
                <w:lang w:val="en-IN"/>
              </w:rPr>
              <w:t>As a sales representative, I want to share product details on social media so that I can reach more customers.</w:t>
            </w:r>
          </w:p>
        </w:tc>
      </w:tr>
      <w:tr w:rsidR="5D44C034" w:rsidTr="5D44C034" w14:paraId="20251BCF">
        <w:trPr>
          <w:trHeight w:val="300"/>
        </w:trPr>
        <w:tc>
          <w:tcPr>
            <w:tcW w:w="2175" w:type="dxa"/>
            <w:tcMar/>
          </w:tcPr>
          <w:p w:rsidR="5D44C034" w:rsidP="5D44C034" w:rsidRDefault="5D44C034" w14:paraId="679B3071">
            <w:pPr>
              <w:rPr>
                <w:b w:val="1"/>
                <w:bCs w:val="1"/>
                <w:i w:val="1"/>
                <w:iCs w:val="1"/>
              </w:rPr>
            </w:pPr>
            <w:r w:rsidRPr="5D44C034" w:rsidR="5D44C034">
              <w:rPr>
                <w:b w:val="1"/>
                <w:bCs w:val="1"/>
                <w:i w:val="1"/>
                <w:iCs w:val="1"/>
              </w:rPr>
              <w:t>BV</w:t>
            </w:r>
          </w:p>
        </w:tc>
        <w:tc>
          <w:tcPr>
            <w:tcW w:w="1269" w:type="dxa"/>
            <w:gridSpan w:val="2"/>
            <w:tcMar/>
          </w:tcPr>
          <w:p w:rsidR="23A3EE46" w:rsidP="5D44C034" w:rsidRDefault="23A3EE46" w14:paraId="18656BD2" w14:textId="4D81C9DE">
            <w:pPr>
              <w:pStyle w:val="Normal"/>
              <w:suppressLineNumbers w:val="0"/>
              <w:bidi w:val="0"/>
              <w:spacing w:before="0" w:beforeAutospacing="off" w:after="0" w:afterAutospacing="off" w:line="240" w:lineRule="auto"/>
              <w:ind w:left="0" w:right="0"/>
              <w:jc w:val="left"/>
            </w:pPr>
            <w:r w:rsidR="23A3EE46">
              <w:rPr/>
              <w:t>10</w:t>
            </w:r>
          </w:p>
        </w:tc>
        <w:tc>
          <w:tcPr>
            <w:tcW w:w="2788" w:type="dxa"/>
            <w:tcMar/>
          </w:tcPr>
          <w:p w:rsidR="5D44C034" w:rsidP="5D44C034" w:rsidRDefault="5D44C034" w14:paraId="70E5A8A0">
            <w:pPr>
              <w:rPr>
                <w:b w:val="1"/>
                <w:bCs w:val="1"/>
                <w:i w:val="1"/>
                <w:iCs w:val="1"/>
              </w:rPr>
            </w:pPr>
            <w:r w:rsidRPr="5D44C034" w:rsidR="5D44C034">
              <w:rPr>
                <w:b w:val="1"/>
                <w:bCs w:val="1"/>
                <w:i w:val="1"/>
                <w:iCs w:val="1"/>
              </w:rPr>
              <w:t>CP</w:t>
            </w:r>
          </w:p>
        </w:tc>
        <w:tc>
          <w:tcPr>
            <w:tcW w:w="2784" w:type="dxa"/>
            <w:gridSpan w:val="2"/>
            <w:tcMar/>
          </w:tcPr>
          <w:p w:rsidR="5D44C034" w:rsidP="5D44C034" w:rsidRDefault="5D44C034" w14:paraId="6DB0E858" w14:textId="7382C910">
            <w:pPr>
              <w:pStyle w:val="Normal"/>
              <w:suppressLineNumbers w:val="0"/>
              <w:bidi w:val="0"/>
              <w:spacing w:before="0" w:beforeAutospacing="off" w:after="0" w:afterAutospacing="off" w:line="240" w:lineRule="auto"/>
              <w:ind w:left="0" w:right="0"/>
              <w:jc w:val="left"/>
            </w:pPr>
            <w:r w:rsidR="5D44C034">
              <w:rPr/>
              <w:t>5</w:t>
            </w:r>
          </w:p>
        </w:tc>
      </w:tr>
      <w:tr w:rsidR="5D44C034" w:rsidTr="5D44C034" w14:paraId="3C4410FD">
        <w:trPr>
          <w:trHeight w:val="300"/>
        </w:trPr>
        <w:tc>
          <w:tcPr>
            <w:tcW w:w="9016" w:type="dxa"/>
            <w:gridSpan w:val="6"/>
            <w:tcMar/>
          </w:tcPr>
          <w:p w:rsidR="5D44C034" w:rsidP="5D44C034" w:rsidRDefault="5D44C034" w14:paraId="443427A5" w14:textId="5E13F65D">
            <w:pPr>
              <w:rPr>
                <w:b w:val="1"/>
                <w:bCs w:val="1"/>
                <w:i w:val="1"/>
                <w:iCs w:val="1"/>
              </w:rPr>
            </w:pPr>
            <w:r w:rsidRPr="5D44C034" w:rsidR="5D44C034">
              <w:rPr>
                <w:b w:val="1"/>
                <w:bCs w:val="1"/>
                <w:i w:val="1"/>
                <w:iCs w:val="1"/>
              </w:rPr>
              <w:t>Acceptance criteria</w:t>
            </w:r>
          </w:p>
          <w:p w:rsidR="3814A878" w:rsidP="5D44C034" w:rsidRDefault="3814A878" w14:paraId="43ACBBB4" w14:textId="7FF61A59">
            <w:pPr>
              <w:pStyle w:val="ListParagraph"/>
              <w:numPr>
                <w:ilvl w:val="0"/>
                <w:numId w:val="33"/>
              </w:numPr>
              <w:rPr>
                <w:noProof w:val="0"/>
                <w:lang w:val="en-IN"/>
              </w:rPr>
            </w:pPr>
            <w:r w:rsidRPr="5D44C034" w:rsidR="3814A878">
              <w:rPr>
                <w:noProof w:val="0"/>
                <w:lang w:val="en-IN"/>
              </w:rPr>
              <w:t>Share buttons appear on product pages.</w:t>
            </w:r>
          </w:p>
          <w:p w:rsidR="3814A878" w:rsidP="5D44C034" w:rsidRDefault="3814A878" w14:paraId="2EBEDF1F" w14:textId="75ACFC7B">
            <w:pPr>
              <w:pStyle w:val="ListParagraph"/>
              <w:numPr>
                <w:ilvl w:val="0"/>
                <w:numId w:val="33"/>
              </w:numPr>
              <w:rPr>
                <w:noProof w:val="0"/>
                <w:lang w:val="en-IN"/>
              </w:rPr>
            </w:pPr>
            <w:r w:rsidRPr="5D44C034" w:rsidR="3814A878">
              <w:rPr>
                <w:noProof w:val="0"/>
                <w:lang w:val="en-IN"/>
              </w:rPr>
              <w:t>Content previews load correctly.</w:t>
            </w:r>
          </w:p>
          <w:p w:rsidR="3814A878" w:rsidP="5D44C034" w:rsidRDefault="3814A878" w14:paraId="3B94BEA6" w14:textId="78CB81C5">
            <w:pPr>
              <w:pStyle w:val="ListParagraph"/>
              <w:numPr>
                <w:ilvl w:val="0"/>
                <w:numId w:val="33"/>
              </w:numPr>
              <w:rPr>
                <w:noProof w:val="0"/>
                <w:lang w:val="en-IN"/>
              </w:rPr>
            </w:pPr>
            <w:r w:rsidRPr="5D44C034" w:rsidR="3814A878">
              <w:rPr>
                <w:noProof w:val="0"/>
                <w:lang w:val="en-IN"/>
              </w:rPr>
              <w:t>Only approved info is shared.</w:t>
            </w:r>
          </w:p>
          <w:p w:rsidR="3814A878" w:rsidP="5D44C034" w:rsidRDefault="3814A878" w14:paraId="7041886E" w14:textId="3A5981B6">
            <w:pPr>
              <w:pStyle w:val="ListParagraph"/>
              <w:numPr>
                <w:ilvl w:val="0"/>
                <w:numId w:val="33"/>
              </w:numPr>
              <w:rPr>
                <w:noProof w:val="0"/>
                <w:lang w:val="en-IN"/>
              </w:rPr>
            </w:pPr>
            <w:r w:rsidRPr="5D44C034" w:rsidR="3814A878">
              <w:rPr>
                <w:noProof w:val="0"/>
                <w:lang w:val="en-IN"/>
              </w:rPr>
              <w:t>Works on mobile and web.</w:t>
            </w:r>
          </w:p>
          <w:p w:rsidR="3814A878" w:rsidP="5D44C034" w:rsidRDefault="3814A878" w14:paraId="12397D8D" w14:textId="5628370A">
            <w:pPr>
              <w:pStyle w:val="ListParagraph"/>
              <w:numPr>
                <w:ilvl w:val="0"/>
                <w:numId w:val="33"/>
              </w:numPr>
              <w:rPr>
                <w:noProof w:val="0"/>
                <w:lang w:val="en-IN"/>
              </w:rPr>
            </w:pPr>
            <w:r w:rsidRPr="5D44C034" w:rsidR="3814A878">
              <w:rPr>
                <w:noProof w:val="0"/>
                <w:lang w:val="en-IN"/>
              </w:rPr>
              <w:t>Shares logged in system.</w:t>
            </w:r>
          </w:p>
        </w:tc>
      </w:tr>
    </w:tbl>
    <w:p w:rsidR="5D44C034" w:rsidRDefault="5D44C034" w14:paraId="3E2D80CA" w14:textId="1EE06687"/>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6DDD0EA6">
        <w:trPr>
          <w:trHeight w:val="300"/>
        </w:trPr>
        <w:tc>
          <w:tcPr>
            <w:tcW w:w="2175" w:type="dxa"/>
            <w:tcMar/>
          </w:tcPr>
          <w:p w:rsidR="5D44C034" w:rsidP="5D44C034" w:rsidRDefault="5D44C034" w14:paraId="2D762B0E">
            <w:pPr>
              <w:rPr>
                <w:b w:val="1"/>
                <w:bCs w:val="1"/>
                <w:i w:val="1"/>
                <w:iCs w:val="1"/>
              </w:rPr>
            </w:pPr>
            <w:r w:rsidRPr="5D44C034" w:rsidR="5D44C034">
              <w:rPr>
                <w:b w:val="1"/>
                <w:bCs w:val="1"/>
                <w:i w:val="1"/>
                <w:iCs w:val="1"/>
              </w:rPr>
              <w:t>User story No</w:t>
            </w:r>
          </w:p>
        </w:tc>
        <w:tc>
          <w:tcPr>
            <w:tcW w:w="492" w:type="dxa"/>
            <w:tcMar/>
          </w:tcPr>
          <w:p w:rsidR="5D44C034" w:rsidRDefault="5D44C034" w14:paraId="5CA9AF63" w14:textId="759C89F0">
            <w:r w:rsidR="5D44C034">
              <w:rPr/>
              <w:t>3</w:t>
            </w:r>
            <w:r w:rsidR="4DE8A899">
              <w:rPr/>
              <w:t>3</w:t>
            </w:r>
          </w:p>
        </w:tc>
        <w:tc>
          <w:tcPr>
            <w:tcW w:w="777" w:type="dxa"/>
            <w:tcMar/>
          </w:tcPr>
          <w:p w:rsidR="5D44C034" w:rsidP="5D44C034" w:rsidRDefault="5D44C034" w14:paraId="3D179B1A">
            <w:pPr>
              <w:rPr>
                <w:b w:val="1"/>
                <w:bCs w:val="1"/>
                <w:i w:val="1"/>
                <w:iCs w:val="1"/>
              </w:rPr>
            </w:pPr>
            <w:r w:rsidRPr="5D44C034" w:rsidR="5D44C034">
              <w:rPr>
                <w:b w:val="1"/>
                <w:bCs w:val="1"/>
                <w:i w:val="1"/>
                <w:iCs w:val="1"/>
              </w:rPr>
              <w:t>Tasks</w:t>
            </w:r>
          </w:p>
        </w:tc>
        <w:tc>
          <w:tcPr>
            <w:tcW w:w="2788" w:type="dxa"/>
            <w:tcMar/>
          </w:tcPr>
          <w:p w:rsidR="77DC59DC" w:rsidRDefault="77DC59DC" w14:paraId="5A4D64F6" w14:textId="4BAAA01B">
            <w:r w:rsidRPr="5D44C034" w:rsidR="77DC59DC">
              <w:rPr>
                <w:rFonts w:ascii="Aptos" w:hAnsi="Aptos" w:eastAsia="Aptos" w:cs="Aptos"/>
                <w:noProof w:val="0"/>
                <w:sz w:val="22"/>
                <w:szCs w:val="22"/>
                <w:lang w:val="en-IN"/>
              </w:rPr>
              <w:t>Referral program</w:t>
            </w:r>
          </w:p>
        </w:tc>
        <w:tc>
          <w:tcPr>
            <w:tcW w:w="1153" w:type="dxa"/>
            <w:tcMar/>
          </w:tcPr>
          <w:p w:rsidR="5D44C034" w:rsidP="5D44C034" w:rsidRDefault="5D44C034" w14:paraId="17B8B5CB">
            <w:pPr>
              <w:rPr>
                <w:b w:val="1"/>
                <w:bCs w:val="1"/>
                <w:i w:val="1"/>
                <w:iCs w:val="1"/>
              </w:rPr>
            </w:pPr>
            <w:r w:rsidRPr="5D44C034" w:rsidR="5D44C034">
              <w:rPr>
                <w:b w:val="1"/>
                <w:bCs w:val="1"/>
                <w:i w:val="1"/>
                <w:iCs w:val="1"/>
              </w:rPr>
              <w:t>Priority</w:t>
            </w:r>
          </w:p>
        </w:tc>
        <w:tc>
          <w:tcPr>
            <w:tcW w:w="1631" w:type="dxa"/>
            <w:tcMar/>
          </w:tcPr>
          <w:p w:rsidR="5D44C034" w:rsidP="5D44C034" w:rsidRDefault="5D44C034" w14:paraId="709BECF1" w14:textId="7A999BBB">
            <w:pPr>
              <w:pStyle w:val="Normal"/>
              <w:suppressLineNumbers w:val="0"/>
              <w:bidi w:val="0"/>
              <w:spacing w:before="0" w:beforeAutospacing="off" w:after="0" w:afterAutospacing="off" w:line="240" w:lineRule="auto"/>
              <w:ind w:left="0" w:right="0"/>
              <w:jc w:val="left"/>
            </w:pPr>
            <w:r w:rsidRPr="5D44C034" w:rsidR="5D44C034">
              <w:rPr>
                <w:rFonts w:ascii="Aptos" w:hAnsi="Aptos" w:eastAsia="Aptos" w:cs="Aptos"/>
                <w:noProof w:val="0"/>
                <w:sz w:val="22"/>
                <w:szCs w:val="22"/>
                <w:lang w:val="en-IN"/>
              </w:rPr>
              <w:t>Medium</w:t>
            </w:r>
          </w:p>
        </w:tc>
      </w:tr>
      <w:tr w:rsidR="5D44C034" w:rsidTr="5D44C034" w14:paraId="2E4A8E30">
        <w:trPr>
          <w:trHeight w:val="300"/>
        </w:trPr>
        <w:tc>
          <w:tcPr>
            <w:tcW w:w="2175" w:type="dxa"/>
            <w:tcMar/>
          </w:tcPr>
          <w:p w:rsidR="5D44C034" w:rsidP="5D44C034" w:rsidRDefault="5D44C034" w14:paraId="14C6741E">
            <w:pPr>
              <w:rPr>
                <w:b w:val="1"/>
                <w:bCs w:val="1"/>
                <w:i w:val="1"/>
                <w:iCs w:val="1"/>
              </w:rPr>
            </w:pPr>
            <w:r w:rsidRPr="5D44C034" w:rsidR="5D44C034">
              <w:rPr>
                <w:b w:val="1"/>
                <w:bCs w:val="1"/>
                <w:i w:val="1"/>
                <w:iCs w:val="1"/>
              </w:rPr>
              <w:t>Value statement</w:t>
            </w:r>
          </w:p>
        </w:tc>
        <w:tc>
          <w:tcPr>
            <w:tcW w:w="6841" w:type="dxa"/>
            <w:gridSpan w:val="5"/>
            <w:tcMar/>
          </w:tcPr>
          <w:p w:rsidR="4174836D" w:rsidRDefault="4174836D" w14:paraId="7FC406E2" w14:textId="3ED8675D">
            <w:r w:rsidRPr="5D44C034" w:rsidR="4174836D">
              <w:rPr>
                <w:rFonts w:ascii="Aptos" w:hAnsi="Aptos" w:eastAsia="Aptos" w:cs="Aptos"/>
                <w:noProof w:val="0"/>
                <w:sz w:val="22"/>
                <w:szCs w:val="22"/>
                <w:lang w:val="en-IN"/>
              </w:rPr>
              <w:t>As a sales rep, I want to invite friends and colleagues so that I can earn referral bonuses.</w:t>
            </w:r>
          </w:p>
        </w:tc>
      </w:tr>
      <w:tr w:rsidR="5D44C034" w:rsidTr="5D44C034" w14:paraId="583A5B48">
        <w:trPr>
          <w:trHeight w:val="300"/>
        </w:trPr>
        <w:tc>
          <w:tcPr>
            <w:tcW w:w="2175" w:type="dxa"/>
            <w:tcMar/>
          </w:tcPr>
          <w:p w:rsidR="5D44C034" w:rsidP="5D44C034" w:rsidRDefault="5D44C034" w14:paraId="5DC49CB8">
            <w:pPr>
              <w:rPr>
                <w:b w:val="1"/>
                <w:bCs w:val="1"/>
                <w:i w:val="1"/>
                <w:iCs w:val="1"/>
              </w:rPr>
            </w:pPr>
            <w:r w:rsidRPr="5D44C034" w:rsidR="5D44C034">
              <w:rPr>
                <w:b w:val="1"/>
                <w:bCs w:val="1"/>
                <w:i w:val="1"/>
                <w:iCs w:val="1"/>
              </w:rPr>
              <w:t>BV</w:t>
            </w:r>
          </w:p>
        </w:tc>
        <w:tc>
          <w:tcPr>
            <w:tcW w:w="1269" w:type="dxa"/>
            <w:gridSpan w:val="2"/>
            <w:tcMar/>
          </w:tcPr>
          <w:p w:rsidR="77C3A700" w:rsidP="5D44C034" w:rsidRDefault="77C3A700" w14:paraId="171BC487" w14:textId="1CD66E7A">
            <w:pPr>
              <w:pStyle w:val="Normal"/>
              <w:suppressLineNumbers w:val="0"/>
              <w:bidi w:val="0"/>
              <w:spacing w:before="0" w:beforeAutospacing="off" w:after="0" w:afterAutospacing="off" w:line="240" w:lineRule="auto"/>
              <w:ind w:left="0" w:right="0"/>
              <w:jc w:val="left"/>
            </w:pPr>
            <w:r w:rsidR="77C3A700">
              <w:rPr/>
              <w:t>10</w:t>
            </w:r>
          </w:p>
        </w:tc>
        <w:tc>
          <w:tcPr>
            <w:tcW w:w="2788" w:type="dxa"/>
            <w:tcMar/>
          </w:tcPr>
          <w:p w:rsidR="5D44C034" w:rsidP="5D44C034" w:rsidRDefault="5D44C034" w14:paraId="7AECAC4A">
            <w:pPr>
              <w:rPr>
                <w:b w:val="1"/>
                <w:bCs w:val="1"/>
                <w:i w:val="1"/>
                <w:iCs w:val="1"/>
              </w:rPr>
            </w:pPr>
            <w:r w:rsidRPr="5D44C034" w:rsidR="5D44C034">
              <w:rPr>
                <w:b w:val="1"/>
                <w:bCs w:val="1"/>
                <w:i w:val="1"/>
                <w:iCs w:val="1"/>
              </w:rPr>
              <w:t>CP</w:t>
            </w:r>
          </w:p>
        </w:tc>
        <w:tc>
          <w:tcPr>
            <w:tcW w:w="2784" w:type="dxa"/>
            <w:gridSpan w:val="2"/>
            <w:tcMar/>
          </w:tcPr>
          <w:p w:rsidR="15B3C5B3" w:rsidP="5D44C034" w:rsidRDefault="15B3C5B3" w14:paraId="1AD10CF1" w14:textId="577F52CD">
            <w:pPr>
              <w:pStyle w:val="Normal"/>
              <w:suppressLineNumbers w:val="0"/>
              <w:bidi w:val="0"/>
              <w:spacing w:before="0" w:beforeAutospacing="off" w:after="0" w:afterAutospacing="off" w:line="240" w:lineRule="auto"/>
              <w:ind w:left="0" w:right="0"/>
              <w:jc w:val="left"/>
            </w:pPr>
            <w:r w:rsidR="15B3C5B3">
              <w:rPr/>
              <w:t>3</w:t>
            </w:r>
          </w:p>
        </w:tc>
      </w:tr>
      <w:tr w:rsidR="5D44C034" w:rsidTr="5D44C034" w14:paraId="41CFF310">
        <w:trPr>
          <w:trHeight w:val="300"/>
        </w:trPr>
        <w:tc>
          <w:tcPr>
            <w:tcW w:w="9016" w:type="dxa"/>
            <w:gridSpan w:val="6"/>
            <w:tcMar/>
          </w:tcPr>
          <w:p w:rsidR="5D44C034" w:rsidP="5D44C034" w:rsidRDefault="5D44C034" w14:paraId="0196B0B2" w14:textId="55A2AAF5">
            <w:pPr>
              <w:rPr>
                <w:b w:val="1"/>
                <w:bCs w:val="1"/>
                <w:i w:val="1"/>
                <w:iCs w:val="1"/>
              </w:rPr>
            </w:pPr>
            <w:r w:rsidRPr="5D44C034" w:rsidR="5D44C034">
              <w:rPr>
                <w:b w:val="1"/>
                <w:bCs w:val="1"/>
                <w:i w:val="1"/>
                <w:iCs w:val="1"/>
              </w:rPr>
              <w:t>Acceptance criteria</w:t>
            </w:r>
          </w:p>
          <w:p w:rsidR="4A6E8E24" w:rsidP="5D44C034" w:rsidRDefault="4A6E8E24" w14:paraId="494214D5" w14:textId="369A2A22">
            <w:pPr>
              <w:pStyle w:val="ListParagraph"/>
              <w:numPr>
                <w:ilvl w:val="0"/>
                <w:numId w:val="34"/>
              </w:numPr>
              <w:rPr>
                <w:noProof w:val="0"/>
                <w:lang w:val="en-IN"/>
              </w:rPr>
            </w:pPr>
            <w:r w:rsidRPr="5D44C034" w:rsidR="4A6E8E24">
              <w:rPr>
                <w:noProof w:val="0"/>
                <w:lang w:val="en-IN"/>
              </w:rPr>
              <w:t>Users can generate referral links.</w:t>
            </w:r>
          </w:p>
          <w:p w:rsidR="4A6E8E24" w:rsidP="5D44C034" w:rsidRDefault="4A6E8E24" w14:paraId="0D03924E" w14:textId="1EF53828">
            <w:pPr>
              <w:pStyle w:val="ListParagraph"/>
              <w:numPr>
                <w:ilvl w:val="0"/>
                <w:numId w:val="34"/>
              </w:numPr>
              <w:rPr>
                <w:noProof w:val="0"/>
                <w:lang w:val="en-IN"/>
              </w:rPr>
            </w:pPr>
            <w:r w:rsidRPr="5D44C034" w:rsidR="4A6E8E24">
              <w:rPr>
                <w:noProof w:val="0"/>
                <w:lang w:val="en-IN"/>
              </w:rPr>
              <w:t>Referrals tracked accurately.</w:t>
            </w:r>
          </w:p>
          <w:p w:rsidR="4A6E8E24" w:rsidP="5D44C034" w:rsidRDefault="4A6E8E24" w14:paraId="32E12D65" w14:textId="3A9BBD2F">
            <w:pPr>
              <w:pStyle w:val="ListParagraph"/>
              <w:numPr>
                <w:ilvl w:val="0"/>
                <w:numId w:val="34"/>
              </w:numPr>
              <w:rPr>
                <w:noProof w:val="0"/>
                <w:lang w:val="en-IN"/>
              </w:rPr>
            </w:pPr>
            <w:r w:rsidRPr="5D44C034" w:rsidR="4A6E8E24">
              <w:rPr>
                <w:noProof w:val="0"/>
                <w:lang w:val="en-IN"/>
              </w:rPr>
              <w:t>Bonuses credited automatically.</w:t>
            </w:r>
          </w:p>
          <w:p w:rsidR="4A6E8E24" w:rsidP="5D44C034" w:rsidRDefault="4A6E8E24" w14:paraId="15A13540" w14:textId="7C80129C">
            <w:pPr>
              <w:pStyle w:val="ListParagraph"/>
              <w:numPr>
                <w:ilvl w:val="0"/>
                <w:numId w:val="34"/>
              </w:numPr>
              <w:rPr>
                <w:noProof w:val="0"/>
                <w:lang w:val="en-IN"/>
              </w:rPr>
            </w:pPr>
            <w:r w:rsidRPr="5D44C034" w:rsidR="4A6E8E24">
              <w:rPr>
                <w:noProof w:val="0"/>
                <w:lang w:val="en-IN"/>
              </w:rPr>
              <w:t>Referral dashboard visible to users.</w:t>
            </w:r>
          </w:p>
          <w:p w:rsidR="4A6E8E24" w:rsidP="5D44C034" w:rsidRDefault="4A6E8E24" w14:paraId="616EC294" w14:textId="25366AB6">
            <w:pPr>
              <w:pStyle w:val="ListParagraph"/>
              <w:numPr>
                <w:ilvl w:val="0"/>
                <w:numId w:val="34"/>
              </w:numPr>
              <w:rPr>
                <w:noProof w:val="0"/>
                <w:lang w:val="en-IN"/>
              </w:rPr>
            </w:pPr>
            <w:r w:rsidRPr="5D44C034" w:rsidR="4A6E8E24">
              <w:rPr>
                <w:noProof w:val="0"/>
                <w:lang w:val="en-IN"/>
              </w:rPr>
              <w:t>Fraud prevention in place.</w:t>
            </w:r>
          </w:p>
        </w:tc>
      </w:tr>
    </w:tbl>
    <w:p w:rsidR="5D44C034" w:rsidRDefault="5D44C034" w14:paraId="479BB2BA" w14:textId="07C0D5E6"/>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6ADEECE4">
        <w:trPr>
          <w:trHeight w:val="300"/>
        </w:trPr>
        <w:tc>
          <w:tcPr>
            <w:tcW w:w="2175" w:type="dxa"/>
            <w:tcMar/>
          </w:tcPr>
          <w:p w:rsidR="5D44C034" w:rsidP="5D44C034" w:rsidRDefault="5D44C034" w14:paraId="6577B265">
            <w:pPr>
              <w:rPr>
                <w:b w:val="1"/>
                <w:bCs w:val="1"/>
                <w:i w:val="1"/>
                <w:iCs w:val="1"/>
              </w:rPr>
            </w:pPr>
            <w:r w:rsidRPr="5D44C034" w:rsidR="5D44C034">
              <w:rPr>
                <w:b w:val="1"/>
                <w:bCs w:val="1"/>
                <w:i w:val="1"/>
                <w:iCs w:val="1"/>
              </w:rPr>
              <w:t>User story No</w:t>
            </w:r>
          </w:p>
        </w:tc>
        <w:tc>
          <w:tcPr>
            <w:tcW w:w="492" w:type="dxa"/>
            <w:tcMar/>
          </w:tcPr>
          <w:p w:rsidR="5D44C034" w:rsidRDefault="5D44C034" w14:paraId="48BCBE82" w14:textId="6FB356B8">
            <w:r w:rsidR="5D44C034">
              <w:rPr/>
              <w:t>3</w:t>
            </w:r>
            <w:r w:rsidR="1C9840C1">
              <w:rPr/>
              <w:t>4</w:t>
            </w:r>
          </w:p>
        </w:tc>
        <w:tc>
          <w:tcPr>
            <w:tcW w:w="777" w:type="dxa"/>
            <w:tcMar/>
          </w:tcPr>
          <w:p w:rsidR="5D44C034" w:rsidP="5D44C034" w:rsidRDefault="5D44C034" w14:paraId="027982E0">
            <w:pPr>
              <w:rPr>
                <w:b w:val="1"/>
                <w:bCs w:val="1"/>
                <w:i w:val="1"/>
                <w:iCs w:val="1"/>
              </w:rPr>
            </w:pPr>
            <w:r w:rsidRPr="5D44C034" w:rsidR="5D44C034">
              <w:rPr>
                <w:b w:val="1"/>
                <w:bCs w:val="1"/>
                <w:i w:val="1"/>
                <w:iCs w:val="1"/>
              </w:rPr>
              <w:t>Tasks</w:t>
            </w:r>
          </w:p>
        </w:tc>
        <w:tc>
          <w:tcPr>
            <w:tcW w:w="2788" w:type="dxa"/>
            <w:tcMar/>
          </w:tcPr>
          <w:p w:rsidR="4591042F" w:rsidRDefault="4591042F" w14:paraId="70250189" w14:textId="30F9A5D4">
            <w:r w:rsidRPr="5D44C034" w:rsidR="4591042F">
              <w:rPr>
                <w:rFonts w:ascii="Aptos" w:hAnsi="Aptos" w:eastAsia="Aptos" w:cs="Aptos"/>
                <w:noProof w:val="0"/>
                <w:sz w:val="22"/>
                <w:szCs w:val="22"/>
                <w:lang w:val="en-IN"/>
              </w:rPr>
              <w:t>Referral bonuses tracking</w:t>
            </w:r>
          </w:p>
        </w:tc>
        <w:tc>
          <w:tcPr>
            <w:tcW w:w="1153" w:type="dxa"/>
            <w:tcMar/>
          </w:tcPr>
          <w:p w:rsidR="5D44C034" w:rsidP="5D44C034" w:rsidRDefault="5D44C034" w14:paraId="116352A5">
            <w:pPr>
              <w:rPr>
                <w:b w:val="1"/>
                <w:bCs w:val="1"/>
                <w:i w:val="1"/>
                <w:iCs w:val="1"/>
              </w:rPr>
            </w:pPr>
            <w:r w:rsidRPr="5D44C034" w:rsidR="5D44C034">
              <w:rPr>
                <w:b w:val="1"/>
                <w:bCs w:val="1"/>
                <w:i w:val="1"/>
                <w:iCs w:val="1"/>
              </w:rPr>
              <w:t>Priority</w:t>
            </w:r>
          </w:p>
        </w:tc>
        <w:tc>
          <w:tcPr>
            <w:tcW w:w="1631" w:type="dxa"/>
            <w:tcMar/>
          </w:tcPr>
          <w:p w:rsidR="5D44C034" w:rsidP="5D44C034" w:rsidRDefault="5D44C034" w14:paraId="0F66EBA8" w14:textId="7A999BBB">
            <w:pPr>
              <w:pStyle w:val="Normal"/>
              <w:suppressLineNumbers w:val="0"/>
              <w:bidi w:val="0"/>
              <w:spacing w:before="0" w:beforeAutospacing="off" w:after="0" w:afterAutospacing="off" w:line="240" w:lineRule="auto"/>
              <w:ind w:left="0" w:right="0"/>
              <w:jc w:val="left"/>
            </w:pPr>
            <w:r w:rsidRPr="5D44C034" w:rsidR="5D44C034">
              <w:rPr>
                <w:rFonts w:ascii="Aptos" w:hAnsi="Aptos" w:eastAsia="Aptos" w:cs="Aptos"/>
                <w:noProof w:val="0"/>
                <w:sz w:val="22"/>
                <w:szCs w:val="22"/>
                <w:lang w:val="en-IN"/>
              </w:rPr>
              <w:t>Medium</w:t>
            </w:r>
          </w:p>
        </w:tc>
      </w:tr>
      <w:tr w:rsidR="5D44C034" w:rsidTr="5D44C034" w14:paraId="0F21A8F3">
        <w:trPr>
          <w:trHeight w:val="300"/>
        </w:trPr>
        <w:tc>
          <w:tcPr>
            <w:tcW w:w="2175" w:type="dxa"/>
            <w:tcMar/>
          </w:tcPr>
          <w:p w:rsidR="5D44C034" w:rsidP="5D44C034" w:rsidRDefault="5D44C034" w14:paraId="1DF2CE2E">
            <w:pPr>
              <w:rPr>
                <w:b w:val="1"/>
                <w:bCs w:val="1"/>
                <w:i w:val="1"/>
                <w:iCs w:val="1"/>
              </w:rPr>
            </w:pPr>
            <w:r w:rsidRPr="5D44C034" w:rsidR="5D44C034">
              <w:rPr>
                <w:b w:val="1"/>
                <w:bCs w:val="1"/>
                <w:i w:val="1"/>
                <w:iCs w:val="1"/>
              </w:rPr>
              <w:t>Value statement</w:t>
            </w:r>
          </w:p>
        </w:tc>
        <w:tc>
          <w:tcPr>
            <w:tcW w:w="6841" w:type="dxa"/>
            <w:gridSpan w:val="5"/>
            <w:tcMar/>
          </w:tcPr>
          <w:p w:rsidR="3B8E9945" w:rsidRDefault="3B8E9945" w14:paraId="78D53895" w14:textId="687487B5">
            <w:r w:rsidRPr="5D44C034" w:rsidR="3B8E9945">
              <w:rPr>
                <w:rFonts w:ascii="Aptos" w:hAnsi="Aptos" w:eastAsia="Aptos" w:cs="Aptos"/>
                <w:noProof w:val="0"/>
                <w:sz w:val="22"/>
                <w:szCs w:val="22"/>
                <w:lang w:val="en-IN"/>
              </w:rPr>
              <w:t>As a user, I want to view my referral bonuses so that I can see rewards earned from inviting others.</w:t>
            </w:r>
          </w:p>
        </w:tc>
      </w:tr>
      <w:tr w:rsidR="5D44C034" w:rsidTr="5D44C034" w14:paraId="04A84E59">
        <w:trPr>
          <w:trHeight w:val="300"/>
        </w:trPr>
        <w:tc>
          <w:tcPr>
            <w:tcW w:w="2175" w:type="dxa"/>
            <w:tcMar/>
          </w:tcPr>
          <w:p w:rsidR="5D44C034" w:rsidP="5D44C034" w:rsidRDefault="5D44C034" w14:paraId="1598442D">
            <w:pPr>
              <w:rPr>
                <w:b w:val="1"/>
                <w:bCs w:val="1"/>
                <w:i w:val="1"/>
                <w:iCs w:val="1"/>
              </w:rPr>
            </w:pPr>
            <w:r w:rsidRPr="5D44C034" w:rsidR="5D44C034">
              <w:rPr>
                <w:b w:val="1"/>
                <w:bCs w:val="1"/>
                <w:i w:val="1"/>
                <w:iCs w:val="1"/>
              </w:rPr>
              <w:t>BV</w:t>
            </w:r>
          </w:p>
        </w:tc>
        <w:tc>
          <w:tcPr>
            <w:tcW w:w="1269" w:type="dxa"/>
            <w:gridSpan w:val="2"/>
            <w:tcMar/>
          </w:tcPr>
          <w:p w:rsidR="39B76AA7" w:rsidP="5D44C034" w:rsidRDefault="39B76AA7" w14:paraId="1EA03619" w14:textId="2FA13EE3">
            <w:pPr>
              <w:pStyle w:val="Normal"/>
              <w:suppressLineNumbers w:val="0"/>
              <w:bidi w:val="0"/>
              <w:spacing w:before="0" w:beforeAutospacing="off" w:after="0" w:afterAutospacing="off" w:line="240" w:lineRule="auto"/>
              <w:ind w:left="0" w:right="0"/>
              <w:jc w:val="left"/>
            </w:pPr>
            <w:r w:rsidR="39B76AA7">
              <w:rPr/>
              <w:t>10</w:t>
            </w:r>
          </w:p>
        </w:tc>
        <w:tc>
          <w:tcPr>
            <w:tcW w:w="2788" w:type="dxa"/>
            <w:tcMar/>
          </w:tcPr>
          <w:p w:rsidR="5D44C034" w:rsidP="5D44C034" w:rsidRDefault="5D44C034" w14:paraId="07A600D3">
            <w:pPr>
              <w:rPr>
                <w:b w:val="1"/>
                <w:bCs w:val="1"/>
                <w:i w:val="1"/>
                <w:iCs w:val="1"/>
              </w:rPr>
            </w:pPr>
            <w:r w:rsidRPr="5D44C034" w:rsidR="5D44C034">
              <w:rPr>
                <w:b w:val="1"/>
                <w:bCs w:val="1"/>
                <w:i w:val="1"/>
                <w:iCs w:val="1"/>
              </w:rPr>
              <w:t>CP</w:t>
            </w:r>
          </w:p>
        </w:tc>
        <w:tc>
          <w:tcPr>
            <w:tcW w:w="2784" w:type="dxa"/>
            <w:gridSpan w:val="2"/>
            <w:tcMar/>
          </w:tcPr>
          <w:p w:rsidR="5D44C034" w:rsidP="5D44C034" w:rsidRDefault="5D44C034" w14:paraId="6F58FA25" w14:textId="577F52CD">
            <w:pPr>
              <w:pStyle w:val="Normal"/>
              <w:suppressLineNumbers w:val="0"/>
              <w:bidi w:val="0"/>
              <w:spacing w:before="0" w:beforeAutospacing="off" w:after="0" w:afterAutospacing="off" w:line="240" w:lineRule="auto"/>
              <w:ind w:left="0" w:right="0"/>
              <w:jc w:val="left"/>
            </w:pPr>
            <w:r w:rsidR="5D44C034">
              <w:rPr/>
              <w:t>3</w:t>
            </w:r>
          </w:p>
        </w:tc>
      </w:tr>
      <w:tr w:rsidR="5D44C034" w:rsidTr="5D44C034" w14:paraId="271FA0FC">
        <w:trPr>
          <w:trHeight w:val="300"/>
        </w:trPr>
        <w:tc>
          <w:tcPr>
            <w:tcW w:w="9016" w:type="dxa"/>
            <w:gridSpan w:val="6"/>
            <w:tcMar/>
          </w:tcPr>
          <w:p w:rsidR="5D44C034" w:rsidP="5D44C034" w:rsidRDefault="5D44C034" w14:paraId="19F134C2" w14:textId="4F31FA75">
            <w:pPr>
              <w:rPr>
                <w:b w:val="1"/>
                <w:bCs w:val="1"/>
                <w:i w:val="1"/>
                <w:iCs w:val="1"/>
              </w:rPr>
            </w:pPr>
            <w:r w:rsidRPr="5D44C034" w:rsidR="5D44C034">
              <w:rPr>
                <w:b w:val="1"/>
                <w:bCs w:val="1"/>
                <w:i w:val="1"/>
                <w:iCs w:val="1"/>
              </w:rPr>
              <w:t>Acceptance criteria</w:t>
            </w:r>
          </w:p>
          <w:p w:rsidR="0089879C" w:rsidP="5D44C034" w:rsidRDefault="0089879C" w14:paraId="1D53D2BA" w14:textId="4BBEEBD8">
            <w:pPr>
              <w:pStyle w:val="ListParagraph"/>
              <w:numPr>
                <w:ilvl w:val="0"/>
                <w:numId w:val="35"/>
              </w:numPr>
              <w:rPr>
                <w:noProof w:val="0"/>
                <w:lang w:val="en-IN"/>
              </w:rPr>
            </w:pPr>
            <w:r w:rsidRPr="5D44C034" w:rsidR="0089879C">
              <w:rPr>
                <w:noProof w:val="0"/>
                <w:lang w:val="en-IN"/>
              </w:rPr>
              <w:t>Bonus history page accessible.</w:t>
            </w:r>
          </w:p>
          <w:p w:rsidR="0089879C" w:rsidP="5D44C034" w:rsidRDefault="0089879C" w14:paraId="1902E7FF" w14:textId="10B4731B">
            <w:pPr>
              <w:pStyle w:val="ListParagraph"/>
              <w:numPr>
                <w:ilvl w:val="0"/>
                <w:numId w:val="35"/>
              </w:numPr>
              <w:rPr>
                <w:noProof w:val="0"/>
                <w:lang w:val="en-IN"/>
              </w:rPr>
            </w:pPr>
            <w:r w:rsidRPr="5D44C034" w:rsidR="0089879C">
              <w:rPr>
                <w:noProof w:val="0"/>
                <w:lang w:val="en-IN"/>
              </w:rPr>
              <w:t>Statuses displayed clearly.</w:t>
            </w:r>
          </w:p>
          <w:p w:rsidR="0089879C" w:rsidP="5D44C034" w:rsidRDefault="0089879C" w14:paraId="3D68262E" w14:textId="74EA66C0">
            <w:pPr>
              <w:pStyle w:val="ListParagraph"/>
              <w:numPr>
                <w:ilvl w:val="0"/>
                <w:numId w:val="35"/>
              </w:numPr>
              <w:rPr>
                <w:noProof w:val="0"/>
                <w:lang w:val="en-IN"/>
              </w:rPr>
            </w:pPr>
            <w:r w:rsidRPr="5D44C034" w:rsidR="0089879C">
              <w:rPr>
                <w:noProof w:val="0"/>
                <w:lang w:val="en-IN"/>
              </w:rPr>
              <w:t>Integration with wallet verified.</w:t>
            </w:r>
          </w:p>
          <w:p w:rsidR="0089879C" w:rsidP="5D44C034" w:rsidRDefault="0089879C" w14:paraId="3877B1D8" w14:textId="71849863">
            <w:pPr>
              <w:pStyle w:val="ListParagraph"/>
              <w:numPr>
                <w:ilvl w:val="0"/>
                <w:numId w:val="35"/>
              </w:numPr>
              <w:rPr>
                <w:noProof w:val="0"/>
                <w:lang w:val="en-IN"/>
              </w:rPr>
            </w:pPr>
            <w:r w:rsidRPr="5D44C034" w:rsidR="0089879C">
              <w:rPr>
                <w:noProof w:val="0"/>
                <w:lang w:val="en-IN"/>
              </w:rPr>
              <w:t>Report export option works.</w:t>
            </w:r>
          </w:p>
          <w:p w:rsidR="0089879C" w:rsidP="5D44C034" w:rsidRDefault="0089879C" w14:paraId="22DC6D56" w14:textId="4525D97F">
            <w:pPr>
              <w:pStyle w:val="ListParagraph"/>
              <w:numPr>
                <w:ilvl w:val="0"/>
                <w:numId w:val="35"/>
              </w:numPr>
              <w:rPr>
                <w:noProof w:val="0"/>
                <w:lang w:val="en-IN"/>
              </w:rPr>
            </w:pPr>
            <w:r w:rsidRPr="5D44C034" w:rsidR="0089879C">
              <w:rPr>
                <w:noProof w:val="0"/>
                <w:lang w:val="en-IN"/>
              </w:rPr>
              <w:t>Notifications sent for approvals.</w:t>
            </w:r>
          </w:p>
        </w:tc>
      </w:tr>
    </w:tbl>
    <w:p w:rsidR="5D44C034" w:rsidP="5D44C034" w:rsidRDefault="5D44C034" w14:paraId="41258187" w14:textId="5B364210">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574E461D">
        <w:trPr>
          <w:trHeight w:val="300"/>
        </w:trPr>
        <w:tc>
          <w:tcPr>
            <w:tcW w:w="2175" w:type="dxa"/>
            <w:tcMar/>
          </w:tcPr>
          <w:p w:rsidR="5D44C034" w:rsidP="5D44C034" w:rsidRDefault="5D44C034" w14:paraId="1170E7D7">
            <w:pPr>
              <w:rPr>
                <w:b w:val="1"/>
                <w:bCs w:val="1"/>
                <w:i w:val="1"/>
                <w:iCs w:val="1"/>
              </w:rPr>
            </w:pPr>
            <w:r w:rsidRPr="5D44C034" w:rsidR="5D44C034">
              <w:rPr>
                <w:b w:val="1"/>
                <w:bCs w:val="1"/>
                <w:i w:val="1"/>
                <w:iCs w:val="1"/>
              </w:rPr>
              <w:t>User story No</w:t>
            </w:r>
          </w:p>
        </w:tc>
        <w:tc>
          <w:tcPr>
            <w:tcW w:w="492" w:type="dxa"/>
            <w:tcMar/>
          </w:tcPr>
          <w:p w:rsidR="5D44C034" w:rsidRDefault="5D44C034" w14:paraId="3FDB72DB" w14:textId="4B00A459">
            <w:r w:rsidR="5D44C034">
              <w:rPr/>
              <w:t>3</w:t>
            </w:r>
            <w:r w:rsidR="56C76AC4">
              <w:rPr/>
              <w:t>5</w:t>
            </w:r>
          </w:p>
        </w:tc>
        <w:tc>
          <w:tcPr>
            <w:tcW w:w="777" w:type="dxa"/>
            <w:tcMar/>
          </w:tcPr>
          <w:p w:rsidR="5D44C034" w:rsidP="5D44C034" w:rsidRDefault="5D44C034" w14:paraId="137840E3">
            <w:pPr>
              <w:rPr>
                <w:b w:val="1"/>
                <w:bCs w:val="1"/>
                <w:i w:val="1"/>
                <w:iCs w:val="1"/>
              </w:rPr>
            </w:pPr>
            <w:r w:rsidRPr="5D44C034" w:rsidR="5D44C034">
              <w:rPr>
                <w:b w:val="1"/>
                <w:bCs w:val="1"/>
                <w:i w:val="1"/>
                <w:iCs w:val="1"/>
              </w:rPr>
              <w:t>Tasks</w:t>
            </w:r>
          </w:p>
        </w:tc>
        <w:tc>
          <w:tcPr>
            <w:tcW w:w="2788" w:type="dxa"/>
            <w:tcMar/>
          </w:tcPr>
          <w:p w:rsidR="3FB92532" w:rsidRDefault="3FB92532" w14:paraId="52F8F201" w14:textId="5F2E0CCE">
            <w:r w:rsidRPr="5D44C034" w:rsidR="3FB92532">
              <w:rPr>
                <w:rFonts w:ascii="Aptos" w:hAnsi="Aptos" w:eastAsia="Aptos" w:cs="Aptos"/>
                <w:noProof w:val="0"/>
                <w:sz w:val="22"/>
                <w:szCs w:val="22"/>
                <w:lang w:val="en-IN"/>
              </w:rPr>
              <w:t>Analytics dashboard</w:t>
            </w:r>
          </w:p>
        </w:tc>
        <w:tc>
          <w:tcPr>
            <w:tcW w:w="1153" w:type="dxa"/>
            <w:tcMar/>
          </w:tcPr>
          <w:p w:rsidR="5D44C034" w:rsidP="5D44C034" w:rsidRDefault="5D44C034" w14:paraId="3E949B0C">
            <w:pPr>
              <w:rPr>
                <w:b w:val="1"/>
                <w:bCs w:val="1"/>
                <w:i w:val="1"/>
                <w:iCs w:val="1"/>
              </w:rPr>
            </w:pPr>
            <w:r w:rsidRPr="5D44C034" w:rsidR="5D44C034">
              <w:rPr>
                <w:b w:val="1"/>
                <w:bCs w:val="1"/>
                <w:i w:val="1"/>
                <w:iCs w:val="1"/>
              </w:rPr>
              <w:t>Priority</w:t>
            </w:r>
          </w:p>
        </w:tc>
        <w:tc>
          <w:tcPr>
            <w:tcW w:w="1631" w:type="dxa"/>
            <w:tcMar/>
          </w:tcPr>
          <w:p w:rsidR="36C3FB65" w:rsidP="5D44C034" w:rsidRDefault="36C3FB65" w14:paraId="6E5D783B" w14:textId="08DBF252">
            <w:pPr>
              <w:pStyle w:val="Normal"/>
              <w:suppressLineNumbers w:val="0"/>
              <w:bidi w:val="0"/>
              <w:spacing w:before="0" w:beforeAutospacing="off" w:after="0" w:afterAutospacing="off" w:line="240" w:lineRule="auto"/>
              <w:ind w:left="0" w:right="0"/>
              <w:jc w:val="left"/>
            </w:pPr>
            <w:r w:rsidRPr="5D44C034" w:rsidR="36C3FB65">
              <w:rPr>
                <w:rFonts w:ascii="Aptos" w:hAnsi="Aptos" w:eastAsia="Aptos" w:cs="Aptos"/>
                <w:noProof w:val="0"/>
                <w:sz w:val="22"/>
                <w:szCs w:val="22"/>
                <w:lang w:val="en-IN"/>
              </w:rPr>
              <w:t xml:space="preserve">High </w:t>
            </w:r>
          </w:p>
        </w:tc>
      </w:tr>
      <w:tr w:rsidR="5D44C034" w:rsidTr="5D44C034" w14:paraId="1FB4655F">
        <w:trPr>
          <w:trHeight w:val="300"/>
        </w:trPr>
        <w:tc>
          <w:tcPr>
            <w:tcW w:w="2175" w:type="dxa"/>
            <w:tcMar/>
          </w:tcPr>
          <w:p w:rsidR="5D44C034" w:rsidP="5D44C034" w:rsidRDefault="5D44C034" w14:paraId="591660F9">
            <w:pPr>
              <w:rPr>
                <w:b w:val="1"/>
                <w:bCs w:val="1"/>
                <w:i w:val="1"/>
                <w:iCs w:val="1"/>
              </w:rPr>
            </w:pPr>
            <w:r w:rsidRPr="5D44C034" w:rsidR="5D44C034">
              <w:rPr>
                <w:b w:val="1"/>
                <w:bCs w:val="1"/>
                <w:i w:val="1"/>
                <w:iCs w:val="1"/>
              </w:rPr>
              <w:t>Value statement</w:t>
            </w:r>
          </w:p>
        </w:tc>
        <w:tc>
          <w:tcPr>
            <w:tcW w:w="6841" w:type="dxa"/>
            <w:gridSpan w:val="5"/>
            <w:tcMar/>
          </w:tcPr>
          <w:p w:rsidR="0B4AE3E2" w:rsidRDefault="0B4AE3E2" w14:paraId="1C843C15" w14:textId="70B3B027">
            <w:r w:rsidRPr="5D44C034" w:rsidR="0B4AE3E2">
              <w:rPr>
                <w:rFonts w:ascii="Aptos" w:hAnsi="Aptos" w:eastAsia="Aptos" w:cs="Aptos"/>
                <w:noProof w:val="0"/>
                <w:sz w:val="22"/>
                <w:szCs w:val="22"/>
                <w:lang w:val="en-IN"/>
              </w:rPr>
              <w:t>As a sales manager, I want an analytics dashboard so that I can track trends and make data-driven decisions.</w:t>
            </w:r>
          </w:p>
        </w:tc>
      </w:tr>
      <w:tr w:rsidR="5D44C034" w:rsidTr="5D44C034" w14:paraId="71C76EA9">
        <w:trPr>
          <w:trHeight w:val="300"/>
        </w:trPr>
        <w:tc>
          <w:tcPr>
            <w:tcW w:w="2175" w:type="dxa"/>
            <w:tcMar/>
          </w:tcPr>
          <w:p w:rsidR="5D44C034" w:rsidP="5D44C034" w:rsidRDefault="5D44C034" w14:paraId="59B9DD63">
            <w:pPr>
              <w:rPr>
                <w:b w:val="1"/>
                <w:bCs w:val="1"/>
                <w:i w:val="1"/>
                <w:iCs w:val="1"/>
              </w:rPr>
            </w:pPr>
            <w:r w:rsidRPr="5D44C034" w:rsidR="5D44C034">
              <w:rPr>
                <w:b w:val="1"/>
                <w:bCs w:val="1"/>
                <w:i w:val="1"/>
                <w:iCs w:val="1"/>
              </w:rPr>
              <w:t>BV</w:t>
            </w:r>
          </w:p>
        </w:tc>
        <w:tc>
          <w:tcPr>
            <w:tcW w:w="1269" w:type="dxa"/>
            <w:gridSpan w:val="2"/>
            <w:tcMar/>
          </w:tcPr>
          <w:p w:rsidR="09B5519D" w:rsidP="5D44C034" w:rsidRDefault="09B5519D" w14:paraId="67EEB37A" w14:textId="643B59B4">
            <w:pPr>
              <w:pStyle w:val="Normal"/>
              <w:suppressLineNumbers w:val="0"/>
              <w:bidi w:val="0"/>
              <w:spacing w:before="0" w:beforeAutospacing="off" w:after="0" w:afterAutospacing="off" w:line="240" w:lineRule="auto"/>
              <w:ind w:left="0" w:right="0"/>
              <w:jc w:val="left"/>
            </w:pPr>
            <w:r w:rsidR="09B5519D">
              <w:rPr/>
              <w:t>20</w:t>
            </w:r>
          </w:p>
        </w:tc>
        <w:tc>
          <w:tcPr>
            <w:tcW w:w="2788" w:type="dxa"/>
            <w:tcMar/>
          </w:tcPr>
          <w:p w:rsidR="5D44C034" w:rsidP="5D44C034" w:rsidRDefault="5D44C034" w14:paraId="757296CC">
            <w:pPr>
              <w:rPr>
                <w:b w:val="1"/>
                <w:bCs w:val="1"/>
                <w:i w:val="1"/>
                <w:iCs w:val="1"/>
              </w:rPr>
            </w:pPr>
            <w:r w:rsidRPr="5D44C034" w:rsidR="5D44C034">
              <w:rPr>
                <w:b w:val="1"/>
                <w:bCs w:val="1"/>
                <w:i w:val="1"/>
                <w:iCs w:val="1"/>
              </w:rPr>
              <w:t>CP</w:t>
            </w:r>
          </w:p>
        </w:tc>
        <w:tc>
          <w:tcPr>
            <w:tcW w:w="2784" w:type="dxa"/>
            <w:gridSpan w:val="2"/>
            <w:tcMar/>
          </w:tcPr>
          <w:p w:rsidR="3CC5C5D6" w:rsidP="5D44C034" w:rsidRDefault="3CC5C5D6" w14:paraId="52093E34" w14:textId="624E7C57">
            <w:pPr>
              <w:pStyle w:val="Normal"/>
              <w:suppressLineNumbers w:val="0"/>
              <w:bidi w:val="0"/>
              <w:spacing w:before="0" w:beforeAutospacing="off" w:after="0" w:afterAutospacing="off" w:line="240" w:lineRule="auto"/>
              <w:ind w:left="0" w:right="0"/>
              <w:jc w:val="left"/>
            </w:pPr>
            <w:r w:rsidR="3CC5C5D6">
              <w:rPr/>
              <w:t>8</w:t>
            </w:r>
          </w:p>
        </w:tc>
      </w:tr>
      <w:tr w:rsidR="5D44C034" w:rsidTr="5D44C034" w14:paraId="4E7A3F68">
        <w:trPr>
          <w:trHeight w:val="300"/>
        </w:trPr>
        <w:tc>
          <w:tcPr>
            <w:tcW w:w="9016" w:type="dxa"/>
            <w:gridSpan w:val="6"/>
            <w:tcMar/>
          </w:tcPr>
          <w:p w:rsidR="5D44C034" w:rsidP="5D44C034" w:rsidRDefault="5D44C034" w14:paraId="089E7DAC" w14:textId="54C9ACBE">
            <w:pPr>
              <w:rPr>
                <w:b w:val="1"/>
                <w:bCs w:val="1"/>
                <w:i w:val="1"/>
                <w:iCs w:val="1"/>
              </w:rPr>
            </w:pPr>
            <w:r w:rsidRPr="5D44C034" w:rsidR="5D44C034">
              <w:rPr>
                <w:b w:val="1"/>
                <w:bCs w:val="1"/>
                <w:i w:val="1"/>
                <w:iCs w:val="1"/>
              </w:rPr>
              <w:t>Acceptance criteria</w:t>
            </w:r>
          </w:p>
          <w:p w:rsidR="21889802" w:rsidP="5D44C034" w:rsidRDefault="21889802" w14:paraId="6E9F67E5" w14:textId="1A798F56">
            <w:pPr>
              <w:pStyle w:val="ListParagraph"/>
              <w:numPr>
                <w:ilvl w:val="0"/>
                <w:numId w:val="36"/>
              </w:numPr>
              <w:rPr>
                <w:noProof w:val="0"/>
                <w:lang w:val="en-IN"/>
              </w:rPr>
            </w:pPr>
            <w:r w:rsidRPr="5D44C034" w:rsidR="21889802">
              <w:rPr>
                <w:noProof w:val="0"/>
                <w:lang w:val="en-IN"/>
              </w:rPr>
              <w:t>Dashboard shows sales, revenue, leads.</w:t>
            </w:r>
          </w:p>
          <w:p w:rsidR="21889802" w:rsidP="5D44C034" w:rsidRDefault="21889802" w14:paraId="540D7408" w14:textId="0DB99310">
            <w:pPr>
              <w:pStyle w:val="ListParagraph"/>
              <w:numPr>
                <w:ilvl w:val="0"/>
                <w:numId w:val="36"/>
              </w:numPr>
              <w:rPr>
                <w:noProof w:val="0"/>
                <w:lang w:val="en-IN"/>
              </w:rPr>
            </w:pPr>
            <w:r w:rsidRPr="5D44C034" w:rsidR="21889802">
              <w:rPr>
                <w:noProof w:val="0"/>
                <w:lang w:val="en-IN"/>
              </w:rPr>
              <w:t>Filters applied correctly.</w:t>
            </w:r>
          </w:p>
          <w:p w:rsidR="21889802" w:rsidP="5D44C034" w:rsidRDefault="21889802" w14:paraId="4C1053FF" w14:textId="2AB5F650">
            <w:pPr>
              <w:pStyle w:val="ListParagraph"/>
              <w:numPr>
                <w:ilvl w:val="0"/>
                <w:numId w:val="36"/>
              </w:numPr>
              <w:rPr>
                <w:noProof w:val="0"/>
                <w:lang w:val="en-IN"/>
              </w:rPr>
            </w:pPr>
            <w:r w:rsidRPr="5D44C034" w:rsidR="21889802">
              <w:rPr>
                <w:noProof w:val="0"/>
                <w:lang w:val="en-IN"/>
              </w:rPr>
              <w:t>Data exportable as Excel/PDF.</w:t>
            </w:r>
          </w:p>
          <w:p w:rsidR="21889802" w:rsidP="5D44C034" w:rsidRDefault="21889802" w14:paraId="37DC447D" w14:textId="5B647C6F">
            <w:pPr>
              <w:pStyle w:val="ListParagraph"/>
              <w:numPr>
                <w:ilvl w:val="0"/>
                <w:numId w:val="36"/>
              </w:numPr>
              <w:rPr>
                <w:noProof w:val="0"/>
                <w:lang w:val="en-IN"/>
              </w:rPr>
            </w:pPr>
            <w:r w:rsidRPr="5D44C034" w:rsidR="21889802">
              <w:rPr>
                <w:noProof w:val="0"/>
                <w:lang w:val="en-IN"/>
              </w:rPr>
              <w:t>Dashboard refreshes in real-time.</w:t>
            </w:r>
          </w:p>
          <w:p w:rsidR="21889802" w:rsidP="5D44C034" w:rsidRDefault="21889802" w14:paraId="168F82AE" w14:textId="558E5EDA">
            <w:pPr>
              <w:pStyle w:val="ListParagraph"/>
              <w:numPr>
                <w:ilvl w:val="0"/>
                <w:numId w:val="36"/>
              </w:numPr>
              <w:rPr>
                <w:noProof w:val="0"/>
                <w:lang w:val="en-IN"/>
              </w:rPr>
            </w:pPr>
            <w:r w:rsidRPr="5D44C034" w:rsidR="21889802">
              <w:rPr>
                <w:noProof w:val="0"/>
                <w:lang w:val="en-IN"/>
              </w:rPr>
              <w:t>User access restricted by role.</w:t>
            </w:r>
          </w:p>
        </w:tc>
      </w:tr>
    </w:tbl>
    <w:p w:rsidR="5D44C034" w:rsidP="5D44C034" w:rsidRDefault="5D44C034" w14:paraId="34F4B93A" w14:textId="033C8304">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30596775">
        <w:trPr>
          <w:trHeight w:val="300"/>
        </w:trPr>
        <w:tc>
          <w:tcPr>
            <w:tcW w:w="2175" w:type="dxa"/>
            <w:tcMar/>
          </w:tcPr>
          <w:p w:rsidR="5D44C034" w:rsidP="5D44C034" w:rsidRDefault="5D44C034" w14:paraId="2775FF8D">
            <w:pPr>
              <w:rPr>
                <w:b w:val="1"/>
                <w:bCs w:val="1"/>
                <w:i w:val="1"/>
                <w:iCs w:val="1"/>
              </w:rPr>
            </w:pPr>
            <w:r w:rsidRPr="5D44C034" w:rsidR="5D44C034">
              <w:rPr>
                <w:b w:val="1"/>
                <w:bCs w:val="1"/>
                <w:i w:val="1"/>
                <w:iCs w:val="1"/>
              </w:rPr>
              <w:t>User story No</w:t>
            </w:r>
          </w:p>
        </w:tc>
        <w:tc>
          <w:tcPr>
            <w:tcW w:w="492" w:type="dxa"/>
            <w:tcMar/>
          </w:tcPr>
          <w:p w:rsidR="5D44C034" w:rsidRDefault="5D44C034" w14:paraId="63420C71" w14:textId="719EA155">
            <w:r w:rsidR="5D44C034">
              <w:rPr/>
              <w:t>3</w:t>
            </w:r>
            <w:r w:rsidR="78F1E72C">
              <w:rPr/>
              <w:t>6</w:t>
            </w:r>
          </w:p>
        </w:tc>
        <w:tc>
          <w:tcPr>
            <w:tcW w:w="777" w:type="dxa"/>
            <w:tcMar/>
          </w:tcPr>
          <w:p w:rsidR="5D44C034" w:rsidP="5D44C034" w:rsidRDefault="5D44C034" w14:paraId="6C299273">
            <w:pPr>
              <w:rPr>
                <w:b w:val="1"/>
                <w:bCs w:val="1"/>
                <w:i w:val="1"/>
                <w:iCs w:val="1"/>
              </w:rPr>
            </w:pPr>
            <w:r w:rsidRPr="5D44C034" w:rsidR="5D44C034">
              <w:rPr>
                <w:b w:val="1"/>
                <w:bCs w:val="1"/>
                <w:i w:val="1"/>
                <w:iCs w:val="1"/>
              </w:rPr>
              <w:t>Tasks</w:t>
            </w:r>
          </w:p>
        </w:tc>
        <w:tc>
          <w:tcPr>
            <w:tcW w:w="2788" w:type="dxa"/>
            <w:tcMar/>
          </w:tcPr>
          <w:p w:rsidR="4F33C507" w:rsidRDefault="4F33C507" w14:paraId="30C4723F" w14:textId="640DE830">
            <w:r w:rsidRPr="5D44C034" w:rsidR="4F33C507">
              <w:rPr>
                <w:rFonts w:ascii="Aptos" w:hAnsi="Aptos" w:eastAsia="Aptos" w:cs="Aptos"/>
                <w:noProof w:val="0"/>
                <w:sz w:val="22"/>
                <w:szCs w:val="22"/>
                <w:lang w:val="en-IN"/>
              </w:rPr>
              <w:t>Download reports</w:t>
            </w:r>
          </w:p>
        </w:tc>
        <w:tc>
          <w:tcPr>
            <w:tcW w:w="1153" w:type="dxa"/>
            <w:tcMar/>
          </w:tcPr>
          <w:p w:rsidR="5D44C034" w:rsidP="5D44C034" w:rsidRDefault="5D44C034" w14:paraId="41766C62">
            <w:pPr>
              <w:rPr>
                <w:b w:val="1"/>
                <w:bCs w:val="1"/>
                <w:i w:val="1"/>
                <w:iCs w:val="1"/>
              </w:rPr>
            </w:pPr>
            <w:r w:rsidRPr="5D44C034" w:rsidR="5D44C034">
              <w:rPr>
                <w:b w:val="1"/>
                <w:bCs w:val="1"/>
                <w:i w:val="1"/>
                <w:iCs w:val="1"/>
              </w:rPr>
              <w:t>Priority</w:t>
            </w:r>
          </w:p>
        </w:tc>
        <w:tc>
          <w:tcPr>
            <w:tcW w:w="1631" w:type="dxa"/>
            <w:tcMar/>
          </w:tcPr>
          <w:p w:rsidR="3E7407FA" w:rsidP="5D44C034" w:rsidRDefault="3E7407FA" w14:paraId="1624EDE6" w14:textId="3E4836AF">
            <w:pPr>
              <w:pStyle w:val="Normal"/>
              <w:suppressLineNumbers w:val="0"/>
              <w:bidi w:val="0"/>
              <w:spacing w:before="0" w:beforeAutospacing="off" w:after="0" w:afterAutospacing="off" w:line="240" w:lineRule="auto"/>
              <w:ind w:left="0" w:right="0"/>
              <w:jc w:val="left"/>
            </w:pPr>
            <w:r w:rsidRPr="5D44C034" w:rsidR="3E7407FA">
              <w:rPr>
                <w:rFonts w:ascii="Aptos" w:hAnsi="Aptos" w:eastAsia="Aptos" w:cs="Aptos"/>
                <w:noProof w:val="0"/>
                <w:sz w:val="22"/>
                <w:szCs w:val="22"/>
                <w:lang w:val="en-IN"/>
              </w:rPr>
              <w:t xml:space="preserve">Medium </w:t>
            </w:r>
          </w:p>
        </w:tc>
      </w:tr>
      <w:tr w:rsidR="5D44C034" w:rsidTr="5D44C034" w14:paraId="134C5B86">
        <w:trPr>
          <w:trHeight w:val="300"/>
        </w:trPr>
        <w:tc>
          <w:tcPr>
            <w:tcW w:w="2175" w:type="dxa"/>
            <w:tcMar/>
          </w:tcPr>
          <w:p w:rsidR="5D44C034" w:rsidP="5D44C034" w:rsidRDefault="5D44C034" w14:paraId="7AFF9706">
            <w:pPr>
              <w:rPr>
                <w:b w:val="1"/>
                <w:bCs w:val="1"/>
                <w:i w:val="1"/>
                <w:iCs w:val="1"/>
              </w:rPr>
            </w:pPr>
            <w:r w:rsidRPr="5D44C034" w:rsidR="5D44C034">
              <w:rPr>
                <w:b w:val="1"/>
                <w:bCs w:val="1"/>
                <w:i w:val="1"/>
                <w:iCs w:val="1"/>
              </w:rPr>
              <w:t>Value statement</w:t>
            </w:r>
          </w:p>
        </w:tc>
        <w:tc>
          <w:tcPr>
            <w:tcW w:w="6841" w:type="dxa"/>
            <w:gridSpan w:val="5"/>
            <w:tcMar/>
          </w:tcPr>
          <w:p w:rsidR="2B7C593B" w:rsidRDefault="2B7C593B" w14:paraId="33A11306" w14:textId="2F0F49E3">
            <w:r w:rsidRPr="5D44C034" w:rsidR="2B7C593B">
              <w:rPr>
                <w:rFonts w:ascii="Aptos" w:hAnsi="Aptos" w:eastAsia="Aptos" w:cs="Aptos"/>
                <w:noProof w:val="0"/>
                <w:sz w:val="22"/>
                <w:szCs w:val="22"/>
                <w:lang w:val="en-IN"/>
              </w:rPr>
              <w:t>As a sales representative, I want to download reports so that I can share them with clients and managers.</w:t>
            </w:r>
          </w:p>
        </w:tc>
      </w:tr>
      <w:tr w:rsidR="5D44C034" w:rsidTr="5D44C034" w14:paraId="62CA12AD">
        <w:trPr>
          <w:trHeight w:val="300"/>
        </w:trPr>
        <w:tc>
          <w:tcPr>
            <w:tcW w:w="2175" w:type="dxa"/>
            <w:tcMar/>
          </w:tcPr>
          <w:p w:rsidR="5D44C034" w:rsidP="5D44C034" w:rsidRDefault="5D44C034" w14:paraId="232CF2C0">
            <w:pPr>
              <w:rPr>
                <w:b w:val="1"/>
                <w:bCs w:val="1"/>
                <w:i w:val="1"/>
                <w:iCs w:val="1"/>
              </w:rPr>
            </w:pPr>
            <w:r w:rsidRPr="5D44C034" w:rsidR="5D44C034">
              <w:rPr>
                <w:b w:val="1"/>
                <w:bCs w:val="1"/>
                <w:i w:val="1"/>
                <w:iCs w:val="1"/>
              </w:rPr>
              <w:t>BV</w:t>
            </w:r>
          </w:p>
        </w:tc>
        <w:tc>
          <w:tcPr>
            <w:tcW w:w="1269" w:type="dxa"/>
            <w:gridSpan w:val="2"/>
            <w:tcMar/>
          </w:tcPr>
          <w:p w:rsidR="1D609FCD" w:rsidP="5D44C034" w:rsidRDefault="1D609FCD" w14:paraId="1AEDBC7E" w14:textId="42F08DCD">
            <w:pPr>
              <w:pStyle w:val="Normal"/>
              <w:suppressLineNumbers w:val="0"/>
              <w:bidi w:val="0"/>
              <w:spacing w:before="0" w:beforeAutospacing="off" w:after="0" w:afterAutospacing="off" w:line="240" w:lineRule="auto"/>
              <w:ind w:left="0" w:right="0"/>
              <w:jc w:val="left"/>
            </w:pPr>
            <w:r w:rsidR="1D609FCD">
              <w:rPr/>
              <w:t>10</w:t>
            </w:r>
          </w:p>
        </w:tc>
        <w:tc>
          <w:tcPr>
            <w:tcW w:w="2788" w:type="dxa"/>
            <w:tcMar/>
          </w:tcPr>
          <w:p w:rsidR="5D44C034" w:rsidP="5D44C034" w:rsidRDefault="5D44C034" w14:paraId="1348D3B7">
            <w:pPr>
              <w:rPr>
                <w:b w:val="1"/>
                <w:bCs w:val="1"/>
                <w:i w:val="1"/>
                <w:iCs w:val="1"/>
              </w:rPr>
            </w:pPr>
            <w:r w:rsidRPr="5D44C034" w:rsidR="5D44C034">
              <w:rPr>
                <w:b w:val="1"/>
                <w:bCs w:val="1"/>
                <w:i w:val="1"/>
                <w:iCs w:val="1"/>
              </w:rPr>
              <w:t>CP</w:t>
            </w:r>
          </w:p>
        </w:tc>
        <w:tc>
          <w:tcPr>
            <w:tcW w:w="2784" w:type="dxa"/>
            <w:gridSpan w:val="2"/>
            <w:tcMar/>
          </w:tcPr>
          <w:p w:rsidR="5C5ECE9B" w:rsidP="5D44C034" w:rsidRDefault="5C5ECE9B" w14:paraId="7F53BFC4" w14:textId="395C7B14">
            <w:pPr>
              <w:pStyle w:val="Normal"/>
              <w:suppressLineNumbers w:val="0"/>
              <w:bidi w:val="0"/>
              <w:spacing w:before="0" w:beforeAutospacing="off" w:after="0" w:afterAutospacing="off" w:line="240" w:lineRule="auto"/>
              <w:ind w:left="0" w:right="0"/>
              <w:jc w:val="left"/>
            </w:pPr>
            <w:r w:rsidR="5C5ECE9B">
              <w:rPr/>
              <w:t>5</w:t>
            </w:r>
          </w:p>
        </w:tc>
      </w:tr>
      <w:tr w:rsidR="5D44C034" w:rsidTr="5D44C034" w14:paraId="47EEA0AB">
        <w:trPr>
          <w:trHeight w:val="300"/>
        </w:trPr>
        <w:tc>
          <w:tcPr>
            <w:tcW w:w="9016" w:type="dxa"/>
            <w:gridSpan w:val="6"/>
            <w:tcMar/>
          </w:tcPr>
          <w:p w:rsidR="5D44C034" w:rsidP="5D44C034" w:rsidRDefault="5D44C034" w14:paraId="6F8130EC" w14:textId="2F2198C0">
            <w:pPr>
              <w:rPr>
                <w:b w:val="1"/>
                <w:bCs w:val="1"/>
                <w:i w:val="1"/>
                <w:iCs w:val="1"/>
              </w:rPr>
            </w:pPr>
            <w:r w:rsidRPr="5D44C034" w:rsidR="5D44C034">
              <w:rPr>
                <w:b w:val="1"/>
                <w:bCs w:val="1"/>
                <w:i w:val="1"/>
                <w:iCs w:val="1"/>
              </w:rPr>
              <w:t>Acceptance criteria</w:t>
            </w:r>
          </w:p>
          <w:p w:rsidR="0265A05C" w:rsidP="5D44C034" w:rsidRDefault="0265A05C" w14:paraId="0F3DEB0E" w14:textId="722F151E">
            <w:pPr>
              <w:pStyle w:val="ListParagraph"/>
              <w:numPr>
                <w:ilvl w:val="0"/>
                <w:numId w:val="37"/>
              </w:numPr>
              <w:rPr>
                <w:noProof w:val="0"/>
                <w:lang w:val="en-IN"/>
              </w:rPr>
            </w:pPr>
            <w:r w:rsidRPr="5D44C034" w:rsidR="0265A05C">
              <w:rPr>
                <w:noProof w:val="0"/>
                <w:lang w:val="en-IN"/>
              </w:rPr>
              <w:t>Reports downloadable as PDF/Excel.</w:t>
            </w:r>
          </w:p>
          <w:p w:rsidR="0265A05C" w:rsidP="5D44C034" w:rsidRDefault="0265A05C" w14:paraId="746C8012" w14:textId="41ACF2D3">
            <w:pPr>
              <w:pStyle w:val="ListParagraph"/>
              <w:numPr>
                <w:ilvl w:val="0"/>
                <w:numId w:val="37"/>
              </w:numPr>
              <w:rPr>
                <w:noProof w:val="0"/>
                <w:lang w:val="en-IN"/>
              </w:rPr>
            </w:pPr>
            <w:r w:rsidRPr="5D44C034" w:rsidR="0265A05C">
              <w:rPr>
                <w:noProof w:val="0"/>
                <w:lang w:val="en-IN"/>
              </w:rPr>
              <w:t>Filters work as expected.</w:t>
            </w:r>
          </w:p>
          <w:p w:rsidR="0265A05C" w:rsidP="5D44C034" w:rsidRDefault="0265A05C" w14:paraId="7F19B7CF" w14:textId="0E40200E">
            <w:pPr>
              <w:pStyle w:val="ListParagraph"/>
              <w:numPr>
                <w:ilvl w:val="0"/>
                <w:numId w:val="37"/>
              </w:numPr>
              <w:rPr>
                <w:noProof w:val="0"/>
                <w:lang w:val="en-IN"/>
              </w:rPr>
            </w:pPr>
            <w:r w:rsidRPr="5D44C034" w:rsidR="0265A05C">
              <w:rPr>
                <w:noProof w:val="0"/>
                <w:lang w:val="en-IN"/>
              </w:rPr>
              <w:t>Download speed &lt; 1 min for large data.</w:t>
            </w:r>
          </w:p>
          <w:p w:rsidR="0265A05C" w:rsidP="5D44C034" w:rsidRDefault="0265A05C" w14:paraId="4882561B" w14:textId="46B8BD9D">
            <w:pPr>
              <w:pStyle w:val="ListParagraph"/>
              <w:numPr>
                <w:ilvl w:val="0"/>
                <w:numId w:val="37"/>
              </w:numPr>
              <w:rPr>
                <w:noProof w:val="0"/>
                <w:lang w:val="en-IN"/>
              </w:rPr>
            </w:pPr>
            <w:r w:rsidRPr="5D44C034" w:rsidR="0265A05C">
              <w:rPr>
                <w:noProof w:val="0"/>
                <w:lang w:val="en-IN"/>
              </w:rPr>
              <w:t>Report history saved.</w:t>
            </w:r>
          </w:p>
          <w:p w:rsidR="0265A05C" w:rsidP="5D44C034" w:rsidRDefault="0265A05C" w14:paraId="1E105E8B" w14:textId="245B97CB">
            <w:pPr>
              <w:pStyle w:val="ListParagraph"/>
              <w:numPr>
                <w:ilvl w:val="0"/>
                <w:numId w:val="37"/>
              </w:numPr>
              <w:rPr>
                <w:noProof w:val="0"/>
                <w:lang w:val="en-IN"/>
              </w:rPr>
            </w:pPr>
            <w:r w:rsidRPr="5D44C034" w:rsidR="0265A05C">
              <w:rPr>
                <w:noProof w:val="0"/>
                <w:lang w:val="en-IN"/>
              </w:rPr>
              <w:t>Errors logged if download fails.</w:t>
            </w:r>
          </w:p>
        </w:tc>
      </w:tr>
    </w:tbl>
    <w:p w:rsidR="5D44C034" w:rsidP="5D44C034" w:rsidRDefault="5D44C034" w14:paraId="33764DBF" w14:textId="7DC51EAC">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364EC667">
        <w:trPr>
          <w:trHeight w:val="300"/>
        </w:trPr>
        <w:tc>
          <w:tcPr>
            <w:tcW w:w="2175" w:type="dxa"/>
            <w:tcMar/>
          </w:tcPr>
          <w:p w:rsidR="5D44C034" w:rsidP="5D44C034" w:rsidRDefault="5D44C034" w14:paraId="7E1402A9">
            <w:pPr>
              <w:rPr>
                <w:b w:val="1"/>
                <w:bCs w:val="1"/>
                <w:i w:val="1"/>
                <w:iCs w:val="1"/>
              </w:rPr>
            </w:pPr>
            <w:r w:rsidRPr="5D44C034" w:rsidR="5D44C034">
              <w:rPr>
                <w:b w:val="1"/>
                <w:bCs w:val="1"/>
                <w:i w:val="1"/>
                <w:iCs w:val="1"/>
              </w:rPr>
              <w:t>User story No</w:t>
            </w:r>
          </w:p>
        </w:tc>
        <w:tc>
          <w:tcPr>
            <w:tcW w:w="492" w:type="dxa"/>
            <w:tcMar/>
          </w:tcPr>
          <w:p w:rsidR="5D44C034" w:rsidRDefault="5D44C034" w14:paraId="5AABDC6D" w14:textId="6FC91B9F">
            <w:r w:rsidR="5D44C034">
              <w:rPr/>
              <w:t>3</w:t>
            </w:r>
            <w:r w:rsidR="243864B6">
              <w:rPr/>
              <w:t>7</w:t>
            </w:r>
          </w:p>
        </w:tc>
        <w:tc>
          <w:tcPr>
            <w:tcW w:w="777" w:type="dxa"/>
            <w:tcMar/>
          </w:tcPr>
          <w:p w:rsidR="5D44C034" w:rsidP="5D44C034" w:rsidRDefault="5D44C034" w14:paraId="62050F1A">
            <w:pPr>
              <w:rPr>
                <w:b w:val="1"/>
                <w:bCs w:val="1"/>
                <w:i w:val="1"/>
                <w:iCs w:val="1"/>
              </w:rPr>
            </w:pPr>
            <w:r w:rsidRPr="5D44C034" w:rsidR="5D44C034">
              <w:rPr>
                <w:b w:val="1"/>
                <w:bCs w:val="1"/>
                <w:i w:val="1"/>
                <w:iCs w:val="1"/>
              </w:rPr>
              <w:t>Tasks</w:t>
            </w:r>
          </w:p>
        </w:tc>
        <w:tc>
          <w:tcPr>
            <w:tcW w:w="2788" w:type="dxa"/>
            <w:tcMar/>
          </w:tcPr>
          <w:p w:rsidR="68D2901C" w:rsidRDefault="68D2901C" w14:paraId="464FC511" w14:textId="5E839B65">
            <w:r w:rsidRPr="5D44C034" w:rsidR="68D2901C">
              <w:rPr>
                <w:rFonts w:ascii="Aptos" w:hAnsi="Aptos" w:eastAsia="Aptos" w:cs="Aptos"/>
                <w:noProof w:val="0"/>
                <w:sz w:val="22"/>
                <w:szCs w:val="22"/>
                <w:lang w:val="en-IN"/>
              </w:rPr>
              <w:t>Weekly summary notifications</w:t>
            </w:r>
          </w:p>
        </w:tc>
        <w:tc>
          <w:tcPr>
            <w:tcW w:w="1153" w:type="dxa"/>
            <w:tcMar/>
          </w:tcPr>
          <w:p w:rsidR="5D44C034" w:rsidP="5D44C034" w:rsidRDefault="5D44C034" w14:paraId="53620F1F">
            <w:pPr>
              <w:rPr>
                <w:b w:val="1"/>
                <w:bCs w:val="1"/>
                <w:i w:val="1"/>
                <w:iCs w:val="1"/>
              </w:rPr>
            </w:pPr>
            <w:r w:rsidRPr="5D44C034" w:rsidR="5D44C034">
              <w:rPr>
                <w:b w:val="1"/>
                <w:bCs w:val="1"/>
                <w:i w:val="1"/>
                <w:iCs w:val="1"/>
              </w:rPr>
              <w:t>Priority</w:t>
            </w:r>
          </w:p>
        </w:tc>
        <w:tc>
          <w:tcPr>
            <w:tcW w:w="1631" w:type="dxa"/>
            <w:tcMar/>
          </w:tcPr>
          <w:p w:rsidR="5D44C034" w:rsidP="5D44C034" w:rsidRDefault="5D44C034" w14:paraId="4FBDDC67" w14:textId="3E4836AF">
            <w:pPr>
              <w:pStyle w:val="Normal"/>
              <w:suppressLineNumbers w:val="0"/>
              <w:bidi w:val="0"/>
              <w:spacing w:before="0" w:beforeAutospacing="off" w:after="0" w:afterAutospacing="off" w:line="240" w:lineRule="auto"/>
              <w:ind w:left="0" w:right="0"/>
              <w:jc w:val="left"/>
            </w:pPr>
            <w:r w:rsidRPr="5D44C034" w:rsidR="5D44C034">
              <w:rPr>
                <w:rFonts w:ascii="Aptos" w:hAnsi="Aptos" w:eastAsia="Aptos" w:cs="Aptos"/>
                <w:noProof w:val="0"/>
                <w:sz w:val="22"/>
                <w:szCs w:val="22"/>
                <w:lang w:val="en-IN"/>
              </w:rPr>
              <w:t xml:space="preserve">Medium </w:t>
            </w:r>
          </w:p>
        </w:tc>
      </w:tr>
      <w:tr w:rsidR="5D44C034" w:rsidTr="5D44C034" w14:paraId="4C9C590E">
        <w:trPr>
          <w:trHeight w:val="300"/>
        </w:trPr>
        <w:tc>
          <w:tcPr>
            <w:tcW w:w="2175" w:type="dxa"/>
            <w:tcMar/>
          </w:tcPr>
          <w:p w:rsidR="5D44C034" w:rsidP="5D44C034" w:rsidRDefault="5D44C034" w14:paraId="09E17B75">
            <w:pPr>
              <w:rPr>
                <w:b w:val="1"/>
                <w:bCs w:val="1"/>
                <w:i w:val="1"/>
                <w:iCs w:val="1"/>
              </w:rPr>
            </w:pPr>
            <w:r w:rsidRPr="5D44C034" w:rsidR="5D44C034">
              <w:rPr>
                <w:b w:val="1"/>
                <w:bCs w:val="1"/>
                <w:i w:val="1"/>
                <w:iCs w:val="1"/>
              </w:rPr>
              <w:t>Value statement</w:t>
            </w:r>
          </w:p>
        </w:tc>
        <w:tc>
          <w:tcPr>
            <w:tcW w:w="6841" w:type="dxa"/>
            <w:gridSpan w:val="5"/>
            <w:tcMar/>
          </w:tcPr>
          <w:p w:rsidR="0113C1B1" w:rsidRDefault="0113C1B1" w14:paraId="5C603B90" w14:textId="301D3076">
            <w:r w:rsidRPr="5D44C034" w:rsidR="0113C1B1">
              <w:rPr>
                <w:rFonts w:ascii="Aptos" w:hAnsi="Aptos" w:eastAsia="Aptos" w:cs="Aptos"/>
                <w:noProof w:val="0"/>
                <w:sz w:val="22"/>
                <w:szCs w:val="22"/>
                <w:lang w:val="en-IN"/>
              </w:rPr>
              <w:t>As a sales manager, I want to receive weekly summaries so that I can track performance highlights quickly.</w:t>
            </w:r>
          </w:p>
        </w:tc>
      </w:tr>
      <w:tr w:rsidR="5D44C034" w:rsidTr="5D44C034" w14:paraId="01263A68">
        <w:trPr>
          <w:trHeight w:val="300"/>
        </w:trPr>
        <w:tc>
          <w:tcPr>
            <w:tcW w:w="2175" w:type="dxa"/>
            <w:tcMar/>
          </w:tcPr>
          <w:p w:rsidR="5D44C034" w:rsidP="5D44C034" w:rsidRDefault="5D44C034" w14:paraId="154A52BA">
            <w:pPr>
              <w:rPr>
                <w:b w:val="1"/>
                <w:bCs w:val="1"/>
                <w:i w:val="1"/>
                <w:iCs w:val="1"/>
              </w:rPr>
            </w:pPr>
            <w:r w:rsidRPr="5D44C034" w:rsidR="5D44C034">
              <w:rPr>
                <w:b w:val="1"/>
                <w:bCs w:val="1"/>
                <w:i w:val="1"/>
                <w:iCs w:val="1"/>
              </w:rPr>
              <w:t>BV</w:t>
            </w:r>
          </w:p>
        </w:tc>
        <w:tc>
          <w:tcPr>
            <w:tcW w:w="1269" w:type="dxa"/>
            <w:gridSpan w:val="2"/>
            <w:tcMar/>
          </w:tcPr>
          <w:p w:rsidR="5F023310" w:rsidP="5D44C034" w:rsidRDefault="5F023310" w14:paraId="2478CED3" w14:textId="18EEB2CA">
            <w:pPr>
              <w:pStyle w:val="Normal"/>
              <w:suppressLineNumbers w:val="0"/>
              <w:bidi w:val="0"/>
              <w:spacing w:before="0" w:beforeAutospacing="off" w:after="0" w:afterAutospacing="off" w:line="240" w:lineRule="auto"/>
              <w:ind w:left="0" w:right="0"/>
              <w:jc w:val="left"/>
            </w:pPr>
            <w:r w:rsidR="5F023310">
              <w:rPr/>
              <w:t>20</w:t>
            </w:r>
          </w:p>
        </w:tc>
        <w:tc>
          <w:tcPr>
            <w:tcW w:w="2788" w:type="dxa"/>
            <w:tcMar/>
          </w:tcPr>
          <w:p w:rsidR="5D44C034" w:rsidP="5D44C034" w:rsidRDefault="5D44C034" w14:paraId="33662D9B">
            <w:pPr>
              <w:rPr>
                <w:b w:val="1"/>
                <w:bCs w:val="1"/>
                <w:i w:val="1"/>
                <w:iCs w:val="1"/>
              </w:rPr>
            </w:pPr>
            <w:r w:rsidRPr="5D44C034" w:rsidR="5D44C034">
              <w:rPr>
                <w:b w:val="1"/>
                <w:bCs w:val="1"/>
                <w:i w:val="1"/>
                <w:iCs w:val="1"/>
              </w:rPr>
              <w:t>CP</w:t>
            </w:r>
          </w:p>
        </w:tc>
        <w:tc>
          <w:tcPr>
            <w:tcW w:w="2784" w:type="dxa"/>
            <w:gridSpan w:val="2"/>
            <w:tcMar/>
          </w:tcPr>
          <w:p w:rsidR="08E4CF31" w:rsidP="5D44C034" w:rsidRDefault="08E4CF31" w14:paraId="03EB4880" w14:textId="123CC61A">
            <w:pPr>
              <w:pStyle w:val="Normal"/>
              <w:suppressLineNumbers w:val="0"/>
              <w:bidi w:val="0"/>
              <w:spacing w:before="0" w:beforeAutospacing="off" w:after="0" w:afterAutospacing="off" w:line="240" w:lineRule="auto"/>
              <w:ind w:left="0" w:right="0"/>
              <w:jc w:val="left"/>
            </w:pPr>
            <w:r w:rsidR="08E4CF31">
              <w:rPr/>
              <w:t>0</w:t>
            </w:r>
          </w:p>
        </w:tc>
      </w:tr>
      <w:tr w:rsidR="5D44C034" w:rsidTr="5D44C034" w14:paraId="2E2FF82B">
        <w:trPr>
          <w:trHeight w:val="300"/>
        </w:trPr>
        <w:tc>
          <w:tcPr>
            <w:tcW w:w="9016" w:type="dxa"/>
            <w:gridSpan w:val="6"/>
            <w:tcMar/>
          </w:tcPr>
          <w:p w:rsidR="5D44C034" w:rsidP="5D44C034" w:rsidRDefault="5D44C034" w14:paraId="245C17AF" w14:textId="2EDB175B">
            <w:pPr>
              <w:rPr>
                <w:b w:val="1"/>
                <w:bCs w:val="1"/>
                <w:i w:val="1"/>
                <w:iCs w:val="1"/>
              </w:rPr>
            </w:pPr>
            <w:r w:rsidRPr="5D44C034" w:rsidR="5D44C034">
              <w:rPr>
                <w:b w:val="1"/>
                <w:bCs w:val="1"/>
                <w:i w:val="1"/>
                <w:iCs w:val="1"/>
              </w:rPr>
              <w:t>Acceptance criteria</w:t>
            </w:r>
          </w:p>
          <w:p w:rsidR="724160A2" w:rsidP="5D44C034" w:rsidRDefault="724160A2" w14:paraId="0626EE12" w14:textId="3CC2993A">
            <w:pPr>
              <w:pStyle w:val="ListParagraph"/>
              <w:numPr>
                <w:ilvl w:val="0"/>
                <w:numId w:val="38"/>
              </w:numPr>
              <w:rPr>
                <w:noProof w:val="0"/>
                <w:lang w:val="en-IN"/>
              </w:rPr>
            </w:pPr>
            <w:r w:rsidRPr="5D44C034" w:rsidR="724160A2">
              <w:rPr>
                <w:noProof w:val="0"/>
                <w:lang w:val="en-IN"/>
              </w:rPr>
              <w:t>Weekly summary generated automatically.</w:t>
            </w:r>
          </w:p>
          <w:p w:rsidR="724160A2" w:rsidP="5D44C034" w:rsidRDefault="724160A2" w14:paraId="5B0BA07C" w14:textId="6E665507">
            <w:pPr>
              <w:pStyle w:val="ListParagraph"/>
              <w:numPr>
                <w:ilvl w:val="0"/>
                <w:numId w:val="38"/>
              </w:numPr>
              <w:rPr>
                <w:noProof w:val="0"/>
                <w:lang w:val="en-IN"/>
              </w:rPr>
            </w:pPr>
            <w:r w:rsidRPr="5D44C034" w:rsidR="724160A2">
              <w:rPr>
                <w:noProof w:val="0"/>
                <w:lang w:val="en-IN"/>
              </w:rPr>
              <w:t>Delivered to manager email.</w:t>
            </w:r>
          </w:p>
          <w:p w:rsidR="724160A2" w:rsidP="5D44C034" w:rsidRDefault="724160A2" w14:paraId="52AE594E" w14:textId="3DA5704F">
            <w:pPr>
              <w:pStyle w:val="ListParagraph"/>
              <w:numPr>
                <w:ilvl w:val="0"/>
                <w:numId w:val="38"/>
              </w:numPr>
              <w:rPr>
                <w:noProof w:val="0"/>
                <w:lang w:val="en-IN"/>
              </w:rPr>
            </w:pPr>
            <w:r w:rsidRPr="5D44C034" w:rsidR="724160A2">
              <w:rPr>
                <w:noProof w:val="0"/>
                <w:lang w:val="en-IN"/>
              </w:rPr>
              <w:t>Includes key KPIs.</w:t>
            </w:r>
          </w:p>
          <w:p w:rsidR="724160A2" w:rsidP="5D44C034" w:rsidRDefault="724160A2" w14:paraId="1B4ABFA9" w14:textId="5D6455A9">
            <w:pPr>
              <w:pStyle w:val="ListParagraph"/>
              <w:numPr>
                <w:ilvl w:val="0"/>
                <w:numId w:val="38"/>
              </w:numPr>
              <w:rPr>
                <w:noProof w:val="0"/>
                <w:lang w:val="en-IN"/>
              </w:rPr>
            </w:pPr>
            <w:r w:rsidRPr="5D44C034" w:rsidR="724160A2">
              <w:rPr>
                <w:noProof w:val="0"/>
                <w:lang w:val="en-IN"/>
              </w:rPr>
              <w:t>Archive accessible in portal.</w:t>
            </w:r>
          </w:p>
          <w:p w:rsidR="724160A2" w:rsidP="5D44C034" w:rsidRDefault="724160A2" w14:paraId="7DB7D825" w14:textId="53C7DE4E">
            <w:pPr>
              <w:pStyle w:val="ListParagraph"/>
              <w:numPr>
                <w:ilvl w:val="0"/>
                <w:numId w:val="38"/>
              </w:numPr>
              <w:rPr>
                <w:noProof w:val="0"/>
                <w:lang w:val="en-IN"/>
              </w:rPr>
            </w:pPr>
            <w:r w:rsidRPr="5D44C034" w:rsidR="724160A2">
              <w:rPr>
                <w:noProof w:val="0"/>
                <w:lang w:val="en-IN"/>
              </w:rPr>
              <w:t>Customizable by manager.</w:t>
            </w:r>
          </w:p>
        </w:tc>
      </w:tr>
    </w:tbl>
    <w:p w:rsidR="5D44C034" w:rsidP="5D44C034" w:rsidRDefault="5D44C034" w14:paraId="252213B3" w14:textId="1E33ED0D">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79313F5B">
        <w:trPr>
          <w:trHeight w:val="300"/>
        </w:trPr>
        <w:tc>
          <w:tcPr>
            <w:tcW w:w="2175" w:type="dxa"/>
            <w:tcMar/>
          </w:tcPr>
          <w:p w:rsidR="5D44C034" w:rsidP="5D44C034" w:rsidRDefault="5D44C034" w14:paraId="3460963C">
            <w:pPr>
              <w:rPr>
                <w:b w:val="1"/>
                <w:bCs w:val="1"/>
                <w:i w:val="1"/>
                <w:iCs w:val="1"/>
              </w:rPr>
            </w:pPr>
            <w:r w:rsidRPr="5D44C034" w:rsidR="5D44C034">
              <w:rPr>
                <w:b w:val="1"/>
                <w:bCs w:val="1"/>
                <w:i w:val="1"/>
                <w:iCs w:val="1"/>
              </w:rPr>
              <w:t>User story No</w:t>
            </w:r>
          </w:p>
        </w:tc>
        <w:tc>
          <w:tcPr>
            <w:tcW w:w="492" w:type="dxa"/>
            <w:tcMar/>
          </w:tcPr>
          <w:p w:rsidR="5D44C034" w:rsidRDefault="5D44C034" w14:paraId="5A361E27" w14:textId="78E65F88">
            <w:r w:rsidR="5D44C034">
              <w:rPr/>
              <w:t>3</w:t>
            </w:r>
            <w:r w:rsidR="7E04F1E5">
              <w:rPr/>
              <w:t>8</w:t>
            </w:r>
          </w:p>
        </w:tc>
        <w:tc>
          <w:tcPr>
            <w:tcW w:w="777" w:type="dxa"/>
            <w:tcMar/>
          </w:tcPr>
          <w:p w:rsidR="5D44C034" w:rsidP="5D44C034" w:rsidRDefault="5D44C034" w14:paraId="1847956E">
            <w:pPr>
              <w:rPr>
                <w:b w:val="1"/>
                <w:bCs w:val="1"/>
                <w:i w:val="1"/>
                <w:iCs w:val="1"/>
              </w:rPr>
            </w:pPr>
            <w:r w:rsidRPr="5D44C034" w:rsidR="5D44C034">
              <w:rPr>
                <w:b w:val="1"/>
                <w:bCs w:val="1"/>
                <w:i w:val="1"/>
                <w:iCs w:val="1"/>
              </w:rPr>
              <w:t>Tasks</w:t>
            </w:r>
          </w:p>
        </w:tc>
        <w:tc>
          <w:tcPr>
            <w:tcW w:w="2788" w:type="dxa"/>
            <w:tcMar/>
          </w:tcPr>
          <w:p w:rsidR="4FE1CD12" w:rsidRDefault="4FE1CD12" w14:paraId="053C33ED" w14:textId="3531BFB5">
            <w:r w:rsidRPr="5D44C034" w:rsidR="4FE1CD12">
              <w:rPr>
                <w:rFonts w:ascii="Aptos" w:hAnsi="Aptos" w:eastAsia="Aptos" w:cs="Aptos"/>
                <w:noProof w:val="0"/>
                <w:sz w:val="22"/>
                <w:szCs w:val="22"/>
                <w:lang w:val="en-IN"/>
              </w:rPr>
              <w:t>Mobile application</w:t>
            </w:r>
          </w:p>
        </w:tc>
        <w:tc>
          <w:tcPr>
            <w:tcW w:w="1153" w:type="dxa"/>
            <w:tcMar/>
          </w:tcPr>
          <w:p w:rsidR="5D44C034" w:rsidP="5D44C034" w:rsidRDefault="5D44C034" w14:paraId="02AB824C">
            <w:pPr>
              <w:rPr>
                <w:b w:val="1"/>
                <w:bCs w:val="1"/>
                <w:i w:val="1"/>
                <w:iCs w:val="1"/>
              </w:rPr>
            </w:pPr>
            <w:r w:rsidRPr="5D44C034" w:rsidR="5D44C034">
              <w:rPr>
                <w:b w:val="1"/>
                <w:bCs w:val="1"/>
                <w:i w:val="1"/>
                <w:iCs w:val="1"/>
              </w:rPr>
              <w:t>Priority</w:t>
            </w:r>
          </w:p>
        </w:tc>
        <w:tc>
          <w:tcPr>
            <w:tcW w:w="1631" w:type="dxa"/>
            <w:tcMar/>
          </w:tcPr>
          <w:p w:rsidR="3F99C027" w:rsidP="5D44C034" w:rsidRDefault="3F99C027" w14:paraId="3A868A81" w14:textId="4127929D">
            <w:pPr>
              <w:pStyle w:val="Normal"/>
              <w:suppressLineNumbers w:val="0"/>
              <w:bidi w:val="0"/>
              <w:spacing w:before="0" w:beforeAutospacing="off" w:after="0" w:afterAutospacing="off" w:line="240" w:lineRule="auto"/>
              <w:ind w:left="0" w:right="0"/>
              <w:jc w:val="left"/>
            </w:pPr>
            <w:r w:rsidRPr="5D44C034" w:rsidR="3F99C027">
              <w:rPr>
                <w:rFonts w:ascii="Aptos" w:hAnsi="Aptos" w:eastAsia="Aptos" w:cs="Aptos"/>
                <w:noProof w:val="0"/>
                <w:sz w:val="22"/>
                <w:szCs w:val="22"/>
                <w:lang w:val="en-IN"/>
              </w:rPr>
              <w:t xml:space="preserve">High </w:t>
            </w:r>
          </w:p>
        </w:tc>
      </w:tr>
      <w:tr w:rsidR="5D44C034" w:rsidTr="5D44C034" w14:paraId="23787585">
        <w:trPr>
          <w:trHeight w:val="300"/>
        </w:trPr>
        <w:tc>
          <w:tcPr>
            <w:tcW w:w="2175" w:type="dxa"/>
            <w:tcMar/>
          </w:tcPr>
          <w:p w:rsidR="5D44C034" w:rsidP="5D44C034" w:rsidRDefault="5D44C034" w14:paraId="2AF65E4E">
            <w:pPr>
              <w:rPr>
                <w:b w:val="1"/>
                <w:bCs w:val="1"/>
                <w:i w:val="1"/>
                <w:iCs w:val="1"/>
              </w:rPr>
            </w:pPr>
            <w:r w:rsidRPr="5D44C034" w:rsidR="5D44C034">
              <w:rPr>
                <w:b w:val="1"/>
                <w:bCs w:val="1"/>
                <w:i w:val="1"/>
                <w:iCs w:val="1"/>
              </w:rPr>
              <w:t>Value statement</w:t>
            </w:r>
          </w:p>
        </w:tc>
        <w:tc>
          <w:tcPr>
            <w:tcW w:w="6841" w:type="dxa"/>
            <w:gridSpan w:val="5"/>
            <w:tcMar/>
          </w:tcPr>
          <w:p w:rsidR="18FA3002" w:rsidRDefault="18FA3002" w14:paraId="207DF06B" w14:textId="3A895DC9">
            <w:r w:rsidRPr="5D44C034" w:rsidR="18FA3002">
              <w:rPr>
                <w:rFonts w:ascii="Aptos" w:hAnsi="Aptos" w:eastAsia="Aptos" w:cs="Aptos"/>
                <w:noProof w:val="0"/>
                <w:sz w:val="22"/>
                <w:szCs w:val="22"/>
                <w:lang w:val="en-IN"/>
              </w:rPr>
              <w:t>As a sales rep, I want a mobile application so that I can access the portal on the go.</w:t>
            </w:r>
          </w:p>
        </w:tc>
      </w:tr>
      <w:tr w:rsidR="5D44C034" w:rsidTr="5D44C034" w14:paraId="555FE036">
        <w:trPr>
          <w:trHeight w:val="300"/>
        </w:trPr>
        <w:tc>
          <w:tcPr>
            <w:tcW w:w="2175" w:type="dxa"/>
            <w:tcMar/>
          </w:tcPr>
          <w:p w:rsidR="5D44C034" w:rsidP="5D44C034" w:rsidRDefault="5D44C034" w14:paraId="768EEFE8">
            <w:pPr>
              <w:rPr>
                <w:b w:val="1"/>
                <w:bCs w:val="1"/>
                <w:i w:val="1"/>
                <w:iCs w:val="1"/>
              </w:rPr>
            </w:pPr>
            <w:r w:rsidRPr="5D44C034" w:rsidR="5D44C034">
              <w:rPr>
                <w:b w:val="1"/>
                <w:bCs w:val="1"/>
                <w:i w:val="1"/>
                <w:iCs w:val="1"/>
              </w:rPr>
              <w:t>BV</w:t>
            </w:r>
          </w:p>
        </w:tc>
        <w:tc>
          <w:tcPr>
            <w:tcW w:w="1269" w:type="dxa"/>
            <w:gridSpan w:val="2"/>
            <w:tcMar/>
          </w:tcPr>
          <w:p w:rsidR="7F6D0CDD" w:rsidP="5D44C034" w:rsidRDefault="7F6D0CDD" w14:paraId="7E22EE8E" w14:textId="5367E659">
            <w:pPr>
              <w:pStyle w:val="Normal"/>
              <w:suppressLineNumbers w:val="0"/>
              <w:bidi w:val="0"/>
              <w:spacing w:before="0" w:beforeAutospacing="off" w:after="0" w:afterAutospacing="off" w:line="240" w:lineRule="auto"/>
              <w:ind w:left="0" w:right="0"/>
              <w:jc w:val="left"/>
            </w:pPr>
            <w:r w:rsidR="7F6D0CDD">
              <w:rPr/>
              <w:t>20</w:t>
            </w:r>
          </w:p>
        </w:tc>
        <w:tc>
          <w:tcPr>
            <w:tcW w:w="2788" w:type="dxa"/>
            <w:tcMar/>
          </w:tcPr>
          <w:p w:rsidR="5D44C034" w:rsidP="5D44C034" w:rsidRDefault="5D44C034" w14:paraId="0EDD31FD">
            <w:pPr>
              <w:rPr>
                <w:b w:val="1"/>
                <w:bCs w:val="1"/>
                <w:i w:val="1"/>
                <w:iCs w:val="1"/>
              </w:rPr>
            </w:pPr>
            <w:r w:rsidRPr="5D44C034" w:rsidR="5D44C034">
              <w:rPr>
                <w:b w:val="1"/>
                <w:bCs w:val="1"/>
                <w:i w:val="1"/>
                <w:iCs w:val="1"/>
              </w:rPr>
              <w:t>CP</w:t>
            </w:r>
          </w:p>
        </w:tc>
        <w:tc>
          <w:tcPr>
            <w:tcW w:w="2784" w:type="dxa"/>
            <w:gridSpan w:val="2"/>
            <w:tcMar/>
          </w:tcPr>
          <w:p w:rsidR="03390D4E" w:rsidP="5D44C034" w:rsidRDefault="03390D4E" w14:paraId="3BAA1926" w14:textId="55DD200B">
            <w:pPr>
              <w:pStyle w:val="Normal"/>
              <w:suppressLineNumbers w:val="0"/>
              <w:bidi w:val="0"/>
              <w:spacing w:before="0" w:beforeAutospacing="off" w:after="0" w:afterAutospacing="off" w:line="240" w:lineRule="auto"/>
              <w:ind w:left="0" w:right="0"/>
              <w:jc w:val="left"/>
            </w:pPr>
            <w:r w:rsidR="03390D4E">
              <w:rPr/>
              <w:t>13</w:t>
            </w:r>
          </w:p>
        </w:tc>
      </w:tr>
      <w:tr w:rsidR="5D44C034" w:rsidTr="5D44C034" w14:paraId="3CAE88F3">
        <w:trPr>
          <w:trHeight w:val="300"/>
        </w:trPr>
        <w:tc>
          <w:tcPr>
            <w:tcW w:w="9016" w:type="dxa"/>
            <w:gridSpan w:val="6"/>
            <w:tcMar/>
          </w:tcPr>
          <w:p w:rsidR="5D44C034" w:rsidP="5D44C034" w:rsidRDefault="5D44C034" w14:paraId="7756EB48" w14:textId="3AEB0729">
            <w:pPr>
              <w:rPr>
                <w:b w:val="1"/>
                <w:bCs w:val="1"/>
                <w:i w:val="1"/>
                <w:iCs w:val="1"/>
              </w:rPr>
            </w:pPr>
            <w:r w:rsidRPr="5D44C034" w:rsidR="5D44C034">
              <w:rPr>
                <w:b w:val="1"/>
                <w:bCs w:val="1"/>
                <w:i w:val="1"/>
                <w:iCs w:val="1"/>
              </w:rPr>
              <w:t>Acceptance criteria</w:t>
            </w:r>
          </w:p>
          <w:p w:rsidR="62D55CB5" w:rsidP="5D44C034" w:rsidRDefault="62D55CB5" w14:paraId="29BA8953" w14:textId="01B034AD">
            <w:pPr>
              <w:pStyle w:val="ListParagraph"/>
              <w:numPr>
                <w:ilvl w:val="0"/>
                <w:numId w:val="39"/>
              </w:numPr>
              <w:rPr>
                <w:noProof w:val="0"/>
                <w:lang w:val="en-IN"/>
              </w:rPr>
            </w:pPr>
            <w:r w:rsidRPr="5D44C034" w:rsidR="62D55CB5">
              <w:rPr>
                <w:noProof w:val="0"/>
                <w:lang w:val="en-IN"/>
              </w:rPr>
              <w:t>Mobile app installs on iOS and Android.</w:t>
            </w:r>
          </w:p>
          <w:p w:rsidR="62D55CB5" w:rsidP="5D44C034" w:rsidRDefault="62D55CB5" w14:paraId="23A81C07" w14:textId="228D0199">
            <w:pPr>
              <w:pStyle w:val="ListParagraph"/>
              <w:numPr>
                <w:ilvl w:val="0"/>
                <w:numId w:val="39"/>
              </w:numPr>
              <w:rPr>
                <w:noProof w:val="0"/>
                <w:lang w:val="en-IN"/>
              </w:rPr>
            </w:pPr>
            <w:r w:rsidRPr="5D44C034" w:rsidR="62D55CB5">
              <w:rPr>
                <w:noProof w:val="0"/>
                <w:lang w:val="en-IN"/>
              </w:rPr>
              <w:t>Sync works with backend data.</w:t>
            </w:r>
          </w:p>
          <w:p w:rsidR="0A8212F4" w:rsidP="5D44C034" w:rsidRDefault="0A8212F4" w14:paraId="21CEA0E3" w14:textId="761CDE86">
            <w:pPr>
              <w:pStyle w:val="ListParagraph"/>
              <w:numPr>
                <w:ilvl w:val="0"/>
                <w:numId w:val="39"/>
              </w:numPr>
              <w:rPr>
                <w:noProof w:val="0"/>
                <w:lang w:val="en-IN"/>
              </w:rPr>
            </w:pPr>
            <w:r w:rsidRPr="5D44C034" w:rsidR="0A8212F4">
              <w:rPr>
                <w:noProof w:val="0"/>
                <w:lang w:val="en-IN"/>
              </w:rPr>
              <w:t>Offline logging supported.</w:t>
            </w:r>
          </w:p>
          <w:p w:rsidR="0A8212F4" w:rsidP="5D44C034" w:rsidRDefault="0A8212F4" w14:paraId="7911DB0B" w14:textId="45B0D191">
            <w:pPr>
              <w:pStyle w:val="ListParagraph"/>
              <w:numPr>
                <w:ilvl w:val="0"/>
                <w:numId w:val="39"/>
              </w:numPr>
              <w:rPr>
                <w:noProof w:val="0"/>
                <w:lang w:val="en-IN"/>
              </w:rPr>
            </w:pPr>
            <w:r w:rsidRPr="5D44C034" w:rsidR="0A8212F4">
              <w:rPr>
                <w:noProof w:val="0"/>
                <w:lang w:val="en-IN"/>
              </w:rPr>
              <w:t>Push notifications functional.</w:t>
            </w:r>
          </w:p>
          <w:p w:rsidR="0A8212F4" w:rsidP="5D44C034" w:rsidRDefault="0A8212F4" w14:paraId="64E3F594" w14:textId="015317C7">
            <w:pPr>
              <w:pStyle w:val="ListParagraph"/>
              <w:numPr>
                <w:ilvl w:val="0"/>
                <w:numId w:val="39"/>
              </w:numPr>
              <w:rPr>
                <w:noProof w:val="0"/>
                <w:lang w:val="en-IN"/>
              </w:rPr>
            </w:pPr>
            <w:r w:rsidRPr="5D44C034" w:rsidR="0A8212F4">
              <w:rPr>
                <w:noProof w:val="0"/>
                <w:lang w:val="en-IN"/>
              </w:rPr>
              <w:t>UI optimized for small screens.</w:t>
            </w:r>
          </w:p>
        </w:tc>
      </w:tr>
    </w:tbl>
    <w:p w:rsidR="5D44C034" w:rsidP="5D44C034" w:rsidRDefault="5D44C034" w14:paraId="2D1F79D0" w14:textId="509834F7">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7C59DCC8">
        <w:trPr>
          <w:trHeight w:val="300"/>
        </w:trPr>
        <w:tc>
          <w:tcPr>
            <w:tcW w:w="2175" w:type="dxa"/>
            <w:tcMar/>
          </w:tcPr>
          <w:p w:rsidR="5D44C034" w:rsidP="5D44C034" w:rsidRDefault="5D44C034" w14:paraId="3E229738">
            <w:pPr>
              <w:rPr>
                <w:b w:val="1"/>
                <w:bCs w:val="1"/>
                <w:i w:val="1"/>
                <w:iCs w:val="1"/>
              </w:rPr>
            </w:pPr>
            <w:r w:rsidRPr="5D44C034" w:rsidR="5D44C034">
              <w:rPr>
                <w:b w:val="1"/>
                <w:bCs w:val="1"/>
                <w:i w:val="1"/>
                <w:iCs w:val="1"/>
              </w:rPr>
              <w:t>User story No</w:t>
            </w:r>
          </w:p>
        </w:tc>
        <w:tc>
          <w:tcPr>
            <w:tcW w:w="492" w:type="dxa"/>
            <w:tcMar/>
          </w:tcPr>
          <w:p w:rsidR="5D44C034" w:rsidRDefault="5D44C034" w14:paraId="79382E97" w14:textId="45B24485">
            <w:r w:rsidR="5D44C034">
              <w:rPr/>
              <w:t>3</w:t>
            </w:r>
            <w:r w:rsidR="15D9684B">
              <w:rPr/>
              <w:t>9</w:t>
            </w:r>
          </w:p>
        </w:tc>
        <w:tc>
          <w:tcPr>
            <w:tcW w:w="777" w:type="dxa"/>
            <w:tcMar/>
          </w:tcPr>
          <w:p w:rsidR="5D44C034" w:rsidP="5D44C034" w:rsidRDefault="5D44C034" w14:paraId="50669911">
            <w:pPr>
              <w:rPr>
                <w:b w:val="1"/>
                <w:bCs w:val="1"/>
                <w:i w:val="1"/>
                <w:iCs w:val="1"/>
              </w:rPr>
            </w:pPr>
            <w:r w:rsidRPr="5D44C034" w:rsidR="5D44C034">
              <w:rPr>
                <w:b w:val="1"/>
                <w:bCs w:val="1"/>
                <w:i w:val="1"/>
                <w:iCs w:val="1"/>
              </w:rPr>
              <w:t>Tasks</w:t>
            </w:r>
          </w:p>
        </w:tc>
        <w:tc>
          <w:tcPr>
            <w:tcW w:w="2788" w:type="dxa"/>
            <w:tcMar/>
          </w:tcPr>
          <w:p w:rsidR="5E4E03C9" w:rsidRDefault="5E4E03C9" w14:paraId="726473A7" w14:textId="286561A4">
            <w:r w:rsidRPr="5D44C034" w:rsidR="5E4E03C9">
              <w:rPr>
                <w:rFonts w:ascii="Aptos" w:hAnsi="Aptos" w:eastAsia="Aptos" w:cs="Aptos"/>
                <w:noProof w:val="0"/>
                <w:sz w:val="22"/>
                <w:szCs w:val="22"/>
                <w:lang w:val="en-IN"/>
              </w:rPr>
              <w:t>Multi-device sync</w:t>
            </w:r>
          </w:p>
        </w:tc>
        <w:tc>
          <w:tcPr>
            <w:tcW w:w="1153" w:type="dxa"/>
            <w:tcMar/>
          </w:tcPr>
          <w:p w:rsidR="5D44C034" w:rsidP="5D44C034" w:rsidRDefault="5D44C034" w14:paraId="200844D8">
            <w:pPr>
              <w:rPr>
                <w:b w:val="1"/>
                <w:bCs w:val="1"/>
                <w:i w:val="1"/>
                <w:iCs w:val="1"/>
              </w:rPr>
            </w:pPr>
            <w:r w:rsidRPr="5D44C034" w:rsidR="5D44C034">
              <w:rPr>
                <w:b w:val="1"/>
                <w:bCs w:val="1"/>
                <w:i w:val="1"/>
                <w:iCs w:val="1"/>
              </w:rPr>
              <w:t>Priority</w:t>
            </w:r>
          </w:p>
        </w:tc>
        <w:tc>
          <w:tcPr>
            <w:tcW w:w="1631" w:type="dxa"/>
            <w:tcMar/>
          </w:tcPr>
          <w:p w:rsidR="5D44C034" w:rsidP="5D44C034" w:rsidRDefault="5D44C034" w14:paraId="4569530E" w14:textId="4127929D">
            <w:pPr>
              <w:pStyle w:val="Normal"/>
              <w:suppressLineNumbers w:val="0"/>
              <w:bidi w:val="0"/>
              <w:spacing w:before="0" w:beforeAutospacing="off" w:after="0" w:afterAutospacing="off" w:line="240" w:lineRule="auto"/>
              <w:ind w:left="0" w:right="0"/>
              <w:jc w:val="left"/>
            </w:pPr>
            <w:r w:rsidRPr="5D44C034" w:rsidR="5D44C034">
              <w:rPr>
                <w:rFonts w:ascii="Aptos" w:hAnsi="Aptos" w:eastAsia="Aptos" w:cs="Aptos"/>
                <w:noProof w:val="0"/>
                <w:sz w:val="22"/>
                <w:szCs w:val="22"/>
                <w:lang w:val="en-IN"/>
              </w:rPr>
              <w:t xml:space="preserve">High </w:t>
            </w:r>
          </w:p>
        </w:tc>
      </w:tr>
      <w:tr w:rsidR="5D44C034" w:rsidTr="5D44C034" w14:paraId="47C6C0BB">
        <w:trPr>
          <w:trHeight w:val="300"/>
        </w:trPr>
        <w:tc>
          <w:tcPr>
            <w:tcW w:w="2175" w:type="dxa"/>
            <w:tcMar/>
          </w:tcPr>
          <w:p w:rsidR="5D44C034" w:rsidP="5D44C034" w:rsidRDefault="5D44C034" w14:paraId="0563B6C8">
            <w:pPr>
              <w:rPr>
                <w:b w:val="1"/>
                <w:bCs w:val="1"/>
                <w:i w:val="1"/>
                <w:iCs w:val="1"/>
              </w:rPr>
            </w:pPr>
            <w:r w:rsidRPr="5D44C034" w:rsidR="5D44C034">
              <w:rPr>
                <w:b w:val="1"/>
                <w:bCs w:val="1"/>
                <w:i w:val="1"/>
                <w:iCs w:val="1"/>
              </w:rPr>
              <w:t>Value statement</w:t>
            </w:r>
          </w:p>
        </w:tc>
        <w:tc>
          <w:tcPr>
            <w:tcW w:w="6841" w:type="dxa"/>
            <w:gridSpan w:val="5"/>
            <w:tcMar/>
          </w:tcPr>
          <w:p w:rsidR="2922E98B" w:rsidRDefault="2922E98B" w14:paraId="00F336D0" w14:textId="1859C8EB">
            <w:r w:rsidRPr="5D44C034" w:rsidR="2922E98B">
              <w:rPr>
                <w:rFonts w:ascii="Aptos" w:hAnsi="Aptos" w:eastAsia="Aptos" w:cs="Aptos"/>
                <w:noProof w:val="0"/>
                <w:sz w:val="22"/>
                <w:szCs w:val="22"/>
                <w:lang w:val="en-IN"/>
              </w:rPr>
              <w:t>As a user, I want data synced across devices so that I can switch seamlessly between desktop and mobile.</w:t>
            </w:r>
          </w:p>
        </w:tc>
      </w:tr>
      <w:tr w:rsidR="5D44C034" w:rsidTr="5D44C034" w14:paraId="7EC3A64E">
        <w:trPr>
          <w:trHeight w:val="300"/>
        </w:trPr>
        <w:tc>
          <w:tcPr>
            <w:tcW w:w="2175" w:type="dxa"/>
            <w:tcMar/>
          </w:tcPr>
          <w:p w:rsidR="5D44C034" w:rsidP="5D44C034" w:rsidRDefault="5D44C034" w14:paraId="6288A503">
            <w:pPr>
              <w:rPr>
                <w:b w:val="1"/>
                <w:bCs w:val="1"/>
                <w:i w:val="1"/>
                <w:iCs w:val="1"/>
              </w:rPr>
            </w:pPr>
            <w:r w:rsidRPr="5D44C034" w:rsidR="5D44C034">
              <w:rPr>
                <w:b w:val="1"/>
                <w:bCs w:val="1"/>
                <w:i w:val="1"/>
                <w:iCs w:val="1"/>
              </w:rPr>
              <w:t>BV</w:t>
            </w:r>
          </w:p>
        </w:tc>
        <w:tc>
          <w:tcPr>
            <w:tcW w:w="1269" w:type="dxa"/>
            <w:gridSpan w:val="2"/>
            <w:tcMar/>
          </w:tcPr>
          <w:p w:rsidR="73816A84" w:rsidP="5D44C034" w:rsidRDefault="73816A84" w14:paraId="4A341BF1" w14:textId="09B3155F">
            <w:pPr>
              <w:pStyle w:val="Normal"/>
              <w:suppressLineNumbers w:val="0"/>
              <w:bidi w:val="0"/>
              <w:spacing w:before="0" w:beforeAutospacing="off" w:after="0" w:afterAutospacing="off" w:line="240" w:lineRule="auto"/>
              <w:ind w:left="0" w:right="0"/>
              <w:jc w:val="left"/>
            </w:pPr>
            <w:r w:rsidR="73816A84">
              <w:rPr/>
              <w:t>20</w:t>
            </w:r>
          </w:p>
        </w:tc>
        <w:tc>
          <w:tcPr>
            <w:tcW w:w="2788" w:type="dxa"/>
            <w:tcMar/>
          </w:tcPr>
          <w:p w:rsidR="5D44C034" w:rsidP="5D44C034" w:rsidRDefault="5D44C034" w14:paraId="62D9CCA4">
            <w:pPr>
              <w:rPr>
                <w:b w:val="1"/>
                <w:bCs w:val="1"/>
                <w:i w:val="1"/>
                <w:iCs w:val="1"/>
              </w:rPr>
            </w:pPr>
            <w:r w:rsidRPr="5D44C034" w:rsidR="5D44C034">
              <w:rPr>
                <w:b w:val="1"/>
                <w:bCs w:val="1"/>
                <w:i w:val="1"/>
                <w:iCs w:val="1"/>
              </w:rPr>
              <w:t>CP</w:t>
            </w:r>
          </w:p>
        </w:tc>
        <w:tc>
          <w:tcPr>
            <w:tcW w:w="2784" w:type="dxa"/>
            <w:gridSpan w:val="2"/>
            <w:tcMar/>
          </w:tcPr>
          <w:p w:rsidR="30051BFA" w:rsidP="5D44C034" w:rsidRDefault="30051BFA" w14:paraId="59387FA0" w14:textId="2486F808">
            <w:pPr>
              <w:pStyle w:val="Normal"/>
              <w:suppressLineNumbers w:val="0"/>
              <w:bidi w:val="0"/>
              <w:spacing w:before="0" w:beforeAutospacing="off" w:after="0" w:afterAutospacing="off" w:line="240" w:lineRule="auto"/>
              <w:ind w:left="0" w:right="0"/>
              <w:jc w:val="left"/>
            </w:pPr>
            <w:r w:rsidR="30051BFA">
              <w:rPr/>
              <w:t>8</w:t>
            </w:r>
          </w:p>
        </w:tc>
      </w:tr>
      <w:tr w:rsidR="5D44C034" w:rsidTr="5D44C034" w14:paraId="07E2D9A0">
        <w:trPr>
          <w:trHeight w:val="300"/>
        </w:trPr>
        <w:tc>
          <w:tcPr>
            <w:tcW w:w="9016" w:type="dxa"/>
            <w:gridSpan w:val="6"/>
            <w:tcMar/>
          </w:tcPr>
          <w:p w:rsidR="5D44C034" w:rsidP="5D44C034" w:rsidRDefault="5D44C034" w14:paraId="72D0A18A" w14:textId="5FF4D72C">
            <w:pPr>
              <w:rPr>
                <w:b w:val="1"/>
                <w:bCs w:val="1"/>
                <w:i w:val="1"/>
                <w:iCs w:val="1"/>
              </w:rPr>
            </w:pPr>
            <w:r w:rsidRPr="5D44C034" w:rsidR="5D44C034">
              <w:rPr>
                <w:b w:val="1"/>
                <w:bCs w:val="1"/>
                <w:i w:val="1"/>
                <w:iCs w:val="1"/>
              </w:rPr>
              <w:t>Acceptance criteria</w:t>
            </w:r>
          </w:p>
          <w:p w:rsidR="41B7F6A0" w:rsidP="5D44C034" w:rsidRDefault="41B7F6A0" w14:paraId="37C5B708" w14:textId="0387E28E">
            <w:pPr>
              <w:pStyle w:val="ListParagraph"/>
              <w:numPr>
                <w:ilvl w:val="0"/>
                <w:numId w:val="40"/>
              </w:numPr>
              <w:rPr>
                <w:noProof w:val="0"/>
                <w:lang w:val="en-IN"/>
              </w:rPr>
            </w:pPr>
            <w:r w:rsidRPr="5D44C034" w:rsidR="41B7F6A0">
              <w:rPr>
                <w:noProof w:val="0"/>
                <w:lang w:val="en-IN"/>
              </w:rPr>
              <w:t>Data synced across desktop/mobile.</w:t>
            </w:r>
          </w:p>
          <w:p w:rsidR="41B7F6A0" w:rsidP="5D44C034" w:rsidRDefault="41B7F6A0" w14:paraId="5B2A4821" w14:textId="001862B7">
            <w:pPr>
              <w:pStyle w:val="ListParagraph"/>
              <w:numPr>
                <w:ilvl w:val="0"/>
                <w:numId w:val="40"/>
              </w:numPr>
              <w:rPr>
                <w:noProof w:val="0"/>
                <w:lang w:val="en-IN"/>
              </w:rPr>
            </w:pPr>
            <w:r w:rsidRPr="5D44C034" w:rsidR="41B7F6A0">
              <w:rPr>
                <w:noProof w:val="0"/>
                <w:lang w:val="en-IN"/>
              </w:rPr>
              <w:t>Conflicts resolved automatically.</w:t>
            </w:r>
          </w:p>
          <w:p w:rsidR="41B7F6A0" w:rsidP="5D44C034" w:rsidRDefault="41B7F6A0" w14:paraId="592E2D03" w14:textId="4E1FC8F0">
            <w:pPr>
              <w:pStyle w:val="ListParagraph"/>
              <w:numPr>
                <w:ilvl w:val="0"/>
                <w:numId w:val="40"/>
              </w:numPr>
              <w:rPr>
                <w:noProof w:val="0"/>
                <w:lang w:val="en-IN"/>
              </w:rPr>
            </w:pPr>
            <w:r w:rsidRPr="5D44C034" w:rsidR="41B7F6A0">
              <w:rPr>
                <w:noProof w:val="0"/>
                <w:lang w:val="en-IN"/>
              </w:rPr>
              <w:t>Session data preserved.</w:t>
            </w:r>
          </w:p>
          <w:p w:rsidR="41B7F6A0" w:rsidP="5D44C034" w:rsidRDefault="41B7F6A0" w14:paraId="5AE63CD7" w14:textId="4867F04A">
            <w:pPr>
              <w:pStyle w:val="ListParagraph"/>
              <w:numPr>
                <w:ilvl w:val="0"/>
                <w:numId w:val="40"/>
              </w:numPr>
              <w:rPr>
                <w:noProof w:val="0"/>
                <w:lang w:val="en-IN"/>
              </w:rPr>
            </w:pPr>
            <w:r w:rsidRPr="5D44C034" w:rsidR="41B7F6A0">
              <w:rPr>
                <w:noProof w:val="0"/>
                <w:lang w:val="en-IN"/>
              </w:rPr>
              <w:t>Sync works under weak networks.</w:t>
            </w:r>
          </w:p>
          <w:p w:rsidR="41B7F6A0" w:rsidP="5D44C034" w:rsidRDefault="41B7F6A0" w14:paraId="447E6073" w14:textId="7750A37C">
            <w:pPr>
              <w:pStyle w:val="ListParagraph"/>
              <w:numPr>
                <w:ilvl w:val="0"/>
                <w:numId w:val="40"/>
              </w:numPr>
              <w:rPr>
                <w:noProof w:val="0"/>
                <w:lang w:val="en-IN"/>
              </w:rPr>
            </w:pPr>
            <w:r w:rsidRPr="5D44C034" w:rsidR="41B7F6A0">
              <w:rPr>
                <w:noProof w:val="0"/>
                <w:lang w:val="en-IN"/>
              </w:rPr>
              <w:t>Sync logs stored for audit.</w:t>
            </w:r>
          </w:p>
        </w:tc>
      </w:tr>
    </w:tbl>
    <w:p w:rsidR="5D44C034" w:rsidP="5D44C034" w:rsidRDefault="5D44C034" w14:paraId="7A3820C3" w14:textId="0C86A066">
      <w:pPr>
        <w:pStyle w:val="Normal"/>
      </w:pPr>
    </w:p>
    <w:tbl>
      <w:tblPr>
        <w:tblStyle w:val="TableGrid"/>
        <w:tblW w:w="0" w:type="auto"/>
        <w:tblLook w:val="04A0" w:firstRow="1" w:lastRow="0" w:firstColumn="1" w:lastColumn="0" w:noHBand="0" w:noVBand="1"/>
      </w:tblPr>
      <w:tblGrid>
        <w:gridCol w:w="2175"/>
        <w:gridCol w:w="492"/>
        <w:gridCol w:w="777"/>
        <w:gridCol w:w="2788"/>
        <w:gridCol w:w="1153"/>
        <w:gridCol w:w="1631"/>
      </w:tblGrid>
      <w:tr w:rsidR="5D44C034" w:rsidTr="5D44C034" w14:paraId="67239D0B">
        <w:trPr>
          <w:trHeight w:val="300"/>
        </w:trPr>
        <w:tc>
          <w:tcPr>
            <w:tcW w:w="2175" w:type="dxa"/>
            <w:tcMar/>
          </w:tcPr>
          <w:p w:rsidR="5D44C034" w:rsidP="5D44C034" w:rsidRDefault="5D44C034" w14:paraId="43058A8D">
            <w:pPr>
              <w:rPr>
                <w:b w:val="1"/>
                <w:bCs w:val="1"/>
                <w:i w:val="1"/>
                <w:iCs w:val="1"/>
              </w:rPr>
            </w:pPr>
            <w:r w:rsidRPr="5D44C034" w:rsidR="5D44C034">
              <w:rPr>
                <w:b w:val="1"/>
                <w:bCs w:val="1"/>
                <w:i w:val="1"/>
                <w:iCs w:val="1"/>
              </w:rPr>
              <w:t>User story No</w:t>
            </w:r>
          </w:p>
        </w:tc>
        <w:tc>
          <w:tcPr>
            <w:tcW w:w="492" w:type="dxa"/>
            <w:tcMar/>
          </w:tcPr>
          <w:p w:rsidR="644EB042" w:rsidRDefault="644EB042" w14:paraId="7BF83A19" w14:textId="331EC6F3">
            <w:r w:rsidR="644EB042">
              <w:rPr/>
              <w:t>40</w:t>
            </w:r>
          </w:p>
        </w:tc>
        <w:tc>
          <w:tcPr>
            <w:tcW w:w="777" w:type="dxa"/>
            <w:tcMar/>
          </w:tcPr>
          <w:p w:rsidR="5D44C034" w:rsidP="5D44C034" w:rsidRDefault="5D44C034" w14:paraId="48A31C26">
            <w:pPr>
              <w:rPr>
                <w:b w:val="1"/>
                <w:bCs w:val="1"/>
                <w:i w:val="1"/>
                <w:iCs w:val="1"/>
              </w:rPr>
            </w:pPr>
            <w:r w:rsidRPr="5D44C034" w:rsidR="5D44C034">
              <w:rPr>
                <w:b w:val="1"/>
                <w:bCs w:val="1"/>
                <w:i w:val="1"/>
                <w:iCs w:val="1"/>
              </w:rPr>
              <w:t>Tasks</w:t>
            </w:r>
          </w:p>
        </w:tc>
        <w:tc>
          <w:tcPr>
            <w:tcW w:w="2788" w:type="dxa"/>
            <w:tcMar/>
          </w:tcPr>
          <w:p w:rsidR="1ADD7AEF" w:rsidRDefault="1ADD7AEF" w14:paraId="27F583BC" w14:textId="4DF17352">
            <w:r w:rsidRPr="5D44C034" w:rsidR="1ADD7AEF">
              <w:rPr>
                <w:rFonts w:ascii="Aptos" w:hAnsi="Aptos" w:eastAsia="Aptos" w:cs="Aptos"/>
                <w:noProof w:val="0"/>
                <w:sz w:val="22"/>
                <w:szCs w:val="22"/>
                <w:lang w:val="en-IN"/>
              </w:rPr>
              <w:t>Beta testing program</w:t>
            </w:r>
          </w:p>
        </w:tc>
        <w:tc>
          <w:tcPr>
            <w:tcW w:w="1153" w:type="dxa"/>
            <w:tcMar/>
          </w:tcPr>
          <w:p w:rsidR="5D44C034" w:rsidP="5D44C034" w:rsidRDefault="5D44C034" w14:paraId="16122051">
            <w:pPr>
              <w:rPr>
                <w:b w:val="1"/>
                <w:bCs w:val="1"/>
                <w:i w:val="1"/>
                <w:iCs w:val="1"/>
              </w:rPr>
            </w:pPr>
            <w:r w:rsidRPr="5D44C034" w:rsidR="5D44C034">
              <w:rPr>
                <w:b w:val="1"/>
                <w:bCs w:val="1"/>
                <w:i w:val="1"/>
                <w:iCs w:val="1"/>
              </w:rPr>
              <w:t>Priority</w:t>
            </w:r>
          </w:p>
        </w:tc>
        <w:tc>
          <w:tcPr>
            <w:tcW w:w="1631" w:type="dxa"/>
            <w:tcMar/>
          </w:tcPr>
          <w:p w:rsidR="32F309DD" w:rsidP="5D44C034" w:rsidRDefault="32F309DD" w14:paraId="1C3A5B7B" w14:textId="6729D3BB">
            <w:pPr>
              <w:pStyle w:val="Normal"/>
              <w:suppressLineNumbers w:val="0"/>
              <w:bidi w:val="0"/>
              <w:spacing w:before="0" w:beforeAutospacing="off" w:after="0" w:afterAutospacing="off" w:line="240" w:lineRule="auto"/>
              <w:ind w:left="0" w:right="0"/>
              <w:jc w:val="left"/>
            </w:pPr>
            <w:r w:rsidRPr="5D44C034" w:rsidR="32F309DD">
              <w:rPr>
                <w:rFonts w:ascii="Aptos" w:hAnsi="Aptos" w:eastAsia="Aptos" w:cs="Aptos"/>
                <w:noProof w:val="0"/>
                <w:sz w:val="22"/>
                <w:szCs w:val="22"/>
                <w:lang w:val="en-IN"/>
              </w:rPr>
              <w:t xml:space="preserve">Medium </w:t>
            </w:r>
          </w:p>
        </w:tc>
      </w:tr>
      <w:tr w:rsidR="5D44C034" w:rsidTr="5D44C034" w14:paraId="31C0DD39">
        <w:trPr>
          <w:trHeight w:val="300"/>
        </w:trPr>
        <w:tc>
          <w:tcPr>
            <w:tcW w:w="2175" w:type="dxa"/>
            <w:tcMar/>
          </w:tcPr>
          <w:p w:rsidR="5D44C034" w:rsidP="5D44C034" w:rsidRDefault="5D44C034" w14:paraId="23A8E929">
            <w:pPr>
              <w:rPr>
                <w:b w:val="1"/>
                <w:bCs w:val="1"/>
                <w:i w:val="1"/>
                <w:iCs w:val="1"/>
              </w:rPr>
            </w:pPr>
            <w:r w:rsidRPr="5D44C034" w:rsidR="5D44C034">
              <w:rPr>
                <w:b w:val="1"/>
                <w:bCs w:val="1"/>
                <w:i w:val="1"/>
                <w:iCs w:val="1"/>
              </w:rPr>
              <w:t>Value statement</w:t>
            </w:r>
          </w:p>
        </w:tc>
        <w:tc>
          <w:tcPr>
            <w:tcW w:w="6841" w:type="dxa"/>
            <w:gridSpan w:val="5"/>
            <w:tcMar/>
          </w:tcPr>
          <w:p w:rsidR="7F1CDD4A" w:rsidRDefault="7F1CDD4A" w14:paraId="4CDD281A" w14:textId="617A4729">
            <w:r w:rsidRPr="5D44C034" w:rsidR="7F1CDD4A">
              <w:rPr>
                <w:rFonts w:ascii="Aptos" w:hAnsi="Aptos" w:eastAsia="Aptos" w:cs="Aptos"/>
                <w:noProof w:val="0"/>
                <w:sz w:val="22"/>
                <w:szCs w:val="22"/>
                <w:lang w:val="en-IN"/>
              </w:rPr>
              <w:t xml:space="preserve">As an administrator, I want to </w:t>
            </w:r>
            <w:r w:rsidRPr="5D44C034" w:rsidR="3BBBAB24">
              <w:rPr>
                <w:rFonts w:ascii="Aptos" w:hAnsi="Aptos" w:eastAsia="Aptos" w:cs="Aptos"/>
                <w:noProof w:val="0"/>
                <w:sz w:val="22"/>
                <w:szCs w:val="22"/>
                <w:lang w:val="en-IN"/>
              </w:rPr>
              <w:t>enrol</w:t>
            </w:r>
            <w:r w:rsidRPr="5D44C034" w:rsidR="7F1CDD4A">
              <w:rPr>
                <w:rFonts w:ascii="Aptos" w:hAnsi="Aptos" w:eastAsia="Aptos" w:cs="Aptos"/>
                <w:noProof w:val="0"/>
                <w:sz w:val="22"/>
                <w:szCs w:val="22"/>
                <w:lang w:val="en-IN"/>
              </w:rPr>
              <w:t xml:space="preserve"> users in beta testing so that I can gather early feedback.</w:t>
            </w:r>
          </w:p>
        </w:tc>
      </w:tr>
      <w:tr w:rsidR="5D44C034" w:rsidTr="5D44C034" w14:paraId="620C7CCD">
        <w:trPr>
          <w:trHeight w:val="300"/>
        </w:trPr>
        <w:tc>
          <w:tcPr>
            <w:tcW w:w="2175" w:type="dxa"/>
            <w:tcMar/>
          </w:tcPr>
          <w:p w:rsidR="5D44C034" w:rsidP="5D44C034" w:rsidRDefault="5D44C034" w14:paraId="15C34A59">
            <w:pPr>
              <w:rPr>
                <w:b w:val="1"/>
                <w:bCs w:val="1"/>
                <w:i w:val="1"/>
                <w:iCs w:val="1"/>
              </w:rPr>
            </w:pPr>
            <w:r w:rsidRPr="5D44C034" w:rsidR="5D44C034">
              <w:rPr>
                <w:b w:val="1"/>
                <w:bCs w:val="1"/>
                <w:i w:val="1"/>
                <w:iCs w:val="1"/>
              </w:rPr>
              <w:t>BV</w:t>
            </w:r>
          </w:p>
        </w:tc>
        <w:tc>
          <w:tcPr>
            <w:tcW w:w="1269" w:type="dxa"/>
            <w:gridSpan w:val="2"/>
            <w:tcMar/>
          </w:tcPr>
          <w:p w:rsidR="3C2ECF56" w:rsidP="5D44C034" w:rsidRDefault="3C2ECF56" w14:paraId="5F5F74E7" w14:textId="6783A001">
            <w:pPr>
              <w:pStyle w:val="Normal"/>
              <w:suppressLineNumbers w:val="0"/>
              <w:bidi w:val="0"/>
              <w:spacing w:before="0" w:beforeAutospacing="off" w:after="0" w:afterAutospacing="off" w:line="240" w:lineRule="auto"/>
              <w:ind w:left="0" w:right="0"/>
              <w:jc w:val="left"/>
            </w:pPr>
            <w:r w:rsidR="3C2ECF56">
              <w:rPr/>
              <w:t>10</w:t>
            </w:r>
          </w:p>
        </w:tc>
        <w:tc>
          <w:tcPr>
            <w:tcW w:w="2788" w:type="dxa"/>
            <w:tcMar/>
          </w:tcPr>
          <w:p w:rsidR="5D44C034" w:rsidP="5D44C034" w:rsidRDefault="5D44C034" w14:paraId="6D970DB0">
            <w:pPr>
              <w:rPr>
                <w:b w:val="1"/>
                <w:bCs w:val="1"/>
                <w:i w:val="1"/>
                <w:iCs w:val="1"/>
              </w:rPr>
            </w:pPr>
            <w:r w:rsidRPr="5D44C034" w:rsidR="5D44C034">
              <w:rPr>
                <w:b w:val="1"/>
                <w:bCs w:val="1"/>
                <w:i w:val="1"/>
                <w:iCs w:val="1"/>
              </w:rPr>
              <w:t>CP</w:t>
            </w:r>
          </w:p>
        </w:tc>
        <w:tc>
          <w:tcPr>
            <w:tcW w:w="2784" w:type="dxa"/>
            <w:gridSpan w:val="2"/>
            <w:tcMar/>
          </w:tcPr>
          <w:p w:rsidR="77104C19" w:rsidP="5D44C034" w:rsidRDefault="77104C19" w14:paraId="37BB7877" w14:textId="0738698C">
            <w:pPr>
              <w:pStyle w:val="Normal"/>
              <w:suppressLineNumbers w:val="0"/>
              <w:bidi w:val="0"/>
              <w:spacing w:before="0" w:beforeAutospacing="off" w:after="0" w:afterAutospacing="off" w:line="240" w:lineRule="auto"/>
              <w:ind w:left="0" w:right="0"/>
              <w:jc w:val="left"/>
            </w:pPr>
            <w:r w:rsidR="77104C19">
              <w:rPr/>
              <w:t>3</w:t>
            </w:r>
          </w:p>
        </w:tc>
      </w:tr>
      <w:tr w:rsidR="5D44C034" w:rsidTr="5D44C034" w14:paraId="2297D156">
        <w:trPr>
          <w:trHeight w:val="300"/>
        </w:trPr>
        <w:tc>
          <w:tcPr>
            <w:tcW w:w="9016" w:type="dxa"/>
            <w:gridSpan w:val="6"/>
            <w:tcMar/>
          </w:tcPr>
          <w:p w:rsidR="5D44C034" w:rsidP="5D44C034" w:rsidRDefault="5D44C034" w14:paraId="4BB2983D" w14:textId="03C3971B">
            <w:pPr>
              <w:rPr>
                <w:b w:val="1"/>
                <w:bCs w:val="1"/>
                <w:i w:val="1"/>
                <w:iCs w:val="1"/>
              </w:rPr>
            </w:pPr>
            <w:r w:rsidRPr="5D44C034" w:rsidR="5D44C034">
              <w:rPr>
                <w:b w:val="1"/>
                <w:bCs w:val="1"/>
                <w:i w:val="1"/>
                <w:iCs w:val="1"/>
              </w:rPr>
              <w:t>Acceptance criteria</w:t>
            </w:r>
          </w:p>
          <w:p w:rsidR="78A37980" w:rsidP="5D44C034" w:rsidRDefault="78A37980" w14:paraId="3AE6AF13" w14:textId="3C57DBD5">
            <w:pPr>
              <w:pStyle w:val="ListParagraph"/>
              <w:numPr>
                <w:ilvl w:val="0"/>
                <w:numId w:val="41"/>
              </w:numPr>
              <w:rPr>
                <w:noProof w:val="0"/>
                <w:lang w:val="en-IN"/>
              </w:rPr>
            </w:pPr>
            <w:r w:rsidRPr="5D44C034" w:rsidR="78A37980">
              <w:rPr>
                <w:noProof w:val="0"/>
                <w:lang w:val="en-IN"/>
              </w:rPr>
              <w:t>Users can opt-in to beta program.</w:t>
            </w:r>
          </w:p>
          <w:p w:rsidR="78A37980" w:rsidP="5D44C034" w:rsidRDefault="78A37980" w14:paraId="28E34C64" w14:textId="20768FB2">
            <w:pPr>
              <w:pStyle w:val="ListParagraph"/>
              <w:numPr>
                <w:ilvl w:val="0"/>
                <w:numId w:val="41"/>
              </w:numPr>
              <w:rPr>
                <w:noProof w:val="0"/>
                <w:lang w:val="en-IN"/>
              </w:rPr>
            </w:pPr>
            <w:r w:rsidRPr="5D44C034" w:rsidR="78A37980">
              <w:rPr>
                <w:noProof w:val="0"/>
                <w:lang w:val="en-IN"/>
              </w:rPr>
              <w:t>Beta access restricted by admin.</w:t>
            </w:r>
          </w:p>
          <w:p w:rsidR="78A37980" w:rsidP="5D44C034" w:rsidRDefault="78A37980" w14:paraId="31CD183B" w14:textId="73CC5FCB">
            <w:pPr>
              <w:pStyle w:val="ListParagraph"/>
              <w:numPr>
                <w:ilvl w:val="0"/>
                <w:numId w:val="41"/>
              </w:numPr>
              <w:rPr>
                <w:noProof w:val="0"/>
                <w:lang w:val="en-IN"/>
              </w:rPr>
            </w:pPr>
            <w:r w:rsidRPr="5D44C034" w:rsidR="78A37980">
              <w:rPr>
                <w:noProof w:val="0"/>
                <w:lang w:val="en-IN"/>
              </w:rPr>
              <w:t>Feedback collected from testers.</w:t>
            </w:r>
          </w:p>
          <w:p w:rsidR="78A37980" w:rsidP="5D44C034" w:rsidRDefault="78A37980" w14:paraId="133C095B" w14:textId="5D66D464">
            <w:pPr>
              <w:pStyle w:val="ListParagraph"/>
              <w:numPr>
                <w:ilvl w:val="0"/>
                <w:numId w:val="41"/>
              </w:numPr>
              <w:rPr>
                <w:noProof w:val="0"/>
                <w:lang w:val="en-IN"/>
              </w:rPr>
            </w:pPr>
            <w:r w:rsidRPr="5D44C034" w:rsidR="78A37980">
              <w:rPr>
                <w:noProof w:val="0"/>
                <w:lang w:val="en-IN"/>
              </w:rPr>
              <w:t>Beta usage logged.</w:t>
            </w:r>
          </w:p>
          <w:p w:rsidR="78A37980" w:rsidP="5D44C034" w:rsidRDefault="78A37980" w14:paraId="7B0B7A51" w14:textId="7414411E">
            <w:pPr>
              <w:pStyle w:val="ListParagraph"/>
              <w:numPr>
                <w:ilvl w:val="0"/>
                <w:numId w:val="41"/>
              </w:numPr>
              <w:rPr>
                <w:noProof w:val="0"/>
                <w:sz w:val="22"/>
                <w:szCs w:val="22"/>
                <w:lang w:val="en-IN"/>
              </w:rPr>
            </w:pPr>
            <w:r w:rsidRPr="5D44C034" w:rsidR="78A37980">
              <w:rPr>
                <w:noProof w:val="0"/>
                <w:lang w:val="en-IN"/>
              </w:rPr>
              <w:t>Testers notified of changes.</w:t>
            </w:r>
          </w:p>
        </w:tc>
      </w:tr>
    </w:tbl>
    <w:p w:rsidR="5D44C034" w:rsidP="5D44C034" w:rsidRDefault="5D44C034" w14:paraId="1D64FA65" w14:textId="0D0AFF36">
      <w:pPr>
        <w:pStyle w:val="Normal"/>
      </w:pPr>
    </w:p>
    <w:p w:rsidR="5D44C034" w:rsidP="5D44C034" w:rsidRDefault="5D44C034" w14:paraId="67C1D03F" w14:textId="41EAB818">
      <w:pPr>
        <w:pStyle w:val="Normal"/>
      </w:pPr>
    </w:p>
    <w:p w:rsidR="00A37981" w:rsidP="00DE11AA" w:rsidRDefault="00A37981" w14:paraId="3EA95585" w14:textId="77777777"/>
    <w:p w:rsidR="00A37981" w:rsidP="00DE11AA" w:rsidRDefault="00A37981" w14:paraId="74FE7999" w14:textId="77777777"/>
    <w:p w:rsidR="00A37981" w:rsidP="00DE11AA" w:rsidRDefault="00A37981" w14:paraId="4C772E1A" w14:textId="77777777"/>
    <w:p w:rsidR="00A37981" w:rsidP="00DE11AA" w:rsidRDefault="00A37981" w14:paraId="44892945" w14:textId="77777777"/>
    <w:p w:rsidR="00A37981" w:rsidP="00DE11AA" w:rsidRDefault="00A37981" w14:paraId="0DE8D480" w14:textId="77777777"/>
    <w:p w:rsidR="00A37981" w:rsidP="00DE11AA" w:rsidRDefault="00A37981" w14:paraId="2D31DCFC" w14:textId="77777777"/>
    <w:p w:rsidR="00A37981" w:rsidP="00DE11AA" w:rsidRDefault="00A37981" w14:paraId="6EBA9401" w14:textId="77777777"/>
    <w:p w:rsidR="00A37981" w:rsidP="00DE11AA" w:rsidRDefault="00A37981" w14:paraId="7EF646EB" w14:textId="77777777"/>
    <w:p w:rsidR="00A37981" w:rsidP="00DE11AA" w:rsidRDefault="00A37981" w14:paraId="5E82AE15" w14:textId="77777777"/>
    <w:p w:rsidR="00A37981" w:rsidP="00DE11AA" w:rsidRDefault="00A37981" w14:paraId="52AD992F" w14:textId="77777777"/>
    <w:p w:rsidR="00A37981" w:rsidP="00DE11AA" w:rsidRDefault="00A37981" w14:paraId="234417FF" w14:textId="77777777"/>
    <w:p w:rsidR="00A37981" w:rsidP="00DE11AA" w:rsidRDefault="00A37981" w14:paraId="2D972EDA" w14:textId="77777777"/>
    <w:p w:rsidR="00A37981" w:rsidP="00DE11AA" w:rsidRDefault="00A37981" w14:paraId="7210B2B6" w14:textId="77777777"/>
    <w:p w:rsidR="00A37981" w:rsidP="00DE11AA" w:rsidRDefault="00A37981" w14:paraId="247BE1EA" w14:textId="77777777"/>
    <w:p w:rsidR="00A37981" w:rsidP="00DE11AA" w:rsidRDefault="00A37981" w14:paraId="0DA45032" w14:textId="77777777"/>
    <w:p w:rsidR="00A37981" w:rsidP="00DE11AA" w:rsidRDefault="00A37981" w14:paraId="247DF1A4" w14:textId="77777777"/>
    <w:p w:rsidR="00A37981" w:rsidP="00DE11AA" w:rsidRDefault="00A37981" w14:paraId="75653B8B" w14:textId="77777777"/>
    <w:p w:rsidR="00A37981" w:rsidP="00DE11AA" w:rsidRDefault="00A37981" w14:paraId="66C9603E" w14:textId="77777777"/>
    <w:p w:rsidR="00A37981" w:rsidP="00DE11AA" w:rsidRDefault="00A37981" w14:paraId="3E2376CF" w14:textId="77777777"/>
    <w:p w:rsidR="00A37981" w:rsidP="00DE11AA" w:rsidRDefault="00A37981" w14:paraId="7C593978" w14:textId="77777777"/>
    <w:p w:rsidR="00A37981" w:rsidP="00DE11AA" w:rsidRDefault="00A37981" w14:paraId="161F1BE1" w14:textId="77777777"/>
    <w:p w:rsidR="5D44C034" w:rsidP="5D44C034" w:rsidRDefault="5D44C034" w14:paraId="7E2AFC0E" w14:textId="12451D4D">
      <w:pPr>
        <w:pStyle w:val="Title"/>
        <w:jc w:val="center"/>
      </w:pPr>
    </w:p>
    <w:p w:rsidR="5D44C034" w:rsidP="5D44C034" w:rsidRDefault="5D44C034" w14:paraId="37694E08" w14:textId="0A6604C6">
      <w:pPr>
        <w:pStyle w:val="Title"/>
        <w:jc w:val="center"/>
      </w:pPr>
    </w:p>
    <w:p w:rsidR="5D44C034" w:rsidP="5D44C034" w:rsidRDefault="5D44C034" w14:paraId="3EA3C793" w14:textId="049D91D3">
      <w:pPr>
        <w:pStyle w:val="Title"/>
        <w:jc w:val="center"/>
      </w:pPr>
    </w:p>
    <w:p w:rsidR="00A37981" w:rsidP="008C6096" w:rsidRDefault="008C6096" w14:paraId="58350CE7" w14:textId="71E7E013">
      <w:pPr>
        <w:pStyle w:val="Title"/>
        <w:jc w:val="center"/>
      </w:pPr>
      <w:r>
        <w:t>Document 4: Agile PO Experience</w:t>
      </w:r>
    </w:p>
    <w:p w:rsidR="008C6096" w:rsidP="003D1A50" w:rsidRDefault="003D1A50" w14:paraId="08AE5B9D" w14:textId="01E27C85">
      <w:pPr>
        <w:pStyle w:val="Heading1"/>
      </w:pPr>
      <w:r w:rsidR="003D1A50">
        <w:rPr/>
        <w:t>Product Owner Role Overview</w:t>
      </w:r>
    </w:p>
    <w:p w:rsidR="267E8703" w:rsidRDefault="267E8703" w14:paraId="72CDDD3F" w14:textId="5301E491">
      <w:r w:rsidRPr="5D44C034" w:rsidR="267E8703">
        <w:rPr>
          <w:rFonts w:ascii="Aptos" w:hAnsi="Aptos" w:eastAsia="Aptos" w:cs="Aptos"/>
          <w:noProof w:val="0"/>
          <w:sz w:val="22"/>
          <w:szCs w:val="22"/>
          <w:lang w:val="en-IN"/>
        </w:rPr>
        <w:t>As the Product Owner (PO) for the Delta Sales Operations Management Portal (DSOMP) project, I was responsible for shaping and driving the product vision by applying my industry knowledge and understanding of market needs. In this role, I acted as the bridge between stakeholders, the Scrum Team, and the business objectives, ensuring alignment at every stage. My focus was on maximizing value delivery and making sure the product evolved to meet both business goals and user expectations.</w:t>
      </w:r>
    </w:p>
    <w:p w:rsidR="003D1A50" w:rsidP="003D1A50" w:rsidRDefault="003D1A50" w14:paraId="7CBA9A40" w14:textId="250B2D2C">
      <w:pPr>
        <w:pStyle w:val="Heading1"/>
      </w:pPr>
      <w:r w:rsidRPr="003D1A50">
        <w:t>Key Responsibilities of the Product Owner</w:t>
      </w:r>
    </w:p>
    <w:p w:rsidR="003D1A50" w:rsidP="003D1A50" w:rsidRDefault="003D1A50" w14:paraId="69EC0C32" w14:textId="25BDD77C">
      <w:pPr>
        <w:pStyle w:val="Heading2"/>
      </w:pPr>
      <w:r w:rsidRPr="003D1A50">
        <w:t>Market Analysis</w:t>
      </w:r>
    </w:p>
    <w:p w:rsidR="003D1A50" w:rsidP="003D1A50" w:rsidRDefault="003D1A50" w14:paraId="6894FF60" w14:textId="7CBF3386">
      <w:pPr>
        <w:pStyle w:val="ListParagraph"/>
        <w:numPr>
          <w:ilvl w:val="0"/>
          <w:numId w:val="8"/>
        </w:numPr>
      </w:pPr>
      <w:r w:rsidRPr="003D1A50">
        <w:t xml:space="preserve">Conduct thorough research on </w:t>
      </w:r>
      <w:r w:rsidRPr="003D1A50">
        <w:rPr>
          <w:b/>
          <w:bCs/>
        </w:rPr>
        <w:t>market needs and demand</w:t>
      </w:r>
      <w:r w:rsidRPr="003D1A50">
        <w:t>.</w:t>
      </w:r>
    </w:p>
    <w:p w:rsidR="003D1A50" w:rsidP="003D1A50" w:rsidRDefault="003D1A50" w14:paraId="012ABA46" w14:textId="4AF51BA4">
      <w:pPr>
        <w:pStyle w:val="ListParagraph"/>
        <w:numPr>
          <w:ilvl w:val="0"/>
          <w:numId w:val="8"/>
        </w:numPr>
      </w:pPr>
      <w:r w:rsidRPr="003D1A50">
        <w:t xml:space="preserve">Assess the </w:t>
      </w:r>
      <w:r w:rsidRPr="003D1A50">
        <w:rPr>
          <w:b/>
          <w:bCs/>
        </w:rPr>
        <w:t>availability of similar products</w:t>
      </w:r>
      <w:r w:rsidRPr="003D1A50">
        <w:t xml:space="preserve"> in the market and their features.</w:t>
      </w:r>
    </w:p>
    <w:p w:rsidR="003D1A50" w:rsidP="003D1A50" w:rsidRDefault="003D1A50" w14:paraId="00DD5D07" w14:textId="34493034">
      <w:pPr>
        <w:pStyle w:val="ListParagraph"/>
        <w:numPr>
          <w:ilvl w:val="0"/>
          <w:numId w:val="8"/>
        </w:numPr>
      </w:pPr>
      <w:r w:rsidRPr="003D1A50">
        <w:t>Identify competitive advantages and market positioning opportunities.</w:t>
      </w:r>
    </w:p>
    <w:p w:rsidR="003D1A50" w:rsidP="003D1A50" w:rsidRDefault="003D1A50" w14:paraId="20332426" w14:textId="3CB8FD83">
      <w:pPr>
        <w:pStyle w:val="Heading2"/>
      </w:pPr>
      <w:r w:rsidRPr="003D1A50">
        <w:t>Enterprise Analysis</w:t>
      </w:r>
    </w:p>
    <w:p w:rsidR="003D1A50" w:rsidP="003D1A50" w:rsidRDefault="003D1A50" w14:paraId="7E33C1AF" w14:textId="59DA95C8">
      <w:pPr>
        <w:pStyle w:val="ListParagraph"/>
        <w:numPr>
          <w:ilvl w:val="0"/>
          <w:numId w:val="9"/>
        </w:numPr>
      </w:pPr>
      <w:r w:rsidRPr="003D1A50">
        <w:t xml:space="preserve">Perform </w:t>
      </w:r>
      <w:r w:rsidRPr="003D1A50">
        <w:rPr>
          <w:b/>
          <w:bCs/>
        </w:rPr>
        <w:t>due diligence</w:t>
      </w:r>
      <w:r w:rsidRPr="003D1A50">
        <w:t xml:space="preserve"> to validate the market opportunity.</w:t>
      </w:r>
    </w:p>
    <w:p w:rsidR="003D1A50" w:rsidP="003D1A50" w:rsidRDefault="003D1A50" w14:paraId="069CECDD" w14:textId="297F4EED">
      <w:pPr>
        <w:pStyle w:val="ListParagraph"/>
        <w:numPr>
          <w:ilvl w:val="0"/>
          <w:numId w:val="9"/>
        </w:numPr>
      </w:pPr>
      <w:r w:rsidRPr="003D1A50">
        <w:t>Evaluate alignment with Delta Healthcare’s strategic objectives.</w:t>
      </w:r>
    </w:p>
    <w:p w:rsidR="003D1A50" w:rsidP="003D1A50" w:rsidRDefault="003D1A50" w14:paraId="658C109A" w14:textId="5FB79DE3">
      <w:pPr>
        <w:pStyle w:val="Heading2"/>
      </w:pPr>
      <w:r w:rsidRPr="003D1A50">
        <w:t>Product Vision and Roadmap</w:t>
      </w:r>
    </w:p>
    <w:p w:rsidR="003D1A50" w:rsidP="003D1A50" w:rsidRDefault="003D1A50" w14:paraId="05015D3B" w14:textId="71487341">
      <w:pPr>
        <w:pStyle w:val="ListParagraph"/>
        <w:numPr>
          <w:ilvl w:val="0"/>
          <w:numId w:val="10"/>
        </w:numPr>
      </w:pPr>
      <w:r w:rsidRPr="003D1A50">
        <w:t xml:space="preserve">Define a </w:t>
      </w:r>
      <w:r w:rsidRPr="003D1A50">
        <w:rPr>
          <w:b/>
          <w:bCs/>
        </w:rPr>
        <w:t>clear product vision</w:t>
      </w:r>
      <w:r w:rsidRPr="003D1A50">
        <w:t xml:space="preserve"> based on need analysis.</w:t>
      </w:r>
    </w:p>
    <w:p w:rsidR="003D1A50" w:rsidP="003D1A50" w:rsidRDefault="003D1A50" w14:paraId="2087C82B" w14:textId="1053A932">
      <w:pPr>
        <w:pStyle w:val="ListParagraph"/>
        <w:numPr>
          <w:ilvl w:val="0"/>
          <w:numId w:val="10"/>
        </w:numPr>
      </w:pPr>
      <w:r w:rsidRPr="003D1A50">
        <w:t xml:space="preserve">Prepare a </w:t>
      </w:r>
      <w:r w:rsidRPr="003D1A50">
        <w:rPr>
          <w:b/>
          <w:bCs/>
        </w:rPr>
        <w:t>product roadmap</w:t>
      </w:r>
      <w:r w:rsidRPr="003D1A50">
        <w:t xml:space="preserve"> highlighting high-level features, deliverables, and timelines.</w:t>
      </w:r>
    </w:p>
    <w:p w:rsidR="003D1A50" w:rsidP="003D1A50" w:rsidRDefault="003D1A50" w14:paraId="0D4A1F9D" w14:textId="09C65EC0">
      <w:pPr>
        <w:pStyle w:val="ListParagraph"/>
        <w:numPr>
          <w:ilvl w:val="0"/>
          <w:numId w:val="10"/>
        </w:numPr>
      </w:pPr>
      <w:r w:rsidRPr="003D1A50">
        <w:t>Align roadmap milestones with business priorities and ROI.</w:t>
      </w:r>
    </w:p>
    <w:p w:rsidR="003D1A50" w:rsidP="003D1A50" w:rsidRDefault="003D1A50" w14:paraId="1CACFC91" w14:textId="24858CAC">
      <w:pPr>
        <w:pStyle w:val="Heading2"/>
      </w:pPr>
      <w:r w:rsidRPr="003D1A50">
        <w:t>Managing Product Features</w:t>
      </w:r>
    </w:p>
    <w:p w:rsidR="003D1A50" w:rsidP="003D1A50" w:rsidRDefault="003D1A50" w14:paraId="652A73C9" w14:textId="215AC785">
      <w:pPr>
        <w:pStyle w:val="ListParagraph"/>
        <w:numPr>
          <w:ilvl w:val="0"/>
          <w:numId w:val="11"/>
        </w:numPr>
      </w:pPr>
      <w:r w:rsidRPr="003D1A50">
        <w:t>Engage with stakeholders to gather and manage expectations.</w:t>
      </w:r>
    </w:p>
    <w:p w:rsidR="003D1A50" w:rsidP="003D1A50" w:rsidRDefault="003D1A50" w14:paraId="46DF8AEA" w14:textId="62EFFE33">
      <w:pPr>
        <w:pStyle w:val="ListParagraph"/>
        <w:numPr>
          <w:ilvl w:val="0"/>
          <w:numId w:val="11"/>
        </w:numPr>
      </w:pPr>
      <w:r w:rsidRPr="003D1A50">
        <w:t xml:space="preserve">Prioritize epics, stories, and features based on </w:t>
      </w:r>
      <w:r w:rsidRPr="003D1A50">
        <w:rPr>
          <w:b/>
          <w:bCs/>
        </w:rPr>
        <w:t>criticality and ROI</w:t>
      </w:r>
      <w:r w:rsidRPr="003D1A50">
        <w:t>.</w:t>
      </w:r>
    </w:p>
    <w:p w:rsidR="003D1A50" w:rsidP="003D1A50" w:rsidRDefault="003D1A50" w14:paraId="2270C37D" w14:textId="402225DA">
      <w:pPr>
        <w:pStyle w:val="ListParagraph"/>
        <w:numPr>
          <w:ilvl w:val="0"/>
          <w:numId w:val="11"/>
        </w:numPr>
      </w:pPr>
      <w:r w:rsidRPr="003D1A50">
        <w:t xml:space="preserve">Oversee </w:t>
      </w:r>
      <w:r w:rsidRPr="003D1A50">
        <w:rPr>
          <w:b/>
          <w:bCs/>
        </w:rPr>
        <w:t>daily Scrum meetings</w:t>
      </w:r>
      <w:r w:rsidRPr="003D1A50">
        <w:t xml:space="preserve"> to stay updated on development progress.</w:t>
      </w:r>
    </w:p>
    <w:p w:rsidR="003D1A50" w:rsidP="003D1A50" w:rsidRDefault="003D1A50" w14:paraId="1CF2DAFF" w14:textId="5205D937">
      <w:pPr>
        <w:pStyle w:val="ListParagraph"/>
        <w:numPr>
          <w:ilvl w:val="0"/>
          <w:numId w:val="11"/>
        </w:numPr>
      </w:pPr>
      <w:r w:rsidRPr="003D1A50">
        <w:t xml:space="preserve">Conduct </w:t>
      </w:r>
      <w:r w:rsidRPr="003D1A50">
        <w:rPr>
          <w:b/>
          <w:bCs/>
        </w:rPr>
        <w:t>Sprint Review</w:t>
      </w:r>
      <w:r w:rsidRPr="003D1A50">
        <w:t xml:space="preserve"> meetings to demonstrate deliverables to stakeholders.</w:t>
      </w:r>
    </w:p>
    <w:p w:rsidR="003D1A50" w:rsidP="003D1A50" w:rsidRDefault="003D1A50" w14:paraId="41334B9E" w14:textId="19F94A52">
      <w:pPr>
        <w:pStyle w:val="ListParagraph"/>
        <w:numPr>
          <w:ilvl w:val="0"/>
          <w:numId w:val="11"/>
        </w:numPr>
      </w:pPr>
      <w:r w:rsidRPr="003D1A50">
        <w:t xml:space="preserve">Participate in </w:t>
      </w:r>
      <w:r w:rsidRPr="003D1A50">
        <w:rPr>
          <w:b/>
          <w:bCs/>
        </w:rPr>
        <w:t>Sprint Retrospective</w:t>
      </w:r>
      <w:r w:rsidRPr="003D1A50">
        <w:t xml:space="preserve"> meetings to gather feedback and improve processes.</w:t>
      </w:r>
    </w:p>
    <w:p w:rsidR="003D1A50" w:rsidP="003D1A50" w:rsidRDefault="003D1A50" w14:paraId="3DA32BE9" w14:textId="10A6CF47">
      <w:pPr>
        <w:pStyle w:val="ListParagraph"/>
        <w:numPr>
          <w:ilvl w:val="0"/>
          <w:numId w:val="11"/>
        </w:numPr>
      </w:pPr>
      <w:r w:rsidRPr="003D1A50">
        <w:t xml:space="preserve">Lead </w:t>
      </w:r>
      <w:r w:rsidRPr="003D1A50">
        <w:rPr>
          <w:b/>
          <w:bCs/>
        </w:rPr>
        <w:t>Backlog Refinement</w:t>
      </w:r>
      <w:r w:rsidRPr="003D1A50">
        <w:t xml:space="preserve"> meetings to ensure user stories are ready for upcoming sprints.</w:t>
      </w:r>
    </w:p>
    <w:p w:rsidR="003D1A50" w:rsidP="003D1A50" w:rsidRDefault="003D1A50" w14:paraId="10856ACA" w14:textId="2CDDD5BE">
      <w:pPr>
        <w:pStyle w:val="Heading1"/>
      </w:pPr>
      <w:r w:rsidRPr="003D1A50">
        <w:t>User Stories Creation</w:t>
      </w:r>
    </w:p>
    <w:p w:rsidR="003D1A50" w:rsidP="003D1A50" w:rsidRDefault="003D1A50" w14:paraId="2A23A090" w14:textId="013C5FDD">
      <w:r w:rsidRPr="003D1A50">
        <w:t>Each user story created by the Product Owner includes:</w:t>
      </w:r>
    </w:p>
    <w:p w:rsidR="003D1A50" w:rsidP="003D1A50" w:rsidRDefault="003D1A50" w14:paraId="29219525" w14:textId="3BD986FB">
      <w:pPr>
        <w:pStyle w:val="ListParagraph"/>
        <w:numPr>
          <w:ilvl w:val="0"/>
          <w:numId w:val="12"/>
        </w:numPr>
      </w:pPr>
      <w:r w:rsidRPr="003D1A50">
        <w:t>Story Number</w:t>
      </w:r>
    </w:p>
    <w:p w:rsidR="003D1A50" w:rsidP="003D1A50" w:rsidRDefault="003D1A50" w14:paraId="2FA9365E" w14:textId="444202BA">
      <w:pPr>
        <w:pStyle w:val="ListParagraph"/>
        <w:numPr>
          <w:ilvl w:val="0"/>
          <w:numId w:val="12"/>
        </w:numPr>
      </w:pPr>
      <w:r w:rsidRPr="003D1A50">
        <w:t>Tasks</w:t>
      </w:r>
    </w:p>
    <w:p w:rsidR="003D1A50" w:rsidP="003D1A50" w:rsidRDefault="003D1A50" w14:paraId="3DB8E93E" w14:textId="22DA3950">
      <w:pPr>
        <w:pStyle w:val="ListParagraph"/>
        <w:numPr>
          <w:ilvl w:val="0"/>
          <w:numId w:val="12"/>
        </w:numPr>
      </w:pPr>
      <w:r w:rsidRPr="003D1A50">
        <w:t>Priority</w:t>
      </w:r>
    </w:p>
    <w:p w:rsidR="003D1A50" w:rsidP="003D1A50" w:rsidRDefault="003D1A50" w14:paraId="0C6C4F39" w14:textId="61ACF4CD">
      <w:pPr>
        <w:pStyle w:val="ListParagraph"/>
        <w:numPr>
          <w:ilvl w:val="0"/>
          <w:numId w:val="12"/>
        </w:numPr>
      </w:pPr>
      <w:r w:rsidRPr="003D1A50">
        <w:t>Acceptance Criteria</w:t>
      </w:r>
    </w:p>
    <w:p w:rsidR="003D1A50" w:rsidP="003D1A50" w:rsidRDefault="003D1A50" w14:paraId="7B9D0DDF" w14:textId="71AF3EF2">
      <w:pPr>
        <w:pStyle w:val="ListParagraph"/>
        <w:numPr>
          <w:ilvl w:val="0"/>
          <w:numId w:val="12"/>
        </w:numPr>
      </w:pPr>
      <w:r w:rsidRPr="003D1A50">
        <w:rPr>
          <w:b/>
          <w:bCs/>
        </w:rPr>
        <w:t>BV (Business Value)</w:t>
      </w:r>
      <w:r w:rsidRPr="003D1A50">
        <w:t xml:space="preserve"> – numeric value on a 1–10 scale</w:t>
      </w:r>
    </w:p>
    <w:p w:rsidR="003D1A50" w:rsidP="003D1A50" w:rsidRDefault="003D1A50" w14:paraId="33D5398C" w14:textId="4B805DD2">
      <w:pPr>
        <w:pStyle w:val="ListParagraph"/>
        <w:numPr>
          <w:ilvl w:val="0"/>
          <w:numId w:val="12"/>
        </w:numPr>
      </w:pPr>
      <w:r w:rsidRPr="003D1A50">
        <w:rPr>
          <w:b/>
          <w:bCs/>
        </w:rPr>
        <w:t>CP (Complexity Points)</w:t>
      </w:r>
      <w:r w:rsidRPr="003D1A50">
        <w:t xml:space="preserve"> – numeric value on a 1–10 scale</w:t>
      </w:r>
    </w:p>
    <w:p w:rsidR="003D1A50" w:rsidP="003D1A50" w:rsidRDefault="003D1A50" w14:paraId="684DDEAC" w14:textId="7F2E3AB1">
      <w:r w:rsidRPr="003D1A50">
        <w:t>These stories are structured to be clear, actionable, and aligned with the product vision.</w:t>
      </w:r>
    </w:p>
    <w:p w:rsidR="00FC2284" w:rsidP="00FC2284" w:rsidRDefault="00FC2284" w14:paraId="1D8C4AB8" w14:textId="30EA967E">
      <w:pPr>
        <w:pStyle w:val="Heading1"/>
      </w:pPr>
      <w:r w:rsidRPr="00FC2284">
        <w:t>Liaison Between Teams</w:t>
      </w:r>
    </w:p>
    <w:p w:rsidR="00FC2284" w:rsidP="00FC2284" w:rsidRDefault="00FC2284" w14:paraId="74352DFD" w14:textId="2BDE7C56">
      <w:r w:rsidRPr="00FC2284">
        <w:t xml:space="preserve">In Scrum, the Product Owner serves as the </w:t>
      </w:r>
      <w:r w:rsidRPr="00FC2284">
        <w:rPr>
          <w:b/>
          <w:bCs/>
        </w:rPr>
        <w:t>link between business stakeholders and the Scrum Team</w:t>
      </w:r>
      <w:r w:rsidRPr="00FC2284">
        <w:t>:</w:t>
      </w:r>
    </w:p>
    <w:p w:rsidR="00FC2284" w:rsidP="00FC2284" w:rsidRDefault="00FC2284" w14:paraId="12FDC9D1" w14:textId="70770009">
      <w:pPr>
        <w:pStyle w:val="ListParagraph"/>
        <w:numPr>
          <w:ilvl w:val="0"/>
          <w:numId w:val="13"/>
        </w:numPr>
      </w:pPr>
      <w:r w:rsidRPr="00FC2284">
        <w:t>Communicates project vision and updates to business units.</w:t>
      </w:r>
    </w:p>
    <w:p w:rsidR="00FC2284" w:rsidP="00FC2284" w:rsidRDefault="00FC2284" w14:paraId="68CF1E58" w14:textId="397853E1">
      <w:pPr>
        <w:pStyle w:val="ListParagraph"/>
        <w:numPr>
          <w:ilvl w:val="0"/>
          <w:numId w:val="13"/>
        </w:numPr>
      </w:pPr>
      <w:r w:rsidRPr="00FC2284">
        <w:t>Collaborates with developers, testers, and designers to clarify requirements.</w:t>
      </w:r>
    </w:p>
    <w:p w:rsidR="00FC2284" w:rsidP="00FC2284" w:rsidRDefault="00FC2284" w14:paraId="31BDBA25" w14:textId="1AE42211">
      <w:pPr>
        <w:pStyle w:val="ListParagraph"/>
        <w:numPr>
          <w:ilvl w:val="0"/>
          <w:numId w:val="13"/>
        </w:numPr>
      </w:pPr>
      <w:r w:rsidRPr="00FC2284">
        <w:t>Ensures transparency on the project’s progress and priorities</w:t>
      </w:r>
      <w:r>
        <w:t xml:space="preserve">. </w:t>
      </w:r>
    </w:p>
    <w:p w:rsidR="00FC2284" w:rsidP="00FC2284" w:rsidRDefault="00FC2284" w14:paraId="1F58BE44" w14:textId="04A85B60">
      <w:pPr>
        <w:pStyle w:val="Heading1"/>
      </w:pPr>
      <w:r w:rsidRPr="00FC2284">
        <w:t>Managing the Product Backlog</w:t>
      </w:r>
    </w:p>
    <w:p w:rsidR="00FC2284" w:rsidP="00FC2284" w:rsidRDefault="00FC2284" w14:paraId="713CEF5F" w14:textId="0E84A389">
      <w:pPr>
        <w:pStyle w:val="ListParagraph"/>
        <w:numPr>
          <w:ilvl w:val="0"/>
          <w:numId w:val="14"/>
        </w:numPr>
      </w:pPr>
      <w:r w:rsidRPr="00FC2284">
        <w:t xml:space="preserve">Maintain and prioritize the </w:t>
      </w:r>
      <w:r w:rsidRPr="00FC2284">
        <w:rPr>
          <w:b/>
          <w:bCs/>
        </w:rPr>
        <w:t>product backlog</w:t>
      </w:r>
      <w:r w:rsidRPr="00FC2284">
        <w:t xml:space="preserve"> based on business goals.</w:t>
      </w:r>
    </w:p>
    <w:p w:rsidR="00FC2284" w:rsidP="00FC2284" w:rsidRDefault="00FC2284" w14:paraId="16EFDC37" w14:textId="1D69C1F9">
      <w:pPr>
        <w:pStyle w:val="ListParagraph"/>
        <w:numPr>
          <w:ilvl w:val="0"/>
          <w:numId w:val="14"/>
        </w:numPr>
      </w:pPr>
      <w:r w:rsidRPr="00FC2284">
        <w:t>Reprioritize items according to evolving stakeholder needs.</w:t>
      </w:r>
    </w:p>
    <w:p w:rsidR="00FC2284" w:rsidP="00FC2284" w:rsidRDefault="00FC2284" w14:paraId="5E444176" w14:textId="00625453">
      <w:pPr>
        <w:pStyle w:val="ListParagraph"/>
        <w:numPr>
          <w:ilvl w:val="0"/>
          <w:numId w:val="14"/>
        </w:numPr>
      </w:pPr>
      <w:r w:rsidRPr="00FC2284">
        <w:t>Plan epics and ensure their decomposition into actionable user stories.</w:t>
      </w:r>
    </w:p>
    <w:p w:rsidR="006C247F" w:rsidP="006C247F" w:rsidRDefault="006C247F" w14:paraId="4B35360C" w14:textId="580BEDFF">
      <w:pPr>
        <w:pStyle w:val="Heading1"/>
      </w:pPr>
      <w:r w:rsidRPr="006C247F">
        <w:t>Managing Overall Iteration Progress</w:t>
      </w:r>
    </w:p>
    <w:p w:rsidR="006C247F" w:rsidP="006C247F" w:rsidRDefault="006C247F" w14:paraId="37E946B7" w14:textId="5506886C">
      <w:pPr>
        <w:pStyle w:val="ListParagraph"/>
        <w:numPr>
          <w:ilvl w:val="0"/>
          <w:numId w:val="15"/>
        </w:numPr>
      </w:pPr>
      <w:r w:rsidRPr="006C247F">
        <w:t>Review sprint progress regularly.</w:t>
      </w:r>
    </w:p>
    <w:p w:rsidR="006C247F" w:rsidP="006C247F" w:rsidRDefault="006C247F" w14:paraId="442300B0" w14:textId="205C7988">
      <w:pPr>
        <w:pStyle w:val="ListParagraph"/>
        <w:numPr>
          <w:ilvl w:val="0"/>
          <w:numId w:val="15"/>
        </w:numPr>
      </w:pPr>
      <w:r w:rsidRPr="006C247F">
        <w:t>Adjust sprint scope and epic priorities when necessary.</w:t>
      </w:r>
    </w:p>
    <w:p w:rsidR="006C247F" w:rsidP="006C247F" w:rsidRDefault="006C247F" w14:paraId="589A9BBB" w14:textId="6473BFE4">
      <w:pPr>
        <w:pStyle w:val="ListParagraph"/>
        <w:numPr>
          <w:ilvl w:val="0"/>
          <w:numId w:val="15"/>
        </w:numPr>
      </w:pPr>
      <w:r w:rsidRPr="006C247F">
        <w:t>Collaborate with the Business Analyst during retrospectives to refine processes.</w:t>
      </w:r>
    </w:p>
    <w:p w:rsidR="006C247F" w:rsidP="006C247F" w:rsidRDefault="006C247F" w14:paraId="53B8FF03" w14:textId="4BF3AEF9">
      <w:pPr>
        <w:pStyle w:val="Heading1"/>
      </w:pPr>
      <w:r w:rsidRPr="006C247F">
        <w:t>Lessons Learned from the Project</w:t>
      </w:r>
    </w:p>
    <w:p w:rsidR="006C247F" w:rsidP="006C247F" w:rsidRDefault="006C247F" w14:paraId="5F42F49D" w14:textId="4EE78E20">
      <w:r w:rsidRPr="006C247F">
        <w:t xml:space="preserve">From the </w:t>
      </w:r>
      <w:r w:rsidRPr="006C247F">
        <w:rPr>
          <w:i/>
          <w:iCs/>
        </w:rPr>
        <w:t>DSOMP</w:t>
      </w:r>
      <w:r w:rsidRPr="006C247F">
        <w:t xml:space="preserve"> project, I have learned to:</w:t>
      </w:r>
    </w:p>
    <w:p w:rsidR="006C247F" w:rsidP="006C247F" w:rsidRDefault="006C247F" w14:paraId="53E4A06C" w14:textId="1D648514">
      <w:pPr>
        <w:pStyle w:val="ListParagraph"/>
        <w:numPr>
          <w:ilvl w:val="0"/>
          <w:numId w:val="16"/>
        </w:numPr>
      </w:pPr>
      <w:r w:rsidRPr="006C247F">
        <w:t xml:space="preserve">Effectively conduct </w:t>
      </w:r>
      <w:r w:rsidRPr="006C247F">
        <w:rPr>
          <w:b/>
          <w:bCs/>
        </w:rPr>
        <w:t>Sprint Planning Meetings</w:t>
      </w:r>
      <w:r w:rsidRPr="006C247F">
        <w:t xml:space="preserve"> to align the team with sprint goals.</w:t>
      </w:r>
    </w:p>
    <w:p w:rsidR="006C247F" w:rsidP="006C247F" w:rsidRDefault="006C247F" w14:paraId="5FA0B002" w14:textId="77C83614">
      <w:pPr>
        <w:pStyle w:val="ListParagraph"/>
        <w:numPr>
          <w:ilvl w:val="0"/>
          <w:numId w:val="16"/>
        </w:numPr>
      </w:pPr>
      <w:r w:rsidRPr="006C247F">
        <w:t xml:space="preserve">Manage </w:t>
      </w:r>
      <w:r w:rsidRPr="006C247F">
        <w:rPr>
          <w:b/>
          <w:bCs/>
        </w:rPr>
        <w:t>Sprint Reviews</w:t>
      </w:r>
      <w:r w:rsidRPr="006C247F">
        <w:t xml:space="preserve"> to demonstrate progress and gather feedback.</w:t>
      </w:r>
    </w:p>
    <w:p w:rsidR="006C247F" w:rsidP="006C247F" w:rsidRDefault="006C247F" w14:paraId="58BCCBCC" w14:textId="58A42FC4">
      <w:pPr>
        <w:pStyle w:val="ListParagraph"/>
        <w:numPr>
          <w:ilvl w:val="0"/>
          <w:numId w:val="16"/>
        </w:numPr>
      </w:pPr>
      <w:r w:rsidRPr="006C247F">
        <w:t xml:space="preserve">Lead </w:t>
      </w:r>
      <w:r w:rsidRPr="006C247F">
        <w:rPr>
          <w:b/>
          <w:bCs/>
        </w:rPr>
        <w:t>Backlog Refinement</w:t>
      </w:r>
      <w:r w:rsidRPr="006C247F">
        <w:t xml:space="preserve"> sessions to ensure clarity and readiness of user stories.</w:t>
      </w:r>
    </w:p>
    <w:p w:rsidR="006C247F" w:rsidP="006C247F" w:rsidRDefault="006C247F" w14:paraId="11D0055E" w14:textId="090B97B6">
      <w:pPr>
        <w:pStyle w:val="ListParagraph"/>
        <w:numPr>
          <w:ilvl w:val="0"/>
          <w:numId w:val="16"/>
        </w:numPr>
      </w:pPr>
      <w:r w:rsidRPr="006C247F">
        <w:t xml:space="preserve">Use </w:t>
      </w:r>
      <w:r w:rsidRPr="006C247F">
        <w:rPr>
          <w:b/>
          <w:bCs/>
        </w:rPr>
        <w:t>Sprint Retrospectives</w:t>
      </w:r>
      <w:r w:rsidRPr="006C247F">
        <w:t xml:space="preserve"> to identify improvement opportunities and enhance team performance.</w:t>
      </w:r>
    </w:p>
    <w:p w:rsidR="008241A8" w:rsidP="008241A8" w:rsidRDefault="008241A8" w14:paraId="683650FE" w14:textId="77777777"/>
    <w:p w:rsidR="008241A8" w:rsidP="008241A8" w:rsidRDefault="008241A8" w14:paraId="19A12A21" w14:textId="77777777"/>
    <w:p w:rsidR="008241A8" w:rsidP="008241A8" w:rsidRDefault="008241A8" w14:paraId="03EFEB1C" w14:textId="77777777"/>
    <w:p w:rsidR="008241A8" w:rsidP="008241A8" w:rsidRDefault="008241A8" w14:paraId="7DC6B5C0" w14:textId="77777777"/>
    <w:p w:rsidR="008241A8" w:rsidP="008241A8" w:rsidRDefault="008241A8" w14:paraId="2CCB0A2E" w14:textId="77777777"/>
    <w:p w:rsidR="008241A8" w:rsidP="008241A8" w:rsidRDefault="008241A8" w14:paraId="6762F1FD" w14:textId="77777777"/>
    <w:p w:rsidR="008241A8" w:rsidP="000B2B65" w:rsidRDefault="000B2B65" w14:paraId="0E8477C7" w14:textId="49ABA250">
      <w:pPr>
        <w:pStyle w:val="Title"/>
        <w:jc w:val="center"/>
      </w:pPr>
      <w:r>
        <w:t>Document 5 – product and sprint backlog &amp; product and sprint burndown charts</w:t>
      </w:r>
    </w:p>
    <w:p w:rsidRPr="009D64E0" w:rsidR="009D64E0" w:rsidP="009D64E0" w:rsidRDefault="009D64E0" w14:paraId="25BD7345" w14:textId="385E6390">
      <w:pPr>
        <w:pStyle w:val="Heading1"/>
      </w:pPr>
      <w:r w:rsidRPr="009D64E0">
        <w:t>Product Backlog</w:t>
      </w:r>
    </w:p>
    <w:tbl>
      <w:tblPr>
        <w:tblStyle w:val="TableGrid"/>
        <w:tblW w:w="0" w:type="auto"/>
        <w:tblLook w:val="04A0" w:firstRow="1" w:lastRow="0" w:firstColumn="1" w:lastColumn="0" w:noHBand="0" w:noVBand="1"/>
      </w:tblPr>
      <w:tblGrid>
        <w:gridCol w:w="1226"/>
        <w:gridCol w:w="1441"/>
        <w:gridCol w:w="1465"/>
        <w:gridCol w:w="1254"/>
        <w:gridCol w:w="1196"/>
        <w:gridCol w:w="1199"/>
        <w:gridCol w:w="1235"/>
      </w:tblGrid>
      <w:tr w:rsidRPr="009D64E0" w:rsidR="00742C19" w:rsidTr="5D44C034" w14:paraId="06D43445" w14:textId="77777777">
        <w:tc>
          <w:tcPr>
            <w:tcW w:w="1288" w:type="dxa"/>
            <w:tcMar/>
          </w:tcPr>
          <w:p w:rsidRPr="009D64E0" w:rsidR="00742C19" w:rsidP="00742C19" w:rsidRDefault="00742C19" w14:paraId="6DDB3AB2" w14:textId="75A1B44F">
            <w:pPr>
              <w:rPr>
                <w:b/>
                <w:bCs/>
                <w:i/>
                <w:iCs/>
              </w:rPr>
            </w:pPr>
            <w:r w:rsidRPr="009D64E0">
              <w:rPr>
                <w:b/>
                <w:bCs/>
                <w:i/>
                <w:iCs/>
              </w:rPr>
              <w:t>User Story ID</w:t>
            </w:r>
          </w:p>
        </w:tc>
        <w:tc>
          <w:tcPr>
            <w:tcW w:w="1288" w:type="dxa"/>
            <w:tcMar/>
          </w:tcPr>
          <w:p w:rsidRPr="009D64E0" w:rsidR="00742C19" w:rsidP="00742C19" w:rsidRDefault="00742C19" w14:paraId="0E67B1FB" w14:textId="4B5C9092">
            <w:pPr>
              <w:rPr>
                <w:b/>
                <w:bCs/>
                <w:i/>
                <w:iCs/>
              </w:rPr>
            </w:pPr>
            <w:r w:rsidRPr="009D64E0">
              <w:rPr>
                <w:b/>
                <w:bCs/>
                <w:i/>
                <w:iCs/>
              </w:rPr>
              <w:t>User Story</w:t>
            </w:r>
          </w:p>
        </w:tc>
        <w:tc>
          <w:tcPr>
            <w:tcW w:w="1288" w:type="dxa"/>
            <w:tcMar/>
          </w:tcPr>
          <w:p w:rsidRPr="009D64E0" w:rsidR="00742C19" w:rsidP="00742C19" w:rsidRDefault="00742C19" w14:paraId="3B23B2A4" w14:textId="40DF85A9">
            <w:pPr>
              <w:rPr>
                <w:b/>
                <w:bCs/>
                <w:i/>
                <w:iCs/>
              </w:rPr>
            </w:pPr>
            <w:r w:rsidRPr="009D64E0">
              <w:rPr>
                <w:b/>
                <w:bCs/>
                <w:i/>
                <w:iCs/>
              </w:rPr>
              <w:t>Tasks</w:t>
            </w:r>
          </w:p>
        </w:tc>
        <w:tc>
          <w:tcPr>
            <w:tcW w:w="1288" w:type="dxa"/>
            <w:tcMar/>
          </w:tcPr>
          <w:p w:rsidRPr="009D64E0" w:rsidR="00742C19" w:rsidP="00742C19" w:rsidRDefault="00742C19" w14:paraId="638909DA" w14:textId="7E41584C">
            <w:pPr>
              <w:rPr>
                <w:b/>
                <w:bCs/>
                <w:i/>
                <w:iCs/>
              </w:rPr>
            </w:pPr>
            <w:r w:rsidRPr="009D64E0">
              <w:rPr>
                <w:b/>
                <w:bCs/>
                <w:i/>
                <w:iCs/>
              </w:rPr>
              <w:t>Priority</w:t>
            </w:r>
          </w:p>
        </w:tc>
        <w:tc>
          <w:tcPr>
            <w:tcW w:w="1288" w:type="dxa"/>
            <w:tcMar/>
          </w:tcPr>
          <w:p w:rsidRPr="009D64E0" w:rsidR="00742C19" w:rsidP="00742C19" w:rsidRDefault="00742C19" w14:paraId="1B4BECF4" w14:textId="4E0F620E">
            <w:pPr>
              <w:rPr>
                <w:b/>
                <w:bCs/>
                <w:i/>
                <w:iCs/>
              </w:rPr>
            </w:pPr>
            <w:r w:rsidRPr="009D64E0">
              <w:rPr>
                <w:b/>
                <w:bCs/>
                <w:i/>
                <w:iCs/>
              </w:rPr>
              <w:t>BV</w:t>
            </w:r>
          </w:p>
        </w:tc>
        <w:tc>
          <w:tcPr>
            <w:tcW w:w="1288" w:type="dxa"/>
            <w:tcMar/>
          </w:tcPr>
          <w:p w:rsidRPr="009D64E0" w:rsidR="00742C19" w:rsidP="00742C19" w:rsidRDefault="00E90E14" w14:paraId="4ACE10AD" w14:textId="1135CBAE">
            <w:pPr>
              <w:rPr>
                <w:b/>
                <w:bCs/>
                <w:i/>
                <w:iCs/>
              </w:rPr>
            </w:pPr>
            <w:r w:rsidRPr="009D64E0">
              <w:rPr>
                <w:b/>
                <w:bCs/>
                <w:i/>
                <w:iCs/>
              </w:rPr>
              <w:t>CP</w:t>
            </w:r>
          </w:p>
        </w:tc>
        <w:tc>
          <w:tcPr>
            <w:tcW w:w="1288" w:type="dxa"/>
            <w:tcMar/>
          </w:tcPr>
          <w:p w:rsidRPr="009D64E0" w:rsidR="00742C19" w:rsidP="00742C19" w:rsidRDefault="00E90E14" w14:paraId="5E6293FD" w14:textId="77A0E4F5">
            <w:pPr>
              <w:rPr>
                <w:b/>
                <w:bCs/>
                <w:i/>
                <w:iCs/>
              </w:rPr>
            </w:pPr>
            <w:r w:rsidRPr="009D64E0">
              <w:rPr>
                <w:b/>
                <w:bCs/>
                <w:i/>
                <w:iCs/>
              </w:rPr>
              <w:t>Sprint</w:t>
            </w:r>
          </w:p>
        </w:tc>
      </w:tr>
      <w:tr w:rsidR="00E90E14" w:rsidTr="5D44C034" w14:paraId="2304D9EE" w14:textId="77777777">
        <w:tc>
          <w:tcPr>
            <w:tcW w:w="1288" w:type="dxa"/>
            <w:tcMar/>
          </w:tcPr>
          <w:p w:rsidRPr="00742C19" w:rsidR="00E90E14" w:rsidP="00742C19" w:rsidRDefault="00E90E14" w14:paraId="0F8B657F" w14:textId="16E96A4B">
            <w:r w:rsidRPr="00E90E14">
              <w:t>US01</w:t>
            </w:r>
          </w:p>
        </w:tc>
        <w:tc>
          <w:tcPr>
            <w:tcW w:w="1288" w:type="dxa"/>
            <w:tcMar/>
          </w:tcPr>
          <w:p w:rsidRPr="00742C19" w:rsidR="00E90E14" w:rsidP="00742C19" w:rsidRDefault="00E90E14" w14:paraId="71C173E1" w14:textId="64CFEDF8">
            <w:r w:rsidRPr="00E90E14">
              <w:t>Meeting reporting module</w:t>
            </w:r>
          </w:p>
        </w:tc>
        <w:tc>
          <w:tcPr>
            <w:tcW w:w="1288" w:type="dxa"/>
            <w:tcMar/>
          </w:tcPr>
          <w:p w:rsidRPr="00742C19" w:rsidR="00E90E14" w:rsidP="00742C19" w:rsidRDefault="00E90E14" w14:paraId="2587682A" w14:textId="3E70C0F9">
            <w:r w:rsidRPr="00E90E14">
              <w:t>Design form, integrate with DB, QA testing</w:t>
            </w:r>
          </w:p>
        </w:tc>
        <w:tc>
          <w:tcPr>
            <w:tcW w:w="1288" w:type="dxa"/>
            <w:tcMar/>
          </w:tcPr>
          <w:p w:rsidRPr="00742C19" w:rsidR="00E90E14" w:rsidP="00742C19" w:rsidRDefault="00E90E14" w14:paraId="56B3DC9D" w14:textId="0DC97CD5">
            <w:r w:rsidRPr="00E90E14">
              <w:t>High</w:t>
            </w:r>
          </w:p>
        </w:tc>
        <w:tc>
          <w:tcPr>
            <w:tcW w:w="1288" w:type="dxa"/>
            <w:tcMar/>
          </w:tcPr>
          <w:p w:rsidRPr="00742C19" w:rsidR="00E90E14" w:rsidP="5D44C034" w:rsidRDefault="00E90E14" w14:paraId="4D234635" w14:textId="2AB1EEE2">
            <w:pPr>
              <w:pStyle w:val="Normal"/>
              <w:suppressLineNumbers w:val="0"/>
              <w:bidi w:val="0"/>
              <w:spacing w:before="0" w:beforeAutospacing="off" w:after="0" w:afterAutospacing="off" w:line="240" w:lineRule="auto"/>
              <w:ind w:left="0" w:right="0"/>
              <w:jc w:val="left"/>
            </w:pPr>
            <w:r w:rsidR="4E74ED04">
              <w:rPr/>
              <w:t>20</w:t>
            </w:r>
          </w:p>
        </w:tc>
        <w:tc>
          <w:tcPr>
            <w:tcW w:w="1288" w:type="dxa"/>
            <w:tcMar/>
          </w:tcPr>
          <w:p w:rsidRPr="00E90E14" w:rsidR="00E90E14" w:rsidP="5D44C034" w:rsidRDefault="00E90E14" w14:paraId="5D492A8E" w14:textId="6BE32B75">
            <w:pPr>
              <w:pStyle w:val="Normal"/>
              <w:suppressLineNumbers w:val="0"/>
              <w:bidi w:val="0"/>
              <w:spacing w:before="0" w:beforeAutospacing="off" w:after="0" w:afterAutospacing="off" w:line="240" w:lineRule="auto"/>
              <w:ind w:left="0" w:right="0"/>
              <w:jc w:val="left"/>
            </w:pPr>
            <w:r w:rsidR="19B8E476">
              <w:rPr/>
              <w:t>3</w:t>
            </w:r>
          </w:p>
        </w:tc>
        <w:tc>
          <w:tcPr>
            <w:tcW w:w="1288" w:type="dxa"/>
            <w:tcMar/>
          </w:tcPr>
          <w:p w:rsidRPr="00E90E14" w:rsidR="00E90E14" w:rsidP="5D44C034" w:rsidRDefault="00E90E14" w14:paraId="5AF2787A" w14:textId="02CCD176">
            <w:pPr>
              <w:pStyle w:val="Normal"/>
              <w:suppressLineNumbers w:val="0"/>
              <w:bidi w:val="0"/>
              <w:spacing w:before="0" w:beforeAutospacing="off" w:after="0" w:afterAutospacing="off" w:line="240" w:lineRule="auto"/>
              <w:ind w:left="0" w:right="0"/>
              <w:jc w:val="left"/>
            </w:pPr>
            <w:r w:rsidR="18972AAC">
              <w:rPr/>
              <w:t>1</w:t>
            </w:r>
          </w:p>
        </w:tc>
      </w:tr>
      <w:tr w:rsidR="00E90E14" w:rsidTr="5D44C034" w14:paraId="0D275244" w14:textId="77777777">
        <w:tc>
          <w:tcPr>
            <w:tcW w:w="1288" w:type="dxa"/>
            <w:tcMar/>
          </w:tcPr>
          <w:p w:rsidRPr="00E90E14" w:rsidR="00E90E14" w:rsidP="00742C19" w:rsidRDefault="00E90E14" w14:paraId="54F9961F" w14:textId="5030AFEF">
            <w:r w:rsidRPr="00E90E14">
              <w:t>US02</w:t>
            </w:r>
          </w:p>
        </w:tc>
        <w:tc>
          <w:tcPr>
            <w:tcW w:w="1288" w:type="dxa"/>
            <w:tcMar/>
          </w:tcPr>
          <w:p w:rsidRPr="00E90E14" w:rsidR="00E90E14" w:rsidP="00742C19" w:rsidRDefault="00E90E14" w14:paraId="060105DF" w14:textId="15966C0B">
            <w:r w:rsidRPr="00E90E14">
              <w:t>Quotation generator</w:t>
            </w:r>
          </w:p>
        </w:tc>
        <w:tc>
          <w:tcPr>
            <w:tcW w:w="1288" w:type="dxa"/>
            <w:tcMar/>
          </w:tcPr>
          <w:p w:rsidRPr="00E90E14" w:rsidR="00E90E14" w:rsidP="00742C19" w:rsidRDefault="00E90E14" w14:paraId="704AF0FC" w14:textId="746B8B6C">
            <w:r w:rsidRPr="00E90E14">
              <w:t>UI design, connect to product DB, PDF export</w:t>
            </w:r>
          </w:p>
        </w:tc>
        <w:tc>
          <w:tcPr>
            <w:tcW w:w="1288" w:type="dxa"/>
            <w:tcMar/>
          </w:tcPr>
          <w:p w:rsidRPr="00E90E14" w:rsidR="00E90E14" w:rsidP="00742C19" w:rsidRDefault="00E90E14" w14:paraId="060BDD80" w14:textId="66F76B49">
            <w:r w:rsidRPr="00E90E14">
              <w:t>High</w:t>
            </w:r>
          </w:p>
        </w:tc>
        <w:tc>
          <w:tcPr>
            <w:tcW w:w="1288" w:type="dxa"/>
            <w:tcMar/>
          </w:tcPr>
          <w:p w:rsidRPr="00E90E14" w:rsidR="00E90E14" w:rsidP="5D44C034" w:rsidRDefault="00E90E14" w14:paraId="103D24FC" w14:textId="7D567C71">
            <w:pPr>
              <w:pStyle w:val="Normal"/>
              <w:suppressLineNumbers w:val="0"/>
              <w:bidi w:val="0"/>
              <w:spacing w:before="0" w:beforeAutospacing="off" w:after="0" w:afterAutospacing="off" w:line="240" w:lineRule="auto"/>
              <w:ind w:left="0" w:right="0"/>
              <w:jc w:val="left"/>
            </w:pPr>
            <w:r w:rsidR="624D6A9B">
              <w:rPr/>
              <w:t>20</w:t>
            </w:r>
          </w:p>
        </w:tc>
        <w:tc>
          <w:tcPr>
            <w:tcW w:w="1288" w:type="dxa"/>
            <w:tcMar/>
          </w:tcPr>
          <w:p w:rsidRPr="00E90E14" w:rsidR="00E90E14" w:rsidP="5D44C034" w:rsidRDefault="00E90E14" w14:paraId="14C094D7" w14:textId="07F85E08">
            <w:pPr>
              <w:pStyle w:val="Normal"/>
              <w:suppressLineNumbers w:val="0"/>
              <w:bidi w:val="0"/>
              <w:spacing w:before="0" w:beforeAutospacing="off" w:after="0" w:afterAutospacing="off" w:line="240" w:lineRule="auto"/>
              <w:ind w:left="0" w:right="0"/>
              <w:jc w:val="left"/>
            </w:pPr>
            <w:r w:rsidR="10B5A150">
              <w:rPr/>
              <w:t>5</w:t>
            </w:r>
          </w:p>
        </w:tc>
        <w:tc>
          <w:tcPr>
            <w:tcW w:w="1288" w:type="dxa"/>
            <w:tcMar/>
          </w:tcPr>
          <w:p w:rsidRPr="00E90E14" w:rsidR="00E90E14" w:rsidP="5D44C034" w:rsidRDefault="00E90E14" w14:paraId="3B1AC5E9" w14:textId="5C980BD4">
            <w:pPr>
              <w:pStyle w:val="Normal"/>
              <w:suppressLineNumbers w:val="0"/>
              <w:bidi w:val="0"/>
              <w:spacing w:before="0" w:beforeAutospacing="off" w:after="0" w:afterAutospacing="off" w:line="240" w:lineRule="auto"/>
              <w:ind w:left="0" w:right="0"/>
              <w:jc w:val="left"/>
            </w:pPr>
            <w:r w:rsidR="10B5A150">
              <w:rPr/>
              <w:t>1</w:t>
            </w:r>
          </w:p>
        </w:tc>
      </w:tr>
      <w:tr w:rsidR="00E90E14" w:rsidTr="5D44C034" w14:paraId="2AE5FE04" w14:textId="77777777">
        <w:tc>
          <w:tcPr>
            <w:tcW w:w="1288" w:type="dxa"/>
            <w:tcMar/>
          </w:tcPr>
          <w:p w:rsidRPr="00E90E14" w:rsidR="00E90E14" w:rsidP="00742C19" w:rsidRDefault="00E90E14" w14:paraId="02AA1F42" w14:textId="010F2F6E">
            <w:r w:rsidRPr="00E90E14">
              <w:t>US03</w:t>
            </w:r>
          </w:p>
        </w:tc>
        <w:tc>
          <w:tcPr>
            <w:tcW w:w="1288" w:type="dxa"/>
            <w:tcMar/>
          </w:tcPr>
          <w:p w:rsidRPr="00E90E14" w:rsidR="00E90E14" w:rsidP="00742C19" w:rsidRDefault="00E90E14" w14:paraId="537DC818" w14:textId="05E37F41">
            <w:r w:rsidRPr="00E90E14">
              <w:t>Leave request workflow</w:t>
            </w:r>
          </w:p>
        </w:tc>
        <w:tc>
          <w:tcPr>
            <w:tcW w:w="1288" w:type="dxa"/>
            <w:tcMar/>
          </w:tcPr>
          <w:p w:rsidRPr="00E90E14" w:rsidR="00E90E14" w:rsidP="00742C19" w:rsidRDefault="00E90E14" w14:paraId="1B722581" w14:textId="006095EE">
            <w:r w:rsidRPr="00E90E14">
              <w:t>Build form, add notifications, QA testing</w:t>
            </w:r>
          </w:p>
        </w:tc>
        <w:tc>
          <w:tcPr>
            <w:tcW w:w="1288" w:type="dxa"/>
            <w:tcMar/>
          </w:tcPr>
          <w:p w:rsidRPr="00E90E14" w:rsidR="00E90E14" w:rsidP="00742C19" w:rsidRDefault="00E90E14" w14:paraId="051575BF" w14:textId="25561E76">
            <w:r w:rsidRPr="00E90E14">
              <w:t>Medium</w:t>
            </w:r>
          </w:p>
        </w:tc>
        <w:tc>
          <w:tcPr>
            <w:tcW w:w="1288" w:type="dxa"/>
            <w:tcMar/>
          </w:tcPr>
          <w:p w:rsidR="00E90E14" w:rsidP="5D44C034" w:rsidRDefault="00E90E14" w14:paraId="2352D67D" w14:textId="098B0EE3">
            <w:pPr>
              <w:pStyle w:val="Normal"/>
              <w:suppressLineNumbers w:val="0"/>
              <w:bidi w:val="0"/>
              <w:spacing w:before="0" w:beforeAutospacing="off" w:after="0" w:afterAutospacing="off" w:line="240" w:lineRule="auto"/>
              <w:ind w:left="0" w:right="0"/>
              <w:jc w:val="left"/>
            </w:pPr>
            <w:r w:rsidR="62EDD0A7">
              <w:rPr/>
              <w:t>10</w:t>
            </w:r>
          </w:p>
        </w:tc>
        <w:tc>
          <w:tcPr>
            <w:tcW w:w="1288" w:type="dxa"/>
            <w:tcMar/>
          </w:tcPr>
          <w:p w:rsidR="00E90E14" w:rsidP="5D44C034" w:rsidRDefault="00E90E14" w14:paraId="3BFB326E" w14:textId="2E9D6978">
            <w:pPr>
              <w:pStyle w:val="Normal"/>
              <w:suppressLineNumbers w:val="0"/>
              <w:bidi w:val="0"/>
              <w:spacing w:before="0" w:beforeAutospacing="off" w:after="0" w:afterAutospacing="off" w:line="240" w:lineRule="auto"/>
              <w:ind w:left="0" w:right="0"/>
              <w:jc w:val="left"/>
            </w:pPr>
            <w:r w:rsidR="57B4B34F">
              <w:rPr/>
              <w:t>3</w:t>
            </w:r>
          </w:p>
        </w:tc>
        <w:tc>
          <w:tcPr>
            <w:tcW w:w="1288" w:type="dxa"/>
            <w:tcMar/>
          </w:tcPr>
          <w:p w:rsidR="00E90E14" w:rsidP="5D44C034" w:rsidRDefault="00E90E14" w14:paraId="2ECA8891" w14:textId="7FFF0B38">
            <w:pPr>
              <w:pStyle w:val="Normal"/>
              <w:suppressLineNumbers w:val="0"/>
              <w:bidi w:val="0"/>
              <w:spacing w:before="0" w:beforeAutospacing="off" w:after="0" w:afterAutospacing="off" w:line="240" w:lineRule="auto"/>
              <w:ind w:left="0" w:right="0"/>
              <w:jc w:val="left"/>
            </w:pPr>
            <w:r w:rsidR="57B4B34F">
              <w:rPr/>
              <w:t>1</w:t>
            </w:r>
          </w:p>
        </w:tc>
      </w:tr>
      <w:tr w:rsidR="00E90E14" w:rsidTr="5D44C034" w14:paraId="7D5A206D" w14:textId="77777777">
        <w:tc>
          <w:tcPr>
            <w:tcW w:w="1288" w:type="dxa"/>
            <w:tcMar/>
          </w:tcPr>
          <w:p w:rsidRPr="00E90E14" w:rsidR="00E90E14" w:rsidP="00742C19" w:rsidRDefault="00E90E14" w14:paraId="57C18E66" w14:textId="3D41DC2F">
            <w:r w:rsidRPr="00E90E14">
              <w:t>US04</w:t>
            </w:r>
          </w:p>
        </w:tc>
        <w:tc>
          <w:tcPr>
            <w:tcW w:w="1288" w:type="dxa"/>
            <w:tcMar/>
          </w:tcPr>
          <w:p w:rsidRPr="00E90E14" w:rsidR="00E90E14" w:rsidP="00742C19" w:rsidRDefault="00E90E14" w14:paraId="3780B5E6" w14:textId="68FC9BCD">
            <w:r w:rsidRPr="00E90E14">
              <w:t>Expense claim submission</w:t>
            </w:r>
          </w:p>
        </w:tc>
        <w:tc>
          <w:tcPr>
            <w:tcW w:w="1288" w:type="dxa"/>
            <w:tcMar/>
          </w:tcPr>
          <w:p w:rsidRPr="00E90E14" w:rsidR="00E90E14" w:rsidP="00742C19" w:rsidRDefault="00E90E14" w14:paraId="5FCF0009" w14:textId="51BF65C5">
            <w:r w:rsidRPr="00E90E14">
              <w:t>UI design, receipt upload, approval workflow</w:t>
            </w:r>
          </w:p>
        </w:tc>
        <w:tc>
          <w:tcPr>
            <w:tcW w:w="1288" w:type="dxa"/>
            <w:tcMar/>
          </w:tcPr>
          <w:p w:rsidRPr="00E90E14" w:rsidR="00E90E14" w:rsidP="5D44C034" w:rsidRDefault="00E90E14" w14:paraId="23413E0D" w14:textId="59A5EB76">
            <w:pPr>
              <w:pStyle w:val="Normal"/>
              <w:suppressLineNumbers w:val="0"/>
              <w:bidi w:val="0"/>
              <w:spacing w:before="0" w:beforeAutospacing="off" w:after="0" w:afterAutospacing="off" w:line="240" w:lineRule="auto"/>
              <w:ind w:left="0" w:right="0"/>
              <w:jc w:val="left"/>
            </w:pPr>
            <w:r w:rsidR="558666BC">
              <w:rPr/>
              <w:t xml:space="preserve">High </w:t>
            </w:r>
          </w:p>
        </w:tc>
        <w:tc>
          <w:tcPr>
            <w:tcW w:w="1288" w:type="dxa"/>
            <w:tcMar/>
          </w:tcPr>
          <w:p w:rsidR="00E90E14" w:rsidP="5D44C034" w:rsidRDefault="00E90E14" w14:paraId="18F637F7" w14:textId="37697BE1">
            <w:pPr>
              <w:pStyle w:val="Normal"/>
              <w:suppressLineNumbers w:val="0"/>
              <w:bidi w:val="0"/>
              <w:spacing w:before="0" w:beforeAutospacing="off" w:after="0" w:afterAutospacing="off" w:line="240" w:lineRule="auto"/>
              <w:ind w:left="0" w:right="0"/>
              <w:jc w:val="left"/>
            </w:pPr>
            <w:r w:rsidR="75780D43">
              <w:rPr/>
              <w:t>20</w:t>
            </w:r>
          </w:p>
        </w:tc>
        <w:tc>
          <w:tcPr>
            <w:tcW w:w="1288" w:type="dxa"/>
            <w:tcMar/>
          </w:tcPr>
          <w:p w:rsidR="00E90E14" w:rsidP="5D44C034" w:rsidRDefault="00E90E14" w14:paraId="38CDBDE5" w14:textId="028ED7C3">
            <w:pPr>
              <w:pStyle w:val="Normal"/>
              <w:suppressLineNumbers w:val="0"/>
              <w:bidi w:val="0"/>
              <w:spacing w:before="0" w:beforeAutospacing="off" w:after="0" w:afterAutospacing="off" w:line="240" w:lineRule="auto"/>
              <w:ind w:left="0" w:right="0"/>
              <w:jc w:val="left"/>
            </w:pPr>
            <w:r w:rsidR="558666BC">
              <w:rPr/>
              <w:t>5</w:t>
            </w:r>
          </w:p>
        </w:tc>
        <w:tc>
          <w:tcPr>
            <w:tcW w:w="1288" w:type="dxa"/>
            <w:tcMar/>
          </w:tcPr>
          <w:p w:rsidR="00E90E14" w:rsidP="5D44C034" w:rsidRDefault="00E90E14" w14:paraId="47FAD8C0" w14:textId="748CE071">
            <w:pPr>
              <w:pStyle w:val="Normal"/>
              <w:suppressLineNumbers w:val="0"/>
              <w:bidi w:val="0"/>
              <w:spacing w:before="0" w:beforeAutospacing="off" w:after="0" w:afterAutospacing="off" w:line="240" w:lineRule="auto"/>
              <w:ind w:left="0" w:right="0"/>
              <w:jc w:val="left"/>
            </w:pPr>
            <w:r w:rsidR="558666BC">
              <w:rPr/>
              <w:t>2</w:t>
            </w:r>
          </w:p>
        </w:tc>
      </w:tr>
      <w:tr w:rsidR="00E90E14" w:rsidTr="5D44C034" w14:paraId="77C640BC" w14:textId="77777777">
        <w:tc>
          <w:tcPr>
            <w:tcW w:w="1288" w:type="dxa"/>
            <w:tcMar/>
          </w:tcPr>
          <w:p w:rsidRPr="00E90E14" w:rsidR="00E90E14" w:rsidP="00742C19" w:rsidRDefault="00E90E14" w14:paraId="5C35D18E" w14:textId="14552CF9">
            <w:r w:rsidRPr="00E90E14">
              <w:t>US05</w:t>
            </w:r>
          </w:p>
        </w:tc>
        <w:tc>
          <w:tcPr>
            <w:tcW w:w="1288" w:type="dxa"/>
            <w:tcMar/>
          </w:tcPr>
          <w:p w:rsidRPr="00E90E14" w:rsidR="00E90E14" w:rsidP="00742C19" w:rsidRDefault="00E90E14" w14:paraId="17B50E5A" w14:textId="33E03F13">
            <w:r w:rsidRPr="00E90E14">
              <w:t>Demo product booking</w:t>
            </w:r>
          </w:p>
        </w:tc>
        <w:tc>
          <w:tcPr>
            <w:tcW w:w="1288" w:type="dxa"/>
            <w:tcMar/>
          </w:tcPr>
          <w:p w:rsidRPr="00E90E14" w:rsidR="00E90E14" w:rsidP="00742C19" w:rsidRDefault="00E90E14" w14:paraId="17F45D67" w14:textId="338C9133">
            <w:r w:rsidRPr="00E90E14">
              <w:t>Booking calendar, inventory integration</w:t>
            </w:r>
          </w:p>
        </w:tc>
        <w:tc>
          <w:tcPr>
            <w:tcW w:w="1288" w:type="dxa"/>
            <w:tcMar/>
          </w:tcPr>
          <w:p w:rsidRPr="00E90E14" w:rsidR="00E90E14" w:rsidP="5D44C034" w:rsidRDefault="00E90E14" w14:paraId="14AFEF91" w14:textId="720F5A17">
            <w:pPr>
              <w:pStyle w:val="Normal"/>
              <w:suppressLineNumbers w:val="0"/>
              <w:bidi w:val="0"/>
              <w:spacing w:before="0" w:beforeAutospacing="off" w:after="0" w:afterAutospacing="off" w:line="240" w:lineRule="auto"/>
              <w:ind w:left="0" w:right="0"/>
              <w:jc w:val="left"/>
            </w:pPr>
            <w:r w:rsidR="354753C4">
              <w:rPr/>
              <w:t xml:space="preserve">Medium </w:t>
            </w:r>
          </w:p>
        </w:tc>
        <w:tc>
          <w:tcPr>
            <w:tcW w:w="1288" w:type="dxa"/>
            <w:tcMar/>
          </w:tcPr>
          <w:p w:rsidR="00E90E14" w:rsidP="5D44C034" w:rsidRDefault="00E90E14" w14:paraId="3C865B87" w14:textId="212B4880">
            <w:pPr>
              <w:pStyle w:val="Normal"/>
              <w:suppressLineNumbers w:val="0"/>
              <w:bidi w:val="0"/>
              <w:spacing w:before="0" w:beforeAutospacing="off" w:after="0" w:afterAutospacing="off" w:line="240" w:lineRule="auto"/>
              <w:ind w:left="0" w:right="0"/>
              <w:jc w:val="left"/>
            </w:pPr>
            <w:r w:rsidR="06FCE72C">
              <w:rPr/>
              <w:t>10</w:t>
            </w:r>
          </w:p>
        </w:tc>
        <w:tc>
          <w:tcPr>
            <w:tcW w:w="1288" w:type="dxa"/>
            <w:tcMar/>
          </w:tcPr>
          <w:p w:rsidR="00E90E14" w:rsidP="5D44C034" w:rsidRDefault="00E90E14" w14:paraId="09721952" w14:textId="53E95B64">
            <w:pPr>
              <w:pStyle w:val="Normal"/>
              <w:suppressLineNumbers w:val="0"/>
              <w:bidi w:val="0"/>
              <w:spacing w:before="0" w:beforeAutospacing="off" w:after="0" w:afterAutospacing="off" w:line="240" w:lineRule="auto"/>
              <w:ind w:left="0" w:right="0"/>
              <w:jc w:val="left"/>
            </w:pPr>
            <w:r w:rsidR="354753C4">
              <w:rPr/>
              <w:t>3</w:t>
            </w:r>
          </w:p>
        </w:tc>
        <w:tc>
          <w:tcPr>
            <w:tcW w:w="1288" w:type="dxa"/>
            <w:tcMar/>
          </w:tcPr>
          <w:p w:rsidR="00E90E14" w:rsidP="5D44C034" w:rsidRDefault="00E90E14" w14:paraId="79421901" w14:textId="324838F0">
            <w:pPr>
              <w:pStyle w:val="Normal"/>
              <w:suppressLineNumbers w:val="0"/>
              <w:bidi w:val="0"/>
              <w:spacing w:before="0" w:beforeAutospacing="off" w:after="0" w:afterAutospacing="off" w:line="240" w:lineRule="auto"/>
              <w:ind w:left="0" w:right="0"/>
              <w:jc w:val="left"/>
            </w:pPr>
            <w:r w:rsidR="354753C4">
              <w:rPr/>
              <w:t>2</w:t>
            </w:r>
          </w:p>
        </w:tc>
      </w:tr>
      <w:tr w:rsidR="00E90E14" w:rsidTr="5D44C034" w14:paraId="2F00EEFB" w14:textId="77777777">
        <w:tc>
          <w:tcPr>
            <w:tcW w:w="1288" w:type="dxa"/>
            <w:tcMar/>
          </w:tcPr>
          <w:p w:rsidRPr="00E90E14" w:rsidR="00E90E14" w:rsidP="00742C19" w:rsidRDefault="00E90E14" w14:paraId="265013B7" w14:textId="11F5A3CE">
            <w:r w:rsidRPr="00E90E14">
              <w:t>US06</w:t>
            </w:r>
          </w:p>
        </w:tc>
        <w:tc>
          <w:tcPr>
            <w:tcW w:w="1288" w:type="dxa"/>
            <w:tcMar/>
          </w:tcPr>
          <w:p w:rsidRPr="00E90E14" w:rsidR="00E90E14" w:rsidP="00742C19" w:rsidRDefault="00E90E14" w14:paraId="69111604" w14:textId="000900E9">
            <w:r w:rsidRPr="00E90E14">
              <w:t>Manager dashboards</w:t>
            </w:r>
          </w:p>
        </w:tc>
        <w:tc>
          <w:tcPr>
            <w:tcW w:w="1288" w:type="dxa"/>
            <w:tcMar/>
          </w:tcPr>
          <w:p w:rsidRPr="00E90E14" w:rsidR="00E90E14" w:rsidP="00742C19" w:rsidRDefault="00E90E14" w14:paraId="4F867CAE" w14:textId="583CE9B6">
            <w:r w:rsidRPr="00E90E14">
              <w:t>Data aggregation, charts, KPI logic</w:t>
            </w:r>
          </w:p>
        </w:tc>
        <w:tc>
          <w:tcPr>
            <w:tcW w:w="1288" w:type="dxa"/>
            <w:tcMar/>
          </w:tcPr>
          <w:p w:rsidRPr="00E90E14" w:rsidR="00E90E14" w:rsidP="00742C19" w:rsidRDefault="00E90E14" w14:paraId="756A0842" w14:textId="13C33BF7">
            <w:r w:rsidRPr="00E90E14">
              <w:t>High</w:t>
            </w:r>
          </w:p>
        </w:tc>
        <w:tc>
          <w:tcPr>
            <w:tcW w:w="1288" w:type="dxa"/>
            <w:tcMar/>
          </w:tcPr>
          <w:p w:rsidR="00E90E14" w:rsidP="5D44C034" w:rsidRDefault="00E90E14" w14:paraId="7FCBBF23" w14:textId="451DEFF5">
            <w:pPr>
              <w:pStyle w:val="Normal"/>
              <w:suppressLineNumbers w:val="0"/>
              <w:bidi w:val="0"/>
              <w:spacing w:before="0" w:beforeAutospacing="off" w:after="0" w:afterAutospacing="off" w:line="240" w:lineRule="auto"/>
              <w:ind w:left="0" w:right="0"/>
              <w:jc w:val="left"/>
            </w:pPr>
            <w:r w:rsidR="137CA89F">
              <w:rPr/>
              <w:t>20</w:t>
            </w:r>
          </w:p>
        </w:tc>
        <w:tc>
          <w:tcPr>
            <w:tcW w:w="1288" w:type="dxa"/>
            <w:tcMar/>
          </w:tcPr>
          <w:p w:rsidR="00E90E14" w:rsidP="5D44C034" w:rsidRDefault="00E90E14" w14:paraId="4670A8F6" w14:textId="4C1CD1E5">
            <w:pPr>
              <w:pStyle w:val="Normal"/>
              <w:suppressLineNumbers w:val="0"/>
              <w:bidi w:val="0"/>
              <w:spacing w:before="0" w:beforeAutospacing="off" w:after="0" w:afterAutospacing="off" w:line="240" w:lineRule="auto"/>
              <w:ind w:left="0" w:right="0"/>
              <w:jc w:val="left"/>
            </w:pPr>
            <w:r w:rsidR="725631D3">
              <w:rPr/>
              <w:t>8</w:t>
            </w:r>
          </w:p>
        </w:tc>
        <w:tc>
          <w:tcPr>
            <w:tcW w:w="1288" w:type="dxa"/>
            <w:tcMar/>
          </w:tcPr>
          <w:p w:rsidR="00E90E14" w:rsidP="5D44C034" w:rsidRDefault="00E90E14" w14:paraId="6B0EB9F5" w14:textId="79D7D47C">
            <w:pPr>
              <w:pStyle w:val="Normal"/>
              <w:suppressLineNumbers w:val="0"/>
              <w:bidi w:val="0"/>
              <w:spacing w:before="0" w:beforeAutospacing="off" w:after="0" w:afterAutospacing="off" w:line="240" w:lineRule="auto"/>
              <w:ind w:left="0" w:right="0"/>
              <w:jc w:val="left"/>
            </w:pPr>
            <w:r w:rsidR="725631D3">
              <w:rPr/>
              <w:t>2</w:t>
            </w:r>
          </w:p>
        </w:tc>
      </w:tr>
      <w:tr w:rsidR="00E90E14" w:rsidTr="5D44C034" w14:paraId="129424AB" w14:textId="77777777">
        <w:tc>
          <w:tcPr>
            <w:tcW w:w="1288" w:type="dxa"/>
            <w:tcMar/>
          </w:tcPr>
          <w:p w:rsidRPr="00E90E14" w:rsidR="00E90E14" w:rsidP="00742C19" w:rsidRDefault="00E90E14" w14:paraId="3BD2B2E7" w14:textId="16EB6EC0">
            <w:r w:rsidRPr="00E90E14">
              <w:t>US07</w:t>
            </w:r>
          </w:p>
        </w:tc>
        <w:tc>
          <w:tcPr>
            <w:tcW w:w="1288" w:type="dxa"/>
            <w:tcMar/>
          </w:tcPr>
          <w:p w:rsidRPr="00E90E14" w:rsidR="00E90E14" w:rsidP="00742C19" w:rsidRDefault="00E90E14" w14:paraId="1D261A31" w14:textId="334A2177">
            <w:r w:rsidRPr="00E90E14">
              <w:t>Role-based access control</w:t>
            </w:r>
          </w:p>
        </w:tc>
        <w:tc>
          <w:tcPr>
            <w:tcW w:w="1288" w:type="dxa"/>
            <w:tcMar/>
          </w:tcPr>
          <w:p w:rsidRPr="00E90E14" w:rsidR="00E90E14" w:rsidP="00742C19" w:rsidRDefault="00E90E14" w14:paraId="59C78E36" w14:textId="1A28461E">
            <w:r w:rsidRPr="00E90E14">
              <w:t>Role definition, permission logic, access logs</w:t>
            </w:r>
          </w:p>
        </w:tc>
        <w:tc>
          <w:tcPr>
            <w:tcW w:w="1288" w:type="dxa"/>
            <w:tcMar/>
          </w:tcPr>
          <w:p w:rsidRPr="00E90E14" w:rsidR="00E90E14" w:rsidP="00742C19" w:rsidRDefault="00E90E14" w14:paraId="57A7813C" w14:textId="4A6AF0FB">
            <w:r w:rsidRPr="00E90E14">
              <w:t>High</w:t>
            </w:r>
          </w:p>
        </w:tc>
        <w:tc>
          <w:tcPr>
            <w:tcW w:w="1288" w:type="dxa"/>
            <w:tcMar/>
          </w:tcPr>
          <w:p w:rsidR="00E90E14" w:rsidP="5D44C034" w:rsidRDefault="00E90E14" w14:paraId="5015CFE9" w14:textId="2780AF5E">
            <w:pPr>
              <w:pStyle w:val="Normal"/>
              <w:suppressLineNumbers w:val="0"/>
              <w:bidi w:val="0"/>
              <w:spacing w:before="0" w:beforeAutospacing="off" w:after="0" w:afterAutospacing="off" w:line="240" w:lineRule="auto"/>
              <w:ind w:left="0" w:right="0"/>
              <w:jc w:val="left"/>
            </w:pPr>
            <w:r w:rsidR="3FABCFCA">
              <w:rPr/>
              <w:t>20</w:t>
            </w:r>
          </w:p>
        </w:tc>
        <w:tc>
          <w:tcPr>
            <w:tcW w:w="1288" w:type="dxa"/>
            <w:tcMar/>
          </w:tcPr>
          <w:p w:rsidR="00E90E14" w:rsidP="5D44C034" w:rsidRDefault="00E90E14" w14:paraId="6FD5F3CF" w14:textId="00A3AE06">
            <w:pPr>
              <w:pStyle w:val="Normal"/>
              <w:suppressLineNumbers w:val="0"/>
              <w:bidi w:val="0"/>
              <w:spacing w:before="0" w:beforeAutospacing="off" w:after="0" w:afterAutospacing="off" w:line="240" w:lineRule="auto"/>
              <w:ind w:left="0" w:right="0"/>
              <w:jc w:val="left"/>
            </w:pPr>
            <w:r w:rsidR="4AAF65E1">
              <w:rPr/>
              <w:t>5</w:t>
            </w:r>
          </w:p>
        </w:tc>
        <w:tc>
          <w:tcPr>
            <w:tcW w:w="1288" w:type="dxa"/>
            <w:tcMar/>
          </w:tcPr>
          <w:p w:rsidR="00E90E14" w:rsidP="5D44C034" w:rsidRDefault="00E90E14" w14:paraId="7DF7480D" w14:textId="005EF33C">
            <w:pPr>
              <w:pStyle w:val="Normal"/>
              <w:suppressLineNumbers w:val="0"/>
              <w:bidi w:val="0"/>
              <w:spacing w:before="0" w:beforeAutospacing="off" w:after="0" w:afterAutospacing="off" w:line="240" w:lineRule="auto"/>
              <w:ind w:left="0" w:right="0"/>
              <w:jc w:val="left"/>
            </w:pPr>
            <w:r w:rsidR="4AAF65E1">
              <w:rPr/>
              <w:t>3</w:t>
            </w:r>
          </w:p>
        </w:tc>
      </w:tr>
      <w:tr w:rsidR="00E90E14" w:rsidTr="5D44C034" w14:paraId="444A601E" w14:textId="77777777">
        <w:tc>
          <w:tcPr>
            <w:tcW w:w="1288" w:type="dxa"/>
            <w:tcMar/>
          </w:tcPr>
          <w:p w:rsidRPr="00E90E14" w:rsidR="00E90E14" w:rsidP="00742C19" w:rsidRDefault="00E90E14" w14:paraId="5F64C4C4" w14:textId="0FD8142F">
            <w:r w:rsidRPr="00E90E14">
              <w:t>US08</w:t>
            </w:r>
          </w:p>
        </w:tc>
        <w:tc>
          <w:tcPr>
            <w:tcW w:w="1288" w:type="dxa"/>
            <w:tcMar/>
          </w:tcPr>
          <w:p w:rsidRPr="00E90E14" w:rsidR="00E90E14" w:rsidP="00742C19" w:rsidRDefault="00E90E14" w14:paraId="37DD8CF6" w14:textId="02183E55">
            <w:r w:rsidRPr="00E90E14">
              <w:t>Automated approval notifications</w:t>
            </w:r>
          </w:p>
        </w:tc>
        <w:tc>
          <w:tcPr>
            <w:tcW w:w="1288" w:type="dxa"/>
            <w:tcMar/>
          </w:tcPr>
          <w:p w:rsidRPr="00E90E14" w:rsidR="00E90E14" w:rsidP="00742C19" w:rsidRDefault="00E90E14" w14:paraId="49759993" w14:textId="6EDF2348">
            <w:r w:rsidRPr="00E90E14">
              <w:t>Email &amp; push notifications, quick actions</w:t>
            </w:r>
          </w:p>
        </w:tc>
        <w:tc>
          <w:tcPr>
            <w:tcW w:w="1288" w:type="dxa"/>
            <w:tcMar/>
          </w:tcPr>
          <w:p w:rsidRPr="00E90E14" w:rsidR="00E90E14" w:rsidP="5D44C034" w:rsidRDefault="00E90E14" w14:paraId="3F917EEF" w14:textId="422A7354">
            <w:pPr>
              <w:pStyle w:val="Normal"/>
              <w:suppressLineNumbers w:val="0"/>
              <w:bidi w:val="0"/>
              <w:spacing w:before="0" w:beforeAutospacing="off" w:after="0" w:afterAutospacing="off" w:line="240" w:lineRule="auto"/>
              <w:ind w:left="0" w:right="0"/>
              <w:jc w:val="left"/>
            </w:pPr>
            <w:r w:rsidR="34339D4D">
              <w:rPr/>
              <w:t xml:space="preserve">High </w:t>
            </w:r>
          </w:p>
        </w:tc>
        <w:tc>
          <w:tcPr>
            <w:tcW w:w="1288" w:type="dxa"/>
            <w:tcMar/>
          </w:tcPr>
          <w:p w:rsidR="00E90E14" w:rsidP="5D44C034" w:rsidRDefault="00E90E14" w14:paraId="4BBF6B31" w14:textId="7422E44C">
            <w:pPr>
              <w:pStyle w:val="Normal"/>
              <w:suppressLineNumbers w:val="0"/>
              <w:bidi w:val="0"/>
              <w:spacing w:before="0" w:beforeAutospacing="off" w:after="0" w:afterAutospacing="off" w:line="240" w:lineRule="auto"/>
              <w:ind w:left="0" w:right="0"/>
              <w:jc w:val="left"/>
            </w:pPr>
            <w:r w:rsidR="1C69C7DC">
              <w:rPr/>
              <w:t>20</w:t>
            </w:r>
          </w:p>
        </w:tc>
        <w:tc>
          <w:tcPr>
            <w:tcW w:w="1288" w:type="dxa"/>
            <w:tcMar/>
          </w:tcPr>
          <w:p w:rsidR="00E90E14" w:rsidP="5D44C034" w:rsidRDefault="00E90E14" w14:paraId="098024E0" w14:textId="69520B79">
            <w:pPr>
              <w:pStyle w:val="Normal"/>
              <w:suppressLineNumbers w:val="0"/>
              <w:bidi w:val="0"/>
              <w:spacing w:before="0" w:beforeAutospacing="off" w:after="0" w:afterAutospacing="off" w:line="240" w:lineRule="auto"/>
              <w:ind w:left="0" w:right="0"/>
              <w:jc w:val="left"/>
            </w:pPr>
            <w:r w:rsidR="34339D4D">
              <w:rPr/>
              <w:t>3</w:t>
            </w:r>
          </w:p>
        </w:tc>
        <w:tc>
          <w:tcPr>
            <w:tcW w:w="1288" w:type="dxa"/>
            <w:tcMar/>
          </w:tcPr>
          <w:p w:rsidRPr="00E90E14" w:rsidR="00E90E14" w:rsidP="5D44C034" w:rsidRDefault="00E90E14" w14:paraId="14135256" w14:textId="4E57A7A3">
            <w:pPr>
              <w:pStyle w:val="Normal"/>
              <w:suppressLineNumbers w:val="0"/>
              <w:bidi w:val="0"/>
              <w:spacing w:before="0" w:beforeAutospacing="off" w:after="0" w:afterAutospacing="off" w:line="240" w:lineRule="auto"/>
              <w:ind w:left="0" w:right="0"/>
              <w:jc w:val="left"/>
            </w:pPr>
            <w:r w:rsidR="34339D4D">
              <w:rPr/>
              <w:t>3</w:t>
            </w:r>
          </w:p>
        </w:tc>
      </w:tr>
      <w:tr w:rsidR="00E90E14" w:rsidTr="5D44C034" w14:paraId="3D15DE6B" w14:textId="77777777">
        <w:tc>
          <w:tcPr>
            <w:tcW w:w="1288" w:type="dxa"/>
            <w:tcMar/>
          </w:tcPr>
          <w:p w:rsidRPr="00E90E14" w:rsidR="00E90E14" w:rsidP="00742C19" w:rsidRDefault="00952C55" w14:paraId="2976D275" w14:textId="554B9D2E">
            <w:r w:rsidRPr="00952C55">
              <w:t>US09</w:t>
            </w:r>
          </w:p>
        </w:tc>
        <w:tc>
          <w:tcPr>
            <w:tcW w:w="1288" w:type="dxa"/>
            <w:tcMar/>
          </w:tcPr>
          <w:p w:rsidRPr="00E90E14" w:rsidR="00E90E14" w:rsidP="00742C19" w:rsidRDefault="00952C55" w14:paraId="4E7498C9" w14:textId="603D635D">
            <w:r w:rsidRPr="00952C55">
              <w:t>Offline mode for mobile app</w:t>
            </w:r>
          </w:p>
        </w:tc>
        <w:tc>
          <w:tcPr>
            <w:tcW w:w="1288" w:type="dxa"/>
            <w:tcMar/>
          </w:tcPr>
          <w:p w:rsidRPr="00E90E14" w:rsidR="00E90E14" w:rsidP="00742C19" w:rsidRDefault="00952C55" w14:paraId="6A163F64" w14:textId="11FBA27C">
            <w:r w:rsidRPr="00952C55">
              <w:t>Local storage, sync logic, conflict handling</w:t>
            </w:r>
          </w:p>
        </w:tc>
        <w:tc>
          <w:tcPr>
            <w:tcW w:w="1288" w:type="dxa"/>
            <w:tcMar/>
          </w:tcPr>
          <w:p w:rsidRPr="00E90E14" w:rsidR="00E90E14" w:rsidP="00742C19" w:rsidRDefault="00952C55" w14:paraId="728AE080" w14:textId="666442A6">
            <w:r w:rsidRPr="00952C55">
              <w:t>Medium</w:t>
            </w:r>
          </w:p>
        </w:tc>
        <w:tc>
          <w:tcPr>
            <w:tcW w:w="1288" w:type="dxa"/>
            <w:tcMar/>
          </w:tcPr>
          <w:p w:rsidR="00E90E14" w:rsidP="5D44C034" w:rsidRDefault="00952C55" w14:paraId="54D39465" w14:textId="629A8098">
            <w:pPr>
              <w:pStyle w:val="Normal"/>
              <w:suppressLineNumbers w:val="0"/>
              <w:bidi w:val="0"/>
              <w:spacing w:before="0" w:beforeAutospacing="off" w:after="0" w:afterAutospacing="off" w:line="240" w:lineRule="auto"/>
              <w:ind w:left="0" w:right="0"/>
              <w:jc w:val="left"/>
            </w:pPr>
            <w:r w:rsidR="504E7CC0">
              <w:rPr/>
              <w:t>10</w:t>
            </w:r>
          </w:p>
        </w:tc>
        <w:tc>
          <w:tcPr>
            <w:tcW w:w="1288" w:type="dxa"/>
            <w:tcMar/>
          </w:tcPr>
          <w:p w:rsidR="00E90E14" w:rsidP="5D44C034" w:rsidRDefault="00952C55" w14:paraId="53F0D74F" w14:textId="3576B0D9">
            <w:pPr>
              <w:pStyle w:val="Normal"/>
              <w:suppressLineNumbers w:val="0"/>
              <w:bidi w:val="0"/>
              <w:spacing w:before="0" w:beforeAutospacing="off" w:after="0" w:afterAutospacing="off" w:line="240" w:lineRule="auto"/>
              <w:ind w:left="0" w:right="0"/>
              <w:jc w:val="left"/>
            </w:pPr>
            <w:r w:rsidR="157A292D">
              <w:rPr/>
              <w:t>5</w:t>
            </w:r>
          </w:p>
        </w:tc>
        <w:tc>
          <w:tcPr>
            <w:tcW w:w="1288" w:type="dxa"/>
            <w:tcMar/>
          </w:tcPr>
          <w:p w:rsidRPr="00E90E14" w:rsidR="00E90E14" w:rsidP="5D44C034" w:rsidRDefault="00952C55" w14:paraId="5980CBC3" w14:textId="214B9A2A">
            <w:pPr>
              <w:pStyle w:val="Normal"/>
              <w:suppressLineNumbers w:val="0"/>
              <w:bidi w:val="0"/>
              <w:spacing w:before="0" w:beforeAutospacing="off" w:after="0" w:afterAutospacing="off" w:line="240" w:lineRule="auto"/>
              <w:ind w:left="0" w:right="0"/>
              <w:jc w:val="left"/>
            </w:pPr>
            <w:r w:rsidR="157A292D">
              <w:rPr/>
              <w:t>3</w:t>
            </w:r>
          </w:p>
        </w:tc>
      </w:tr>
      <w:tr w:rsidR="00952C55" w:rsidTr="5D44C034" w14:paraId="0553DCA4" w14:textId="77777777">
        <w:tc>
          <w:tcPr>
            <w:tcW w:w="1288" w:type="dxa"/>
            <w:tcMar/>
          </w:tcPr>
          <w:p w:rsidRPr="00952C55" w:rsidR="00952C55" w:rsidP="00742C19" w:rsidRDefault="00952C55" w14:paraId="432D9BA0" w14:textId="18F8DD9C">
            <w:r w:rsidRPr="00952C55">
              <w:t>US10</w:t>
            </w:r>
          </w:p>
        </w:tc>
        <w:tc>
          <w:tcPr>
            <w:tcW w:w="1288" w:type="dxa"/>
            <w:tcMar/>
          </w:tcPr>
          <w:p w:rsidRPr="00952C55" w:rsidR="00952C55" w:rsidP="00742C19" w:rsidRDefault="00952C55" w14:paraId="47B81853" w14:textId="269998A3">
            <w:r w:rsidRPr="00952C55">
              <w:t>Training material section</w:t>
            </w:r>
          </w:p>
        </w:tc>
        <w:tc>
          <w:tcPr>
            <w:tcW w:w="1288" w:type="dxa"/>
            <w:tcMar/>
          </w:tcPr>
          <w:p w:rsidRPr="00952C55" w:rsidR="00952C55" w:rsidP="00742C19" w:rsidRDefault="00952C55" w14:paraId="7C8A01C3" w14:textId="0C9D6439">
            <w:r w:rsidRPr="00952C55">
              <w:t>Content upload, progress tracking</w:t>
            </w:r>
          </w:p>
        </w:tc>
        <w:tc>
          <w:tcPr>
            <w:tcW w:w="1288" w:type="dxa"/>
            <w:tcMar/>
          </w:tcPr>
          <w:p w:rsidRPr="00952C55" w:rsidR="00952C55" w:rsidP="5D44C034" w:rsidRDefault="00952C55" w14:paraId="55729F55" w14:textId="2D97C287">
            <w:pPr>
              <w:pStyle w:val="Normal"/>
              <w:suppressLineNumbers w:val="0"/>
              <w:bidi w:val="0"/>
              <w:spacing w:before="0" w:beforeAutospacing="off" w:after="0" w:afterAutospacing="off" w:line="240" w:lineRule="auto"/>
              <w:ind w:left="0" w:right="0"/>
              <w:jc w:val="left"/>
            </w:pPr>
            <w:r w:rsidR="2A67875E">
              <w:rPr/>
              <w:t xml:space="preserve">Medium </w:t>
            </w:r>
          </w:p>
        </w:tc>
        <w:tc>
          <w:tcPr>
            <w:tcW w:w="1288" w:type="dxa"/>
            <w:tcMar/>
          </w:tcPr>
          <w:p w:rsidRPr="00952C55" w:rsidR="00952C55" w:rsidP="5D44C034" w:rsidRDefault="00952C55" w14:paraId="295765B5" w14:textId="3806B924">
            <w:pPr>
              <w:pStyle w:val="Normal"/>
              <w:suppressLineNumbers w:val="0"/>
              <w:bidi w:val="0"/>
              <w:spacing w:before="0" w:beforeAutospacing="off" w:after="0" w:afterAutospacing="off" w:line="240" w:lineRule="auto"/>
              <w:ind w:left="0" w:right="0"/>
              <w:jc w:val="left"/>
            </w:pPr>
            <w:r w:rsidR="231C598E">
              <w:rPr/>
              <w:t>10</w:t>
            </w:r>
          </w:p>
        </w:tc>
        <w:tc>
          <w:tcPr>
            <w:tcW w:w="1288" w:type="dxa"/>
            <w:tcMar/>
          </w:tcPr>
          <w:p w:rsidRPr="00952C55" w:rsidR="00952C55" w:rsidP="5D44C034" w:rsidRDefault="00952C55" w14:paraId="18E5A4D3" w14:textId="021722D8">
            <w:pPr>
              <w:pStyle w:val="Normal"/>
              <w:suppressLineNumbers w:val="0"/>
              <w:bidi w:val="0"/>
              <w:spacing w:before="0" w:beforeAutospacing="off" w:after="0" w:afterAutospacing="off" w:line="240" w:lineRule="auto"/>
              <w:ind w:left="0" w:right="0"/>
              <w:jc w:val="left"/>
            </w:pPr>
            <w:r w:rsidR="2A67875E">
              <w:rPr/>
              <w:t>2</w:t>
            </w:r>
          </w:p>
        </w:tc>
        <w:tc>
          <w:tcPr>
            <w:tcW w:w="1288" w:type="dxa"/>
            <w:tcMar/>
          </w:tcPr>
          <w:p w:rsidRPr="00952C55" w:rsidR="00952C55" w:rsidP="5D44C034" w:rsidRDefault="00952C55" w14:paraId="3CF104D9" w14:textId="04039A8C">
            <w:pPr>
              <w:pStyle w:val="Normal"/>
              <w:suppressLineNumbers w:val="0"/>
              <w:bidi w:val="0"/>
              <w:spacing w:before="0" w:beforeAutospacing="off" w:after="0" w:afterAutospacing="off" w:line="240" w:lineRule="auto"/>
              <w:ind w:left="0" w:right="0"/>
              <w:jc w:val="left"/>
            </w:pPr>
            <w:r w:rsidR="2A67875E">
              <w:rPr/>
              <w:t>4</w:t>
            </w:r>
          </w:p>
        </w:tc>
      </w:tr>
      <w:tr w:rsidR="00952C55" w:rsidTr="5D44C034" w14:paraId="43CB16C9" w14:textId="77777777">
        <w:tc>
          <w:tcPr>
            <w:tcW w:w="1288" w:type="dxa"/>
            <w:tcMar/>
          </w:tcPr>
          <w:p w:rsidRPr="00952C55" w:rsidR="00952C55" w:rsidP="00742C19" w:rsidRDefault="00952C55" w14:paraId="7628B4E4" w14:textId="1C6216A6">
            <w:r w:rsidRPr="00952C55">
              <w:t>US11</w:t>
            </w:r>
          </w:p>
        </w:tc>
        <w:tc>
          <w:tcPr>
            <w:tcW w:w="1288" w:type="dxa"/>
            <w:tcMar/>
          </w:tcPr>
          <w:p w:rsidRPr="00952C55" w:rsidR="00952C55" w:rsidP="00742C19" w:rsidRDefault="00952C55" w14:paraId="12B07B07" w14:textId="5A7E0F86">
            <w:r w:rsidRPr="00952C55">
              <w:t>Advanced search functionality</w:t>
            </w:r>
          </w:p>
        </w:tc>
        <w:tc>
          <w:tcPr>
            <w:tcW w:w="1288" w:type="dxa"/>
            <w:tcMar/>
          </w:tcPr>
          <w:p w:rsidRPr="00952C55" w:rsidR="00952C55" w:rsidP="00742C19" w:rsidRDefault="00952C55" w14:paraId="176C7A1C" w14:textId="73B4F29F">
            <w:r w:rsidRPr="00952C55">
              <w:t>Search filters, DB optimization</w:t>
            </w:r>
          </w:p>
        </w:tc>
        <w:tc>
          <w:tcPr>
            <w:tcW w:w="1288" w:type="dxa"/>
            <w:tcMar/>
          </w:tcPr>
          <w:p w:rsidRPr="00952C55" w:rsidR="00952C55" w:rsidP="5D44C034" w:rsidRDefault="00952C55" w14:paraId="37955159" w14:textId="35894488">
            <w:pPr>
              <w:pStyle w:val="Normal"/>
              <w:suppressLineNumbers w:val="0"/>
              <w:bidi w:val="0"/>
              <w:spacing w:before="0" w:beforeAutospacing="off" w:after="0" w:afterAutospacing="off" w:line="240" w:lineRule="auto"/>
              <w:ind w:left="0" w:right="0"/>
              <w:jc w:val="left"/>
            </w:pPr>
            <w:r w:rsidR="38121211">
              <w:rPr/>
              <w:t xml:space="preserve">High </w:t>
            </w:r>
          </w:p>
        </w:tc>
        <w:tc>
          <w:tcPr>
            <w:tcW w:w="1288" w:type="dxa"/>
            <w:tcMar/>
          </w:tcPr>
          <w:p w:rsidRPr="00952C55" w:rsidR="00952C55" w:rsidP="5D44C034" w:rsidRDefault="00952C55" w14:paraId="765EA09D" w14:textId="44DB48A5">
            <w:pPr>
              <w:pStyle w:val="Normal"/>
              <w:suppressLineNumbers w:val="0"/>
              <w:bidi w:val="0"/>
              <w:spacing w:before="0" w:beforeAutospacing="off" w:after="0" w:afterAutospacing="off" w:line="240" w:lineRule="auto"/>
              <w:ind w:left="0" w:right="0"/>
              <w:jc w:val="left"/>
            </w:pPr>
            <w:r w:rsidR="0D5B24E5">
              <w:rPr/>
              <w:t>20</w:t>
            </w:r>
          </w:p>
        </w:tc>
        <w:tc>
          <w:tcPr>
            <w:tcW w:w="1288" w:type="dxa"/>
            <w:tcMar/>
          </w:tcPr>
          <w:p w:rsidRPr="00952C55" w:rsidR="00952C55" w:rsidP="5D44C034" w:rsidRDefault="00952C55" w14:paraId="2744ACB6" w14:textId="211CD707">
            <w:pPr>
              <w:pStyle w:val="Normal"/>
              <w:suppressLineNumbers w:val="0"/>
              <w:bidi w:val="0"/>
              <w:spacing w:before="0" w:beforeAutospacing="off" w:after="0" w:afterAutospacing="off" w:line="240" w:lineRule="auto"/>
              <w:ind w:left="0" w:right="0"/>
              <w:jc w:val="left"/>
            </w:pPr>
            <w:r w:rsidR="38121211">
              <w:rPr/>
              <w:t>5</w:t>
            </w:r>
          </w:p>
        </w:tc>
        <w:tc>
          <w:tcPr>
            <w:tcW w:w="1288" w:type="dxa"/>
            <w:tcMar/>
          </w:tcPr>
          <w:p w:rsidRPr="00952C55" w:rsidR="00952C55" w:rsidP="5D44C034" w:rsidRDefault="00952C55" w14:paraId="10A27765" w14:textId="4952900E">
            <w:pPr>
              <w:pStyle w:val="Normal"/>
              <w:suppressLineNumbers w:val="0"/>
              <w:bidi w:val="0"/>
              <w:spacing w:before="0" w:beforeAutospacing="off" w:after="0" w:afterAutospacing="off" w:line="240" w:lineRule="auto"/>
              <w:ind w:left="0" w:right="0"/>
              <w:jc w:val="left"/>
            </w:pPr>
            <w:r w:rsidR="38121211">
              <w:rPr/>
              <w:t>4</w:t>
            </w:r>
          </w:p>
        </w:tc>
      </w:tr>
      <w:tr w:rsidR="00952C55" w:rsidTr="5D44C034" w14:paraId="29515E5A" w14:textId="77777777">
        <w:tc>
          <w:tcPr>
            <w:tcW w:w="1288" w:type="dxa"/>
            <w:tcMar/>
          </w:tcPr>
          <w:p w:rsidRPr="00952C55" w:rsidR="00952C55" w:rsidP="00742C19" w:rsidRDefault="00952C55" w14:paraId="5878665A" w14:textId="31A4D04C">
            <w:r w:rsidRPr="00952C55">
              <w:t>US12</w:t>
            </w:r>
          </w:p>
        </w:tc>
        <w:tc>
          <w:tcPr>
            <w:tcW w:w="1288" w:type="dxa"/>
            <w:tcMar/>
          </w:tcPr>
          <w:p w:rsidRPr="00952C55" w:rsidR="00952C55" w:rsidP="00742C19" w:rsidRDefault="00952C55" w14:paraId="1DFB5F11" w14:textId="273DA01E">
            <w:r w:rsidRPr="00952C55">
              <w:t>Real-time chat support</w:t>
            </w:r>
          </w:p>
        </w:tc>
        <w:tc>
          <w:tcPr>
            <w:tcW w:w="1288" w:type="dxa"/>
            <w:tcMar/>
          </w:tcPr>
          <w:p w:rsidRPr="00952C55" w:rsidR="00952C55" w:rsidP="00742C19" w:rsidRDefault="00952C55" w14:paraId="4F7AD6E2" w14:textId="496C3365">
            <w:r w:rsidRPr="00952C55">
              <w:t>Integrate chat API, UI design</w:t>
            </w:r>
          </w:p>
        </w:tc>
        <w:tc>
          <w:tcPr>
            <w:tcW w:w="1288" w:type="dxa"/>
            <w:tcMar/>
          </w:tcPr>
          <w:p w:rsidRPr="00952C55" w:rsidR="00952C55" w:rsidP="5D44C034" w:rsidRDefault="00952C55" w14:paraId="36926F6C" w14:textId="2FEC0B2D">
            <w:pPr>
              <w:pStyle w:val="Normal"/>
              <w:suppressLineNumbers w:val="0"/>
              <w:bidi w:val="0"/>
              <w:spacing w:before="0" w:beforeAutospacing="off" w:after="0" w:afterAutospacing="off" w:line="240" w:lineRule="auto"/>
              <w:ind w:left="0" w:right="0"/>
              <w:jc w:val="left"/>
            </w:pPr>
            <w:r w:rsidR="48B62FEF">
              <w:rPr/>
              <w:t xml:space="preserve">Medium </w:t>
            </w:r>
          </w:p>
        </w:tc>
        <w:tc>
          <w:tcPr>
            <w:tcW w:w="1288" w:type="dxa"/>
            <w:tcMar/>
          </w:tcPr>
          <w:p w:rsidRPr="00952C55" w:rsidR="00952C55" w:rsidP="5D44C034" w:rsidRDefault="00952C55" w14:paraId="2AC95B7A" w14:textId="34F74651">
            <w:pPr>
              <w:pStyle w:val="Normal"/>
              <w:suppressLineNumbers w:val="0"/>
              <w:bidi w:val="0"/>
              <w:spacing w:before="0" w:beforeAutospacing="off" w:after="0" w:afterAutospacing="off" w:line="240" w:lineRule="auto"/>
              <w:ind w:left="0" w:right="0"/>
              <w:jc w:val="left"/>
            </w:pPr>
            <w:r w:rsidR="2F1A4D7A">
              <w:rPr/>
              <w:t>10</w:t>
            </w:r>
          </w:p>
        </w:tc>
        <w:tc>
          <w:tcPr>
            <w:tcW w:w="1288" w:type="dxa"/>
            <w:tcMar/>
          </w:tcPr>
          <w:p w:rsidRPr="00952C55" w:rsidR="00952C55" w:rsidP="5D44C034" w:rsidRDefault="00952C55" w14:paraId="09C7179D" w14:textId="604947D8">
            <w:pPr>
              <w:pStyle w:val="Normal"/>
              <w:suppressLineNumbers w:val="0"/>
              <w:bidi w:val="0"/>
              <w:spacing w:before="0" w:beforeAutospacing="off" w:after="0" w:afterAutospacing="off" w:line="240" w:lineRule="auto"/>
              <w:ind w:left="0" w:right="0"/>
              <w:jc w:val="left"/>
            </w:pPr>
            <w:r w:rsidR="48B62FEF">
              <w:rPr/>
              <w:t>5</w:t>
            </w:r>
          </w:p>
        </w:tc>
        <w:tc>
          <w:tcPr>
            <w:tcW w:w="1288" w:type="dxa"/>
            <w:tcMar/>
          </w:tcPr>
          <w:p w:rsidRPr="00952C55" w:rsidR="00952C55" w:rsidP="5D44C034" w:rsidRDefault="00952C55" w14:paraId="35E18FAB" w14:textId="557BC0EA">
            <w:pPr>
              <w:pStyle w:val="Normal"/>
              <w:suppressLineNumbers w:val="0"/>
              <w:bidi w:val="0"/>
              <w:spacing w:before="0" w:beforeAutospacing="off" w:after="0" w:afterAutospacing="off" w:line="240" w:lineRule="auto"/>
              <w:ind w:left="0" w:right="0"/>
              <w:jc w:val="left"/>
            </w:pPr>
            <w:r w:rsidR="48B62FEF">
              <w:rPr/>
              <w:t>4</w:t>
            </w:r>
          </w:p>
        </w:tc>
      </w:tr>
      <w:tr w:rsidR="00952C55" w:rsidTr="5D44C034" w14:paraId="27199FBD" w14:textId="77777777">
        <w:tc>
          <w:tcPr>
            <w:tcW w:w="1288" w:type="dxa"/>
            <w:tcMar/>
          </w:tcPr>
          <w:p w:rsidRPr="00952C55" w:rsidR="00952C55" w:rsidP="00742C19" w:rsidRDefault="00952C55" w14:paraId="12789C47" w14:textId="489F0300">
            <w:r w:rsidRPr="00952C55">
              <w:t>US13</w:t>
            </w:r>
          </w:p>
        </w:tc>
        <w:tc>
          <w:tcPr>
            <w:tcW w:w="1288" w:type="dxa"/>
            <w:tcMar/>
          </w:tcPr>
          <w:p w:rsidRPr="00952C55" w:rsidR="00952C55" w:rsidP="00742C19" w:rsidRDefault="00952C55" w14:paraId="38101D58" w14:textId="1C67BDC4">
            <w:r w:rsidRPr="00952C55">
              <w:t>Expense trend analytics</w:t>
            </w:r>
          </w:p>
        </w:tc>
        <w:tc>
          <w:tcPr>
            <w:tcW w:w="1288" w:type="dxa"/>
            <w:tcMar/>
          </w:tcPr>
          <w:p w:rsidRPr="00952C55" w:rsidR="00952C55" w:rsidP="00742C19" w:rsidRDefault="00952C55" w14:paraId="5D4292BB" w14:textId="1B3F84AE">
            <w:r w:rsidRPr="00952C55">
              <w:t>Data aggregation, chart creation</w:t>
            </w:r>
          </w:p>
        </w:tc>
        <w:tc>
          <w:tcPr>
            <w:tcW w:w="1288" w:type="dxa"/>
            <w:tcMar/>
          </w:tcPr>
          <w:p w:rsidRPr="00952C55" w:rsidR="00952C55" w:rsidP="5D44C034" w:rsidRDefault="00952C55" w14:paraId="5E040100" w14:textId="528BBC4B">
            <w:pPr>
              <w:pStyle w:val="Normal"/>
              <w:suppressLineNumbers w:val="0"/>
              <w:bidi w:val="0"/>
              <w:spacing w:before="0" w:beforeAutospacing="off" w:after="0" w:afterAutospacing="off" w:line="240" w:lineRule="auto"/>
              <w:ind w:left="0" w:right="0"/>
              <w:jc w:val="left"/>
            </w:pPr>
            <w:r w:rsidR="2664B4A9">
              <w:rPr/>
              <w:t xml:space="preserve">Medium </w:t>
            </w:r>
          </w:p>
        </w:tc>
        <w:tc>
          <w:tcPr>
            <w:tcW w:w="1288" w:type="dxa"/>
            <w:tcMar/>
          </w:tcPr>
          <w:p w:rsidRPr="00952C55" w:rsidR="00952C55" w:rsidP="5D44C034" w:rsidRDefault="00952C55" w14:paraId="5AA73A82" w14:textId="3361B7A9">
            <w:pPr>
              <w:pStyle w:val="Normal"/>
              <w:suppressLineNumbers w:val="0"/>
              <w:bidi w:val="0"/>
              <w:spacing w:before="0" w:beforeAutospacing="off" w:after="0" w:afterAutospacing="off" w:line="240" w:lineRule="auto"/>
              <w:ind w:left="0" w:right="0"/>
              <w:jc w:val="left"/>
            </w:pPr>
            <w:r w:rsidR="3C3869EE">
              <w:rPr/>
              <w:t>10</w:t>
            </w:r>
          </w:p>
        </w:tc>
        <w:tc>
          <w:tcPr>
            <w:tcW w:w="1288" w:type="dxa"/>
            <w:tcMar/>
          </w:tcPr>
          <w:p w:rsidRPr="00952C55" w:rsidR="00952C55" w:rsidP="5D44C034" w:rsidRDefault="00952C55" w14:paraId="5C7C8170" w14:textId="1FDB5556">
            <w:pPr>
              <w:pStyle w:val="Normal"/>
              <w:suppressLineNumbers w:val="0"/>
              <w:bidi w:val="0"/>
              <w:spacing w:before="0" w:beforeAutospacing="off" w:after="0" w:afterAutospacing="off" w:line="240" w:lineRule="auto"/>
              <w:ind w:left="0" w:right="0"/>
              <w:jc w:val="left"/>
            </w:pPr>
            <w:r w:rsidR="2664B4A9">
              <w:rPr/>
              <w:t>8</w:t>
            </w:r>
          </w:p>
        </w:tc>
        <w:tc>
          <w:tcPr>
            <w:tcW w:w="1288" w:type="dxa"/>
            <w:tcMar/>
          </w:tcPr>
          <w:p w:rsidRPr="00952C55" w:rsidR="00952C55" w:rsidP="5D44C034" w:rsidRDefault="00952C55" w14:paraId="2F7E9B54" w14:textId="384E9A2D">
            <w:pPr>
              <w:pStyle w:val="Normal"/>
              <w:suppressLineNumbers w:val="0"/>
              <w:bidi w:val="0"/>
              <w:spacing w:before="0" w:beforeAutospacing="off" w:after="0" w:afterAutospacing="off" w:line="240" w:lineRule="auto"/>
              <w:ind w:left="0" w:right="0"/>
              <w:jc w:val="left"/>
            </w:pPr>
            <w:r w:rsidR="2664B4A9">
              <w:rPr/>
              <w:t>5</w:t>
            </w:r>
          </w:p>
        </w:tc>
      </w:tr>
      <w:tr w:rsidR="00952C55" w:rsidTr="5D44C034" w14:paraId="57978D2D" w14:textId="77777777">
        <w:tc>
          <w:tcPr>
            <w:tcW w:w="1288" w:type="dxa"/>
            <w:tcMar/>
          </w:tcPr>
          <w:p w:rsidRPr="00952C55" w:rsidR="00952C55" w:rsidP="00742C19" w:rsidRDefault="00952C55" w14:paraId="08DBA51D" w14:textId="692B2C8F">
            <w:r w:rsidRPr="00952C55">
              <w:t>US14</w:t>
            </w:r>
          </w:p>
        </w:tc>
        <w:tc>
          <w:tcPr>
            <w:tcW w:w="1288" w:type="dxa"/>
            <w:tcMar/>
          </w:tcPr>
          <w:p w:rsidRPr="00952C55" w:rsidR="00952C55" w:rsidP="00742C19" w:rsidRDefault="00952C55" w14:paraId="6D59FCDC" w14:textId="2205623D">
            <w:r w:rsidRPr="00952C55">
              <w:t>Digital signature feature</w:t>
            </w:r>
          </w:p>
        </w:tc>
        <w:tc>
          <w:tcPr>
            <w:tcW w:w="1288" w:type="dxa"/>
            <w:tcMar/>
          </w:tcPr>
          <w:p w:rsidRPr="00952C55" w:rsidR="00952C55" w:rsidP="00742C19" w:rsidRDefault="00952C55" w14:paraId="30466E06" w14:textId="553FB48E">
            <w:r w:rsidRPr="00952C55">
              <w:t>E-signature API integration, storage</w:t>
            </w:r>
          </w:p>
        </w:tc>
        <w:tc>
          <w:tcPr>
            <w:tcW w:w="1288" w:type="dxa"/>
            <w:tcMar/>
          </w:tcPr>
          <w:p w:rsidRPr="00952C55" w:rsidR="00952C55" w:rsidP="5D44C034" w:rsidRDefault="00952C55" w14:paraId="18F79773" w14:textId="423E8F08">
            <w:pPr>
              <w:pStyle w:val="Normal"/>
              <w:suppressLineNumbers w:val="0"/>
              <w:bidi w:val="0"/>
              <w:spacing w:before="0" w:beforeAutospacing="off" w:after="0" w:afterAutospacing="off" w:line="240" w:lineRule="auto"/>
              <w:ind w:left="0" w:right="0"/>
              <w:jc w:val="left"/>
            </w:pPr>
            <w:r w:rsidR="25338D83">
              <w:rPr/>
              <w:t xml:space="preserve">High </w:t>
            </w:r>
          </w:p>
        </w:tc>
        <w:tc>
          <w:tcPr>
            <w:tcW w:w="1288" w:type="dxa"/>
            <w:tcMar/>
          </w:tcPr>
          <w:p w:rsidRPr="00952C55" w:rsidR="00952C55" w:rsidP="5D44C034" w:rsidRDefault="00952C55" w14:paraId="6D79E440" w14:textId="3BC81430">
            <w:pPr>
              <w:pStyle w:val="Normal"/>
              <w:suppressLineNumbers w:val="0"/>
              <w:bidi w:val="0"/>
              <w:spacing w:before="0" w:beforeAutospacing="off" w:after="0" w:afterAutospacing="off" w:line="240" w:lineRule="auto"/>
              <w:ind w:left="0" w:right="0"/>
              <w:jc w:val="left"/>
            </w:pPr>
            <w:r w:rsidR="1C67AFDB">
              <w:rPr/>
              <w:t>20</w:t>
            </w:r>
          </w:p>
        </w:tc>
        <w:tc>
          <w:tcPr>
            <w:tcW w:w="1288" w:type="dxa"/>
            <w:tcMar/>
          </w:tcPr>
          <w:p w:rsidRPr="00952C55" w:rsidR="00952C55" w:rsidP="5D44C034" w:rsidRDefault="00952C55" w14:paraId="78366468" w14:textId="1C5890A0">
            <w:pPr>
              <w:pStyle w:val="Normal"/>
              <w:suppressLineNumbers w:val="0"/>
              <w:bidi w:val="0"/>
              <w:spacing w:before="0" w:beforeAutospacing="off" w:after="0" w:afterAutospacing="off" w:line="240" w:lineRule="auto"/>
              <w:ind w:left="0" w:right="0"/>
              <w:jc w:val="left"/>
            </w:pPr>
            <w:r w:rsidR="25338D83">
              <w:rPr/>
              <w:t>3</w:t>
            </w:r>
          </w:p>
        </w:tc>
        <w:tc>
          <w:tcPr>
            <w:tcW w:w="1288" w:type="dxa"/>
            <w:tcMar/>
          </w:tcPr>
          <w:p w:rsidRPr="00952C55" w:rsidR="00952C55" w:rsidP="5D44C034" w:rsidRDefault="00952C55" w14:paraId="59B6DF0B" w14:textId="2CE467EA">
            <w:pPr>
              <w:pStyle w:val="Normal"/>
              <w:suppressLineNumbers w:val="0"/>
              <w:bidi w:val="0"/>
              <w:spacing w:before="0" w:beforeAutospacing="off" w:after="0" w:afterAutospacing="off" w:line="240" w:lineRule="auto"/>
              <w:ind w:left="0" w:right="0"/>
              <w:jc w:val="left"/>
            </w:pPr>
            <w:r w:rsidR="25338D83">
              <w:rPr/>
              <w:t>5</w:t>
            </w:r>
          </w:p>
        </w:tc>
      </w:tr>
      <w:tr w:rsidR="00952C55" w:rsidTr="5D44C034" w14:paraId="02ADA0CA" w14:textId="77777777">
        <w:tc>
          <w:tcPr>
            <w:tcW w:w="1288" w:type="dxa"/>
            <w:tcMar/>
          </w:tcPr>
          <w:p w:rsidRPr="00952C55" w:rsidR="00952C55" w:rsidP="00742C19" w:rsidRDefault="00952C55" w14:paraId="1101B0B8" w14:textId="12CE8108">
            <w:r w:rsidRPr="00952C55">
              <w:t>US15</w:t>
            </w:r>
          </w:p>
        </w:tc>
        <w:tc>
          <w:tcPr>
            <w:tcW w:w="1288" w:type="dxa"/>
            <w:tcMar/>
          </w:tcPr>
          <w:p w:rsidRPr="00952C55" w:rsidR="00952C55" w:rsidP="00742C19" w:rsidRDefault="00952C55" w14:paraId="08E52BE8" w14:textId="5BFD36A0">
            <w:r w:rsidRPr="00952C55">
              <w:t>Meeting reminder push notifications</w:t>
            </w:r>
          </w:p>
        </w:tc>
        <w:tc>
          <w:tcPr>
            <w:tcW w:w="1288" w:type="dxa"/>
            <w:tcMar/>
          </w:tcPr>
          <w:p w:rsidRPr="00952C55" w:rsidR="00952C55" w:rsidP="00742C19" w:rsidRDefault="00952C55" w14:paraId="5AD22B70" w14:textId="512FFFD2">
            <w:r w:rsidRPr="00952C55">
              <w:t>Reminder scheduling, mobile integration</w:t>
            </w:r>
          </w:p>
        </w:tc>
        <w:tc>
          <w:tcPr>
            <w:tcW w:w="1288" w:type="dxa"/>
            <w:tcMar/>
          </w:tcPr>
          <w:p w:rsidRPr="00952C55" w:rsidR="00952C55" w:rsidP="00742C19" w:rsidRDefault="00952C55" w14:paraId="4BD93E74" w14:textId="2BEF79B1">
            <w:r w:rsidRPr="00952C55">
              <w:t>Medium</w:t>
            </w:r>
          </w:p>
        </w:tc>
        <w:tc>
          <w:tcPr>
            <w:tcW w:w="1288" w:type="dxa"/>
            <w:tcMar/>
          </w:tcPr>
          <w:p w:rsidRPr="00952C55" w:rsidR="00952C55" w:rsidP="5D44C034" w:rsidRDefault="00952C55" w14:paraId="683DCF04" w14:textId="3D4744D1">
            <w:pPr>
              <w:pStyle w:val="Normal"/>
              <w:suppressLineNumbers w:val="0"/>
              <w:bidi w:val="0"/>
              <w:spacing w:before="0" w:beforeAutospacing="off" w:after="0" w:afterAutospacing="off" w:line="240" w:lineRule="auto"/>
              <w:ind w:left="0" w:right="0"/>
              <w:jc w:val="left"/>
            </w:pPr>
            <w:r w:rsidR="43E23D18">
              <w:rPr/>
              <w:t>10</w:t>
            </w:r>
          </w:p>
        </w:tc>
        <w:tc>
          <w:tcPr>
            <w:tcW w:w="1288" w:type="dxa"/>
            <w:tcMar/>
          </w:tcPr>
          <w:p w:rsidRPr="00952C55" w:rsidR="00952C55" w:rsidP="5D44C034" w:rsidRDefault="00952C55" w14:paraId="263BB55B" w14:textId="67D1672F">
            <w:pPr>
              <w:pStyle w:val="Normal"/>
              <w:suppressLineNumbers w:val="0"/>
              <w:bidi w:val="0"/>
              <w:spacing w:before="0" w:beforeAutospacing="off" w:after="0" w:afterAutospacing="off" w:line="240" w:lineRule="auto"/>
              <w:ind w:left="0" w:right="0"/>
              <w:jc w:val="left"/>
            </w:pPr>
            <w:r w:rsidR="2BF51E07">
              <w:rPr/>
              <w:t>3</w:t>
            </w:r>
          </w:p>
        </w:tc>
        <w:tc>
          <w:tcPr>
            <w:tcW w:w="1288" w:type="dxa"/>
            <w:tcMar/>
          </w:tcPr>
          <w:p w:rsidRPr="00952C55" w:rsidR="00952C55" w:rsidP="5D44C034" w:rsidRDefault="00952C55" w14:paraId="5BA922EC" w14:textId="7E98C67A">
            <w:pPr>
              <w:pStyle w:val="Normal"/>
              <w:suppressLineNumbers w:val="0"/>
              <w:bidi w:val="0"/>
              <w:spacing w:before="0" w:beforeAutospacing="off" w:after="0" w:afterAutospacing="off" w:line="240" w:lineRule="auto"/>
              <w:ind w:left="0" w:right="0"/>
              <w:jc w:val="left"/>
            </w:pPr>
            <w:r w:rsidR="2BF51E07">
              <w:rPr/>
              <w:t>5</w:t>
            </w:r>
          </w:p>
        </w:tc>
      </w:tr>
      <w:tr w:rsidR="00952C55" w:rsidTr="5D44C034" w14:paraId="72EE41CD" w14:textId="77777777">
        <w:tc>
          <w:tcPr>
            <w:tcW w:w="1288" w:type="dxa"/>
            <w:tcMar/>
          </w:tcPr>
          <w:p w:rsidRPr="00952C55" w:rsidR="00952C55" w:rsidP="00742C19" w:rsidRDefault="00952C55" w14:paraId="6A6EE462" w14:textId="2E48B84B">
            <w:r w:rsidRPr="00952C55">
              <w:t>US16</w:t>
            </w:r>
          </w:p>
        </w:tc>
        <w:tc>
          <w:tcPr>
            <w:tcW w:w="1288" w:type="dxa"/>
            <w:tcMar/>
          </w:tcPr>
          <w:p w:rsidRPr="00952C55" w:rsidR="00952C55" w:rsidP="00742C19" w:rsidRDefault="00952C55" w14:paraId="3B3C811B" w14:textId="5DF1F46F">
            <w:r w:rsidRPr="00952C55">
              <w:t>Performance review tracking</w:t>
            </w:r>
          </w:p>
        </w:tc>
        <w:tc>
          <w:tcPr>
            <w:tcW w:w="1288" w:type="dxa"/>
            <w:tcMar/>
          </w:tcPr>
          <w:p w:rsidRPr="00952C55" w:rsidR="00952C55" w:rsidP="00742C19" w:rsidRDefault="00952C55" w14:paraId="1B31CC2B" w14:textId="5982F31F">
            <w:r w:rsidRPr="00952C55">
              <w:t>Review form, summary reports</w:t>
            </w:r>
          </w:p>
        </w:tc>
        <w:tc>
          <w:tcPr>
            <w:tcW w:w="1288" w:type="dxa"/>
            <w:tcMar/>
          </w:tcPr>
          <w:p w:rsidRPr="00952C55" w:rsidR="00952C55" w:rsidP="5D44C034" w:rsidRDefault="00952C55" w14:paraId="60723B8D" w14:textId="0D12EB98">
            <w:pPr>
              <w:pStyle w:val="Normal"/>
              <w:suppressLineNumbers w:val="0"/>
              <w:bidi w:val="0"/>
              <w:spacing w:before="0" w:beforeAutospacing="off" w:after="0" w:afterAutospacing="off" w:line="240" w:lineRule="auto"/>
              <w:ind w:left="0" w:right="0"/>
              <w:jc w:val="left"/>
            </w:pPr>
            <w:r w:rsidR="65D6A16C">
              <w:rPr/>
              <w:t xml:space="preserve">Medium </w:t>
            </w:r>
          </w:p>
        </w:tc>
        <w:tc>
          <w:tcPr>
            <w:tcW w:w="1288" w:type="dxa"/>
            <w:tcMar/>
          </w:tcPr>
          <w:p w:rsidRPr="00952C55" w:rsidR="00952C55" w:rsidP="5D44C034" w:rsidRDefault="00952C55" w14:paraId="19637754" w14:textId="697C968B">
            <w:pPr>
              <w:pStyle w:val="Normal"/>
              <w:suppressLineNumbers w:val="0"/>
              <w:bidi w:val="0"/>
              <w:spacing w:before="0" w:beforeAutospacing="off" w:after="0" w:afterAutospacing="off" w:line="240" w:lineRule="auto"/>
              <w:ind w:left="0" w:right="0"/>
              <w:jc w:val="left"/>
            </w:pPr>
            <w:r w:rsidR="4E023A2E">
              <w:rPr/>
              <w:t>10</w:t>
            </w:r>
          </w:p>
        </w:tc>
        <w:tc>
          <w:tcPr>
            <w:tcW w:w="1288" w:type="dxa"/>
            <w:tcMar/>
          </w:tcPr>
          <w:p w:rsidRPr="00952C55" w:rsidR="00952C55" w:rsidP="5D44C034" w:rsidRDefault="00952C55" w14:paraId="17E58299" w14:textId="77B5EEE6">
            <w:pPr>
              <w:pStyle w:val="Normal"/>
              <w:suppressLineNumbers w:val="0"/>
              <w:bidi w:val="0"/>
              <w:spacing w:before="0" w:beforeAutospacing="off" w:after="0" w:afterAutospacing="off" w:line="240" w:lineRule="auto"/>
              <w:ind w:left="0" w:right="0"/>
              <w:jc w:val="left"/>
            </w:pPr>
            <w:r w:rsidR="65D6A16C">
              <w:rPr/>
              <w:t>5</w:t>
            </w:r>
          </w:p>
        </w:tc>
        <w:tc>
          <w:tcPr>
            <w:tcW w:w="1288" w:type="dxa"/>
            <w:tcMar/>
          </w:tcPr>
          <w:p w:rsidRPr="00952C55" w:rsidR="00952C55" w:rsidP="5D44C034" w:rsidRDefault="00952C55" w14:paraId="5ACFDA15" w14:textId="15AB88B7">
            <w:pPr>
              <w:pStyle w:val="Normal"/>
              <w:suppressLineNumbers w:val="0"/>
              <w:bidi w:val="0"/>
              <w:spacing w:before="0" w:beforeAutospacing="off" w:after="0" w:afterAutospacing="off" w:line="240" w:lineRule="auto"/>
              <w:ind w:left="0" w:right="0"/>
              <w:jc w:val="left"/>
            </w:pPr>
            <w:r w:rsidR="65D6A16C">
              <w:rPr/>
              <w:t>6</w:t>
            </w:r>
          </w:p>
        </w:tc>
      </w:tr>
      <w:tr w:rsidR="00952C55" w:rsidTr="5D44C034" w14:paraId="4F1CFCF1" w14:textId="77777777">
        <w:tc>
          <w:tcPr>
            <w:tcW w:w="1288" w:type="dxa"/>
            <w:tcMar/>
          </w:tcPr>
          <w:p w:rsidRPr="00952C55" w:rsidR="00952C55" w:rsidP="00742C19" w:rsidRDefault="00952C55" w14:paraId="7F9EDF49" w14:textId="7AAF6D84">
            <w:r w:rsidRPr="00952C55">
              <w:t>US17</w:t>
            </w:r>
          </w:p>
        </w:tc>
        <w:tc>
          <w:tcPr>
            <w:tcW w:w="1288" w:type="dxa"/>
            <w:tcMar/>
          </w:tcPr>
          <w:p w:rsidRPr="00952C55" w:rsidR="00952C55" w:rsidP="00742C19" w:rsidRDefault="00952C55" w14:paraId="0CE8FF30" w14:textId="0D6F7BA5">
            <w:r w:rsidRPr="00952C55">
              <w:t>Multi-language support</w:t>
            </w:r>
          </w:p>
        </w:tc>
        <w:tc>
          <w:tcPr>
            <w:tcW w:w="1288" w:type="dxa"/>
            <w:tcMar/>
          </w:tcPr>
          <w:p w:rsidRPr="00952C55" w:rsidR="00952C55" w:rsidP="00742C19" w:rsidRDefault="00952C55" w14:paraId="61929E17" w14:textId="3AA609F6">
            <w:r w:rsidRPr="00952C55">
              <w:t>Language packs, translation UI</w:t>
            </w:r>
          </w:p>
        </w:tc>
        <w:tc>
          <w:tcPr>
            <w:tcW w:w="1288" w:type="dxa"/>
            <w:tcMar/>
          </w:tcPr>
          <w:p w:rsidRPr="00952C55" w:rsidR="00952C55" w:rsidP="5D44C034" w:rsidRDefault="00952C55" w14:paraId="50C7C766" w14:textId="254CF28C">
            <w:pPr>
              <w:pStyle w:val="Normal"/>
              <w:suppressLineNumbers w:val="0"/>
              <w:bidi w:val="0"/>
              <w:spacing w:before="0" w:beforeAutospacing="off" w:after="0" w:afterAutospacing="off" w:line="240" w:lineRule="auto"/>
              <w:ind w:left="0" w:right="0"/>
              <w:jc w:val="left"/>
            </w:pPr>
            <w:r w:rsidR="4F4892EA">
              <w:rPr/>
              <w:t xml:space="preserve">Medium </w:t>
            </w:r>
          </w:p>
        </w:tc>
        <w:tc>
          <w:tcPr>
            <w:tcW w:w="1288" w:type="dxa"/>
            <w:tcMar/>
          </w:tcPr>
          <w:p w:rsidRPr="00952C55" w:rsidR="00952C55" w:rsidP="5D44C034" w:rsidRDefault="00952C55" w14:paraId="1B39753D" w14:textId="102CEE2E">
            <w:pPr>
              <w:pStyle w:val="Normal"/>
              <w:suppressLineNumbers w:val="0"/>
              <w:bidi w:val="0"/>
              <w:spacing w:before="0" w:beforeAutospacing="off" w:after="0" w:afterAutospacing="off" w:line="240" w:lineRule="auto"/>
              <w:ind w:left="0" w:right="0"/>
              <w:jc w:val="left"/>
            </w:pPr>
            <w:r w:rsidR="2FA68E1D">
              <w:rPr/>
              <w:t>10</w:t>
            </w:r>
          </w:p>
        </w:tc>
        <w:tc>
          <w:tcPr>
            <w:tcW w:w="1288" w:type="dxa"/>
            <w:tcMar/>
          </w:tcPr>
          <w:p w:rsidRPr="00952C55" w:rsidR="00952C55" w:rsidP="5D44C034" w:rsidRDefault="00952C55" w14:paraId="06536F31" w14:textId="48650FC4">
            <w:pPr>
              <w:pStyle w:val="Normal"/>
              <w:suppressLineNumbers w:val="0"/>
              <w:bidi w:val="0"/>
              <w:spacing w:before="0" w:beforeAutospacing="off" w:after="0" w:afterAutospacing="off" w:line="240" w:lineRule="auto"/>
              <w:ind w:left="0" w:right="0"/>
              <w:jc w:val="left"/>
            </w:pPr>
            <w:r w:rsidR="4F4892EA">
              <w:rPr/>
              <w:t>8</w:t>
            </w:r>
          </w:p>
        </w:tc>
        <w:tc>
          <w:tcPr>
            <w:tcW w:w="1288" w:type="dxa"/>
            <w:tcMar/>
          </w:tcPr>
          <w:p w:rsidRPr="00952C55" w:rsidR="00952C55" w:rsidP="5D44C034" w:rsidRDefault="00952C55" w14:paraId="49DD6FF6" w14:textId="55887231">
            <w:pPr>
              <w:pStyle w:val="Normal"/>
              <w:suppressLineNumbers w:val="0"/>
              <w:bidi w:val="0"/>
              <w:spacing w:before="0" w:beforeAutospacing="off" w:after="0" w:afterAutospacing="off" w:line="240" w:lineRule="auto"/>
              <w:ind w:left="0" w:right="0"/>
              <w:jc w:val="left"/>
            </w:pPr>
            <w:r w:rsidR="4F4892EA">
              <w:rPr/>
              <w:t>6</w:t>
            </w:r>
          </w:p>
        </w:tc>
      </w:tr>
      <w:tr w:rsidR="00952C55" w:rsidTr="5D44C034" w14:paraId="1474657F" w14:textId="77777777">
        <w:tc>
          <w:tcPr>
            <w:tcW w:w="1288" w:type="dxa"/>
            <w:tcMar/>
          </w:tcPr>
          <w:p w:rsidRPr="00952C55" w:rsidR="00952C55" w:rsidP="00742C19" w:rsidRDefault="00952C55" w14:paraId="5E1D763C" w14:textId="5C0E9F43">
            <w:r w:rsidRPr="00952C55">
              <w:t>US18</w:t>
            </w:r>
          </w:p>
        </w:tc>
        <w:tc>
          <w:tcPr>
            <w:tcW w:w="1288" w:type="dxa"/>
            <w:tcMar/>
          </w:tcPr>
          <w:p w:rsidRPr="00952C55" w:rsidR="00952C55" w:rsidP="00742C19" w:rsidRDefault="00952C55" w14:paraId="2B4DB3FD" w14:textId="5607F211">
            <w:r w:rsidRPr="00952C55">
              <w:t>Product catalog with images</w:t>
            </w:r>
          </w:p>
        </w:tc>
        <w:tc>
          <w:tcPr>
            <w:tcW w:w="1288" w:type="dxa"/>
            <w:tcMar/>
          </w:tcPr>
          <w:p w:rsidRPr="00952C55" w:rsidR="00952C55" w:rsidP="00742C19" w:rsidRDefault="00952C55" w14:paraId="5EFEC2BB" w14:textId="2F24EF21">
            <w:r w:rsidRPr="00952C55">
              <w:t>Image upload, optimization, search</w:t>
            </w:r>
          </w:p>
        </w:tc>
        <w:tc>
          <w:tcPr>
            <w:tcW w:w="1288" w:type="dxa"/>
            <w:tcMar/>
          </w:tcPr>
          <w:p w:rsidRPr="00952C55" w:rsidR="00952C55" w:rsidP="00742C19" w:rsidRDefault="00952C55" w14:paraId="6E816742" w14:textId="06AE4677">
            <w:r w:rsidRPr="00952C55">
              <w:t>Medium</w:t>
            </w:r>
          </w:p>
        </w:tc>
        <w:tc>
          <w:tcPr>
            <w:tcW w:w="1288" w:type="dxa"/>
            <w:tcMar/>
          </w:tcPr>
          <w:p w:rsidRPr="00952C55" w:rsidR="00952C55" w:rsidP="5D44C034" w:rsidRDefault="00952C55" w14:paraId="75633B52" w14:textId="256D564B">
            <w:pPr>
              <w:pStyle w:val="Normal"/>
              <w:suppressLineNumbers w:val="0"/>
              <w:bidi w:val="0"/>
              <w:spacing w:before="0" w:beforeAutospacing="off" w:after="0" w:afterAutospacing="off" w:line="240" w:lineRule="auto"/>
              <w:ind w:left="0" w:right="0"/>
              <w:jc w:val="left"/>
            </w:pPr>
            <w:r w:rsidR="7862B7C7">
              <w:rPr/>
              <w:t>10</w:t>
            </w:r>
          </w:p>
        </w:tc>
        <w:tc>
          <w:tcPr>
            <w:tcW w:w="1288" w:type="dxa"/>
            <w:tcMar/>
          </w:tcPr>
          <w:p w:rsidRPr="00952C55" w:rsidR="00952C55" w:rsidP="5D44C034" w:rsidRDefault="00952C55" w14:paraId="7AE7ABCD" w14:textId="108B2697">
            <w:pPr>
              <w:pStyle w:val="Normal"/>
              <w:suppressLineNumbers w:val="0"/>
              <w:bidi w:val="0"/>
              <w:spacing w:before="0" w:beforeAutospacing="off" w:after="0" w:afterAutospacing="off" w:line="240" w:lineRule="auto"/>
              <w:ind w:left="0" w:right="0"/>
              <w:jc w:val="left"/>
            </w:pPr>
            <w:r w:rsidR="1E0B2BED">
              <w:rPr/>
              <w:t>5</w:t>
            </w:r>
          </w:p>
        </w:tc>
        <w:tc>
          <w:tcPr>
            <w:tcW w:w="1288" w:type="dxa"/>
            <w:tcMar/>
          </w:tcPr>
          <w:p w:rsidRPr="00952C55" w:rsidR="00952C55" w:rsidP="5D44C034" w:rsidRDefault="00952C55" w14:paraId="24B6D0C9" w14:textId="75A53D45">
            <w:pPr>
              <w:pStyle w:val="Normal"/>
              <w:suppressLineNumbers w:val="0"/>
              <w:bidi w:val="0"/>
              <w:spacing w:before="0" w:beforeAutospacing="off" w:after="0" w:afterAutospacing="off" w:line="240" w:lineRule="auto"/>
              <w:ind w:left="0" w:right="0"/>
              <w:jc w:val="left"/>
            </w:pPr>
            <w:r w:rsidR="1E0B2BED">
              <w:rPr/>
              <w:t>6</w:t>
            </w:r>
          </w:p>
        </w:tc>
      </w:tr>
      <w:tr w:rsidR="00952C55" w:rsidTr="5D44C034" w14:paraId="1D8BB434" w14:textId="77777777">
        <w:tc>
          <w:tcPr>
            <w:tcW w:w="1288" w:type="dxa"/>
            <w:tcMar/>
          </w:tcPr>
          <w:p w:rsidRPr="00952C55" w:rsidR="00952C55" w:rsidP="00742C19" w:rsidRDefault="00952C55" w14:paraId="1D3C2FC4" w14:textId="45F003E6">
            <w:r w:rsidRPr="00952C55">
              <w:t>US19</w:t>
            </w:r>
          </w:p>
        </w:tc>
        <w:tc>
          <w:tcPr>
            <w:tcW w:w="1288" w:type="dxa"/>
            <w:tcMar/>
          </w:tcPr>
          <w:p w:rsidRPr="00952C55" w:rsidR="00952C55" w:rsidP="00742C19" w:rsidRDefault="00952C55" w14:paraId="290143CD" w14:textId="59B19E6D">
            <w:r w:rsidRPr="00952C55">
              <w:t>Audit log tracking</w:t>
            </w:r>
          </w:p>
        </w:tc>
        <w:tc>
          <w:tcPr>
            <w:tcW w:w="1288" w:type="dxa"/>
            <w:tcMar/>
          </w:tcPr>
          <w:p w:rsidRPr="00952C55" w:rsidR="00952C55" w:rsidP="00742C19" w:rsidRDefault="00952C55" w14:paraId="3092E1E5" w14:textId="64DD319B">
            <w:r w:rsidRPr="00952C55">
              <w:t>Activity logging, filters, export</w:t>
            </w:r>
          </w:p>
        </w:tc>
        <w:tc>
          <w:tcPr>
            <w:tcW w:w="1288" w:type="dxa"/>
            <w:tcMar/>
          </w:tcPr>
          <w:p w:rsidRPr="00952C55" w:rsidR="00952C55" w:rsidP="00742C19" w:rsidRDefault="00952C55" w14:paraId="0DF0E08A" w14:textId="2F88D137">
            <w:r w:rsidRPr="00952C55">
              <w:t>High</w:t>
            </w:r>
          </w:p>
        </w:tc>
        <w:tc>
          <w:tcPr>
            <w:tcW w:w="1288" w:type="dxa"/>
            <w:tcMar/>
          </w:tcPr>
          <w:p w:rsidRPr="00952C55" w:rsidR="00952C55" w:rsidP="5D44C034" w:rsidRDefault="00952C55" w14:paraId="6CE2D982" w14:textId="200FF2D1">
            <w:pPr>
              <w:pStyle w:val="Normal"/>
              <w:suppressLineNumbers w:val="0"/>
              <w:bidi w:val="0"/>
              <w:spacing w:before="0" w:beforeAutospacing="off" w:after="0" w:afterAutospacing="off" w:line="240" w:lineRule="auto"/>
              <w:ind w:left="0" w:right="0"/>
              <w:jc w:val="left"/>
            </w:pPr>
            <w:r w:rsidR="2F6CEC14">
              <w:rPr/>
              <w:t>20</w:t>
            </w:r>
          </w:p>
        </w:tc>
        <w:tc>
          <w:tcPr>
            <w:tcW w:w="1288" w:type="dxa"/>
            <w:tcMar/>
          </w:tcPr>
          <w:p w:rsidR="00952C55" w:rsidP="5D44C034" w:rsidRDefault="00952C55" w14:paraId="55BF4616" w14:textId="657D0172">
            <w:pPr>
              <w:pStyle w:val="Normal"/>
              <w:suppressLineNumbers w:val="0"/>
              <w:bidi w:val="0"/>
              <w:spacing w:before="0" w:beforeAutospacing="off" w:after="0" w:afterAutospacing="off" w:line="240" w:lineRule="auto"/>
              <w:ind w:left="0" w:right="0"/>
              <w:jc w:val="left"/>
            </w:pPr>
            <w:r w:rsidR="16B9F78C">
              <w:rPr/>
              <w:t>5</w:t>
            </w:r>
          </w:p>
        </w:tc>
        <w:tc>
          <w:tcPr>
            <w:tcW w:w="1288" w:type="dxa"/>
            <w:tcMar/>
          </w:tcPr>
          <w:p w:rsidRPr="00952C55" w:rsidR="00952C55" w:rsidP="5D44C034" w:rsidRDefault="00952C55" w14:paraId="25F0AF8E" w14:textId="27804AF4">
            <w:pPr>
              <w:pStyle w:val="Normal"/>
              <w:suppressLineNumbers w:val="0"/>
              <w:bidi w:val="0"/>
              <w:spacing w:before="0" w:beforeAutospacing="off" w:after="0" w:afterAutospacing="off" w:line="240" w:lineRule="auto"/>
              <w:ind w:left="0" w:right="0"/>
              <w:jc w:val="left"/>
            </w:pPr>
            <w:r w:rsidR="16B9F78C">
              <w:rPr/>
              <w:t>7</w:t>
            </w:r>
          </w:p>
        </w:tc>
      </w:tr>
      <w:tr w:rsidR="00952C55" w:rsidTr="5D44C034" w14:paraId="66F1B9D5" w14:textId="77777777">
        <w:tc>
          <w:tcPr>
            <w:tcW w:w="1288" w:type="dxa"/>
            <w:tcMar/>
          </w:tcPr>
          <w:p w:rsidRPr="00952C55" w:rsidR="00952C55" w:rsidP="00742C19" w:rsidRDefault="00952C55" w14:paraId="58DE8078" w14:textId="7B99CE32">
            <w:r w:rsidRPr="00952C55">
              <w:t>US20</w:t>
            </w:r>
          </w:p>
        </w:tc>
        <w:tc>
          <w:tcPr>
            <w:tcW w:w="1288" w:type="dxa"/>
            <w:tcMar/>
          </w:tcPr>
          <w:p w:rsidRPr="00952C55" w:rsidR="00952C55" w:rsidP="00742C19" w:rsidRDefault="00952C55" w14:paraId="6AF35E59" w14:textId="7E5F4AD5">
            <w:r w:rsidRPr="00952C55">
              <w:t>Automated report generation</w:t>
            </w:r>
          </w:p>
        </w:tc>
        <w:tc>
          <w:tcPr>
            <w:tcW w:w="1288" w:type="dxa"/>
            <w:tcMar/>
          </w:tcPr>
          <w:p w:rsidRPr="00952C55" w:rsidR="00952C55" w:rsidP="00742C19" w:rsidRDefault="00952C55" w14:paraId="1577659C" w14:textId="36AAC172">
            <w:r w:rsidRPr="00952C55">
              <w:t>Schedule jobs, email reports</w:t>
            </w:r>
          </w:p>
        </w:tc>
        <w:tc>
          <w:tcPr>
            <w:tcW w:w="1288" w:type="dxa"/>
            <w:tcMar/>
          </w:tcPr>
          <w:p w:rsidRPr="00952C55" w:rsidR="00952C55" w:rsidP="00742C19" w:rsidRDefault="00952C55" w14:paraId="2081CD18" w14:textId="7524776B">
            <w:r w:rsidRPr="00952C55">
              <w:t>High</w:t>
            </w:r>
          </w:p>
        </w:tc>
        <w:tc>
          <w:tcPr>
            <w:tcW w:w="1288" w:type="dxa"/>
            <w:tcMar/>
          </w:tcPr>
          <w:p w:rsidRPr="00952C55" w:rsidR="00952C55" w:rsidP="5D44C034" w:rsidRDefault="00952C55" w14:paraId="2EA5C6C5" w14:textId="7F1535ED">
            <w:pPr>
              <w:pStyle w:val="Normal"/>
              <w:suppressLineNumbers w:val="0"/>
              <w:bidi w:val="0"/>
              <w:spacing w:before="0" w:beforeAutospacing="off" w:after="0" w:afterAutospacing="off" w:line="240" w:lineRule="auto"/>
              <w:ind w:left="0" w:right="0"/>
              <w:jc w:val="left"/>
            </w:pPr>
            <w:r w:rsidR="27D10212">
              <w:rPr/>
              <w:t>20</w:t>
            </w:r>
          </w:p>
        </w:tc>
        <w:tc>
          <w:tcPr>
            <w:tcW w:w="1288" w:type="dxa"/>
            <w:tcMar/>
          </w:tcPr>
          <w:p w:rsidRPr="00952C55" w:rsidR="00952C55" w:rsidP="00742C19" w:rsidRDefault="00952C55" w14:paraId="28C73E1F" w14:textId="51EE0AAC">
            <w:r>
              <w:t>5</w:t>
            </w:r>
          </w:p>
        </w:tc>
        <w:tc>
          <w:tcPr>
            <w:tcW w:w="1288" w:type="dxa"/>
            <w:tcMar/>
          </w:tcPr>
          <w:p w:rsidRPr="00952C55" w:rsidR="00952C55" w:rsidP="5D44C034" w:rsidRDefault="009D64E0" w14:paraId="7EA6FAD5" w14:textId="15A2E855">
            <w:pPr>
              <w:pStyle w:val="Normal"/>
              <w:suppressLineNumbers w:val="0"/>
              <w:bidi w:val="0"/>
              <w:spacing w:before="0" w:beforeAutospacing="off" w:after="0" w:afterAutospacing="off" w:line="240" w:lineRule="auto"/>
              <w:ind w:left="0" w:right="0"/>
              <w:jc w:val="left"/>
            </w:pPr>
            <w:r w:rsidR="2CF343FC">
              <w:rPr/>
              <w:t>7</w:t>
            </w:r>
          </w:p>
        </w:tc>
      </w:tr>
      <w:tr w:rsidR="5D44C034" w:rsidTr="5D44C034" w14:paraId="18797FBB">
        <w:trPr>
          <w:trHeight w:val="300"/>
        </w:trPr>
        <w:tc>
          <w:tcPr>
            <w:tcW w:w="1226" w:type="dxa"/>
            <w:tcMar/>
          </w:tcPr>
          <w:p w:rsidR="2CF343FC" w:rsidP="5D44C034" w:rsidRDefault="2CF343FC" w14:paraId="3AB8D4DC" w14:textId="7FC0E754">
            <w:pPr>
              <w:pStyle w:val="Normal"/>
            </w:pPr>
            <w:r w:rsidR="2CF343FC">
              <w:rPr/>
              <w:t>US21</w:t>
            </w:r>
          </w:p>
        </w:tc>
        <w:tc>
          <w:tcPr>
            <w:tcW w:w="1441" w:type="dxa"/>
            <w:tcMar/>
          </w:tcPr>
          <w:p w:rsidR="2CF343FC" w:rsidRDefault="2CF343FC" w14:paraId="70D95C6F" w14:textId="19AD9D44">
            <w:r w:rsidRPr="5D44C034" w:rsidR="2CF343FC">
              <w:rPr>
                <w:rFonts w:ascii="Aptos" w:hAnsi="Aptos" w:eastAsia="Aptos" w:cs="Aptos"/>
                <w:noProof w:val="0"/>
                <w:sz w:val="22"/>
                <w:szCs w:val="22"/>
                <w:lang w:val="en-IN"/>
              </w:rPr>
              <w:t>Gamification</w:t>
            </w:r>
          </w:p>
        </w:tc>
        <w:tc>
          <w:tcPr>
            <w:tcW w:w="1465" w:type="dxa"/>
            <w:tcMar/>
          </w:tcPr>
          <w:p w:rsidR="2CF343FC" w:rsidRDefault="2CF343FC" w14:paraId="5A7D5B7A" w14:textId="48ED7630">
            <w:r w:rsidRPr="5D44C034" w:rsidR="2CF343FC">
              <w:rPr>
                <w:rFonts w:ascii="Aptos" w:hAnsi="Aptos" w:eastAsia="Aptos" w:cs="Aptos"/>
                <w:noProof w:val="0"/>
                <w:sz w:val="22"/>
                <w:szCs w:val="22"/>
                <w:lang w:val="en-IN"/>
              </w:rPr>
              <w:t>Leaderboards, badges</w:t>
            </w:r>
          </w:p>
        </w:tc>
        <w:tc>
          <w:tcPr>
            <w:tcW w:w="1254" w:type="dxa"/>
            <w:tcMar/>
          </w:tcPr>
          <w:p w:rsidR="2CF343FC" w:rsidRDefault="2CF343FC" w14:paraId="399C5ABE" w14:textId="3103FF02">
            <w:r w:rsidRPr="5D44C034" w:rsidR="2CF343FC">
              <w:rPr>
                <w:rFonts w:ascii="Aptos" w:hAnsi="Aptos" w:eastAsia="Aptos" w:cs="Aptos"/>
                <w:noProof w:val="0"/>
                <w:sz w:val="22"/>
                <w:szCs w:val="22"/>
                <w:lang w:val="en-IN"/>
              </w:rPr>
              <w:t>Medium</w:t>
            </w:r>
          </w:p>
        </w:tc>
        <w:tc>
          <w:tcPr>
            <w:tcW w:w="1196" w:type="dxa"/>
            <w:tcMar/>
          </w:tcPr>
          <w:p w:rsidR="7277F92C" w:rsidP="5D44C034" w:rsidRDefault="7277F92C" w14:paraId="714269CD" w14:textId="08EC35E9">
            <w:pPr>
              <w:pStyle w:val="Normal"/>
              <w:spacing w:line="240" w:lineRule="auto"/>
              <w:jc w:val="left"/>
            </w:pPr>
            <w:r w:rsidR="7277F92C">
              <w:rPr/>
              <w:t>10</w:t>
            </w:r>
          </w:p>
        </w:tc>
        <w:tc>
          <w:tcPr>
            <w:tcW w:w="1199" w:type="dxa"/>
            <w:tcMar/>
          </w:tcPr>
          <w:p w:rsidR="2CF343FC" w:rsidP="5D44C034" w:rsidRDefault="2CF343FC" w14:paraId="712CCBD9" w14:textId="43F6C939">
            <w:pPr>
              <w:pStyle w:val="Normal"/>
            </w:pPr>
            <w:r w:rsidR="2CF343FC">
              <w:rPr/>
              <w:t>8</w:t>
            </w:r>
          </w:p>
        </w:tc>
        <w:tc>
          <w:tcPr>
            <w:tcW w:w="1235" w:type="dxa"/>
            <w:tcMar/>
          </w:tcPr>
          <w:p w:rsidR="2CF343FC" w:rsidP="5D44C034" w:rsidRDefault="2CF343FC" w14:paraId="050032B6" w14:textId="1331AD23">
            <w:pPr>
              <w:pStyle w:val="Normal"/>
              <w:spacing w:line="240" w:lineRule="auto"/>
              <w:jc w:val="left"/>
            </w:pPr>
            <w:r w:rsidR="2CF343FC">
              <w:rPr/>
              <w:t>7</w:t>
            </w:r>
          </w:p>
        </w:tc>
      </w:tr>
      <w:tr w:rsidR="5D44C034" w:rsidTr="5D44C034" w14:paraId="61817FFD">
        <w:trPr>
          <w:trHeight w:val="300"/>
        </w:trPr>
        <w:tc>
          <w:tcPr>
            <w:tcW w:w="1226" w:type="dxa"/>
            <w:tcMar/>
          </w:tcPr>
          <w:p w:rsidR="2CF343FC" w:rsidP="5D44C034" w:rsidRDefault="2CF343FC" w14:paraId="6C8A6F6D" w14:textId="3F10211F">
            <w:pPr>
              <w:pStyle w:val="Normal"/>
            </w:pPr>
            <w:r w:rsidR="2CF343FC">
              <w:rPr/>
              <w:t>US22</w:t>
            </w:r>
          </w:p>
        </w:tc>
        <w:tc>
          <w:tcPr>
            <w:tcW w:w="1441" w:type="dxa"/>
            <w:tcMar/>
          </w:tcPr>
          <w:p w:rsidR="2CF343FC" w:rsidRDefault="2CF343FC" w14:paraId="7CC6A41D" w14:textId="17AEF660">
            <w:r w:rsidRPr="5D44C034" w:rsidR="2CF343FC">
              <w:rPr>
                <w:rFonts w:ascii="Aptos" w:hAnsi="Aptos" w:eastAsia="Aptos" w:cs="Aptos"/>
                <w:noProof w:val="0"/>
                <w:sz w:val="22"/>
                <w:szCs w:val="22"/>
                <w:lang w:val="en-IN"/>
              </w:rPr>
              <w:t>Voice input for forms</w:t>
            </w:r>
          </w:p>
        </w:tc>
        <w:tc>
          <w:tcPr>
            <w:tcW w:w="1465" w:type="dxa"/>
            <w:tcMar/>
          </w:tcPr>
          <w:p w:rsidR="2CF343FC" w:rsidRDefault="2CF343FC" w14:paraId="6FD72DEE" w14:textId="0E35CB7C">
            <w:r w:rsidRPr="5D44C034" w:rsidR="2CF343FC">
              <w:rPr>
                <w:rFonts w:ascii="Aptos" w:hAnsi="Aptos" w:eastAsia="Aptos" w:cs="Aptos"/>
                <w:noProof w:val="0"/>
                <w:sz w:val="22"/>
                <w:szCs w:val="22"/>
                <w:lang w:val="en-IN"/>
              </w:rPr>
              <w:t>Speech-to-text integration</w:t>
            </w:r>
          </w:p>
        </w:tc>
        <w:tc>
          <w:tcPr>
            <w:tcW w:w="1254" w:type="dxa"/>
            <w:tcMar/>
          </w:tcPr>
          <w:p w:rsidR="2CF343FC" w:rsidRDefault="2CF343FC" w14:paraId="75A8333C" w14:textId="2983F60F">
            <w:r w:rsidRPr="5D44C034" w:rsidR="2CF343FC">
              <w:rPr>
                <w:rFonts w:ascii="Aptos" w:hAnsi="Aptos" w:eastAsia="Aptos" w:cs="Aptos"/>
                <w:noProof w:val="0"/>
                <w:sz w:val="22"/>
                <w:szCs w:val="22"/>
                <w:lang w:val="en-IN"/>
              </w:rPr>
              <w:t>Medium</w:t>
            </w:r>
          </w:p>
        </w:tc>
        <w:tc>
          <w:tcPr>
            <w:tcW w:w="1196" w:type="dxa"/>
            <w:tcMar/>
          </w:tcPr>
          <w:p w:rsidR="482A0CC1" w:rsidP="5D44C034" w:rsidRDefault="482A0CC1" w14:paraId="5208E398" w14:textId="1A67CF6C">
            <w:pPr>
              <w:pStyle w:val="Normal"/>
              <w:spacing w:line="240" w:lineRule="auto"/>
              <w:jc w:val="left"/>
            </w:pPr>
            <w:r w:rsidR="482A0CC1">
              <w:rPr/>
              <w:t>10</w:t>
            </w:r>
          </w:p>
        </w:tc>
        <w:tc>
          <w:tcPr>
            <w:tcW w:w="1199" w:type="dxa"/>
            <w:tcMar/>
          </w:tcPr>
          <w:p w:rsidR="2CF343FC" w:rsidP="5D44C034" w:rsidRDefault="2CF343FC" w14:paraId="45F69C6A" w14:textId="5002C924">
            <w:pPr>
              <w:pStyle w:val="Normal"/>
            </w:pPr>
            <w:r w:rsidR="2CF343FC">
              <w:rPr/>
              <w:t>5</w:t>
            </w:r>
          </w:p>
        </w:tc>
        <w:tc>
          <w:tcPr>
            <w:tcW w:w="1235" w:type="dxa"/>
            <w:tcMar/>
          </w:tcPr>
          <w:p w:rsidR="2CF343FC" w:rsidP="5D44C034" w:rsidRDefault="2CF343FC" w14:paraId="3B66B7F4" w14:textId="309D10D2">
            <w:pPr>
              <w:pStyle w:val="Normal"/>
              <w:spacing w:line="240" w:lineRule="auto"/>
              <w:jc w:val="left"/>
            </w:pPr>
            <w:r w:rsidR="2CF343FC">
              <w:rPr/>
              <w:t>8</w:t>
            </w:r>
          </w:p>
        </w:tc>
      </w:tr>
      <w:tr w:rsidR="5D44C034" w:rsidTr="5D44C034" w14:paraId="4FDE7C31">
        <w:trPr>
          <w:trHeight w:val="300"/>
        </w:trPr>
        <w:tc>
          <w:tcPr>
            <w:tcW w:w="1226" w:type="dxa"/>
            <w:tcMar/>
          </w:tcPr>
          <w:p w:rsidR="2CF343FC" w:rsidP="5D44C034" w:rsidRDefault="2CF343FC" w14:paraId="332E9D39" w14:textId="0EB79A5B">
            <w:pPr>
              <w:pStyle w:val="Normal"/>
            </w:pPr>
            <w:r w:rsidR="2CF343FC">
              <w:rPr/>
              <w:t>US23</w:t>
            </w:r>
          </w:p>
        </w:tc>
        <w:tc>
          <w:tcPr>
            <w:tcW w:w="1441" w:type="dxa"/>
            <w:tcMar/>
          </w:tcPr>
          <w:p w:rsidR="2CF343FC" w:rsidRDefault="2CF343FC" w14:paraId="7668758A" w14:textId="7D2BEAA7">
            <w:r w:rsidRPr="5D44C034" w:rsidR="2CF343FC">
              <w:rPr>
                <w:rFonts w:ascii="Aptos" w:hAnsi="Aptos" w:eastAsia="Aptos" w:cs="Aptos"/>
                <w:noProof w:val="0"/>
                <w:sz w:val="22"/>
                <w:szCs w:val="22"/>
                <w:lang w:val="en-IN"/>
              </w:rPr>
              <w:t>AI sales insights</w:t>
            </w:r>
          </w:p>
        </w:tc>
        <w:tc>
          <w:tcPr>
            <w:tcW w:w="1465" w:type="dxa"/>
            <w:tcMar/>
          </w:tcPr>
          <w:p w:rsidR="2CF343FC" w:rsidRDefault="2CF343FC" w14:paraId="6CD79A66" w14:textId="5409A095">
            <w:r w:rsidRPr="5D44C034" w:rsidR="2CF343FC">
              <w:rPr>
                <w:rFonts w:ascii="Aptos" w:hAnsi="Aptos" w:eastAsia="Aptos" w:cs="Aptos"/>
                <w:noProof w:val="0"/>
                <w:sz w:val="22"/>
                <w:szCs w:val="22"/>
                <w:lang w:val="en-IN"/>
              </w:rPr>
              <w:t>ML models, analytics reports</w:t>
            </w:r>
          </w:p>
        </w:tc>
        <w:tc>
          <w:tcPr>
            <w:tcW w:w="1254" w:type="dxa"/>
            <w:tcMar/>
          </w:tcPr>
          <w:p w:rsidR="2CF343FC" w:rsidRDefault="2CF343FC" w14:paraId="73B4CD8C" w14:textId="79685A5B">
            <w:r w:rsidRPr="5D44C034" w:rsidR="2CF343FC">
              <w:rPr>
                <w:rFonts w:ascii="Aptos" w:hAnsi="Aptos" w:eastAsia="Aptos" w:cs="Aptos"/>
                <w:noProof w:val="0"/>
                <w:sz w:val="22"/>
                <w:szCs w:val="22"/>
                <w:lang w:val="en-IN"/>
              </w:rPr>
              <w:t>High</w:t>
            </w:r>
          </w:p>
        </w:tc>
        <w:tc>
          <w:tcPr>
            <w:tcW w:w="1196" w:type="dxa"/>
            <w:tcMar/>
          </w:tcPr>
          <w:p w:rsidR="6F78A0A2" w:rsidP="5D44C034" w:rsidRDefault="6F78A0A2" w14:paraId="1679E284" w14:textId="211C2282">
            <w:pPr>
              <w:pStyle w:val="Normal"/>
              <w:spacing w:line="240" w:lineRule="auto"/>
              <w:jc w:val="left"/>
            </w:pPr>
            <w:r w:rsidR="6F78A0A2">
              <w:rPr/>
              <w:t>20</w:t>
            </w:r>
          </w:p>
        </w:tc>
        <w:tc>
          <w:tcPr>
            <w:tcW w:w="1199" w:type="dxa"/>
            <w:tcMar/>
          </w:tcPr>
          <w:p w:rsidR="5E374C33" w:rsidP="5D44C034" w:rsidRDefault="5E374C33" w14:paraId="4931DF15" w14:textId="5E8B3D13">
            <w:pPr>
              <w:pStyle w:val="Normal"/>
            </w:pPr>
            <w:r w:rsidR="5E374C33">
              <w:rPr/>
              <w:t xml:space="preserve">13  </w:t>
            </w:r>
          </w:p>
        </w:tc>
        <w:tc>
          <w:tcPr>
            <w:tcW w:w="1235" w:type="dxa"/>
            <w:tcMar/>
          </w:tcPr>
          <w:p w:rsidR="5E374C33" w:rsidP="5D44C034" w:rsidRDefault="5E374C33" w14:paraId="21912EF4" w14:textId="2ADC5B79">
            <w:pPr>
              <w:pStyle w:val="Normal"/>
              <w:spacing w:line="240" w:lineRule="auto"/>
              <w:jc w:val="left"/>
            </w:pPr>
            <w:r w:rsidR="5E374C33">
              <w:rPr/>
              <w:t xml:space="preserve">8  </w:t>
            </w:r>
          </w:p>
        </w:tc>
      </w:tr>
      <w:tr w:rsidR="5D44C034" w:rsidTr="5D44C034" w14:paraId="48F1E8B4">
        <w:trPr>
          <w:trHeight w:val="300"/>
        </w:trPr>
        <w:tc>
          <w:tcPr>
            <w:tcW w:w="1226" w:type="dxa"/>
            <w:tcMar/>
          </w:tcPr>
          <w:p w:rsidR="5E374C33" w:rsidP="5D44C034" w:rsidRDefault="5E374C33" w14:paraId="607574A0" w14:textId="67CA9DDE">
            <w:pPr>
              <w:pStyle w:val="Normal"/>
            </w:pPr>
            <w:r w:rsidR="5E374C33">
              <w:rPr/>
              <w:t>US24</w:t>
            </w:r>
          </w:p>
        </w:tc>
        <w:tc>
          <w:tcPr>
            <w:tcW w:w="1441" w:type="dxa"/>
            <w:tcMar/>
          </w:tcPr>
          <w:p w:rsidR="5E374C33" w:rsidP="5D44C034" w:rsidRDefault="5E374C33" w14:paraId="34C92485" w14:textId="74E7CDFF">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Document collaboration  </w:t>
            </w:r>
          </w:p>
        </w:tc>
        <w:tc>
          <w:tcPr>
            <w:tcW w:w="1465" w:type="dxa"/>
            <w:tcMar/>
          </w:tcPr>
          <w:p w:rsidR="5E374C33" w:rsidP="5D44C034" w:rsidRDefault="5E374C33" w14:paraId="705479AC" w14:textId="7BB119D6">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Multi-user editing, version control  </w:t>
            </w:r>
          </w:p>
        </w:tc>
        <w:tc>
          <w:tcPr>
            <w:tcW w:w="1254" w:type="dxa"/>
            <w:tcMar/>
          </w:tcPr>
          <w:p w:rsidR="5E374C33" w:rsidP="5D44C034" w:rsidRDefault="5E374C33" w14:paraId="063EE074" w14:textId="2A1E00E6">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High  </w:t>
            </w:r>
          </w:p>
        </w:tc>
        <w:tc>
          <w:tcPr>
            <w:tcW w:w="1196" w:type="dxa"/>
            <w:tcMar/>
          </w:tcPr>
          <w:p w:rsidR="457365B3" w:rsidP="5D44C034" w:rsidRDefault="457365B3" w14:paraId="35261518" w14:textId="73E2CBD5">
            <w:pPr>
              <w:pStyle w:val="Normal"/>
              <w:spacing w:line="240" w:lineRule="auto"/>
              <w:jc w:val="left"/>
            </w:pPr>
            <w:r w:rsidR="457365B3">
              <w:rPr/>
              <w:t>20</w:t>
            </w:r>
          </w:p>
        </w:tc>
        <w:tc>
          <w:tcPr>
            <w:tcW w:w="1199" w:type="dxa"/>
            <w:tcMar/>
          </w:tcPr>
          <w:p w:rsidR="5E374C33" w:rsidP="5D44C034" w:rsidRDefault="5E374C33" w14:paraId="76504355" w14:textId="6E4C1ED7">
            <w:pPr>
              <w:pStyle w:val="Normal"/>
            </w:pPr>
            <w:r w:rsidR="5E374C33">
              <w:rPr/>
              <w:t xml:space="preserve">8  </w:t>
            </w:r>
          </w:p>
        </w:tc>
        <w:tc>
          <w:tcPr>
            <w:tcW w:w="1235" w:type="dxa"/>
            <w:tcMar/>
          </w:tcPr>
          <w:p w:rsidR="5E374C33" w:rsidP="5D44C034" w:rsidRDefault="5E374C33" w14:paraId="7EEBFEE0" w14:textId="2FF527E0">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8</w:t>
            </w:r>
          </w:p>
        </w:tc>
      </w:tr>
      <w:tr w:rsidR="5D44C034" w:rsidTr="5D44C034" w14:paraId="2D068899">
        <w:trPr>
          <w:trHeight w:val="300"/>
        </w:trPr>
        <w:tc>
          <w:tcPr>
            <w:tcW w:w="1226" w:type="dxa"/>
            <w:tcMar/>
          </w:tcPr>
          <w:p w:rsidR="5E374C33" w:rsidP="5D44C034" w:rsidRDefault="5E374C33" w14:paraId="158FC230" w14:textId="5A0A80A7">
            <w:pPr>
              <w:pStyle w:val="Normal"/>
            </w:pPr>
            <w:r w:rsidR="5E374C33">
              <w:rPr/>
              <w:t>US25</w:t>
            </w:r>
          </w:p>
        </w:tc>
        <w:tc>
          <w:tcPr>
            <w:tcW w:w="1441" w:type="dxa"/>
            <w:tcMar/>
          </w:tcPr>
          <w:p w:rsidR="5E374C33" w:rsidP="5D44C034" w:rsidRDefault="5E374C33" w14:paraId="617A6E9B" w14:textId="42E608DC">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Expense policy engine  </w:t>
            </w:r>
          </w:p>
        </w:tc>
        <w:tc>
          <w:tcPr>
            <w:tcW w:w="1465" w:type="dxa"/>
            <w:tcMar/>
          </w:tcPr>
          <w:p w:rsidR="5E374C33" w:rsidP="5D44C034" w:rsidRDefault="5E374C33" w14:paraId="715D97F9" w14:textId="437A38A2">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Policy rules, compliance alerts  </w:t>
            </w:r>
          </w:p>
        </w:tc>
        <w:tc>
          <w:tcPr>
            <w:tcW w:w="1254" w:type="dxa"/>
            <w:tcMar/>
          </w:tcPr>
          <w:p w:rsidR="5E374C33" w:rsidP="5D44C034" w:rsidRDefault="5E374C33" w14:paraId="497B8CC8" w14:textId="421ECCC8">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Medium  </w:t>
            </w:r>
          </w:p>
        </w:tc>
        <w:tc>
          <w:tcPr>
            <w:tcW w:w="1196" w:type="dxa"/>
            <w:tcMar/>
          </w:tcPr>
          <w:p w:rsidR="56A94660" w:rsidP="5D44C034" w:rsidRDefault="56A94660" w14:paraId="07058918" w14:textId="42D38C96">
            <w:pPr>
              <w:pStyle w:val="Normal"/>
              <w:spacing w:line="240" w:lineRule="auto"/>
              <w:jc w:val="left"/>
            </w:pPr>
            <w:r w:rsidR="56A94660">
              <w:rPr/>
              <w:t>10</w:t>
            </w:r>
          </w:p>
        </w:tc>
        <w:tc>
          <w:tcPr>
            <w:tcW w:w="1199" w:type="dxa"/>
            <w:tcMar/>
          </w:tcPr>
          <w:p w:rsidR="5E374C33" w:rsidP="5D44C034" w:rsidRDefault="5E374C33" w14:paraId="7A4EF1C9" w14:textId="38EF5986">
            <w:pPr>
              <w:pStyle w:val="Normal"/>
            </w:pPr>
            <w:r w:rsidR="5E374C33">
              <w:rPr/>
              <w:t xml:space="preserve">5  </w:t>
            </w:r>
          </w:p>
        </w:tc>
        <w:tc>
          <w:tcPr>
            <w:tcW w:w="1235" w:type="dxa"/>
            <w:tcMar/>
          </w:tcPr>
          <w:p w:rsidR="5E374C33" w:rsidP="5D44C034" w:rsidRDefault="5E374C33" w14:paraId="4F045D2D" w14:textId="3DEE4CCB">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9  </w:t>
            </w:r>
          </w:p>
        </w:tc>
      </w:tr>
      <w:tr w:rsidR="5D44C034" w:rsidTr="5D44C034" w14:paraId="2C8C4136">
        <w:trPr>
          <w:trHeight w:val="300"/>
        </w:trPr>
        <w:tc>
          <w:tcPr>
            <w:tcW w:w="1226" w:type="dxa"/>
            <w:tcMar/>
          </w:tcPr>
          <w:p w:rsidR="5E374C33" w:rsidP="5D44C034" w:rsidRDefault="5E374C33" w14:paraId="0FDB733B" w14:textId="522E1D4A">
            <w:pPr>
              <w:pStyle w:val="Normal"/>
            </w:pPr>
            <w:r w:rsidR="5E374C33">
              <w:rPr/>
              <w:t>US26</w:t>
            </w:r>
          </w:p>
        </w:tc>
        <w:tc>
          <w:tcPr>
            <w:tcW w:w="1441" w:type="dxa"/>
            <w:tcMar/>
          </w:tcPr>
          <w:p w:rsidR="5E374C33" w:rsidP="5D44C034" w:rsidRDefault="5E374C33" w14:paraId="42FC0347" w14:textId="4E2F34AE">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Identity verification  </w:t>
            </w:r>
          </w:p>
        </w:tc>
        <w:tc>
          <w:tcPr>
            <w:tcW w:w="1465" w:type="dxa"/>
            <w:tcMar/>
          </w:tcPr>
          <w:p w:rsidR="5E374C33" w:rsidP="5D44C034" w:rsidRDefault="5E374C33" w14:paraId="3F2BBDBB" w14:textId="5B5C2FE3">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OCR, API integration, admin override  </w:t>
            </w:r>
          </w:p>
        </w:tc>
        <w:tc>
          <w:tcPr>
            <w:tcW w:w="1254" w:type="dxa"/>
            <w:tcMar/>
          </w:tcPr>
          <w:p w:rsidR="5E374C33" w:rsidP="5D44C034" w:rsidRDefault="5E374C33" w14:paraId="0F661DBD" w14:textId="73E8FA87">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High  </w:t>
            </w:r>
          </w:p>
        </w:tc>
        <w:tc>
          <w:tcPr>
            <w:tcW w:w="1196" w:type="dxa"/>
            <w:tcMar/>
          </w:tcPr>
          <w:p w:rsidR="260EABCE" w:rsidP="5D44C034" w:rsidRDefault="260EABCE" w14:paraId="4E484E7B" w14:textId="5EE535DA">
            <w:pPr>
              <w:pStyle w:val="Normal"/>
              <w:spacing w:line="240" w:lineRule="auto"/>
              <w:jc w:val="left"/>
            </w:pPr>
            <w:r w:rsidR="260EABCE">
              <w:rPr/>
              <w:t>20</w:t>
            </w:r>
          </w:p>
        </w:tc>
        <w:tc>
          <w:tcPr>
            <w:tcW w:w="1199" w:type="dxa"/>
            <w:tcMar/>
          </w:tcPr>
          <w:p w:rsidR="5E374C33" w:rsidP="5D44C034" w:rsidRDefault="5E374C33" w14:paraId="3629AB1E" w14:textId="008BD1FB">
            <w:pPr>
              <w:pStyle w:val="Normal"/>
            </w:pPr>
            <w:r w:rsidR="5E374C33">
              <w:rPr/>
              <w:t xml:space="preserve">8  </w:t>
            </w:r>
          </w:p>
        </w:tc>
        <w:tc>
          <w:tcPr>
            <w:tcW w:w="1235" w:type="dxa"/>
            <w:tcMar/>
          </w:tcPr>
          <w:p w:rsidR="5E374C33" w:rsidP="5D44C034" w:rsidRDefault="5E374C33" w14:paraId="7EF7748F" w14:textId="20B01107">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9  </w:t>
            </w:r>
          </w:p>
        </w:tc>
      </w:tr>
      <w:tr w:rsidR="5D44C034" w:rsidTr="5D44C034" w14:paraId="52AEDECC">
        <w:trPr>
          <w:trHeight w:val="300"/>
        </w:trPr>
        <w:tc>
          <w:tcPr>
            <w:tcW w:w="1226" w:type="dxa"/>
            <w:tcMar/>
          </w:tcPr>
          <w:p w:rsidR="5E374C33" w:rsidP="5D44C034" w:rsidRDefault="5E374C33" w14:paraId="5B282254" w14:textId="570FE42F">
            <w:pPr>
              <w:pStyle w:val="Normal"/>
            </w:pPr>
            <w:r w:rsidR="5E374C33">
              <w:rPr/>
              <w:t>US27</w:t>
            </w:r>
          </w:p>
        </w:tc>
        <w:tc>
          <w:tcPr>
            <w:tcW w:w="1441" w:type="dxa"/>
            <w:tcMar/>
          </w:tcPr>
          <w:p w:rsidR="5E374C33" w:rsidP="5D44C034" w:rsidRDefault="5E374C33" w14:paraId="1C33592E" w14:textId="4C77D40C">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OTP-based login  </w:t>
            </w:r>
          </w:p>
        </w:tc>
        <w:tc>
          <w:tcPr>
            <w:tcW w:w="1465" w:type="dxa"/>
            <w:tcMar/>
          </w:tcPr>
          <w:p w:rsidR="5E374C33" w:rsidP="5D44C034" w:rsidRDefault="5E374C33" w14:paraId="0E13EBE5" w14:textId="62DA834C">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OTP generation, expiry, retry logic  </w:t>
            </w:r>
          </w:p>
        </w:tc>
        <w:tc>
          <w:tcPr>
            <w:tcW w:w="1254" w:type="dxa"/>
            <w:tcMar/>
          </w:tcPr>
          <w:p w:rsidR="5E374C33" w:rsidP="5D44C034" w:rsidRDefault="5E374C33" w14:paraId="60E3026E" w14:textId="10E73487">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High  </w:t>
            </w:r>
          </w:p>
        </w:tc>
        <w:tc>
          <w:tcPr>
            <w:tcW w:w="1196" w:type="dxa"/>
            <w:tcMar/>
          </w:tcPr>
          <w:p w:rsidR="26815BB1" w:rsidP="5D44C034" w:rsidRDefault="26815BB1" w14:paraId="5C7153AC" w14:textId="777A2B37">
            <w:pPr>
              <w:pStyle w:val="Normal"/>
              <w:spacing w:line="240" w:lineRule="auto"/>
              <w:jc w:val="left"/>
            </w:pPr>
            <w:r w:rsidR="26815BB1">
              <w:rPr/>
              <w:t>20</w:t>
            </w:r>
            <w:r w:rsidR="5E374C33">
              <w:rPr/>
              <w:t xml:space="preserve"> </w:t>
            </w:r>
          </w:p>
        </w:tc>
        <w:tc>
          <w:tcPr>
            <w:tcW w:w="1199" w:type="dxa"/>
            <w:tcMar/>
          </w:tcPr>
          <w:p w:rsidR="5E374C33" w:rsidP="5D44C034" w:rsidRDefault="5E374C33" w14:paraId="354B051F" w14:textId="5D570AEB">
            <w:pPr>
              <w:pStyle w:val="Normal"/>
            </w:pPr>
            <w:r w:rsidR="5E374C33">
              <w:rPr/>
              <w:t xml:space="preserve">3  </w:t>
            </w:r>
          </w:p>
        </w:tc>
        <w:tc>
          <w:tcPr>
            <w:tcW w:w="1235" w:type="dxa"/>
            <w:tcMar/>
          </w:tcPr>
          <w:p w:rsidR="5E374C33" w:rsidP="5D44C034" w:rsidRDefault="5E374C33" w14:paraId="4253ACAF" w14:textId="05069F64">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9  </w:t>
            </w:r>
          </w:p>
        </w:tc>
      </w:tr>
      <w:tr w:rsidR="5D44C034" w:rsidTr="5D44C034" w14:paraId="27535CB0">
        <w:trPr>
          <w:trHeight w:val="300"/>
        </w:trPr>
        <w:tc>
          <w:tcPr>
            <w:tcW w:w="1226" w:type="dxa"/>
            <w:tcMar/>
          </w:tcPr>
          <w:p w:rsidR="5E374C33" w:rsidP="5D44C034" w:rsidRDefault="5E374C33" w14:paraId="46C0712B" w14:textId="39E03D8F">
            <w:pPr>
              <w:pStyle w:val="Normal"/>
            </w:pPr>
            <w:r w:rsidR="5E374C33">
              <w:rPr/>
              <w:t>US28</w:t>
            </w:r>
          </w:p>
        </w:tc>
        <w:tc>
          <w:tcPr>
            <w:tcW w:w="1441" w:type="dxa"/>
            <w:tcMar/>
          </w:tcPr>
          <w:p w:rsidR="5E374C33" w:rsidP="5D44C034" w:rsidRDefault="5E374C33" w14:paraId="658758F6" w14:textId="43057A1D">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Customizable settings  </w:t>
            </w:r>
          </w:p>
        </w:tc>
        <w:tc>
          <w:tcPr>
            <w:tcW w:w="1465" w:type="dxa"/>
            <w:tcMar/>
          </w:tcPr>
          <w:p w:rsidR="5E374C33" w:rsidP="5D44C034" w:rsidRDefault="5E374C33" w14:paraId="25A6CD9E" w14:textId="66AB7863">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Preferences, themes, reset defaults  </w:t>
            </w:r>
          </w:p>
        </w:tc>
        <w:tc>
          <w:tcPr>
            <w:tcW w:w="1254" w:type="dxa"/>
            <w:tcMar/>
          </w:tcPr>
          <w:p w:rsidR="5E374C33" w:rsidP="5D44C034" w:rsidRDefault="5E374C33" w14:paraId="59669F27" w14:textId="7C73AD4B">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Medium  </w:t>
            </w:r>
          </w:p>
        </w:tc>
        <w:tc>
          <w:tcPr>
            <w:tcW w:w="1196" w:type="dxa"/>
            <w:tcMar/>
          </w:tcPr>
          <w:p w:rsidR="72713E91" w:rsidP="5D44C034" w:rsidRDefault="72713E91" w14:paraId="1B95FE41" w14:textId="178935FD">
            <w:pPr>
              <w:pStyle w:val="Normal"/>
              <w:spacing w:line="240" w:lineRule="auto"/>
              <w:jc w:val="left"/>
            </w:pPr>
            <w:r w:rsidR="72713E91">
              <w:rPr/>
              <w:t>10</w:t>
            </w:r>
            <w:r w:rsidR="5E374C33">
              <w:rPr/>
              <w:t xml:space="preserve"> </w:t>
            </w:r>
          </w:p>
        </w:tc>
        <w:tc>
          <w:tcPr>
            <w:tcW w:w="1199" w:type="dxa"/>
            <w:tcMar/>
          </w:tcPr>
          <w:p w:rsidR="5E374C33" w:rsidP="5D44C034" w:rsidRDefault="5E374C33" w14:paraId="4CF33499" w14:textId="3D7A580B">
            <w:pPr>
              <w:pStyle w:val="Normal"/>
            </w:pPr>
            <w:r w:rsidR="5E374C33">
              <w:rPr/>
              <w:t xml:space="preserve">3  </w:t>
            </w:r>
          </w:p>
        </w:tc>
        <w:tc>
          <w:tcPr>
            <w:tcW w:w="1235" w:type="dxa"/>
            <w:tcMar/>
          </w:tcPr>
          <w:p w:rsidR="5E374C33" w:rsidP="5D44C034" w:rsidRDefault="5E374C33" w14:paraId="68699EB3" w14:textId="3CEED1CB">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19AA8825">
        <w:trPr>
          <w:trHeight w:val="300"/>
        </w:trPr>
        <w:tc>
          <w:tcPr>
            <w:tcW w:w="1226" w:type="dxa"/>
            <w:tcMar/>
          </w:tcPr>
          <w:p w:rsidR="5E374C33" w:rsidP="5D44C034" w:rsidRDefault="5E374C33" w14:paraId="5EAB2A40" w14:textId="5342C06E">
            <w:pPr>
              <w:pStyle w:val="Normal"/>
            </w:pPr>
            <w:r w:rsidR="5E374C33">
              <w:rPr/>
              <w:t>US29</w:t>
            </w:r>
          </w:p>
        </w:tc>
        <w:tc>
          <w:tcPr>
            <w:tcW w:w="1441" w:type="dxa"/>
            <w:tcMar/>
          </w:tcPr>
          <w:p w:rsidR="5E374C33" w:rsidP="5D44C034" w:rsidRDefault="5E374C33" w14:paraId="7C845785" w14:textId="5392FC3D">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Dark mode  </w:t>
            </w:r>
          </w:p>
        </w:tc>
        <w:tc>
          <w:tcPr>
            <w:tcW w:w="1465" w:type="dxa"/>
            <w:tcMar/>
          </w:tcPr>
          <w:p w:rsidR="5E374C33" w:rsidP="5D44C034" w:rsidRDefault="5E374C33" w14:paraId="0048B880" w14:textId="2B98D5BD">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Stylesheet, toggle, accessibility  </w:t>
            </w:r>
          </w:p>
        </w:tc>
        <w:tc>
          <w:tcPr>
            <w:tcW w:w="1254" w:type="dxa"/>
            <w:tcMar/>
          </w:tcPr>
          <w:p w:rsidR="5E374C33" w:rsidP="5D44C034" w:rsidRDefault="5E374C33" w14:paraId="246B86FB" w14:textId="162EA71F">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Low  </w:t>
            </w:r>
          </w:p>
        </w:tc>
        <w:tc>
          <w:tcPr>
            <w:tcW w:w="1196" w:type="dxa"/>
            <w:tcMar/>
          </w:tcPr>
          <w:p w:rsidR="1126409A" w:rsidP="5D44C034" w:rsidRDefault="1126409A" w14:paraId="411B11BF" w14:textId="586D52FA">
            <w:pPr>
              <w:pStyle w:val="Normal"/>
              <w:spacing w:line="240" w:lineRule="auto"/>
              <w:jc w:val="left"/>
            </w:pPr>
            <w:r w:rsidR="1126409A">
              <w:rPr/>
              <w:t>10</w:t>
            </w:r>
          </w:p>
        </w:tc>
        <w:tc>
          <w:tcPr>
            <w:tcW w:w="1199" w:type="dxa"/>
            <w:tcMar/>
          </w:tcPr>
          <w:p w:rsidR="5E374C33" w:rsidP="5D44C034" w:rsidRDefault="5E374C33" w14:paraId="3A249F1F" w14:textId="2FE47BDB">
            <w:pPr>
              <w:pStyle w:val="Normal"/>
            </w:pPr>
            <w:r w:rsidR="5E374C33">
              <w:rPr/>
              <w:t xml:space="preserve">1  </w:t>
            </w:r>
          </w:p>
        </w:tc>
        <w:tc>
          <w:tcPr>
            <w:tcW w:w="1235" w:type="dxa"/>
            <w:tcMar/>
          </w:tcPr>
          <w:p w:rsidR="5E374C33" w:rsidP="5D44C034" w:rsidRDefault="5E374C33" w14:paraId="5810C8E7" w14:textId="455061F6">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4FD647C6">
        <w:trPr>
          <w:trHeight w:val="300"/>
        </w:trPr>
        <w:tc>
          <w:tcPr>
            <w:tcW w:w="1226" w:type="dxa"/>
            <w:tcMar/>
          </w:tcPr>
          <w:p w:rsidR="5E374C33" w:rsidP="5D44C034" w:rsidRDefault="5E374C33" w14:paraId="58BC706B" w14:textId="61CE6E4A">
            <w:pPr>
              <w:pStyle w:val="Normal"/>
            </w:pPr>
            <w:r w:rsidR="5E374C33">
              <w:rPr/>
              <w:t>US30</w:t>
            </w:r>
          </w:p>
        </w:tc>
        <w:tc>
          <w:tcPr>
            <w:tcW w:w="1441" w:type="dxa"/>
            <w:tcMar/>
          </w:tcPr>
          <w:p w:rsidR="5E374C33" w:rsidP="5D44C034" w:rsidRDefault="5E374C33" w14:paraId="3D911356" w14:textId="11DF00CF">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Data export tool  </w:t>
            </w:r>
          </w:p>
        </w:tc>
        <w:tc>
          <w:tcPr>
            <w:tcW w:w="1465" w:type="dxa"/>
            <w:tcMar/>
          </w:tcPr>
          <w:p w:rsidR="5E374C33" w:rsidP="5D44C034" w:rsidRDefault="5E374C33" w14:paraId="191875E6" w14:textId="0A1791EB">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CSV/Excel/PDF export, logs  </w:t>
            </w:r>
          </w:p>
        </w:tc>
        <w:tc>
          <w:tcPr>
            <w:tcW w:w="1254" w:type="dxa"/>
            <w:tcMar/>
          </w:tcPr>
          <w:p w:rsidR="5E374C33" w:rsidP="5D44C034" w:rsidRDefault="5E374C33" w14:paraId="07291A33" w14:textId="1CDEFDF4">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Medium  </w:t>
            </w:r>
          </w:p>
        </w:tc>
        <w:tc>
          <w:tcPr>
            <w:tcW w:w="1196" w:type="dxa"/>
            <w:tcMar/>
          </w:tcPr>
          <w:p w:rsidR="64700798" w:rsidP="5D44C034" w:rsidRDefault="64700798" w14:paraId="411D9A47" w14:textId="79A4913E">
            <w:pPr>
              <w:pStyle w:val="Normal"/>
              <w:spacing w:line="240" w:lineRule="auto"/>
              <w:jc w:val="left"/>
            </w:pPr>
            <w:r w:rsidR="64700798">
              <w:rPr/>
              <w:t>10</w:t>
            </w:r>
          </w:p>
        </w:tc>
        <w:tc>
          <w:tcPr>
            <w:tcW w:w="1199" w:type="dxa"/>
            <w:tcMar/>
          </w:tcPr>
          <w:p w:rsidR="5E374C33" w:rsidP="5D44C034" w:rsidRDefault="5E374C33" w14:paraId="47D847E5" w14:textId="573BDC44">
            <w:pPr>
              <w:pStyle w:val="Normal"/>
            </w:pPr>
            <w:r w:rsidR="5E374C33">
              <w:rPr/>
              <w:t xml:space="preserve">5  </w:t>
            </w:r>
          </w:p>
        </w:tc>
        <w:tc>
          <w:tcPr>
            <w:tcW w:w="1235" w:type="dxa"/>
            <w:tcMar/>
          </w:tcPr>
          <w:p w:rsidR="5E374C33" w:rsidP="5D44C034" w:rsidRDefault="5E374C33" w14:paraId="339A0C7A" w14:textId="4F10B623">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455641F0">
        <w:trPr>
          <w:trHeight w:val="300"/>
        </w:trPr>
        <w:tc>
          <w:tcPr>
            <w:tcW w:w="1226" w:type="dxa"/>
            <w:tcMar/>
          </w:tcPr>
          <w:p w:rsidR="5E374C33" w:rsidP="5D44C034" w:rsidRDefault="5E374C33" w14:paraId="7FD7AF46" w14:textId="64A08D9D">
            <w:pPr>
              <w:pStyle w:val="Normal"/>
            </w:pPr>
            <w:r w:rsidR="5E374C33">
              <w:rPr/>
              <w:t>US31</w:t>
            </w:r>
          </w:p>
        </w:tc>
        <w:tc>
          <w:tcPr>
            <w:tcW w:w="1441" w:type="dxa"/>
            <w:tcMar/>
          </w:tcPr>
          <w:p w:rsidR="5E374C33" w:rsidP="5D44C034" w:rsidRDefault="5E374C33" w14:paraId="5577D06B" w14:textId="11BC3872">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Social media sharing  </w:t>
            </w:r>
          </w:p>
        </w:tc>
        <w:tc>
          <w:tcPr>
            <w:tcW w:w="1465" w:type="dxa"/>
            <w:tcMar/>
          </w:tcPr>
          <w:p w:rsidR="5E374C33" w:rsidP="5D44C034" w:rsidRDefault="5E374C33" w14:paraId="0D3E36FE" w14:textId="1443CE07">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Share buttons, integration, analytics  </w:t>
            </w:r>
          </w:p>
        </w:tc>
        <w:tc>
          <w:tcPr>
            <w:tcW w:w="1254" w:type="dxa"/>
            <w:tcMar/>
          </w:tcPr>
          <w:p w:rsidR="5E374C33" w:rsidP="5D44C034" w:rsidRDefault="5E374C33" w14:paraId="4882BE58" w14:textId="130C4F1F">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Medium  </w:t>
            </w:r>
          </w:p>
        </w:tc>
        <w:tc>
          <w:tcPr>
            <w:tcW w:w="1196" w:type="dxa"/>
            <w:tcMar/>
          </w:tcPr>
          <w:p w:rsidR="394D58D5" w:rsidP="5D44C034" w:rsidRDefault="394D58D5" w14:paraId="4D841A77" w14:textId="2582D966">
            <w:pPr>
              <w:pStyle w:val="Normal"/>
              <w:spacing w:line="240" w:lineRule="auto"/>
              <w:jc w:val="left"/>
            </w:pPr>
            <w:r w:rsidR="394D58D5">
              <w:rPr/>
              <w:t>10</w:t>
            </w:r>
            <w:r w:rsidR="5E374C33">
              <w:rPr/>
              <w:t xml:space="preserve"> </w:t>
            </w:r>
          </w:p>
        </w:tc>
        <w:tc>
          <w:tcPr>
            <w:tcW w:w="1199" w:type="dxa"/>
            <w:tcMar/>
          </w:tcPr>
          <w:p w:rsidR="5E374C33" w:rsidP="5D44C034" w:rsidRDefault="5E374C33" w14:paraId="00B24788" w14:textId="432C93A6">
            <w:pPr>
              <w:pStyle w:val="Normal"/>
            </w:pPr>
            <w:r w:rsidR="5E374C33">
              <w:rPr/>
              <w:t xml:space="preserve">5  </w:t>
            </w:r>
          </w:p>
        </w:tc>
        <w:tc>
          <w:tcPr>
            <w:tcW w:w="1235" w:type="dxa"/>
            <w:tcMar/>
          </w:tcPr>
          <w:p w:rsidR="5E374C33" w:rsidP="5D44C034" w:rsidRDefault="5E374C33" w14:paraId="3D4198D7" w14:textId="668C1B79">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6D5CC74C">
        <w:trPr>
          <w:trHeight w:val="300"/>
        </w:trPr>
        <w:tc>
          <w:tcPr>
            <w:tcW w:w="1226" w:type="dxa"/>
            <w:tcMar/>
          </w:tcPr>
          <w:p w:rsidR="5E374C33" w:rsidP="5D44C034" w:rsidRDefault="5E374C33" w14:paraId="457F4947" w14:textId="3E607065">
            <w:pPr>
              <w:pStyle w:val="Normal"/>
            </w:pPr>
            <w:r w:rsidR="5E374C33">
              <w:rPr/>
              <w:t>US32</w:t>
            </w:r>
          </w:p>
        </w:tc>
        <w:tc>
          <w:tcPr>
            <w:tcW w:w="1441" w:type="dxa"/>
            <w:tcMar/>
          </w:tcPr>
          <w:p w:rsidR="5E374C33" w:rsidP="5D44C034" w:rsidRDefault="5E374C33" w14:paraId="13706E52" w14:textId="60C9F0F2">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Referral program  </w:t>
            </w:r>
          </w:p>
        </w:tc>
        <w:tc>
          <w:tcPr>
            <w:tcW w:w="1465" w:type="dxa"/>
            <w:tcMar/>
          </w:tcPr>
          <w:p w:rsidR="5E374C33" w:rsidP="5D44C034" w:rsidRDefault="5E374C33" w14:paraId="0D00181F" w14:textId="7C4C4320">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Referral codes, bonus logic  </w:t>
            </w:r>
          </w:p>
        </w:tc>
        <w:tc>
          <w:tcPr>
            <w:tcW w:w="1254" w:type="dxa"/>
            <w:tcMar/>
          </w:tcPr>
          <w:p w:rsidR="5E374C33" w:rsidP="5D44C034" w:rsidRDefault="5E374C33" w14:paraId="7F70DF23" w14:textId="474ECD2E">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Medium  </w:t>
            </w:r>
          </w:p>
        </w:tc>
        <w:tc>
          <w:tcPr>
            <w:tcW w:w="1196" w:type="dxa"/>
            <w:tcMar/>
          </w:tcPr>
          <w:p w:rsidR="47AD3713" w:rsidP="5D44C034" w:rsidRDefault="47AD3713" w14:paraId="4FFF5766" w14:textId="2FD97EDD">
            <w:pPr>
              <w:pStyle w:val="Normal"/>
              <w:spacing w:line="240" w:lineRule="auto"/>
              <w:jc w:val="left"/>
            </w:pPr>
            <w:r w:rsidR="47AD3713">
              <w:rPr/>
              <w:t>10</w:t>
            </w:r>
            <w:r w:rsidR="5E374C33">
              <w:rPr/>
              <w:t xml:space="preserve"> </w:t>
            </w:r>
          </w:p>
        </w:tc>
        <w:tc>
          <w:tcPr>
            <w:tcW w:w="1199" w:type="dxa"/>
            <w:tcMar/>
          </w:tcPr>
          <w:p w:rsidR="5E374C33" w:rsidP="5D44C034" w:rsidRDefault="5E374C33" w14:paraId="393D6972" w14:textId="348E4FA7">
            <w:pPr>
              <w:pStyle w:val="Normal"/>
            </w:pPr>
            <w:r w:rsidR="5E374C33">
              <w:rPr/>
              <w:t xml:space="preserve">3  </w:t>
            </w:r>
          </w:p>
        </w:tc>
        <w:tc>
          <w:tcPr>
            <w:tcW w:w="1235" w:type="dxa"/>
            <w:tcMar/>
          </w:tcPr>
          <w:p w:rsidR="5E374C33" w:rsidP="5D44C034" w:rsidRDefault="5E374C33" w14:paraId="3C83E979" w14:textId="4EBC2A0A">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08E3CB5C">
        <w:trPr>
          <w:trHeight w:val="300"/>
        </w:trPr>
        <w:tc>
          <w:tcPr>
            <w:tcW w:w="1226" w:type="dxa"/>
            <w:tcMar/>
          </w:tcPr>
          <w:p w:rsidR="5E374C33" w:rsidP="5D44C034" w:rsidRDefault="5E374C33" w14:paraId="5E0E6BDD" w14:textId="0569778B">
            <w:pPr>
              <w:pStyle w:val="Normal"/>
            </w:pPr>
            <w:r w:rsidR="5E374C33">
              <w:rPr/>
              <w:t>US33</w:t>
            </w:r>
          </w:p>
        </w:tc>
        <w:tc>
          <w:tcPr>
            <w:tcW w:w="1441" w:type="dxa"/>
            <w:tcMar/>
          </w:tcPr>
          <w:p w:rsidR="5E374C33" w:rsidP="5D44C034" w:rsidRDefault="5E374C33" w14:paraId="5F0C630A" w14:textId="6B72DE10">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Referral bonus tracking  </w:t>
            </w:r>
          </w:p>
        </w:tc>
        <w:tc>
          <w:tcPr>
            <w:tcW w:w="1465" w:type="dxa"/>
            <w:tcMar/>
          </w:tcPr>
          <w:p w:rsidR="5E374C33" w:rsidP="5D44C034" w:rsidRDefault="5E374C33" w14:paraId="141438DC" w14:textId="685C4FE7">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Bonus history, payment integration  </w:t>
            </w:r>
          </w:p>
        </w:tc>
        <w:tc>
          <w:tcPr>
            <w:tcW w:w="1254" w:type="dxa"/>
            <w:tcMar/>
          </w:tcPr>
          <w:p w:rsidR="5E374C33" w:rsidP="5D44C034" w:rsidRDefault="5E374C33" w14:paraId="2635B659" w14:textId="4508BE25">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Medium  </w:t>
            </w:r>
          </w:p>
        </w:tc>
        <w:tc>
          <w:tcPr>
            <w:tcW w:w="1196" w:type="dxa"/>
            <w:tcMar/>
          </w:tcPr>
          <w:p w:rsidR="7278C2A4" w:rsidP="5D44C034" w:rsidRDefault="7278C2A4" w14:paraId="14881196" w14:textId="42903275">
            <w:pPr>
              <w:pStyle w:val="Normal"/>
              <w:spacing w:line="240" w:lineRule="auto"/>
              <w:jc w:val="left"/>
            </w:pPr>
            <w:r w:rsidR="7278C2A4">
              <w:rPr/>
              <w:t>10</w:t>
            </w:r>
          </w:p>
        </w:tc>
        <w:tc>
          <w:tcPr>
            <w:tcW w:w="1199" w:type="dxa"/>
            <w:tcMar/>
          </w:tcPr>
          <w:p w:rsidR="5E374C33" w:rsidP="5D44C034" w:rsidRDefault="5E374C33" w14:paraId="2D492A40" w14:textId="1E272D50">
            <w:pPr>
              <w:pStyle w:val="Normal"/>
            </w:pPr>
            <w:r w:rsidR="5E374C33">
              <w:rPr/>
              <w:t xml:space="preserve">3  </w:t>
            </w:r>
          </w:p>
        </w:tc>
        <w:tc>
          <w:tcPr>
            <w:tcW w:w="1235" w:type="dxa"/>
            <w:tcMar/>
          </w:tcPr>
          <w:p w:rsidR="5E374C33" w:rsidP="5D44C034" w:rsidRDefault="5E374C33" w14:paraId="52BCF155" w14:textId="3DA27442">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7223055F">
        <w:trPr>
          <w:trHeight w:val="300"/>
        </w:trPr>
        <w:tc>
          <w:tcPr>
            <w:tcW w:w="1226" w:type="dxa"/>
            <w:tcMar/>
          </w:tcPr>
          <w:p w:rsidR="5E374C33" w:rsidP="5D44C034" w:rsidRDefault="5E374C33" w14:paraId="1B9C1C9D" w14:textId="694D7D6E">
            <w:pPr>
              <w:pStyle w:val="Normal"/>
            </w:pPr>
            <w:r w:rsidR="5E374C33">
              <w:rPr/>
              <w:t>US34</w:t>
            </w:r>
          </w:p>
        </w:tc>
        <w:tc>
          <w:tcPr>
            <w:tcW w:w="1441" w:type="dxa"/>
            <w:tcMar/>
          </w:tcPr>
          <w:p w:rsidR="5E374C33" w:rsidP="5D44C034" w:rsidRDefault="5E374C33" w14:paraId="3560E3C2" w14:textId="5073E247">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Analytics dashboard  </w:t>
            </w:r>
          </w:p>
        </w:tc>
        <w:tc>
          <w:tcPr>
            <w:tcW w:w="1465" w:type="dxa"/>
            <w:tcMar/>
          </w:tcPr>
          <w:p w:rsidR="5E374C33" w:rsidP="5D44C034" w:rsidRDefault="5E374C33" w14:paraId="14526F0A" w14:textId="2DE651AB">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Trends, charts, filters  </w:t>
            </w:r>
          </w:p>
        </w:tc>
        <w:tc>
          <w:tcPr>
            <w:tcW w:w="1254" w:type="dxa"/>
            <w:tcMar/>
          </w:tcPr>
          <w:p w:rsidR="5E374C33" w:rsidP="5D44C034" w:rsidRDefault="5E374C33" w14:paraId="18EE54AD" w14:textId="4174974A">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High  </w:t>
            </w:r>
          </w:p>
        </w:tc>
        <w:tc>
          <w:tcPr>
            <w:tcW w:w="1196" w:type="dxa"/>
            <w:tcMar/>
          </w:tcPr>
          <w:p w:rsidR="2D4BA9B5" w:rsidP="5D44C034" w:rsidRDefault="2D4BA9B5" w14:paraId="536D9F8C" w14:textId="15313328">
            <w:pPr>
              <w:pStyle w:val="Normal"/>
              <w:spacing w:line="240" w:lineRule="auto"/>
              <w:jc w:val="left"/>
            </w:pPr>
            <w:r w:rsidR="2D4BA9B5">
              <w:rPr/>
              <w:t>20</w:t>
            </w:r>
          </w:p>
        </w:tc>
        <w:tc>
          <w:tcPr>
            <w:tcW w:w="1199" w:type="dxa"/>
            <w:tcMar/>
          </w:tcPr>
          <w:p w:rsidR="5E374C33" w:rsidP="5D44C034" w:rsidRDefault="5E374C33" w14:paraId="346B0D62" w14:textId="21DFE7F8">
            <w:pPr>
              <w:pStyle w:val="Normal"/>
            </w:pPr>
            <w:r w:rsidR="5E374C33">
              <w:rPr/>
              <w:t xml:space="preserve">8  </w:t>
            </w:r>
          </w:p>
        </w:tc>
        <w:tc>
          <w:tcPr>
            <w:tcW w:w="1235" w:type="dxa"/>
            <w:tcMar/>
          </w:tcPr>
          <w:p w:rsidR="5E374C33" w:rsidP="5D44C034" w:rsidRDefault="5E374C33" w14:paraId="75C784F9" w14:textId="7D286AB9">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25ED5E94">
        <w:trPr>
          <w:trHeight w:val="300"/>
        </w:trPr>
        <w:tc>
          <w:tcPr>
            <w:tcW w:w="1226" w:type="dxa"/>
            <w:tcMar/>
          </w:tcPr>
          <w:p w:rsidR="5E374C33" w:rsidP="5D44C034" w:rsidRDefault="5E374C33" w14:paraId="347F52E1" w14:textId="110493F6">
            <w:pPr>
              <w:pStyle w:val="Normal"/>
            </w:pPr>
            <w:r w:rsidR="5E374C33">
              <w:rPr/>
              <w:t>US35</w:t>
            </w:r>
          </w:p>
        </w:tc>
        <w:tc>
          <w:tcPr>
            <w:tcW w:w="1441" w:type="dxa"/>
            <w:tcMar/>
          </w:tcPr>
          <w:p w:rsidR="5E374C33" w:rsidP="5D44C034" w:rsidRDefault="5E374C33" w14:paraId="2838AC16" w14:textId="2472E941">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Download reports  </w:t>
            </w:r>
          </w:p>
        </w:tc>
        <w:tc>
          <w:tcPr>
            <w:tcW w:w="1465" w:type="dxa"/>
            <w:tcMar/>
          </w:tcPr>
          <w:p w:rsidR="5E374C33" w:rsidP="5D44C034" w:rsidRDefault="5E374C33" w14:paraId="4A9035BB" w14:textId="0570BEE5">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PDF/Excel downloads, filters  </w:t>
            </w:r>
          </w:p>
        </w:tc>
        <w:tc>
          <w:tcPr>
            <w:tcW w:w="1254" w:type="dxa"/>
            <w:tcMar/>
          </w:tcPr>
          <w:p w:rsidR="5E374C33" w:rsidP="5D44C034" w:rsidRDefault="5E374C33" w14:paraId="41945A24" w14:textId="13BA88A4">
            <w:pPr>
              <w:pStyle w:val="Normal"/>
              <w:rPr>
                <w:rFonts w:ascii="Aptos" w:hAnsi="Aptos" w:eastAsia="Aptos" w:cs="Aptos"/>
                <w:noProof w:val="0"/>
                <w:sz w:val="22"/>
                <w:szCs w:val="22"/>
                <w:lang w:val="en-IN"/>
              </w:rPr>
            </w:pPr>
            <w:r w:rsidRPr="5D44C034" w:rsidR="5E374C33">
              <w:rPr>
                <w:rFonts w:ascii="Aptos" w:hAnsi="Aptos" w:eastAsia="Aptos" w:cs="Aptos"/>
                <w:noProof w:val="0"/>
                <w:sz w:val="22"/>
                <w:szCs w:val="22"/>
                <w:lang w:val="en-IN"/>
              </w:rPr>
              <w:t xml:space="preserve">Medium  </w:t>
            </w:r>
          </w:p>
        </w:tc>
        <w:tc>
          <w:tcPr>
            <w:tcW w:w="1196" w:type="dxa"/>
            <w:tcMar/>
          </w:tcPr>
          <w:p w:rsidR="212D1EE7" w:rsidP="5D44C034" w:rsidRDefault="212D1EE7" w14:paraId="084F1C49" w14:textId="2D2EA67C">
            <w:pPr>
              <w:pStyle w:val="Normal"/>
              <w:spacing w:line="240" w:lineRule="auto"/>
              <w:jc w:val="left"/>
            </w:pPr>
            <w:r w:rsidR="212D1EE7">
              <w:rPr/>
              <w:t>10</w:t>
            </w:r>
            <w:r w:rsidR="5E374C33">
              <w:rPr/>
              <w:t xml:space="preserve"> </w:t>
            </w:r>
          </w:p>
        </w:tc>
        <w:tc>
          <w:tcPr>
            <w:tcW w:w="1199" w:type="dxa"/>
            <w:tcMar/>
          </w:tcPr>
          <w:p w:rsidR="5E374C33" w:rsidP="5D44C034" w:rsidRDefault="5E374C33" w14:paraId="3849EDA8" w14:textId="1E5F1E74">
            <w:pPr>
              <w:pStyle w:val="Normal"/>
            </w:pPr>
            <w:r w:rsidR="5E374C33">
              <w:rPr/>
              <w:t xml:space="preserve">5  </w:t>
            </w:r>
          </w:p>
        </w:tc>
        <w:tc>
          <w:tcPr>
            <w:tcW w:w="1235" w:type="dxa"/>
            <w:tcMar/>
          </w:tcPr>
          <w:p w:rsidR="5E374C33" w:rsidP="5D44C034" w:rsidRDefault="5E374C33" w14:paraId="63305A7C" w14:textId="206340B9">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5E374C3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146F6459">
        <w:trPr>
          <w:trHeight w:val="300"/>
        </w:trPr>
        <w:tc>
          <w:tcPr>
            <w:tcW w:w="1226" w:type="dxa"/>
            <w:tcMar/>
          </w:tcPr>
          <w:p w:rsidR="5E374C33" w:rsidP="5D44C034" w:rsidRDefault="5E374C33" w14:paraId="66979363" w14:textId="3336F550">
            <w:pPr>
              <w:pStyle w:val="Normal"/>
            </w:pPr>
            <w:r w:rsidR="5E374C33">
              <w:rPr/>
              <w:t>US36</w:t>
            </w:r>
          </w:p>
        </w:tc>
        <w:tc>
          <w:tcPr>
            <w:tcW w:w="1441" w:type="dxa"/>
            <w:tcMar/>
          </w:tcPr>
          <w:p w:rsidR="711C1C60" w:rsidP="5D44C034" w:rsidRDefault="711C1C60" w14:paraId="5516CE77" w14:textId="5396C6AA">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Weekly summaries  </w:t>
            </w:r>
          </w:p>
        </w:tc>
        <w:tc>
          <w:tcPr>
            <w:tcW w:w="1465" w:type="dxa"/>
            <w:tcMar/>
          </w:tcPr>
          <w:p w:rsidR="711C1C60" w:rsidP="5D44C034" w:rsidRDefault="711C1C60" w14:paraId="2F013056" w14:textId="42125C7D">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Automated generation, emails  </w:t>
            </w:r>
          </w:p>
        </w:tc>
        <w:tc>
          <w:tcPr>
            <w:tcW w:w="1254" w:type="dxa"/>
            <w:tcMar/>
          </w:tcPr>
          <w:p w:rsidR="711C1C60" w:rsidP="5D44C034" w:rsidRDefault="711C1C60" w14:paraId="1F309BD6" w14:textId="7C8D0867">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Medium  </w:t>
            </w:r>
          </w:p>
        </w:tc>
        <w:tc>
          <w:tcPr>
            <w:tcW w:w="1196" w:type="dxa"/>
            <w:tcMar/>
          </w:tcPr>
          <w:p w:rsidR="46B5EB83" w:rsidP="5D44C034" w:rsidRDefault="46B5EB83" w14:paraId="5E1F5725" w14:textId="1D7259B3">
            <w:pPr>
              <w:pStyle w:val="Normal"/>
              <w:spacing w:line="240" w:lineRule="auto"/>
              <w:jc w:val="left"/>
            </w:pPr>
            <w:r w:rsidR="46B5EB83">
              <w:rPr/>
              <w:t>10</w:t>
            </w:r>
          </w:p>
        </w:tc>
        <w:tc>
          <w:tcPr>
            <w:tcW w:w="1199" w:type="dxa"/>
            <w:tcMar/>
          </w:tcPr>
          <w:p w:rsidR="711C1C60" w:rsidP="5D44C034" w:rsidRDefault="711C1C60" w14:paraId="0136C3CD" w14:textId="03E43855">
            <w:pPr>
              <w:pStyle w:val="Normal"/>
            </w:pPr>
            <w:r w:rsidR="711C1C60">
              <w:rPr/>
              <w:t xml:space="preserve">3  </w:t>
            </w:r>
          </w:p>
        </w:tc>
        <w:tc>
          <w:tcPr>
            <w:tcW w:w="1235" w:type="dxa"/>
            <w:tcMar/>
          </w:tcPr>
          <w:p w:rsidR="711C1C60" w:rsidP="5D44C034" w:rsidRDefault="711C1C60" w14:paraId="7D4A6C6B" w14:textId="2A4488AB">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711C1C6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2510BDC3">
        <w:trPr>
          <w:trHeight w:val="300"/>
        </w:trPr>
        <w:tc>
          <w:tcPr>
            <w:tcW w:w="1226" w:type="dxa"/>
            <w:tcMar/>
          </w:tcPr>
          <w:p w:rsidR="711C1C60" w:rsidP="5D44C034" w:rsidRDefault="711C1C60" w14:paraId="78E2D315" w14:textId="41B6A280">
            <w:pPr>
              <w:pStyle w:val="Normal"/>
            </w:pPr>
            <w:r w:rsidR="711C1C60">
              <w:rPr/>
              <w:t>US37</w:t>
            </w:r>
          </w:p>
        </w:tc>
        <w:tc>
          <w:tcPr>
            <w:tcW w:w="1441" w:type="dxa"/>
            <w:tcMar/>
          </w:tcPr>
          <w:p w:rsidR="711C1C60" w:rsidP="5D44C034" w:rsidRDefault="711C1C60" w14:paraId="295F94EE" w14:textId="36B043D2">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Mobile app  </w:t>
            </w:r>
          </w:p>
        </w:tc>
        <w:tc>
          <w:tcPr>
            <w:tcW w:w="1465" w:type="dxa"/>
            <w:tcMar/>
          </w:tcPr>
          <w:p w:rsidR="711C1C60" w:rsidP="5D44C034" w:rsidRDefault="711C1C60" w14:paraId="19EF3158" w14:textId="06A7ED31">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iOS + Android, sync, offline  </w:t>
            </w:r>
          </w:p>
        </w:tc>
        <w:tc>
          <w:tcPr>
            <w:tcW w:w="1254" w:type="dxa"/>
            <w:tcMar/>
          </w:tcPr>
          <w:p w:rsidR="711C1C60" w:rsidP="5D44C034" w:rsidRDefault="711C1C60" w14:paraId="68B23345" w14:textId="417F9B3B">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High  </w:t>
            </w:r>
          </w:p>
        </w:tc>
        <w:tc>
          <w:tcPr>
            <w:tcW w:w="1196" w:type="dxa"/>
            <w:tcMar/>
          </w:tcPr>
          <w:p w:rsidR="07089243" w:rsidP="5D44C034" w:rsidRDefault="07089243" w14:paraId="14FEA88A" w14:textId="235BACED">
            <w:pPr>
              <w:pStyle w:val="Normal"/>
              <w:spacing w:line="240" w:lineRule="auto"/>
              <w:jc w:val="left"/>
            </w:pPr>
            <w:r w:rsidR="07089243">
              <w:rPr/>
              <w:t>20</w:t>
            </w:r>
          </w:p>
        </w:tc>
        <w:tc>
          <w:tcPr>
            <w:tcW w:w="1199" w:type="dxa"/>
            <w:tcMar/>
          </w:tcPr>
          <w:p w:rsidR="711C1C60" w:rsidP="5D44C034" w:rsidRDefault="711C1C60" w14:paraId="0DC6291A" w14:textId="3D6401BA">
            <w:pPr>
              <w:pStyle w:val="Normal"/>
            </w:pPr>
            <w:r w:rsidR="711C1C60">
              <w:rPr/>
              <w:t xml:space="preserve">13  </w:t>
            </w:r>
          </w:p>
        </w:tc>
        <w:tc>
          <w:tcPr>
            <w:tcW w:w="1235" w:type="dxa"/>
            <w:tcMar/>
          </w:tcPr>
          <w:p w:rsidR="711C1C60" w:rsidP="5D44C034" w:rsidRDefault="711C1C60" w14:paraId="0B4FD69E" w14:textId="4F9326A6">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711C1C6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63ED2C8D">
        <w:trPr>
          <w:trHeight w:val="300"/>
        </w:trPr>
        <w:tc>
          <w:tcPr>
            <w:tcW w:w="1226" w:type="dxa"/>
            <w:tcMar/>
          </w:tcPr>
          <w:p w:rsidR="711C1C60" w:rsidP="5D44C034" w:rsidRDefault="711C1C60" w14:paraId="276E06F7" w14:textId="25886722">
            <w:pPr>
              <w:pStyle w:val="Normal"/>
            </w:pPr>
            <w:r w:rsidR="711C1C60">
              <w:rPr/>
              <w:t>US38</w:t>
            </w:r>
          </w:p>
        </w:tc>
        <w:tc>
          <w:tcPr>
            <w:tcW w:w="1441" w:type="dxa"/>
            <w:tcMar/>
          </w:tcPr>
          <w:p w:rsidR="711C1C60" w:rsidP="5D44C034" w:rsidRDefault="711C1C60" w14:paraId="2B4E7C93" w14:textId="19E14E00">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Multi-device sync  </w:t>
            </w:r>
          </w:p>
        </w:tc>
        <w:tc>
          <w:tcPr>
            <w:tcW w:w="1465" w:type="dxa"/>
            <w:tcMar/>
          </w:tcPr>
          <w:p w:rsidR="711C1C60" w:rsidP="5D44C034" w:rsidRDefault="711C1C60" w14:paraId="1A0F9EB2" w14:textId="4BD46099">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Real-time sync, conflict resolution  </w:t>
            </w:r>
          </w:p>
        </w:tc>
        <w:tc>
          <w:tcPr>
            <w:tcW w:w="1254" w:type="dxa"/>
            <w:tcMar/>
          </w:tcPr>
          <w:p w:rsidR="711C1C60" w:rsidP="5D44C034" w:rsidRDefault="711C1C60" w14:paraId="777F975B" w14:textId="7BB13C85">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High  </w:t>
            </w:r>
          </w:p>
        </w:tc>
        <w:tc>
          <w:tcPr>
            <w:tcW w:w="1196" w:type="dxa"/>
            <w:tcMar/>
          </w:tcPr>
          <w:p w:rsidR="0AE38CC3" w:rsidP="5D44C034" w:rsidRDefault="0AE38CC3" w14:paraId="32F57240" w14:textId="3C156FD4">
            <w:pPr>
              <w:pStyle w:val="Normal"/>
              <w:spacing w:line="240" w:lineRule="auto"/>
              <w:jc w:val="left"/>
            </w:pPr>
            <w:r w:rsidR="0AE38CC3">
              <w:rPr/>
              <w:t>20</w:t>
            </w:r>
            <w:r w:rsidR="711C1C60">
              <w:rPr/>
              <w:t xml:space="preserve"> </w:t>
            </w:r>
          </w:p>
        </w:tc>
        <w:tc>
          <w:tcPr>
            <w:tcW w:w="1199" w:type="dxa"/>
            <w:tcMar/>
          </w:tcPr>
          <w:p w:rsidR="711C1C60" w:rsidP="5D44C034" w:rsidRDefault="711C1C60" w14:paraId="6DAB493B" w14:textId="577C3545">
            <w:pPr>
              <w:pStyle w:val="Normal"/>
            </w:pPr>
            <w:r w:rsidR="711C1C60">
              <w:rPr/>
              <w:t xml:space="preserve">8  </w:t>
            </w:r>
          </w:p>
        </w:tc>
        <w:tc>
          <w:tcPr>
            <w:tcW w:w="1235" w:type="dxa"/>
            <w:tcMar/>
          </w:tcPr>
          <w:p w:rsidR="711C1C60" w:rsidP="5D44C034" w:rsidRDefault="711C1C60" w14:paraId="1287CC52" w14:textId="7BF4DC80">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711C1C6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260D9CD2">
        <w:trPr>
          <w:trHeight w:val="300"/>
        </w:trPr>
        <w:tc>
          <w:tcPr>
            <w:tcW w:w="1226" w:type="dxa"/>
            <w:tcMar/>
          </w:tcPr>
          <w:p w:rsidR="711C1C60" w:rsidP="5D44C034" w:rsidRDefault="711C1C60" w14:paraId="44CFDA62" w14:textId="69BE0EFC">
            <w:pPr>
              <w:pStyle w:val="Normal"/>
            </w:pPr>
            <w:r w:rsidR="711C1C60">
              <w:rPr/>
              <w:t>US39</w:t>
            </w:r>
          </w:p>
        </w:tc>
        <w:tc>
          <w:tcPr>
            <w:tcW w:w="1441" w:type="dxa"/>
            <w:tcMar/>
          </w:tcPr>
          <w:p w:rsidR="711C1C60" w:rsidP="5D44C034" w:rsidRDefault="711C1C60" w14:paraId="176CC726" w14:textId="2678C75E">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Beta testing program  </w:t>
            </w:r>
          </w:p>
        </w:tc>
        <w:tc>
          <w:tcPr>
            <w:tcW w:w="1465" w:type="dxa"/>
            <w:tcMar/>
          </w:tcPr>
          <w:p w:rsidR="711C1C60" w:rsidP="5D44C034" w:rsidRDefault="711C1C60" w14:paraId="43471744" w14:textId="047371D4">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Enrollment, usage logs, feedback  </w:t>
            </w:r>
          </w:p>
        </w:tc>
        <w:tc>
          <w:tcPr>
            <w:tcW w:w="1254" w:type="dxa"/>
            <w:tcMar/>
          </w:tcPr>
          <w:p w:rsidR="711C1C60" w:rsidP="5D44C034" w:rsidRDefault="711C1C60" w14:paraId="290AF115" w14:textId="5AE37AFA">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Medium  </w:t>
            </w:r>
          </w:p>
        </w:tc>
        <w:tc>
          <w:tcPr>
            <w:tcW w:w="1196" w:type="dxa"/>
            <w:tcMar/>
          </w:tcPr>
          <w:p w:rsidR="1497399A" w:rsidP="5D44C034" w:rsidRDefault="1497399A" w14:paraId="3268F593" w14:textId="3CDC0FF5">
            <w:pPr>
              <w:pStyle w:val="Normal"/>
              <w:spacing w:line="240" w:lineRule="auto"/>
              <w:jc w:val="left"/>
            </w:pPr>
            <w:r w:rsidR="1497399A">
              <w:rPr/>
              <w:t>10</w:t>
            </w:r>
          </w:p>
        </w:tc>
        <w:tc>
          <w:tcPr>
            <w:tcW w:w="1199" w:type="dxa"/>
            <w:tcMar/>
          </w:tcPr>
          <w:p w:rsidR="711C1C60" w:rsidP="5D44C034" w:rsidRDefault="711C1C60" w14:paraId="0BA58E76" w14:textId="64967D3F">
            <w:pPr>
              <w:pStyle w:val="Normal"/>
            </w:pPr>
            <w:r w:rsidR="711C1C60">
              <w:rPr/>
              <w:t xml:space="preserve">3  </w:t>
            </w:r>
          </w:p>
        </w:tc>
        <w:tc>
          <w:tcPr>
            <w:tcW w:w="1235" w:type="dxa"/>
            <w:tcMar/>
          </w:tcPr>
          <w:p w:rsidR="711C1C60" w:rsidP="5D44C034" w:rsidRDefault="711C1C60" w14:paraId="0B6B4AF7" w14:textId="7660AA78">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711C1C6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r w:rsidR="5D44C034" w:rsidTr="5D44C034" w14:paraId="4568F5CA">
        <w:trPr>
          <w:trHeight w:val="300"/>
        </w:trPr>
        <w:tc>
          <w:tcPr>
            <w:tcW w:w="1226" w:type="dxa"/>
            <w:tcMar/>
          </w:tcPr>
          <w:p w:rsidR="711C1C60" w:rsidP="5D44C034" w:rsidRDefault="711C1C60" w14:paraId="257F3CE1" w14:textId="18EA5366">
            <w:pPr>
              <w:pStyle w:val="Normal"/>
            </w:pPr>
            <w:r w:rsidR="711C1C60">
              <w:rPr/>
              <w:t>US40</w:t>
            </w:r>
          </w:p>
        </w:tc>
        <w:tc>
          <w:tcPr>
            <w:tcW w:w="1441" w:type="dxa"/>
            <w:tcMar/>
          </w:tcPr>
          <w:p w:rsidR="711C1C60" w:rsidP="5D44C034" w:rsidRDefault="711C1C60" w14:paraId="151BBA21" w14:textId="153BCFAA">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Stable release deployment  </w:t>
            </w:r>
          </w:p>
        </w:tc>
        <w:tc>
          <w:tcPr>
            <w:tcW w:w="1465" w:type="dxa"/>
            <w:tcMar/>
          </w:tcPr>
          <w:p w:rsidR="711C1C60" w:rsidP="5D44C034" w:rsidRDefault="711C1C60" w14:paraId="1C8C146E" w14:textId="54DC0D4E">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Final build, regression, monitoring  </w:t>
            </w:r>
          </w:p>
        </w:tc>
        <w:tc>
          <w:tcPr>
            <w:tcW w:w="1254" w:type="dxa"/>
            <w:tcMar/>
          </w:tcPr>
          <w:p w:rsidR="711C1C60" w:rsidP="5D44C034" w:rsidRDefault="711C1C60" w14:paraId="548A8E6F" w14:textId="7D74B5AD">
            <w:pPr>
              <w:pStyle w:val="Normal"/>
              <w:rPr>
                <w:rFonts w:ascii="Aptos" w:hAnsi="Aptos" w:eastAsia="Aptos" w:cs="Aptos"/>
                <w:noProof w:val="0"/>
                <w:sz w:val="22"/>
                <w:szCs w:val="22"/>
                <w:lang w:val="en-IN"/>
              </w:rPr>
            </w:pPr>
            <w:r w:rsidRPr="5D44C034" w:rsidR="711C1C60">
              <w:rPr>
                <w:rFonts w:ascii="Aptos" w:hAnsi="Aptos" w:eastAsia="Aptos" w:cs="Aptos"/>
                <w:noProof w:val="0"/>
                <w:sz w:val="22"/>
                <w:szCs w:val="22"/>
                <w:lang w:val="en-IN"/>
              </w:rPr>
              <w:t xml:space="preserve">High  </w:t>
            </w:r>
          </w:p>
        </w:tc>
        <w:tc>
          <w:tcPr>
            <w:tcW w:w="1196" w:type="dxa"/>
            <w:tcMar/>
          </w:tcPr>
          <w:p w:rsidR="36C6F20D" w:rsidP="5D44C034" w:rsidRDefault="36C6F20D" w14:paraId="62DB7720" w14:textId="249DF4DE">
            <w:pPr>
              <w:pStyle w:val="Normal"/>
              <w:spacing w:line="240" w:lineRule="auto"/>
              <w:jc w:val="left"/>
            </w:pPr>
            <w:r w:rsidR="36C6F20D">
              <w:rPr/>
              <w:t>20</w:t>
            </w:r>
          </w:p>
        </w:tc>
        <w:tc>
          <w:tcPr>
            <w:tcW w:w="1199" w:type="dxa"/>
            <w:tcMar/>
          </w:tcPr>
          <w:p w:rsidR="711C1C60" w:rsidP="5D44C034" w:rsidRDefault="711C1C60" w14:paraId="67AB3CED" w14:textId="44240A6E">
            <w:pPr>
              <w:pStyle w:val="Normal"/>
            </w:pPr>
            <w:r w:rsidR="711C1C60">
              <w:rPr/>
              <w:t xml:space="preserve">5  </w:t>
            </w:r>
          </w:p>
        </w:tc>
        <w:tc>
          <w:tcPr>
            <w:tcW w:w="1235" w:type="dxa"/>
            <w:tcMar/>
          </w:tcPr>
          <w:p w:rsidR="711C1C60" w:rsidP="5D44C034" w:rsidRDefault="711C1C60" w14:paraId="5890A432" w14:textId="01D877BE">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D44C034" w:rsidR="711C1C6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10  </w:t>
            </w:r>
          </w:p>
        </w:tc>
      </w:tr>
    </w:tbl>
    <w:p w:rsidR="00742C19" w:rsidP="00742C19" w:rsidRDefault="00742C19" w14:paraId="7CA16589" w14:textId="77777777"/>
    <w:p w:rsidR="00102AE5" w:rsidP="004A6FE1" w:rsidRDefault="004A6FE1" w14:paraId="3CA03742" w14:textId="064CB6F0">
      <w:pPr>
        <w:pStyle w:val="Heading1"/>
      </w:pPr>
      <w:r w:rsidRPr="004A6FE1">
        <w:t>Sprint Backlog</w:t>
      </w:r>
    </w:p>
    <w:p w:rsidR="004A6FE1" w:rsidP="004A6FE1" w:rsidRDefault="004A6FE1" w14:paraId="1142000F" w14:textId="0FC10499">
      <w:pPr>
        <w:pStyle w:val="Heading2"/>
      </w:pPr>
      <w:r w:rsidRPr="004A6FE1">
        <w:t>Sprint 1</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0B6F7C" w:rsidTr="5D44C034" w14:paraId="37D4A5DD" w14:textId="77777777">
        <w:tc>
          <w:tcPr>
            <w:tcW w:w="1502" w:type="dxa"/>
            <w:tcMar/>
          </w:tcPr>
          <w:p w:rsidRPr="000B6F7C" w:rsidR="000B6F7C" w:rsidP="004A6FE1" w:rsidRDefault="000B6F7C" w14:paraId="45D7ABF1" w14:textId="65C52E51">
            <w:pPr>
              <w:rPr>
                <w:b/>
                <w:bCs/>
                <w:i/>
                <w:iCs/>
              </w:rPr>
            </w:pPr>
            <w:r w:rsidRPr="000B6F7C">
              <w:rPr>
                <w:b/>
                <w:bCs/>
                <w:i/>
                <w:iCs/>
              </w:rPr>
              <w:t>User Story ID</w:t>
            </w:r>
          </w:p>
        </w:tc>
        <w:tc>
          <w:tcPr>
            <w:tcW w:w="1502" w:type="dxa"/>
            <w:tcMar/>
          </w:tcPr>
          <w:p w:rsidRPr="000B6F7C" w:rsidR="000B6F7C" w:rsidP="004A6FE1" w:rsidRDefault="000B6F7C" w14:paraId="7DEC0959" w14:textId="0217843E">
            <w:pPr>
              <w:rPr>
                <w:b/>
                <w:bCs/>
                <w:i/>
                <w:iCs/>
              </w:rPr>
            </w:pPr>
            <w:r w:rsidRPr="000B6F7C">
              <w:rPr>
                <w:b/>
                <w:bCs/>
                <w:i/>
                <w:iCs/>
              </w:rPr>
              <w:t>User Story</w:t>
            </w:r>
          </w:p>
        </w:tc>
        <w:tc>
          <w:tcPr>
            <w:tcW w:w="1503" w:type="dxa"/>
            <w:tcMar/>
          </w:tcPr>
          <w:p w:rsidRPr="000B6F7C" w:rsidR="000B6F7C" w:rsidP="004A6FE1" w:rsidRDefault="000B6F7C" w14:paraId="632FA280" w14:textId="0B24D542">
            <w:pPr>
              <w:rPr>
                <w:b/>
                <w:bCs/>
                <w:i/>
                <w:iCs/>
              </w:rPr>
            </w:pPr>
            <w:r w:rsidRPr="000B6F7C">
              <w:rPr>
                <w:b/>
                <w:bCs/>
                <w:i/>
                <w:iCs/>
              </w:rPr>
              <w:t>Tasks</w:t>
            </w:r>
          </w:p>
        </w:tc>
        <w:tc>
          <w:tcPr>
            <w:tcW w:w="1503" w:type="dxa"/>
            <w:tcMar/>
          </w:tcPr>
          <w:p w:rsidRPr="000B6F7C" w:rsidR="000B6F7C" w:rsidP="004A6FE1" w:rsidRDefault="000B6F7C" w14:paraId="3579FC6A" w14:textId="02C80645">
            <w:pPr>
              <w:rPr>
                <w:b/>
                <w:bCs/>
                <w:i/>
                <w:iCs/>
              </w:rPr>
            </w:pPr>
            <w:r w:rsidRPr="000B6F7C">
              <w:rPr>
                <w:b/>
                <w:bCs/>
                <w:i/>
                <w:iCs/>
              </w:rPr>
              <w:t>Owner</w:t>
            </w:r>
          </w:p>
        </w:tc>
        <w:tc>
          <w:tcPr>
            <w:tcW w:w="1503" w:type="dxa"/>
            <w:tcMar/>
          </w:tcPr>
          <w:p w:rsidRPr="000B6F7C" w:rsidR="000B6F7C" w:rsidP="004A6FE1" w:rsidRDefault="000B6F7C" w14:paraId="23D54846" w14:textId="024132A9">
            <w:pPr>
              <w:rPr>
                <w:b/>
                <w:bCs/>
                <w:i/>
                <w:iCs/>
              </w:rPr>
            </w:pPr>
            <w:r w:rsidRPr="000B6F7C">
              <w:rPr>
                <w:b/>
                <w:bCs/>
                <w:i/>
                <w:iCs/>
              </w:rPr>
              <w:t>Status</w:t>
            </w:r>
          </w:p>
        </w:tc>
        <w:tc>
          <w:tcPr>
            <w:tcW w:w="1503" w:type="dxa"/>
            <w:tcMar/>
          </w:tcPr>
          <w:p w:rsidRPr="000B6F7C" w:rsidR="000B6F7C" w:rsidP="004A6FE1" w:rsidRDefault="000B6F7C" w14:paraId="48427022" w14:textId="0CB3386B">
            <w:pPr>
              <w:rPr>
                <w:b/>
                <w:bCs/>
                <w:i/>
                <w:iCs/>
              </w:rPr>
            </w:pPr>
            <w:r w:rsidRPr="000B6F7C">
              <w:rPr>
                <w:b/>
                <w:bCs/>
                <w:i/>
                <w:iCs/>
              </w:rPr>
              <w:t>Estimated Effort</w:t>
            </w:r>
          </w:p>
        </w:tc>
      </w:tr>
      <w:tr w:rsidR="000B6F7C" w:rsidTr="5D44C034" w14:paraId="44C068B6" w14:textId="77777777">
        <w:tc>
          <w:tcPr>
            <w:tcW w:w="1502" w:type="dxa"/>
            <w:tcMar/>
          </w:tcPr>
          <w:p w:rsidRPr="000B6F7C" w:rsidR="000B6F7C" w:rsidP="004A6FE1" w:rsidRDefault="000B6F7C" w14:paraId="4E5F84B8" w14:textId="78FEFB4A">
            <w:r w:rsidRPr="000B6F7C">
              <w:t>US01</w:t>
            </w:r>
          </w:p>
        </w:tc>
        <w:tc>
          <w:tcPr>
            <w:tcW w:w="1502" w:type="dxa"/>
            <w:tcMar/>
          </w:tcPr>
          <w:p w:rsidRPr="000B6F7C" w:rsidR="000B6F7C" w:rsidP="004A6FE1" w:rsidRDefault="000B6F7C" w14:paraId="417362C8" w14:textId="6F798050">
            <w:r w:rsidR="7291E7C9">
              <w:rPr/>
              <w:t xml:space="preserve">Meeting reporting module  </w:t>
            </w:r>
          </w:p>
        </w:tc>
        <w:tc>
          <w:tcPr>
            <w:tcW w:w="1503" w:type="dxa"/>
            <w:tcMar/>
          </w:tcPr>
          <w:p w:rsidRPr="000B6F7C" w:rsidR="000B6F7C" w:rsidP="004A6FE1" w:rsidRDefault="000B6F7C" w14:paraId="02A167A1" w14:textId="7EF24682">
            <w:r w:rsidR="7291E7C9">
              <w:rPr/>
              <w:t xml:space="preserve">UI, backend APIs, auto-save, dashboard  </w:t>
            </w:r>
          </w:p>
        </w:tc>
        <w:tc>
          <w:tcPr>
            <w:tcW w:w="1503" w:type="dxa"/>
            <w:tcMar/>
          </w:tcPr>
          <w:p w:rsidRPr="000B6F7C" w:rsidR="000B6F7C" w:rsidP="004A6FE1" w:rsidRDefault="000B6F7C" w14:paraId="05113E38" w14:textId="2CB35AA7">
            <w:r w:rsidR="7291E7C9">
              <w:rPr/>
              <w:t xml:space="preserve">Ravi Kumar  </w:t>
            </w:r>
          </w:p>
        </w:tc>
        <w:tc>
          <w:tcPr>
            <w:tcW w:w="1503" w:type="dxa"/>
            <w:tcMar/>
          </w:tcPr>
          <w:p w:rsidRPr="000B6F7C" w:rsidR="000B6F7C" w:rsidP="004A6FE1" w:rsidRDefault="000B6F7C" w14:paraId="018C9CB4" w14:textId="586FA041">
            <w:r w:rsidR="7291E7C9">
              <w:rPr/>
              <w:t xml:space="preserve">To Do  </w:t>
            </w:r>
          </w:p>
        </w:tc>
        <w:tc>
          <w:tcPr>
            <w:tcW w:w="1503" w:type="dxa"/>
            <w:tcMar/>
          </w:tcPr>
          <w:p w:rsidR="000B6F7C" w:rsidP="004A6FE1" w:rsidRDefault="000B6F7C" w14:paraId="0A644BE6" w14:textId="4DDA8945">
            <w:r w:rsidR="7291E7C9">
              <w:rPr/>
              <w:t xml:space="preserve">6 hrs  </w:t>
            </w:r>
          </w:p>
        </w:tc>
      </w:tr>
      <w:tr w:rsidR="000B6F7C" w:rsidTr="5D44C034" w14:paraId="2D3442F4" w14:textId="77777777">
        <w:tc>
          <w:tcPr>
            <w:tcW w:w="1502" w:type="dxa"/>
            <w:tcMar/>
          </w:tcPr>
          <w:p w:rsidRPr="000B6F7C" w:rsidR="000B6F7C" w:rsidP="5D44C034" w:rsidRDefault="000B6F7C" w14:paraId="749838B1" w14:textId="27A42F24">
            <w:pPr>
              <w:pStyle w:val="Normal"/>
              <w:suppressLineNumbers w:val="0"/>
              <w:bidi w:val="0"/>
              <w:spacing w:before="0" w:beforeAutospacing="off" w:after="0" w:afterAutospacing="off" w:line="240" w:lineRule="auto"/>
              <w:ind w:left="0" w:right="0"/>
              <w:jc w:val="left"/>
            </w:pPr>
            <w:r w:rsidR="7291E7C9">
              <w:rPr/>
              <w:t>US02</w:t>
            </w:r>
          </w:p>
        </w:tc>
        <w:tc>
          <w:tcPr>
            <w:tcW w:w="1502" w:type="dxa"/>
            <w:tcMar/>
          </w:tcPr>
          <w:p w:rsidRPr="000B6F7C" w:rsidR="000B6F7C" w:rsidP="004A6FE1" w:rsidRDefault="000B6F7C" w14:paraId="0EC3DA16" w14:textId="3E3FC1B1">
            <w:r w:rsidR="7291E7C9">
              <w:rPr/>
              <w:t xml:space="preserve">Instant quotation generation  </w:t>
            </w:r>
          </w:p>
        </w:tc>
        <w:tc>
          <w:tcPr>
            <w:tcW w:w="1503" w:type="dxa"/>
            <w:tcMar/>
          </w:tcPr>
          <w:p w:rsidRPr="000B6F7C" w:rsidR="000B6F7C" w:rsidP="004A6FE1" w:rsidRDefault="000B6F7C" w14:paraId="0A92342B" w14:textId="1C317E1F">
            <w:r w:rsidR="7291E7C9">
              <w:rPr/>
              <w:t xml:space="preserve">Template, API integration, PDF export  </w:t>
            </w:r>
          </w:p>
        </w:tc>
        <w:tc>
          <w:tcPr>
            <w:tcW w:w="1503" w:type="dxa"/>
            <w:tcMar/>
          </w:tcPr>
          <w:p w:rsidRPr="000B6F7C" w:rsidR="000B6F7C" w:rsidP="004A6FE1" w:rsidRDefault="000B6F7C" w14:paraId="25E8159D" w14:textId="7AC2E346">
            <w:r w:rsidR="7291E7C9">
              <w:rPr/>
              <w:t xml:space="preserve">Arjun Mehta  </w:t>
            </w:r>
          </w:p>
        </w:tc>
        <w:tc>
          <w:tcPr>
            <w:tcW w:w="1503" w:type="dxa"/>
            <w:tcMar/>
          </w:tcPr>
          <w:p w:rsidRPr="000B6F7C" w:rsidR="000B6F7C" w:rsidP="004A6FE1" w:rsidRDefault="000B6F7C" w14:paraId="5391E028" w14:textId="3DBB0265">
            <w:r w:rsidR="7291E7C9">
              <w:rPr/>
              <w:t xml:space="preserve">In Progress  </w:t>
            </w:r>
          </w:p>
        </w:tc>
        <w:tc>
          <w:tcPr>
            <w:tcW w:w="1503" w:type="dxa"/>
            <w:tcMar/>
          </w:tcPr>
          <w:p w:rsidRPr="000B6F7C" w:rsidR="000B6F7C" w:rsidP="004A6FE1" w:rsidRDefault="000B6F7C" w14:paraId="1E513A3F" w14:textId="295E5851">
            <w:r w:rsidR="7291E7C9">
              <w:rPr/>
              <w:t xml:space="preserve">10 hrs  </w:t>
            </w:r>
          </w:p>
        </w:tc>
      </w:tr>
      <w:tr w:rsidR="000B6F7C" w:rsidTr="5D44C034" w14:paraId="607FEC64" w14:textId="77777777">
        <w:tc>
          <w:tcPr>
            <w:tcW w:w="1502" w:type="dxa"/>
            <w:tcMar/>
          </w:tcPr>
          <w:p w:rsidRPr="000B6F7C" w:rsidR="000B6F7C" w:rsidP="5D44C034" w:rsidRDefault="000B6F7C" w14:paraId="0130FEAB" w14:textId="60D3AF2F">
            <w:pPr>
              <w:pStyle w:val="Normal"/>
              <w:suppressLineNumbers w:val="0"/>
              <w:bidi w:val="0"/>
              <w:spacing w:before="0" w:beforeAutospacing="off" w:after="0" w:afterAutospacing="off" w:line="240" w:lineRule="auto"/>
              <w:ind w:left="0" w:right="0"/>
              <w:jc w:val="left"/>
            </w:pPr>
            <w:r w:rsidR="7291E7C9">
              <w:rPr/>
              <w:t>US03</w:t>
            </w:r>
          </w:p>
        </w:tc>
        <w:tc>
          <w:tcPr>
            <w:tcW w:w="1502" w:type="dxa"/>
            <w:tcMar/>
          </w:tcPr>
          <w:p w:rsidRPr="000B6F7C" w:rsidR="000B6F7C" w:rsidP="004A6FE1" w:rsidRDefault="000B6F7C" w14:paraId="4FA6A6A2" w14:textId="761963F3">
            <w:r w:rsidR="7291E7C9">
              <w:rPr/>
              <w:t xml:space="preserve">Online leave application  </w:t>
            </w:r>
          </w:p>
        </w:tc>
        <w:tc>
          <w:tcPr>
            <w:tcW w:w="1503" w:type="dxa"/>
            <w:tcMar/>
          </w:tcPr>
          <w:p w:rsidRPr="000B6F7C" w:rsidR="000B6F7C" w:rsidP="004A6FE1" w:rsidRDefault="000B6F7C" w14:paraId="47537DC1" w14:textId="1E7960A6">
            <w:r w:rsidR="7291E7C9">
              <w:rPr/>
              <w:t xml:space="preserve">Form UI, approval workflow  </w:t>
            </w:r>
          </w:p>
        </w:tc>
        <w:tc>
          <w:tcPr>
            <w:tcW w:w="1503" w:type="dxa"/>
            <w:tcMar/>
          </w:tcPr>
          <w:p w:rsidRPr="000B6F7C" w:rsidR="000B6F7C" w:rsidP="004A6FE1" w:rsidRDefault="000B6F7C" w14:paraId="690C1F71" w14:textId="44A818C1">
            <w:r w:rsidR="7291E7C9">
              <w:rPr/>
              <w:t xml:space="preserve">Vikram Patel  </w:t>
            </w:r>
          </w:p>
        </w:tc>
        <w:tc>
          <w:tcPr>
            <w:tcW w:w="1503" w:type="dxa"/>
            <w:tcMar/>
          </w:tcPr>
          <w:p w:rsidRPr="000B6F7C" w:rsidR="000B6F7C" w:rsidP="004A6FE1" w:rsidRDefault="000B6F7C" w14:paraId="111F1316" w14:textId="1DD9873F">
            <w:r w:rsidR="7291E7C9">
              <w:rPr/>
              <w:t xml:space="preserve">Done  </w:t>
            </w:r>
          </w:p>
        </w:tc>
        <w:tc>
          <w:tcPr>
            <w:tcW w:w="1503" w:type="dxa"/>
            <w:tcMar/>
          </w:tcPr>
          <w:p w:rsidRPr="000B6F7C" w:rsidR="000B6F7C" w:rsidP="004A6FE1" w:rsidRDefault="000B6F7C" w14:paraId="702BEF15" w14:textId="42741C51">
            <w:r w:rsidR="7291E7C9">
              <w:rPr/>
              <w:t xml:space="preserve">6 hrs  </w:t>
            </w:r>
          </w:p>
        </w:tc>
      </w:tr>
    </w:tbl>
    <w:p w:rsidR="5D44C034" w:rsidRDefault="5D44C034" w14:paraId="24BF680C" w14:textId="18880F8C"/>
    <w:p w:rsidR="000B6F7C" w:rsidP="000B6F7C" w:rsidRDefault="000B6F7C" w14:paraId="5BAF71FA" w14:textId="42EF3C04">
      <w:pPr>
        <w:pStyle w:val="Heading2"/>
      </w:pPr>
      <w:r>
        <w:t>Sprint 2</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0B6F7C" w:rsidTr="5D44C034" w14:paraId="2E17F730" w14:textId="77777777">
        <w:tc>
          <w:tcPr>
            <w:tcW w:w="1502" w:type="dxa"/>
            <w:tcMar/>
          </w:tcPr>
          <w:p w:rsidRPr="000B6F7C" w:rsidR="000B6F7C" w:rsidP="00E35DB0" w:rsidRDefault="000B6F7C" w14:paraId="567BB3F9" w14:textId="77777777">
            <w:pPr>
              <w:rPr>
                <w:b/>
                <w:bCs/>
                <w:i/>
                <w:iCs/>
              </w:rPr>
            </w:pPr>
            <w:r w:rsidRPr="000B6F7C">
              <w:rPr>
                <w:b/>
                <w:bCs/>
                <w:i/>
                <w:iCs/>
              </w:rPr>
              <w:t>User Story ID</w:t>
            </w:r>
          </w:p>
        </w:tc>
        <w:tc>
          <w:tcPr>
            <w:tcW w:w="1502" w:type="dxa"/>
            <w:tcMar/>
          </w:tcPr>
          <w:p w:rsidRPr="000B6F7C" w:rsidR="000B6F7C" w:rsidP="00E35DB0" w:rsidRDefault="000B6F7C" w14:paraId="62B4296D" w14:textId="77777777">
            <w:pPr>
              <w:rPr>
                <w:b/>
                <w:bCs/>
                <w:i/>
                <w:iCs/>
              </w:rPr>
            </w:pPr>
            <w:r w:rsidRPr="000B6F7C">
              <w:rPr>
                <w:b/>
                <w:bCs/>
                <w:i/>
                <w:iCs/>
              </w:rPr>
              <w:t>User Story</w:t>
            </w:r>
          </w:p>
        </w:tc>
        <w:tc>
          <w:tcPr>
            <w:tcW w:w="1503" w:type="dxa"/>
            <w:tcMar/>
          </w:tcPr>
          <w:p w:rsidRPr="000B6F7C" w:rsidR="000B6F7C" w:rsidP="00E35DB0" w:rsidRDefault="000B6F7C" w14:paraId="34A62FDD" w14:textId="77777777">
            <w:pPr>
              <w:rPr>
                <w:b/>
                <w:bCs/>
                <w:i/>
                <w:iCs/>
              </w:rPr>
            </w:pPr>
            <w:r w:rsidRPr="000B6F7C">
              <w:rPr>
                <w:b/>
                <w:bCs/>
                <w:i/>
                <w:iCs/>
              </w:rPr>
              <w:t>Tasks</w:t>
            </w:r>
          </w:p>
        </w:tc>
        <w:tc>
          <w:tcPr>
            <w:tcW w:w="1503" w:type="dxa"/>
            <w:tcMar/>
          </w:tcPr>
          <w:p w:rsidRPr="000B6F7C" w:rsidR="000B6F7C" w:rsidP="00E35DB0" w:rsidRDefault="000B6F7C" w14:paraId="6686EF06" w14:textId="77777777">
            <w:pPr>
              <w:rPr>
                <w:b/>
                <w:bCs/>
                <w:i/>
                <w:iCs/>
              </w:rPr>
            </w:pPr>
            <w:r w:rsidRPr="000B6F7C">
              <w:rPr>
                <w:b/>
                <w:bCs/>
                <w:i/>
                <w:iCs/>
              </w:rPr>
              <w:t>Owner</w:t>
            </w:r>
          </w:p>
        </w:tc>
        <w:tc>
          <w:tcPr>
            <w:tcW w:w="1503" w:type="dxa"/>
            <w:tcMar/>
          </w:tcPr>
          <w:p w:rsidRPr="000B6F7C" w:rsidR="000B6F7C" w:rsidP="00E35DB0" w:rsidRDefault="000B6F7C" w14:paraId="618CACCB" w14:textId="77777777">
            <w:pPr>
              <w:rPr>
                <w:b/>
                <w:bCs/>
                <w:i/>
                <w:iCs/>
              </w:rPr>
            </w:pPr>
            <w:r w:rsidRPr="000B6F7C">
              <w:rPr>
                <w:b/>
                <w:bCs/>
                <w:i/>
                <w:iCs/>
              </w:rPr>
              <w:t>Status</w:t>
            </w:r>
          </w:p>
        </w:tc>
        <w:tc>
          <w:tcPr>
            <w:tcW w:w="1503" w:type="dxa"/>
            <w:tcMar/>
          </w:tcPr>
          <w:p w:rsidRPr="000B6F7C" w:rsidR="000B6F7C" w:rsidP="00E35DB0" w:rsidRDefault="000B6F7C" w14:paraId="6CCDCBFF" w14:textId="77777777">
            <w:pPr>
              <w:rPr>
                <w:b/>
                <w:bCs/>
                <w:i/>
                <w:iCs/>
              </w:rPr>
            </w:pPr>
            <w:r w:rsidRPr="000B6F7C">
              <w:rPr>
                <w:b/>
                <w:bCs/>
                <w:i/>
                <w:iCs/>
              </w:rPr>
              <w:t>Estimated Effort</w:t>
            </w:r>
          </w:p>
        </w:tc>
      </w:tr>
      <w:tr w:rsidR="000B6F7C" w:rsidTr="5D44C034" w14:paraId="237399D1" w14:textId="77777777">
        <w:tc>
          <w:tcPr>
            <w:tcW w:w="1502" w:type="dxa"/>
            <w:tcMar/>
          </w:tcPr>
          <w:p w:rsidRPr="000B6F7C" w:rsidR="000B6F7C" w:rsidP="00E35DB0" w:rsidRDefault="000B6F7C" w14:paraId="6872C886" w14:textId="25B31A6B">
            <w:r w:rsidR="000B6F7C">
              <w:rPr/>
              <w:t>US0</w:t>
            </w:r>
            <w:r w:rsidR="5BA66C70">
              <w:rPr/>
              <w:t>4</w:t>
            </w:r>
          </w:p>
        </w:tc>
        <w:tc>
          <w:tcPr>
            <w:tcW w:w="1502" w:type="dxa"/>
            <w:tcMar/>
          </w:tcPr>
          <w:p w:rsidRPr="000B6F7C" w:rsidR="000B6F7C" w:rsidP="00E35DB0" w:rsidRDefault="000B6F7C" w14:paraId="16839F96" w14:textId="32B4E43E">
            <w:r w:rsidR="5BA66C70">
              <w:rPr/>
              <w:t xml:space="preserve">Expense claims submission  </w:t>
            </w:r>
          </w:p>
        </w:tc>
        <w:tc>
          <w:tcPr>
            <w:tcW w:w="1503" w:type="dxa"/>
            <w:tcMar/>
          </w:tcPr>
          <w:p w:rsidRPr="000B6F7C" w:rsidR="000B6F7C" w:rsidP="00E35DB0" w:rsidRDefault="000B6F7C" w14:paraId="528E0E57" w14:textId="787A2B8F">
            <w:r w:rsidR="5BA66C70">
              <w:rPr/>
              <w:t xml:space="preserve">Receipt upload, approval flow  </w:t>
            </w:r>
          </w:p>
        </w:tc>
        <w:tc>
          <w:tcPr>
            <w:tcW w:w="1503" w:type="dxa"/>
            <w:tcMar/>
          </w:tcPr>
          <w:p w:rsidRPr="000B6F7C" w:rsidR="000B6F7C" w:rsidP="00E35DB0" w:rsidRDefault="000B6F7C" w14:paraId="2EC8F912" w14:textId="37728E25">
            <w:r w:rsidR="5BA66C70">
              <w:rPr/>
              <w:t xml:space="preserve">Ravi Kumar  </w:t>
            </w:r>
          </w:p>
        </w:tc>
        <w:tc>
          <w:tcPr>
            <w:tcW w:w="1503" w:type="dxa"/>
            <w:tcMar/>
          </w:tcPr>
          <w:p w:rsidRPr="000B6F7C" w:rsidR="000B6F7C" w:rsidP="00E35DB0" w:rsidRDefault="000B6F7C" w14:paraId="6F07FCBB" w14:textId="0946EDA2">
            <w:r w:rsidR="5BA66C70">
              <w:rPr/>
              <w:t xml:space="preserve">To Do  </w:t>
            </w:r>
          </w:p>
        </w:tc>
        <w:tc>
          <w:tcPr>
            <w:tcW w:w="1503" w:type="dxa"/>
            <w:tcMar/>
          </w:tcPr>
          <w:p w:rsidR="000B6F7C" w:rsidP="00E35DB0" w:rsidRDefault="000B6F7C" w14:paraId="20777FEE" w14:textId="05669B6F">
            <w:r w:rsidR="5BA66C70">
              <w:rPr/>
              <w:t xml:space="preserve">10 hrs  </w:t>
            </w:r>
          </w:p>
        </w:tc>
      </w:tr>
      <w:tr w:rsidR="000B6F7C" w:rsidTr="5D44C034" w14:paraId="278813A4" w14:textId="77777777">
        <w:tc>
          <w:tcPr>
            <w:tcW w:w="1502" w:type="dxa"/>
            <w:tcMar/>
          </w:tcPr>
          <w:p w:rsidRPr="000B6F7C" w:rsidR="000B6F7C" w:rsidP="5D44C034" w:rsidRDefault="000B6F7C" w14:paraId="24E09DED" w14:textId="076263CC">
            <w:pPr>
              <w:pStyle w:val="Normal"/>
              <w:suppressLineNumbers w:val="0"/>
              <w:bidi w:val="0"/>
              <w:spacing w:before="0" w:beforeAutospacing="off" w:after="0" w:afterAutospacing="off" w:line="240" w:lineRule="auto"/>
              <w:ind w:left="0" w:right="0"/>
              <w:jc w:val="left"/>
            </w:pPr>
            <w:r w:rsidR="5BA66C70">
              <w:rPr/>
              <w:t>US05</w:t>
            </w:r>
          </w:p>
        </w:tc>
        <w:tc>
          <w:tcPr>
            <w:tcW w:w="1502" w:type="dxa"/>
            <w:tcMar/>
          </w:tcPr>
          <w:p w:rsidRPr="000B6F7C" w:rsidR="000B6F7C" w:rsidP="00E35DB0" w:rsidRDefault="000B6F7C" w14:paraId="58174D03" w14:textId="7B983934">
            <w:r w:rsidR="5BA66C70">
              <w:rPr/>
              <w:t xml:space="preserve">Demo product booking  </w:t>
            </w:r>
          </w:p>
        </w:tc>
        <w:tc>
          <w:tcPr>
            <w:tcW w:w="1503" w:type="dxa"/>
            <w:tcMar/>
          </w:tcPr>
          <w:p w:rsidRPr="000B6F7C" w:rsidR="000B6F7C" w:rsidP="00E35DB0" w:rsidRDefault="000B6F7C" w14:paraId="10F2439C" w14:textId="37FAC2A5">
            <w:r w:rsidR="5BA66C70">
              <w:rPr/>
              <w:t xml:space="preserve">Booking module, availability tracker  </w:t>
            </w:r>
          </w:p>
        </w:tc>
        <w:tc>
          <w:tcPr>
            <w:tcW w:w="1503" w:type="dxa"/>
            <w:tcMar/>
          </w:tcPr>
          <w:p w:rsidRPr="000B6F7C" w:rsidR="000B6F7C" w:rsidP="00E35DB0" w:rsidRDefault="000B6F7C" w14:paraId="39187125" w14:textId="54127B0B">
            <w:r w:rsidR="5BA66C70">
              <w:rPr/>
              <w:t xml:space="preserve">Arjun Mehta  </w:t>
            </w:r>
          </w:p>
        </w:tc>
        <w:tc>
          <w:tcPr>
            <w:tcW w:w="1503" w:type="dxa"/>
            <w:tcMar/>
          </w:tcPr>
          <w:p w:rsidRPr="000B6F7C" w:rsidR="000B6F7C" w:rsidP="00E35DB0" w:rsidRDefault="000B6F7C" w14:paraId="79B95821" w14:textId="735A484F">
            <w:r w:rsidR="5BA66C70">
              <w:rPr/>
              <w:t xml:space="preserve">In Progress  </w:t>
            </w:r>
          </w:p>
        </w:tc>
        <w:tc>
          <w:tcPr>
            <w:tcW w:w="1503" w:type="dxa"/>
            <w:tcMar/>
          </w:tcPr>
          <w:p w:rsidRPr="000B6F7C" w:rsidR="000B6F7C" w:rsidP="00E35DB0" w:rsidRDefault="00E2363E" w14:paraId="5676D2F6" w14:textId="7595DEA6">
            <w:r w:rsidR="5BA66C70">
              <w:rPr/>
              <w:t xml:space="preserve">6 hrs  </w:t>
            </w:r>
          </w:p>
        </w:tc>
      </w:tr>
      <w:tr w:rsidR="000B6F7C" w:rsidTr="5D44C034" w14:paraId="4C7A4522" w14:textId="77777777">
        <w:tc>
          <w:tcPr>
            <w:tcW w:w="1502" w:type="dxa"/>
            <w:tcMar/>
          </w:tcPr>
          <w:p w:rsidRPr="000B6F7C" w:rsidR="000B6F7C" w:rsidP="5D44C034" w:rsidRDefault="00E2363E" w14:paraId="2A66401D" w14:textId="696F7CFF">
            <w:pPr>
              <w:pStyle w:val="Normal"/>
              <w:suppressLineNumbers w:val="0"/>
              <w:bidi w:val="0"/>
              <w:spacing w:before="0" w:beforeAutospacing="off" w:after="0" w:afterAutospacing="off" w:line="240" w:lineRule="auto"/>
              <w:ind w:left="0" w:right="0"/>
              <w:jc w:val="left"/>
            </w:pPr>
            <w:r w:rsidR="5BA66C70">
              <w:rPr/>
              <w:t>US06</w:t>
            </w:r>
          </w:p>
        </w:tc>
        <w:tc>
          <w:tcPr>
            <w:tcW w:w="1502" w:type="dxa"/>
            <w:tcMar/>
          </w:tcPr>
          <w:p w:rsidRPr="000B6F7C" w:rsidR="000B6F7C" w:rsidP="00E35DB0" w:rsidRDefault="00E2363E" w14:paraId="2FB66197" w14:textId="32DC6CF6">
            <w:r w:rsidR="5BA66C70">
              <w:rPr/>
              <w:t xml:space="preserve">Real-time KPI dashboard  </w:t>
            </w:r>
          </w:p>
        </w:tc>
        <w:tc>
          <w:tcPr>
            <w:tcW w:w="1503" w:type="dxa"/>
            <w:tcMar/>
          </w:tcPr>
          <w:p w:rsidRPr="000B6F7C" w:rsidR="000B6F7C" w:rsidP="00E35DB0" w:rsidRDefault="00E2363E" w14:paraId="02CABB85" w14:textId="51935554">
            <w:r w:rsidR="5BA66C70">
              <w:rPr/>
              <w:t xml:space="preserve">KPI design, API data, charts  </w:t>
            </w:r>
          </w:p>
        </w:tc>
        <w:tc>
          <w:tcPr>
            <w:tcW w:w="1503" w:type="dxa"/>
            <w:tcMar/>
          </w:tcPr>
          <w:p w:rsidRPr="000B6F7C" w:rsidR="000B6F7C" w:rsidP="00E35DB0" w:rsidRDefault="00E2363E" w14:paraId="368892BE" w14:textId="6FD5004E">
            <w:r w:rsidR="5BA66C70">
              <w:rPr/>
              <w:t xml:space="preserve">Vikram Patel  </w:t>
            </w:r>
          </w:p>
        </w:tc>
        <w:tc>
          <w:tcPr>
            <w:tcW w:w="1503" w:type="dxa"/>
            <w:tcMar/>
          </w:tcPr>
          <w:p w:rsidRPr="000B6F7C" w:rsidR="000B6F7C" w:rsidP="00E35DB0" w:rsidRDefault="00E2363E" w14:paraId="30724A0F" w14:textId="64EF5DFD">
            <w:r w:rsidR="5BA66C70">
              <w:rPr/>
              <w:t xml:space="preserve">Done  </w:t>
            </w:r>
          </w:p>
        </w:tc>
        <w:tc>
          <w:tcPr>
            <w:tcW w:w="1503" w:type="dxa"/>
            <w:tcMar/>
          </w:tcPr>
          <w:p w:rsidRPr="000B6F7C" w:rsidR="000B6F7C" w:rsidP="00E35DB0" w:rsidRDefault="00E2363E" w14:paraId="2B8FF36C" w14:textId="2AD44279">
            <w:r w:rsidR="5BA66C70">
              <w:rPr/>
              <w:t xml:space="preserve">16 hrs  </w:t>
            </w:r>
          </w:p>
        </w:tc>
      </w:tr>
    </w:tbl>
    <w:p w:rsidR="5D44C034" w:rsidRDefault="5D44C034" w14:paraId="3D53C35C" w14:textId="70C73589"/>
    <w:p w:rsidR="000B6F7C" w:rsidP="000B6F7C" w:rsidRDefault="000B6F7C" w14:paraId="5DEFE046" w14:textId="77777777"/>
    <w:p w:rsidR="00E2363E" w:rsidP="00E2363E" w:rsidRDefault="00E2363E" w14:paraId="0B9460D9" w14:textId="687CE994">
      <w:pPr>
        <w:pStyle w:val="Heading2"/>
      </w:pPr>
      <w:r>
        <w:t>Sprint 3</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E2363E" w:rsidTr="5D44C034" w14:paraId="426D1745" w14:textId="77777777">
        <w:tc>
          <w:tcPr>
            <w:tcW w:w="1502" w:type="dxa"/>
            <w:tcMar/>
          </w:tcPr>
          <w:p w:rsidRPr="000B6F7C" w:rsidR="00E2363E" w:rsidP="00E35DB0" w:rsidRDefault="00E2363E" w14:paraId="3AE6B599" w14:textId="77777777">
            <w:pPr>
              <w:rPr>
                <w:b/>
                <w:bCs/>
                <w:i/>
                <w:iCs/>
              </w:rPr>
            </w:pPr>
            <w:r w:rsidRPr="000B6F7C">
              <w:rPr>
                <w:b/>
                <w:bCs/>
                <w:i/>
                <w:iCs/>
              </w:rPr>
              <w:t>User Story ID</w:t>
            </w:r>
          </w:p>
        </w:tc>
        <w:tc>
          <w:tcPr>
            <w:tcW w:w="1502" w:type="dxa"/>
            <w:tcMar/>
          </w:tcPr>
          <w:p w:rsidRPr="000B6F7C" w:rsidR="00E2363E" w:rsidP="00E35DB0" w:rsidRDefault="00E2363E" w14:paraId="3FD17B62" w14:textId="77777777">
            <w:pPr>
              <w:rPr>
                <w:b/>
                <w:bCs/>
                <w:i/>
                <w:iCs/>
              </w:rPr>
            </w:pPr>
            <w:r w:rsidRPr="000B6F7C">
              <w:rPr>
                <w:b/>
                <w:bCs/>
                <w:i/>
                <w:iCs/>
              </w:rPr>
              <w:t>User Story</w:t>
            </w:r>
          </w:p>
        </w:tc>
        <w:tc>
          <w:tcPr>
            <w:tcW w:w="1503" w:type="dxa"/>
            <w:tcMar/>
          </w:tcPr>
          <w:p w:rsidRPr="000B6F7C" w:rsidR="00E2363E" w:rsidP="00E35DB0" w:rsidRDefault="00E2363E" w14:paraId="62773F68" w14:textId="77777777">
            <w:pPr>
              <w:rPr>
                <w:b/>
                <w:bCs/>
                <w:i/>
                <w:iCs/>
              </w:rPr>
            </w:pPr>
            <w:r w:rsidRPr="000B6F7C">
              <w:rPr>
                <w:b/>
                <w:bCs/>
                <w:i/>
                <w:iCs/>
              </w:rPr>
              <w:t>Tasks</w:t>
            </w:r>
          </w:p>
        </w:tc>
        <w:tc>
          <w:tcPr>
            <w:tcW w:w="1503" w:type="dxa"/>
            <w:tcMar/>
          </w:tcPr>
          <w:p w:rsidRPr="000B6F7C" w:rsidR="00E2363E" w:rsidP="00E35DB0" w:rsidRDefault="00E2363E" w14:paraId="13C86CB3" w14:textId="77777777">
            <w:pPr>
              <w:rPr>
                <w:b/>
                <w:bCs/>
                <w:i/>
                <w:iCs/>
              </w:rPr>
            </w:pPr>
            <w:r w:rsidRPr="000B6F7C">
              <w:rPr>
                <w:b/>
                <w:bCs/>
                <w:i/>
                <w:iCs/>
              </w:rPr>
              <w:t>Owner</w:t>
            </w:r>
          </w:p>
        </w:tc>
        <w:tc>
          <w:tcPr>
            <w:tcW w:w="1503" w:type="dxa"/>
            <w:tcMar/>
          </w:tcPr>
          <w:p w:rsidRPr="000B6F7C" w:rsidR="00E2363E" w:rsidP="00E35DB0" w:rsidRDefault="00E2363E" w14:paraId="0AFEC26F" w14:textId="77777777">
            <w:pPr>
              <w:rPr>
                <w:b/>
                <w:bCs/>
                <w:i/>
                <w:iCs/>
              </w:rPr>
            </w:pPr>
            <w:r w:rsidRPr="000B6F7C">
              <w:rPr>
                <w:b/>
                <w:bCs/>
                <w:i/>
                <w:iCs/>
              </w:rPr>
              <w:t>Status</w:t>
            </w:r>
          </w:p>
        </w:tc>
        <w:tc>
          <w:tcPr>
            <w:tcW w:w="1503" w:type="dxa"/>
            <w:tcMar/>
          </w:tcPr>
          <w:p w:rsidRPr="000B6F7C" w:rsidR="00E2363E" w:rsidP="00E35DB0" w:rsidRDefault="00E2363E" w14:paraId="6A75C0AA" w14:textId="77777777">
            <w:pPr>
              <w:rPr>
                <w:b/>
                <w:bCs/>
                <w:i/>
                <w:iCs/>
              </w:rPr>
            </w:pPr>
            <w:r w:rsidRPr="000B6F7C">
              <w:rPr>
                <w:b/>
                <w:bCs/>
                <w:i/>
                <w:iCs/>
              </w:rPr>
              <w:t>Estimated Effort</w:t>
            </w:r>
          </w:p>
        </w:tc>
      </w:tr>
      <w:tr w:rsidR="00E2363E" w:rsidTr="5D44C034" w14:paraId="2EB0C7EE" w14:textId="77777777">
        <w:tc>
          <w:tcPr>
            <w:tcW w:w="1502" w:type="dxa"/>
            <w:tcMar/>
          </w:tcPr>
          <w:p w:rsidRPr="000B6F7C" w:rsidR="00E2363E" w:rsidP="00E35DB0" w:rsidRDefault="00E2363E" w14:paraId="6E227FEA" w14:textId="1192FD44">
            <w:r w:rsidR="00E2363E">
              <w:rPr/>
              <w:t>US0</w:t>
            </w:r>
            <w:r w:rsidR="176DD041">
              <w:rPr/>
              <w:t>7</w:t>
            </w:r>
          </w:p>
        </w:tc>
        <w:tc>
          <w:tcPr>
            <w:tcW w:w="1502" w:type="dxa"/>
            <w:tcMar/>
          </w:tcPr>
          <w:p w:rsidRPr="000B6F7C" w:rsidR="00E2363E" w:rsidP="00E35DB0" w:rsidRDefault="00E2363E" w14:paraId="3C9229A5" w14:textId="136D25D0">
            <w:r w:rsidR="176DD041">
              <w:rPr/>
              <w:t xml:space="preserve">Access control management  </w:t>
            </w:r>
          </w:p>
        </w:tc>
        <w:tc>
          <w:tcPr>
            <w:tcW w:w="1503" w:type="dxa"/>
            <w:tcMar/>
          </w:tcPr>
          <w:p w:rsidRPr="000B6F7C" w:rsidR="00E2363E" w:rsidP="00E35DB0" w:rsidRDefault="00E2363E" w14:paraId="4E547FAC" w14:textId="72C0123B">
            <w:r w:rsidR="176DD041">
              <w:rPr/>
              <w:t xml:space="preserve">Role-based permissions, admin panel  </w:t>
            </w:r>
          </w:p>
        </w:tc>
        <w:tc>
          <w:tcPr>
            <w:tcW w:w="1503" w:type="dxa"/>
            <w:tcMar/>
          </w:tcPr>
          <w:p w:rsidRPr="000B6F7C" w:rsidR="00E2363E" w:rsidP="00E35DB0" w:rsidRDefault="00E2363E" w14:paraId="1AB2D66F" w14:textId="2DF7BDF1">
            <w:r w:rsidR="176DD041">
              <w:rPr/>
              <w:t xml:space="preserve">Ravi Kumar  </w:t>
            </w:r>
          </w:p>
        </w:tc>
        <w:tc>
          <w:tcPr>
            <w:tcW w:w="1503" w:type="dxa"/>
            <w:tcMar/>
          </w:tcPr>
          <w:p w:rsidRPr="000B6F7C" w:rsidR="00E2363E" w:rsidP="00E35DB0" w:rsidRDefault="00E2363E" w14:paraId="59D917D8" w14:textId="5B0B4CE9">
            <w:r w:rsidR="176DD041">
              <w:rPr/>
              <w:t xml:space="preserve">To Do  </w:t>
            </w:r>
          </w:p>
        </w:tc>
        <w:tc>
          <w:tcPr>
            <w:tcW w:w="1503" w:type="dxa"/>
            <w:tcMar/>
          </w:tcPr>
          <w:p w:rsidR="00E2363E" w:rsidP="00E35DB0" w:rsidRDefault="00E2363E" w14:paraId="7874AA28" w14:textId="68B00EBF">
            <w:r w:rsidR="176DD041">
              <w:rPr/>
              <w:t xml:space="preserve">10 hrs  </w:t>
            </w:r>
          </w:p>
        </w:tc>
      </w:tr>
      <w:tr w:rsidR="00E2363E" w:rsidTr="5D44C034" w14:paraId="54E27978" w14:textId="77777777">
        <w:tc>
          <w:tcPr>
            <w:tcW w:w="1502" w:type="dxa"/>
            <w:tcMar/>
          </w:tcPr>
          <w:p w:rsidRPr="000B6F7C" w:rsidR="00E2363E" w:rsidP="5D44C034" w:rsidRDefault="00E2363E" w14:paraId="4EF2B1A1" w14:textId="10540758">
            <w:pPr>
              <w:pStyle w:val="Normal"/>
              <w:suppressLineNumbers w:val="0"/>
              <w:bidi w:val="0"/>
              <w:spacing w:before="0" w:beforeAutospacing="off" w:after="0" w:afterAutospacing="off" w:line="240" w:lineRule="auto"/>
              <w:ind w:left="0" w:right="0"/>
              <w:jc w:val="left"/>
            </w:pPr>
            <w:r w:rsidR="176DD041">
              <w:rPr/>
              <w:t>US08</w:t>
            </w:r>
          </w:p>
        </w:tc>
        <w:tc>
          <w:tcPr>
            <w:tcW w:w="1502" w:type="dxa"/>
            <w:tcMar/>
          </w:tcPr>
          <w:p w:rsidRPr="000B6F7C" w:rsidR="00E2363E" w:rsidP="00E35DB0" w:rsidRDefault="00E2363E" w14:paraId="4F9541DB" w14:textId="16DFD8BC">
            <w:r w:rsidR="176DD041">
              <w:rPr/>
              <w:t xml:space="preserve">Approval notifications  </w:t>
            </w:r>
          </w:p>
        </w:tc>
        <w:tc>
          <w:tcPr>
            <w:tcW w:w="1503" w:type="dxa"/>
            <w:tcMar/>
          </w:tcPr>
          <w:p w:rsidRPr="000B6F7C" w:rsidR="00E2363E" w:rsidP="00E35DB0" w:rsidRDefault="00E2363E" w14:paraId="2C0C5CA1" w14:textId="5075E621">
            <w:r w:rsidR="176DD041">
              <w:rPr/>
              <w:t xml:space="preserve">Instant push/email notifications  </w:t>
            </w:r>
          </w:p>
        </w:tc>
        <w:tc>
          <w:tcPr>
            <w:tcW w:w="1503" w:type="dxa"/>
            <w:tcMar/>
          </w:tcPr>
          <w:p w:rsidRPr="000B6F7C" w:rsidR="00E2363E" w:rsidP="00E35DB0" w:rsidRDefault="00E2363E" w14:paraId="714A5FCE" w14:textId="0E774BE3">
            <w:r w:rsidR="176DD041">
              <w:rPr/>
              <w:t xml:space="preserve">Arjun Mehta  </w:t>
            </w:r>
          </w:p>
        </w:tc>
        <w:tc>
          <w:tcPr>
            <w:tcW w:w="1503" w:type="dxa"/>
            <w:tcMar/>
          </w:tcPr>
          <w:p w:rsidRPr="000B6F7C" w:rsidR="00E2363E" w:rsidP="00E35DB0" w:rsidRDefault="00E2363E" w14:paraId="4D4A6170" w14:textId="5268E7E2">
            <w:r w:rsidR="176DD041">
              <w:rPr/>
              <w:t xml:space="preserve">In Progress  </w:t>
            </w:r>
          </w:p>
        </w:tc>
        <w:tc>
          <w:tcPr>
            <w:tcW w:w="1503" w:type="dxa"/>
            <w:tcMar/>
          </w:tcPr>
          <w:p w:rsidRPr="000B6F7C" w:rsidR="00E2363E" w:rsidP="00E35DB0" w:rsidRDefault="00E2363E" w14:paraId="3988EC6A" w14:textId="65D9AC26">
            <w:r w:rsidR="176DD041">
              <w:rPr/>
              <w:t xml:space="preserve">6 hrs  </w:t>
            </w:r>
          </w:p>
        </w:tc>
      </w:tr>
      <w:tr w:rsidR="00E2363E" w:rsidTr="5D44C034" w14:paraId="63A25934" w14:textId="77777777">
        <w:tc>
          <w:tcPr>
            <w:tcW w:w="1502" w:type="dxa"/>
            <w:tcMar/>
          </w:tcPr>
          <w:p w:rsidRPr="000B6F7C" w:rsidR="00E2363E" w:rsidP="5D44C034" w:rsidRDefault="00E2363E" w14:paraId="0F5ADE11" w14:textId="4B794AA8">
            <w:pPr>
              <w:pStyle w:val="Normal"/>
              <w:suppressLineNumbers w:val="0"/>
              <w:bidi w:val="0"/>
              <w:spacing w:before="0" w:beforeAutospacing="off" w:after="0" w:afterAutospacing="off" w:line="240" w:lineRule="auto"/>
              <w:ind w:left="0" w:right="0"/>
              <w:jc w:val="left"/>
            </w:pPr>
            <w:r w:rsidR="176DD041">
              <w:rPr/>
              <w:t>US09</w:t>
            </w:r>
          </w:p>
        </w:tc>
        <w:tc>
          <w:tcPr>
            <w:tcW w:w="1502" w:type="dxa"/>
            <w:tcMar/>
          </w:tcPr>
          <w:p w:rsidRPr="000B6F7C" w:rsidR="00E2363E" w:rsidP="00E35DB0" w:rsidRDefault="00E2363E" w14:paraId="2C05F41D" w14:textId="2B44A344">
            <w:r w:rsidR="176DD041">
              <w:rPr/>
              <w:t xml:space="preserve">Offline data logging  </w:t>
            </w:r>
          </w:p>
        </w:tc>
        <w:tc>
          <w:tcPr>
            <w:tcW w:w="1503" w:type="dxa"/>
            <w:tcMar/>
          </w:tcPr>
          <w:p w:rsidRPr="000B6F7C" w:rsidR="00E2363E" w:rsidP="00E35DB0" w:rsidRDefault="00E2363E" w14:paraId="7B72D060" w14:textId="16533C06">
            <w:r w:rsidR="176DD041">
              <w:rPr/>
              <w:t xml:space="preserve">Local storage, sync engine  </w:t>
            </w:r>
          </w:p>
        </w:tc>
        <w:tc>
          <w:tcPr>
            <w:tcW w:w="1503" w:type="dxa"/>
            <w:tcMar/>
          </w:tcPr>
          <w:p w:rsidRPr="000B6F7C" w:rsidR="00E2363E" w:rsidP="00E35DB0" w:rsidRDefault="00E2363E" w14:paraId="7EB0FCE4" w14:textId="6BF1CFBD">
            <w:r w:rsidR="176DD041">
              <w:rPr/>
              <w:t xml:space="preserve">Vikram Patel  </w:t>
            </w:r>
          </w:p>
        </w:tc>
        <w:tc>
          <w:tcPr>
            <w:tcW w:w="1503" w:type="dxa"/>
            <w:tcMar/>
          </w:tcPr>
          <w:p w:rsidRPr="000B6F7C" w:rsidR="00E2363E" w:rsidP="00E35DB0" w:rsidRDefault="00E2363E" w14:paraId="66E2A725" w14:textId="65252CE1">
            <w:r w:rsidR="176DD041">
              <w:rPr/>
              <w:t xml:space="preserve">Done  </w:t>
            </w:r>
          </w:p>
        </w:tc>
        <w:tc>
          <w:tcPr>
            <w:tcW w:w="1503" w:type="dxa"/>
            <w:tcMar/>
          </w:tcPr>
          <w:p w:rsidRPr="000B6F7C" w:rsidR="00E2363E" w:rsidP="00E35DB0" w:rsidRDefault="00E2363E" w14:paraId="20331B13" w14:textId="236D190F">
            <w:r w:rsidR="176DD041">
              <w:rPr/>
              <w:t xml:space="preserve">10 hrs  </w:t>
            </w:r>
          </w:p>
        </w:tc>
      </w:tr>
    </w:tbl>
    <w:p w:rsidR="5D44C034" w:rsidRDefault="5D44C034" w14:paraId="706E79C2" w14:textId="5CBE8644"/>
    <w:p w:rsidR="00E2363E" w:rsidP="00E2363E" w:rsidRDefault="00E2363E" w14:paraId="46E7DAFA" w14:textId="77777777"/>
    <w:p w:rsidR="00BD5BF0" w:rsidP="00E2363E" w:rsidRDefault="00E2363E" w14:paraId="2E80F8E6" w14:textId="53CC5892">
      <w:pPr>
        <w:pStyle w:val="Heading2"/>
      </w:pPr>
      <w:r>
        <w:t>Sprint 4</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E2363E" w:rsidTr="5D44C034" w14:paraId="161D8D38" w14:textId="77777777">
        <w:tc>
          <w:tcPr>
            <w:tcW w:w="1502" w:type="dxa"/>
            <w:tcMar/>
          </w:tcPr>
          <w:p w:rsidRPr="000B6F7C" w:rsidR="00E2363E" w:rsidP="00E35DB0" w:rsidRDefault="00E2363E" w14:paraId="5CE16BA8" w14:textId="77777777">
            <w:pPr>
              <w:rPr>
                <w:b/>
                <w:bCs/>
                <w:i/>
                <w:iCs/>
              </w:rPr>
            </w:pPr>
            <w:r w:rsidRPr="000B6F7C">
              <w:rPr>
                <w:b/>
                <w:bCs/>
                <w:i/>
                <w:iCs/>
              </w:rPr>
              <w:t>User Story ID</w:t>
            </w:r>
          </w:p>
        </w:tc>
        <w:tc>
          <w:tcPr>
            <w:tcW w:w="1502" w:type="dxa"/>
            <w:tcMar/>
          </w:tcPr>
          <w:p w:rsidRPr="000B6F7C" w:rsidR="00E2363E" w:rsidP="00E35DB0" w:rsidRDefault="00E2363E" w14:paraId="4EEC03B1" w14:textId="77777777">
            <w:pPr>
              <w:rPr>
                <w:b/>
                <w:bCs/>
                <w:i/>
                <w:iCs/>
              </w:rPr>
            </w:pPr>
            <w:r w:rsidRPr="000B6F7C">
              <w:rPr>
                <w:b/>
                <w:bCs/>
                <w:i/>
                <w:iCs/>
              </w:rPr>
              <w:t>User Story</w:t>
            </w:r>
          </w:p>
        </w:tc>
        <w:tc>
          <w:tcPr>
            <w:tcW w:w="1503" w:type="dxa"/>
            <w:tcMar/>
          </w:tcPr>
          <w:p w:rsidRPr="000B6F7C" w:rsidR="00E2363E" w:rsidP="00E35DB0" w:rsidRDefault="00E2363E" w14:paraId="4F567A36" w14:textId="77777777">
            <w:pPr>
              <w:rPr>
                <w:b/>
                <w:bCs/>
                <w:i/>
                <w:iCs/>
              </w:rPr>
            </w:pPr>
            <w:r w:rsidRPr="000B6F7C">
              <w:rPr>
                <w:b/>
                <w:bCs/>
                <w:i/>
                <w:iCs/>
              </w:rPr>
              <w:t>Tasks</w:t>
            </w:r>
          </w:p>
        </w:tc>
        <w:tc>
          <w:tcPr>
            <w:tcW w:w="1503" w:type="dxa"/>
            <w:tcMar/>
          </w:tcPr>
          <w:p w:rsidRPr="000B6F7C" w:rsidR="00E2363E" w:rsidP="00E35DB0" w:rsidRDefault="00E2363E" w14:paraId="439B4C73" w14:textId="77777777">
            <w:pPr>
              <w:rPr>
                <w:b/>
                <w:bCs/>
                <w:i/>
                <w:iCs/>
              </w:rPr>
            </w:pPr>
            <w:r w:rsidRPr="000B6F7C">
              <w:rPr>
                <w:b/>
                <w:bCs/>
                <w:i/>
                <w:iCs/>
              </w:rPr>
              <w:t>Owner</w:t>
            </w:r>
          </w:p>
        </w:tc>
        <w:tc>
          <w:tcPr>
            <w:tcW w:w="1503" w:type="dxa"/>
            <w:tcMar/>
          </w:tcPr>
          <w:p w:rsidRPr="000B6F7C" w:rsidR="00E2363E" w:rsidP="00E35DB0" w:rsidRDefault="00E2363E" w14:paraId="37D0A1A8" w14:textId="77777777">
            <w:pPr>
              <w:rPr>
                <w:b/>
                <w:bCs/>
                <w:i/>
                <w:iCs/>
              </w:rPr>
            </w:pPr>
            <w:r w:rsidRPr="000B6F7C">
              <w:rPr>
                <w:b/>
                <w:bCs/>
                <w:i/>
                <w:iCs/>
              </w:rPr>
              <w:t>Status</w:t>
            </w:r>
          </w:p>
        </w:tc>
        <w:tc>
          <w:tcPr>
            <w:tcW w:w="1503" w:type="dxa"/>
            <w:tcMar/>
          </w:tcPr>
          <w:p w:rsidRPr="000B6F7C" w:rsidR="00E2363E" w:rsidP="00E35DB0" w:rsidRDefault="00E2363E" w14:paraId="59D6879E" w14:textId="77777777">
            <w:pPr>
              <w:rPr>
                <w:b/>
                <w:bCs/>
                <w:i/>
                <w:iCs/>
              </w:rPr>
            </w:pPr>
            <w:r w:rsidRPr="000B6F7C">
              <w:rPr>
                <w:b/>
                <w:bCs/>
                <w:i/>
                <w:iCs/>
              </w:rPr>
              <w:t>Estimated Effort</w:t>
            </w:r>
          </w:p>
        </w:tc>
      </w:tr>
      <w:tr w:rsidR="00E2363E" w:rsidTr="5D44C034" w14:paraId="0C300DD8" w14:textId="77777777">
        <w:tc>
          <w:tcPr>
            <w:tcW w:w="1502" w:type="dxa"/>
            <w:tcMar/>
          </w:tcPr>
          <w:p w:rsidRPr="000B6F7C" w:rsidR="00E2363E" w:rsidP="00E35DB0" w:rsidRDefault="00E2363E" w14:paraId="06BF6880" w14:textId="05ACDF9A">
            <w:r w:rsidR="00E2363E">
              <w:rPr/>
              <w:t>US</w:t>
            </w:r>
            <w:r w:rsidR="3C020717">
              <w:rPr/>
              <w:t>10</w:t>
            </w:r>
          </w:p>
        </w:tc>
        <w:tc>
          <w:tcPr>
            <w:tcW w:w="1502" w:type="dxa"/>
            <w:tcMar/>
          </w:tcPr>
          <w:p w:rsidRPr="000B6F7C" w:rsidR="00E2363E" w:rsidP="00E35DB0" w:rsidRDefault="00E2363E" w14:paraId="7818B117" w14:textId="3292A551">
            <w:r w:rsidR="3C020717">
              <w:rPr/>
              <w:t xml:space="preserve">Training material access  </w:t>
            </w:r>
          </w:p>
        </w:tc>
        <w:tc>
          <w:tcPr>
            <w:tcW w:w="1503" w:type="dxa"/>
            <w:tcMar/>
          </w:tcPr>
          <w:p w:rsidRPr="000B6F7C" w:rsidR="00E2363E" w:rsidP="00E35DB0" w:rsidRDefault="00E2363E" w14:paraId="664EC134" w14:textId="2CBF7C71">
            <w:r w:rsidR="3C020717">
              <w:rPr/>
              <w:t xml:space="preserve">Content upload, learning dashboard  </w:t>
            </w:r>
          </w:p>
        </w:tc>
        <w:tc>
          <w:tcPr>
            <w:tcW w:w="1503" w:type="dxa"/>
            <w:tcMar/>
          </w:tcPr>
          <w:p w:rsidRPr="000B6F7C" w:rsidR="00E2363E" w:rsidP="00E35DB0" w:rsidRDefault="00E2363E" w14:paraId="7656DFD9" w14:textId="1EC78FF8">
            <w:r w:rsidR="3C020717">
              <w:rPr/>
              <w:t xml:space="preserve">Ravi Kumar  </w:t>
            </w:r>
          </w:p>
        </w:tc>
        <w:tc>
          <w:tcPr>
            <w:tcW w:w="1503" w:type="dxa"/>
            <w:tcMar/>
          </w:tcPr>
          <w:p w:rsidRPr="000B6F7C" w:rsidR="00E2363E" w:rsidP="00E35DB0" w:rsidRDefault="00E2363E" w14:paraId="7DD6809D" w14:textId="2CE41D17">
            <w:r w:rsidR="3C020717">
              <w:rPr/>
              <w:t xml:space="preserve">To Do  </w:t>
            </w:r>
          </w:p>
        </w:tc>
        <w:tc>
          <w:tcPr>
            <w:tcW w:w="1503" w:type="dxa"/>
            <w:tcMar/>
          </w:tcPr>
          <w:p w:rsidR="00E2363E" w:rsidP="00E35DB0" w:rsidRDefault="00E2363E" w14:paraId="2910FFBF" w14:textId="15A23130">
            <w:r w:rsidR="3C020717">
              <w:rPr/>
              <w:t xml:space="preserve">4 hrs  </w:t>
            </w:r>
          </w:p>
        </w:tc>
      </w:tr>
      <w:tr w:rsidR="00E2363E" w:rsidTr="5D44C034" w14:paraId="4DD6B2ED" w14:textId="77777777">
        <w:tc>
          <w:tcPr>
            <w:tcW w:w="1502" w:type="dxa"/>
            <w:tcMar/>
          </w:tcPr>
          <w:p w:rsidRPr="000B6F7C" w:rsidR="00E2363E" w:rsidP="5D44C034" w:rsidRDefault="00E2363E" w14:paraId="2A8FC793" w14:textId="34D0B3C9">
            <w:pPr>
              <w:pStyle w:val="Normal"/>
              <w:suppressLineNumbers w:val="0"/>
              <w:bidi w:val="0"/>
              <w:spacing w:before="0" w:beforeAutospacing="off" w:after="0" w:afterAutospacing="off" w:line="240" w:lineRule="auto"/>
              <w:ind w:left="0" w:right="0"/>
              <w:jc w:val="left"/>
            </w:pPr>
            <w:r w:rsidR="3C020717">
              <w:rPr/>
              <w:t>US11</w:t>
            </w:r>
          </w:p>
        </w:tc>
        <w:tc>
          <w:tcPr>
            <w:tcW w:w="1502" w:type="dxa"/>
            <w:tcMar/>
          </w:tcPr>
          <w:p w:rsidRPr="000B6F7C" w:rsidR="00E2363E" w:rsidP="00E35DB0" w:rsidRDefault="00E2363E" w14:paraId="68E81D67" w14:textId="26FD4A29">
            <w:r w:rsidR="3C020717">
              <w:rPr/>
              <w:t xml:space="preserve">Advanced search  </w:t>
            </w:r>
          </w:p>
        </w:tc>
        <w:tc>
          <w:tcPr>
            <w:tcW w:w="1503" w:type="dxa"/>
            <w:tcMar/>
          </w:tcPr>
          <w:p w:rsidRPr="000B6F7C" w:rsidR="00E2363E" w:rsidP="00E35DB0" w:rsidRDefault="00E2363E" w14:paraId="2BBCF1CE" w14:textId="05EB837E">
            <w:r w:rsidR="3C020717">
              <w:rPr/>
              <w:t xml:space="preserve">Search by customer/date/product  </w:t>
            </w:r>
          </w:p>
        </w:tc>
        <w:tc>
          <w:tcPr>
            <w:tcW w:w="1503" w:type="dxa"/>
            <w:tcMar/>
          </w:tcPr>
          <w:p w:rsidRPr="000B6F7C" w:rsidR="00E2363E" w:rsidP="00E35DB0" w:rsidRDefault="00E2363E" w14:paraId="0A952935" w14:textId="2AD8D692">
            <w:r w:rsidR="3C020717">
              <w:rPr/>
              <w:t xml:space="preserve">Arjun Mehta  </w:t>
            </w:r>
          </w:p>
        </w:tc>
        <w:tc>
          <w:tcPr>
            <w:tcW w:w="1503" w:type="dxa"/>
            <w:tcMar/>
          </w:tcPr>
          <w:p w:rsidRPr="000B6F7C" w:rsidR="00E2363E" w:rsidP="00E35DB0" w:rsidRDefault="00E2363E" w14:paraId="175A80AB" w14:textId="5B76836E">
            <w:r w:rsidR="3C020717">
              <w:rPr/>
              <w:t xml:space="preserve">In Progress  </w:t>
            </w:r>
          </w:p>
        </w:tc>
        <w:tc>
          <w:tcPr>
            <w:tcW w:w="1503" w:type="dxa"/>
            <w:tcMar/>
          </w:tcPr>
          <w:p w:rsidRPr="000B6F7C" w:rsidR="00E2363E" w:rsidP="00E35DB0" w:rsidRDefault="00E2363E" w14:paraId="0606CC42" w14:textId="17E75ED4">
            <w:r w:rsidR="3C020717">
              <w:rPr/>
              <w:t xml:space="preserve">10 hrs  </w:t>
            </w:r>
          </w:p>
        </w:tc>
      </w:tr>
      <w:tr w:rsidR="00E2363E" w:rsidTr="5D44C034" w14:paraId="3E7FF776" w14:textId="77777777">
        <w:tc>
          <w:tcPr>
            <w:tcW w:w="1502" w:type="dxa"/>
            <w:tcMar/>
          </w:tcPr>
          <w:p w:rsidRPr="000B6F7C" w:rsidR="00E2363E" w:rsidP="5D44C034" w:rsidRDefault="00E2363E" w14:paraId="409B1BB8" w14:textId="4941BF37">
            <w:pPr>
              <w:pStyle w:val="Normal"/>
              <w:suppressLineNumbers w:val="0"/>
              <w:bidi w:val="0"/>
              <w:spacing w:before="0" w:beforeAutospacing="off" w:after="0" w:afterAutospacing="off" w:line="240" w:lineRule="auto"/>
              <w:ind w:left="0" w:right="0"/>
              <w:jc w:val="left"/>
            </w:pPr>
            <w:r w:rsidR="3C020717">
              <w:rPr/>
              <w:t>US12</w:t>
            </w:r>
          </w:p>
        </w:tc>
        <w:tc>
          <w:tcPr>
            <w:tcW w:w="1502" w:type="dxa"/>
            <w:tcMar/>
          </w:tcPr>
          <w:p w:rsidRPr="000B6F7C" w:rsidR="00E2363E" w:rsidP="00E35DB0" w:rsidRDefault="00E2363E" w14:paraId="198331B8" w14:textId="7129FA9D">
            <w:r w:rsidR="3C020717">
              <w:rPr/>
              <w:t xml:space="preserve">Support chat  </w:t>
            </w:r>
          </w:p>
        </w:tc>
        <w:tc>
          <w:tcPr>
            <w:tcW w:w="1503" w:type="dxa"/>
            <w:tcMar/>
          </w:tcPr>
          <w:p w:rsidRPr="000B6F7C" w:rsidR="00E2363E" w:rsidP="00E35DB0" w:rsidRDefault="00E2363E" w14:paraId="59172B72" w14:textId="13E137E8">
            <w:r w:rsidR="3C020717">
              <w:rPr/>
              <w:t xml:space="preserve">Chat UI, chatbot integration  </w:t>
            </w:r>
          </w:p>
        </w:tc>
        <w:tc>
          <w:tcPr>
            <w:tcW w:w="1503" w:type="dxa"/>
            <w:tcMar/>
          </w:tcPr>
          <w:p w:rsidRPr="000B6F7C" w:rsidR="00E2363E" w:rsidP="00E35DB0" w:rsidRDefault="00E2363E" w14:paraId="68EA98D1" w14:textId="50423F5A">
            <w:r w:rsidR="3C020717">
              <w:rPr/>
              <w:t xml:space="preserve">Vikram Patel  </w:t>
            </w:r>
          </w:p>
        </w:tc>
        <w:tc>
          <w:tcPr>
            <w:tcW w:w="1503" w:type="dxa"/>
            <w:tcMar/>
          </w:tcPr>
          <w:p w:rsidRPr="000B6F7C" w:rsidR="00E2363E" w:rsidP="00E35DB0" w:rsidRDefault="00E2363E" w14:paraId="0AF5730E" w14:textId="495E0D81">
            <w:r w:rsidR="3C020717">
              <w:rPr/>
              <w:t xml:space="preserve">Done  </w:t>
            </w:r>
          </w:p>
        </w:tc>
        <w:tc>
          <w:tcPr>
            <w:tcW w:w="1503" w:type="dxa"/>
            <w:tcMar/>
          </w:tcPr>
          <w:p w:rsidRPr="000B6F7C" w:rsidR="00E2363E" w:rsidP="00E35DB0" w:rsidRDefault="00E2363E" w14:paraId="054B8D7F" w14:textId="439C2070">
            <w:r w:rsidR="3C020717">
              <w:rPr/>
              <w:t xml:space="preserve">10 hrs  </w:t>
            </w:r>
          </w:p>
        </w:tc>
      </w:tr>
    </w:tbl>
    <w:p w:rsidR="5D44C034" w:rsidRDefault="5D44C034" w14:paraId="116001CA" w14:textId="75B89846"/>
    <w:p w:rsidR="00E2363E" w:rsidP="00E2363E" w:rsidRDefault="00E2363E" w14:paraId="6EE8325F" w14:textId="77777777"/>
    <w:p w:rsidR="00E2363E" w:rsidP="00E2363E" w:rsidRDefault="00E2363E" w14:paraId="40EDCEFA" w14:textId="4A91D6DA">
      <w:pPr>
        <w:pStyle w:val="Heading2"/>
      </w:pPr>
      <w:r>
        <w:t>Sprint 5</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A12138" w:rsidTr="5D44C034" w14:paraId="1DB96835" w14:textId="77777777">
        <w:tc>
          <w:tcPr>
            <w:tcW w:w="1502" w:type="dxa"/>
            <w:tcMar/>
          </w:tcPr>
          <w:p w:rsidRPr="000B6F7C" w:rsidR="00A12138" w:rsidP="00E35DB0" w:rsidRDefault="00A12138" w14:paraId="63EE8D1F" w14:textId="77777777">
            <w:pPr>
              <w:rPr>
                <w:b/>
                <w:bCs/>
                <w:i/>
                <w:iCs/>
              </w:rPr>
            </w:pPr>
            <w:r w:rsidRPr="000B6F7C">
              <w:rPr>
                <w:b/>
                <w:bCs/>
                <w:i/>
                <w:iCs/>
              </w:rPr>
              <w:t>User Story ID</w:t>
            </w:r>
          </w:p>
        </w:tc>
        <w:tc>
          <w:tcPr>
            <w:tcW w:w="1502" w:type="dxa"/>
            <w:tcMar/>
          </w:tcPr>
          <w:p w:rsidRPr="000B6F7C" w:rsidR="00A12138" w:rsidP="00E35DB0" w:rsidRDefault="00A12138" w14:paraId="51A8C669" w14:textId="77777777">
            <w:pPr>
              <w:rPr>
                <w:b/>
                <w:bCs/>
                <w:i/>
                <w:iCs/>
              </w:rPr>
            </w:pPr>
            <w:r w:rsidRPr="000B6F7C">
              <w:rPr>
                <w:b/>
                <w:bCs/>
                <w:i/>
                <w:iCs/>
              </w:rPr>
              <w:t>User Story</w:t>
            </w:r>
          </w:p>
        </w:tc>
        <w:tc>
          <w:tcPr>
            <w:tcW w:w="1503" w:type="dxa"/>
            <w:tcMar/>
          </w:tcPr>
          <w:p w:rsidRPr="000B6F7C" w:rsidR="00A12138" w:rsidP="00E35DB0" w:rsidRDefault="00A12138" w14:paraId="52D0966A" w14:textId="77777777">
            <w:pPr>
              <w:rPr>
                <w:b/>
                <w:bCs/>
                <w:i/>
                <w:iCs/>
              </w:rPr>
            </w:pPr>
            <w:r w:rsidRPr="000B6F7C">
              <w:rPr>
                <w:b/>
                <w:bCs/>
                <w:i/>
                <w:iCs/>
              </w:rPr>
              <w:t>Tasks</w:t>
            </w:r>
          </w:p>
        </w:tc>
        <w:tc>
          <w:tcPr>
            <w:tcW w:w="1503" w:type="dxa"/>
            <w:tcMar/>
          </w:tcPr>
          <w:p w:rsidRPr="000B6F7C" w:rsidR="00A12138" w:rsidP="00E35DB0" w:rsidRDefault="00A12138" w14:paraId="27274C68" w14:textId="77777777">
            <w:pPr>
              <w:rPr>
                <w:b/>
                <w:bCs/>
                <w:i/>
                <w:iCs/>
              </w:rPr>
            </w:pPr>
            <w:r w:rsidRPr="000B6F7C">
              <w:rPr>
                <w:b/>
                <w:bCs/>
                <w:i/>
                <w:iCs/>
              </w:rPr>
              <w:t>Owner</w:t>
            </w:r>
          </w:p>
        </w:tc>
        <w:tc>
          <w:tcPr>
            <w:tcW w:w="1503" w:type="dxa"/>
            <w:tcMar/>
          </w:tcPr>
          <w:p w:rsidRPr="000B6F7C" w:rsidR="00A12138" w:rsidP="00E35DB0" w:rsidRDefault="00A12138" w14:paraId="29AAFAD7" w14:textId="77777777">
            <w:pPr>
              <w:rPr>
                <w:b/>
                <w:bCs/>
                <w:i/>
                <w:iCs/>
              </w:rPr>
            </w:pPr>
            <w:r w:rsidRPr="000B6F7C">
              <w:rPr>
                <w:b/>
                <w:bCs/>
                <w:i/>
                <w:iCs/>
              </w:rPr>
              <w:t>Status</w:t>
            </w:r>
          </w:p>
        </w:tc>
        <w:tc>
          <w:tcPr>
            <w:tcW w:w="1503" w:type="dxa"/>
            <w:tcMar/>
          </w:tcPr>
          <w:p w:rsidRPr="000B6F7C" w:rsidR="00A12138" w:rsidP="00E35DB0" w:rsidRDefault="00A12138" w14:paraId="1F65C168" w14:textId="77777777">
            <w:pPr>
              <w:rPr>
                <w:b/>
                <w:bCs/>
                <w:i/>
                <w:iCs/>
              </w:rPr>
            </w:pPr>
            <w:r w:rsidRPr="000B6F7C">
              <w:rPr>
                <w:b/>
                <w:bCs/>
                <w:i/>
                <w:iCs/>
              </w:rPr>
              <w:t>Estimated Effort</w:t>
            </w:r>
          </w:p>
        </w:tc>
      </w:tr>
      <w:tr w:rsidR="00A12138" w:rsidTr="5D44C034" w14:paraId="367929F9" w14:textId="77777777">
        <w:tc>
          <w:tcPr>
            <w:tcW w:w="1502" w:type="dxa"/>
            <w:tcMar/>
          </w:tcPr>
          <w:p w:rsidRPr="000B6F7C" w:rsidR="00A12138" w:rsidP="00E35DB0" w:rsidRDefault="00A12138" w14:paraId="6CDF8049" w14:textId="240F3874">
            <w:r w:rsidR="00A12138">
              <w:rPr/>
              <w:t>US</w:t>
            </w:r>
            <w:r w:rsidR="188D6DE0">
              <w:rPr/>
              <w:t>13</w:t>
            </w:r>
          </w:p>
        </w:tc>
        <w:tc>
          <w:tcPr>
            <w:tcW w:w="1502" w:type="dxa"/>
            <w:tcMar/>
          </w:tcPr>
          <w:p w:rsidRPr="000B6F7C" w:rsidR="00A12138" w:rsidP="00E35DB0" w:rsidRDefault="00A12138" w14:paraId="554951DA" w14:textId="07C538C8">
            <w:r w:rsidR="188D6DE0">
              <w:rPr/>
              <w:t xml:space="preserve">Expense trend analysis  </w:t>
            </w:r>
          </w:p>
        </w:tc>
        <w:tc>
          <w:tcPr>
            <w:tcW w:w="1503" w:type="dxa"/>
            <w:tcMar/>
          </w:tcPr>
          <w:p w:rsidRPr="000B6F7C" w:rsidR="00A12138" w:rsidP="00E35DB0" w:rsidRDefault="00A12138" w14:paraId="78D5F03C" w14:textId="6227A046">
            <w:r w:rsidR="188D6DE0">
              <w:rPr/>
              <w:t xml:space="preserve">Analytics dashboard, reports  </w:t>
            </w:r>
          </w:p>
        </w:tc>
        <w:tc>
          <w:tcPr>
            <w:tcW w:w="1503" w:type="dxa"/>
            <w:tcMar/>
          </w:tcPr>
          <w:p w:rsidRPr="000B6F7C" w:rsidR="00A12138" w:rsidP="00E35DB0" w:rsidRDefault="00A12138" w14:paraId="426E180C" w14:textId="5C3B46D2">
            <w:r w:rsidR="188D6DE0">
              <w:rPr/>
              <w:t xml:space="preserve">Ravi Kumar  </w:t>
            </w:r>
          </w:p>
        </w:tc>
        <w:tc>
          <w:tcPr>
            <w:tcW w:w="1503" w:type="dxa"/>
            <w:tcMar/>
          </w:tcPr>
          <w:p w:rsidRPr="000B6F7C" w:rsidR="00A12138" w:rsidP="00E35DB0" w:rsidRDefault="00A12138" w14:paraId="149D4DB8" w14:textId="2EF09A67">
            <w:r w:rsidR="188D6DE0">
              <w:rPr/>
              <w:t xml:space="preserve">To Do  </w:t>
            </w:r>
          </w:p>
        </w:tc>
        <w:tc>
          <w:tcPr>
            <w:tcW w:w="1503" w:type="dxa"/>
            <w:tcMar/>
          </w:tcPr>
          <w:p w:rsidR="00A12138" w:rsidP="00E35DB0" w:rsidRDefault="00A12138" w14:paraId="71BB38A6" w14:textId="14F31F63">
            <w:r w:rsidR="188D6DE0">
              <w:rPr/>
              <w:t xml:space="preserve">16 hrs  </w:t>
            </w:r>
          </w:p>
        </w:tc>
      </w:tr>
      <w:tr w:rsidR="00A12138" w:rsidTr="5D44C034" w14:paraId="6685A324" w14:textId="77777777">
        <w:tc>
          <w:tcPr>
            <w:tcW w:w="1502" w:type="dxa"/>
            <w:tcMar/>
          </w:tcPr>
          <w:p w:rsidRPr="000B6F7C" w:rsidR="00A12138" w:rsidP="00E35DB0" w:rsidRDefault="00A12138" w14:paraId="614BFE10" w14:textId="3FF9DD45">
            <w:r w:rsidR="00A12138">
              <w:rPr/>
              <w:t>US</w:t>
            </w:r>
            <w:r w:rsidR="05C233CD">
              <w:rPr/>
              <w:t>14</w:t>
            </w:r>
          </w:p>
        </w:tc>
        <w:tc>
          <w:tcPr>
            <w:tcW w:w="1502" w:type="dxa"/>
            <w:tcMar/>
          </w:tcPr>
          <w:p w:rsidRPr="000B6F7C" w:rsidR="00A12138" w:rsidP="00E35DB0" w:rsidRDefault="00A12138" w14:paraId="3B5E8607" w14:textId="3CAC9710">
            <w:r w:rsidR="05C233CD">
              <w:rPr/>
              <w:t xml:space="preserve">Digital approvals  </w:t>
            </w:r>
          </w:p>
        </w:tc>
        <w:tc>
          <w:tcPr>
            <w:tcW w:w="1503" w:type="dxa"/>
            <w:tcMar/>
          </w:tcPr>
          <w:p w:rsidRPr="000B6F7C" w:rsidR="00A12138" w:rsidP="00E35DB0" w:rsidRDefault="00A12138" w14:paraId="344888B2" w14:textId="104D4A25">
            <w:r w:rsidR="05C233CD">
              <w:rPr/>
              <w:t xml:space="preserve">E-signature, approval logs  </w:t>
            </w:r>
          </w:p>
        </w:tc>
        <w:tc>
          <w:tcPr>
            <w:tcW w:w="1503" w:type="dxa"/>
            <w:tcMar/>
          </w:tcPr>
          <w:p w:rsidRPr="000B6F7C" w:rsidR="00A12138" w:rsidP="00E35DB0" w:rsidRDefault="00A12138" w14:paraId="5DB0D972" w14:textId="025EF67A">
            <w:r w:rsidR="05C233CD">
              <w:rPr/>
              <w:t xml:space="preserve">Arjun Mehta  </w:t>
            </w:r>
          </w:p>
        </w:tc>
        <w:tc>
          <w:tcPr>
            <w:tcW w:w="1503" w:type="dxa"/>
            <w:tcMar/>
          </w:tcPr>
          <w:p w:rsidRPr="000B6F7C" w:rsidR="00A12138" w:rsidP="00E35DB0" w:rsidRDefault="00A12138" w14:paraId="6492E0E0" w14:textId="5EE6A155">
            <w:r w:rsidR="05C233CD">
              <w:rPr/>
              <w:t xml:space="preserve">In Progress  </w:t>
            </w:r>
          </w:p>
        </w:tc>
        <w:tc>
          <w:tcPr>
            <w:tcW w:w="1503" w:type="dxa"/>
            <w:tcMar/>
          </w:tcPr>
          <w:p w:rsidRPr="000B6F7C" w:rsidR="00A12138" w:rsidP="00E35DB0" w:rsidRDefault="00A12138" w14:paraId="71C9D1E1" w14:textId="7674C172">
            <w:r w:rsidR="05C233CD">
              <w:rPr/>
              <w:t xml:space="preserve">6 hrs  </w:t>
            </w:r>
          </w:p>
        </w:tc>
      </w:tr>
      <w:tr w:rsidR="00A12138" w:rsidTr="5D44C034" w14:paraId="0735EE75" w14:textId="77777777">
        <w:tc>
          <w:tcPr>
            <w:tcW w:w="1502" w:type="dxa"/>
            <w:tcMar/>
          </w:tcPr>
          <w:p w:rsidRPr="000B6F7C" w:rsidR="00A12138" w:rsidP="00E35DB0" w:rsidRDefault="00A12138" w14:paraId="2FD08667" w14:textId="5587518F">
            <w:r w:rsidR="00A12138">
              <w:rPr/>
              <w:t>US1</w:t>
            </w:r>
            <w:r w:rsidR="7B9B53C5">
              <w:rPr/>
              <w:t>5</w:t>
            </w:r>
          </w:p>
        </w:tc>
        <w:tc>
          <w:tcPr>
            <w:tcW w:w="1502" w:type="dxa"/>
            <w:tcMar/>
          </w:tcPr>
          <w:p w:rsidRPr="000B6F7C" w:rsidR="00A12138" w:rsidP="00E35DB0" w:rsidRDefault="00A12138" w14:paraId="6DC0ED97" w14:textId="047CF870">
            <w:r w:rsidR="7B9B53C5">
              <w:rPr/>
              <w:t xml:space="preserve">Meeting reminders  </w:t>
            </w:r>
          </w:p>
        </w:tc>
        <w:tc>
          <w:tcPr>
            <w:tcW w:w="1503" w:type="dxa"/>
            <w:tcMar/>
          </w:tcPr>
          <w:p w:rsidRPr="000B6F7C" w:rsidR="00A12138" w:rsidP="00E35DB0" w:rsidRDefault="00A12138" w14:paraId="1D67A155" w14:textId="120DF682">
            <w:r w:rsidR="7B9B53C5">
              <w:rPr/>
              <w:t xml:space="preserve">Calendar integration, alerts  </w:t>
            </w:r>
          </w:p>
        </w:tc>
        <w:tc>
          <w:tcPr>
            <w:tcW w:w="1503" w:type="dxa"/>
            <w:tcMar/>
          </w:tcPr>
          <w:p w:rsidRPr="000B6F7C" w:rsidR="00A12138" w:rsidP="00E35DB0" w:rsidRDefault="00A12138" w14:paraId="2BA50DE0" w14:textId="0D6DD8CD">
            <w:r w:rsidR="7B9B53C5">
              <w:rPr/>
              <w:t xml:space="preserve">Vikram Patel  </w:t>
            </w:r>
          </w:p>
        </w:tc>
        <w:tc>
          <w:tcPr>
            <w:tcW w:w="1503" w:type="dxa"/>
            <w:tcMar/>
          </w:tcPr>
          <w:p w:rsidRPr="000B6F7C" w:rsidR="00A12138" w:rsidP="00E35DB0" w:rsidRDefault="00A12138" w14:paraId="7612159A" w14:textId="3D8EF3D2">
            <w:r w:rsidR="7B9B53C5">
              <w:rPr/>
              <w:t xml:space="preserve">Done  </w:t>
            </w:r>
          </w:p>
        </w:tc>
        <w:tc>
          <w:tcPr>
            <w:tcW w:w="1503" w:type="dxa"/>
            <w:tcMar/>
          </w:tcPr>
          <w:p w:rsidRPr="000B6F7C" w:rsidR="00A12138" w:rsidP="00E35DB0" w:rsidRDefault="00A12138" w14:paraId="2ED39CDF" w14:textId="3DBD5251">
            <w:r w:rsidR="7B9B53C5">
              <w:rPr/>
              <w:t xml:space="preserve">6 hrs  </w:t>
            </w:r>
          </w:p>
        </w:tc>
      </w:tr>
    </w:tbl>
    <w:p w:rsidR="5D44C034" w:rsidRDefault="5D44C034" w14:paraId="04D3EC75" w14:textId="39F3A464"/>
    <w:p w:rsidR="00E2363E" w:rsidP="00E2363E" w:rsidRDefault="00E2363E" w14:paraId="1C843113" w14:textId="77777777"/>
    <w:p w:rsidR="00A12138" w:rsidP="00A12138" w:rsidRDefault="00A12138" w14:paraId="4ACF7596" w14:textId="23D641E7">
      <w:pPr>
        <w:pStyle w:val="Heading2"/>
      </w:pPr>
      <w:r>
        <w:t>Sprint 6</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A12138" w:rsidTr="5D44C034" w14:paraId="060B90E4" w14:textId="77777777">
        <w:tc>
          <w:tcPr>
            <w:tcW w:w="1502" w:type="dxa"/>
            <w:tcMar/>
          </w:tcPr>
          <w:p w:rsidRPr="000B6F7C" w:rsidR="00A12138" w:rsidP="00E35DB0" w:rsidRDefault="00A12138" w14:paraId="331DA4CA" w14:textId="77777777">
            <w:pPr>
              <w:rPr>
                <w:b/>
                <w:bCs/>
                <w:i/>
                <w:iCs/>
              </w:rPr>
            </w:pPr>
            <w:r w:rsidRPr="000B6F7C">
              <w:rPr>
                <w:b/>
                <w:bCs/>
                <w:i/>
                <w:iCs/>
              </w:rPr>
              <w:t>User Story ID</w:t>
            </w:r>
          </w:p>
        </w:tc>
        <w:tc>
          <w:tcPr>
            <w:tcW w:w="1502" w:type="dxa"/>
            <w:tcMar/>
          </w:tcPr>
          <w:p w:rsidRPr="000B6F7C" w:rsidR="00A12138" w:rsidP="00E35DB0" w:rsidRDefault="00A12138" w14:paraId="1347BA58" w14:textId="77777777">
            <w:pPr>
              <w:rPr>
                <w:b/>
                <w:bCs/>
                <w:i/>
                <w:iCs/>
              </w:rPr>
            </w:pPr>
            <w:r w:rsidRPr="000B6F7C">
              <w:rPr>
                <w:b/>
                <w:bCs/>
                <w:i/>
                <w:iCs/>
              </w:rPr>
              <w:t>User Story</w:t>
            </w:r>
          </w:p>
        </w:tc>
        <w:tc>
          <w:tcPr>
            <w:tcW w:w="1503" w:type="dxa"/>
            <w:tcMar/>
          </w:tcPr>
          <w:p w:rsidRPr="000B6F7C" w:rsidR="00A12138" w:rsidP="00E35DB0" w:rsidRDefault="00A12138" w14:paraId="41C47718" w14:textId="77777777">
            <w:pPr>
              <w:rPr>
                <w:b/>
                <w:bCs/>
                <w:i/>
                <w:iCs/>
              </w:rPr>
            </w:pPr>
            <w:r w:rsidRPr="000B6F7C">
              <w:rPr>
                <w:b/>
                <w:bCs/>
                <w:i/>
                <w:iCs/>
              </w:rPr>
              <w:t>Tasks</w:t>
            </w:r>
          </w:p>
        </w:tc>
        <w:tc>
          <w:tcPr>
            <w:tcW w:w="1503" w:type="dxa"/>
            <w:tcMar/>
          </w:tcPr>
          <w:p w:rsidRPr="000B6F7C" w:rsidR="00A12138" w:rsidP="00E35DB0" w:rsidRDefault="00A12138" w14:paraId="2919A53E" w14:textId="77777777">
            <w:pPr>
              <w:rPr>
                <w:b/>
                <w:bCs/>
                <w:i/>
                <w:iCs/>
              </w:rPr>
            </w:pPr>
            <w:r w:rsidRPr="000B6F7C">
              <w:rPr>
                <w:b/>
                <w:bCs/>
                <w:i/>
                <w:iCs/>
              </w:rPr>
              <w:t>Owner</w:t>
            </w:r>
          </w:p>
        </w:tc>
        <w:tc>
          <w:tcPr>
            <w:tcW w:w="1503" w:type="dxa"/>
            <w:tcMar/>
          </w:tcPr>
          <w:p w:rsidRPr="000B6F7C" w:rsidR="00A12138" w:rsidP="00E35DB0" w:rsidRDefault="00A12138" w14:paraId="57E506FA" w14:textId="77777777">
            <w:pPr>
              <w:rPr>
                <w:b/>
                <w:bCs/>
                <w:i/>
                <w:iCs/>
              </w:rPr>
            </w:pPr>
            <w:r w:rsidRPr="000B6F7C">
              <w:rPr>
                <w:b/>
                <w:bCs/>
                <w:i/>
                <w:iCs/>
              </w:rPr>
              <w:t>Status</w:t>
            </w:r>
          </w:p>
        </w:tc>
        <w:tc>
          <w:tcPr>
            <w:tcW w:w="1503" w:type="dxa"/>
            <w:tcMar/>
          </w:tcPr>
          <w:p w:rsidRPr="000B6F7C" w:rsidR="00A12138" w:rsidP="00E35DB0" w:rsidRDefault="00A12138" w14:paraId="08497B4B" w14:textId="77777777">
            <w:pPr>
              <w:rPr>
                <w:b/>
                <w:bCs/>
                <w:i/>
                <w:iCs/>
              </w:rPr>
            </w:pPr>
            <w:r w:rsidRPr="000B6F7C">
              <w:rPr>
                <w:b/>
                <w:bCs/>
                <w:i/>
                <w:iCs/>
              </w:rPr>
              <w:t>Estimated Effort</w:t>
            </w:r>
          </w:p>
        </w:tc>
      </w:tr>
      <w:tr w:rsidR="00A12138" w:rsidTr="5D44C034" w14:paraId="5E8E9FCE" w14:textId="77777777">
        <w:tc>
          <w:tcPr>
            <w:tcW w:w="1502" w:type="dxa"/>
            <w:tcMar/>
          </w:tcPr>
          <w:p w:rsidRPr="000B6F7C" w:rsidR="00A12138" w:rsidP="00E35DB0" w:rsidRDefault="00A12138" w14:paraId="04C2277D" w14:textId="1D6D4F93">
            <w:r w:rsidR="00A12138">
              <w:rPr/>
              <w:t>US1</w:t>
            </w:r>
            <w:r w:rsidR="7F9E27BD">
              <w:rPr/>
              <w:t>6</w:t>
            </w:r>
          </w:p>
        </w:tc>
        <w:tc>
          <w:tcPr>
            <w:tcW w:w="1502" w:type="dxa"/>
            <w:tcMar/>
          </w:tcPr>
          <w:p w:rsidRPr="000B6F7C" w:rsidR="00A12138" w:rsidP="00E35DB0" w:rsidRDefault="00A12138" w14:paraId="2771A3C7" w14:textId="71FF9438">
            <w:r w:rsidR="7F9E27BD">
              <w:rPr/>
              <w:t xml:space="preserve">Performance reviews tracking  </w:t>
            </w:r>
          </w:p>
        </w:tc>
        <w:tc>
          <w:tcPr>
            <w:tcW w:w="1503" w:type="dxa"/>
            <w:tcMar/>
          </w:tcPr>
          <w:p w:rsidRPr="000B6F7C" w:rsidR="00A12138" w:rsidP="00E35DB0" w:rsidRDefault="00A12138" w14:paraId="4DA4DA11" w14:textId="209503DD">
            <w:r w:rsidR="7F9E27BD">
              <w:rPr/>
              <w:t xml:space="preserve">Review form, dashboard  </w:t>
            </w:r>
          </w:p>
        </w:tc>
        <w:tc>
          <w:tcPr>
            <w:tcW w:w="1503" w:type="dxa"/>
            <w:tcMar/>
          </w:tcPr>
          <w:p w:rsidRPr="000B6F7C" w:rsidR="00A12138" w:rsidP="00E35DB0" w:rsidRDefault="00A12138" w14:paraId="484E90AC" w14:textId="46F21A64">
            <w:r w:rsidR="7F9E27BD">
              <w:rPr/>
              <w:t xml:space="preserve">Ravi Kumar  </w:t>
            </w:r>
          </w:p>
        </w:tc>
        <w:tc>
          <w:tcPr>
            <w:tcW w:w="1503" w:type="dxa"/>
            <w:tcMar/>
          </w:tcPr>
          <w:p w:rsidRPr="000B6F7C" w:rsidR="00A12138" w:rsidP="00E35DB0" w:rsidRDefault="00A12138" w14:paraId="0910EFCD" w14:textId="401688E6">
            <w:r w:rsidR="7F9E27BD">
              <w:rPr/>
              <w:t xml:space="preserve">To Do  </w:t>
            </w:r>
          </w:p>
        </w:tc>
        <w:tc>
          <w:tcPr>
            <w:tcW w:w="1503" w:type="dxa"/>
            <w:tcMar/>
          </w:tcPr>
          <w:p w:rsidR="00A12138" w:rsidP="00E35DB0" w:rsidRDefault="00A12138" w14:paraId="69CC52BA" w14:textId="3D206653">
            <w:r w:rsidR="7F9E27BD">
              <w:rPr/>
              <w:t xml:space="preserve">10 hrs  </w:t>
            </w:r>
          </w:p>
        </w:tc>
      </w:tr>
      <w:tr w:rsidR="00A12138" w:rsidTr="5D44C034" w14:paraId="3BE63DBF" w14:textId="77777777">
        <w:tc>
          <w:tcPr>
            <w:tcW w:w="1502" w:type="dxa"/>
            <w:tcMar/>
          </w:tcPr>
          <w:p w:rsidRPr="000B6F7C" w:rsidR="00A12138" w:rsidP="00E35DB0" w:rsidRDefault="00A12138" w14:paraId="209593CE" w14:textId="5899792C">
            <w:r w:rsidR="00A12138">
              <w:rPr/>
              <w:t>US1</w:t>
            </w:r>
            <w:r w:rsidR="321854E3">
              <w:rPr/>
              <w:t>7</w:t>
            </w:r>
          </w:p>
        </w:tc>
        <w:tc>
          <w:tcPr>
            <w:tcW w:w="1502" w:type="dxa"/>
            <w:tcMar/>
          </w:tcPr>
          <w:p w:rsidRPr="000B6F7C" w:rsidR="00A12138" w:rsidP="00E35DB0" w:rsidRDefault="00A12138" w14:paraId="255403E1" w14:textId="75DB46A0">
            <w:r w:rsidR="321854E3">
              <w:rPr/>
              <w:t xml:space="preserve">Multilingual support  </w:t>
            </w:r>
          </w:p>
        </w:tc>
        <w:tc>
          <w:tcPr>
            <w:tcW w:w="1503" w:type="dxa"/>
            <w:tcMar/>
          </w:tcPr>
          <w:p w:rsidRPr="000B6F7C" w:rsidR="00A12138" w:rsidP="00E35DB0" w:rsidRDefault="00A12138" w14:paraId="23259180" w14:textId="5D7523A8">
            <w:r w:rsidR="321854E3">
              <w:rPr/>
              <w:t xml:space="preserve">Language packs, translation API  </w:t>
            </w:r>
          </w:p>
        </w:tc>
        <w:tc>
          <w:tcPr>
            <w:tcW w:w="1503" w:type="dxa"/>
            <w:tcMar/>
          </w:tcPr>
          <w:p w:rsidRPr="000B6F7C" w:rsidR="00A12138" w:rsidP="00E35DB0" w:rsidRDefault="00A12138" w14:paraId="734BAF44" w14:textId="1D74182C">
            <w:r w:rsidR="321854E3">
              <w:rPr/>
              <w:t xml:space="preserve">Arjun Mehta  </w:t>
            </w:r>
          </w:p>
        </w:tc>
        <w:tc>
          <w:tcPr>
            <w:tcW w:w="1503" w:type="dxa"/>
            <w:tcMar/>
          </w:tcPr>
          <w:p w:rsidRPr="000B6F7C" w:rsidR="00A12138" w:rsidP="00E35DB0" w:rsidRDefault="00A12138" w14:paraId="398FC6C1" w14:textId="63AC416A">
            <w:r w:rsidR="321854E3">
              <w:rPr/>
              <w:t xml:space="preserve">In Progress  </w:t>
            </w:r>
          </w:p>
        </w:tc>
        <w:tc>
          <w:tcPr>
            <w:tcW w:w="1503" w:type="dxa"/>
            <w:tcMar/>
          </w:tcPr>
          <w:p w:rsidRPr="000B6F7C" w:rsidR="00A12138" w:rsidP="00E35DB0" w:rsidRDefault="00A12138" w14:paraId="5BC8A81D" w14:textId="140D7C17">
            <w:r w:rsidR="321854E3">
              <w:rPr/>
              <w:t xml:space="preserve">16 hrs  </w:t>
            </w:r>
          </w:p>
        </w:tc>
      </w:tr>
      <w:tr w:rsidR="00A12138" w:rsidTr="5D44C034" w14:paraId="1197FCD3" w14:textId="77777777">
        <w:tc>
          <w:tcPr>
            <w:tcW w:w="1502" w:type="dxa"/>
            <w:tcMar/>
          </w:tcPr>
          <w:p w:rsidRPr="000B6F7C" w:rsidR="00A12138" w:rsidP="00E35DB0" w:rsidRDefault="00A12138" w14:paraId="0ADBA0BB" w14:textId="18B9CC66">
            <w:r w:rsidR="00A12138">
              <w:rPr/>
              <w:t>US1</w:t>
            </w:r>
            <w:r w:rsidR="471038B9">
              <w:rPr/>
              <w:t>8</w:t>
            </w:r>
          </w:p>
        </w:tc>
        <w:tc>
          <w:tcPr>
            <w:tcW w:w="1502" w:type="dxa"/>
            <w:tcMar/>
          </w:tcPr>
          <w:p w:rsidRPr="000B6F7C" w:rsidR="00A12138" w:rsidP="00E35DB0" w:rsidRDefault="00A12138" w14:paraId="26B1DF55" w14:textId="155AE182">
            <w:r w:rsidR="471038B9">
              <w:rPr/>
              <w:t xml:space="preserve">Product catalogue with images  </w:t>
            </w:r>
          </w:p>
        </w:tc>
        <w:tc>
          <w:tcPr>
            <w:tcW w:w="1503" w:type="dxa"/>
            <w:tcMar/>
          </w:tcPr>
          <w:p w:rsidRPr="000B6F7C" w:rsidR="00A12138" w:rsidP="00E35DB0" w:rsidRDefault="00A12138" w14:paraId="10D1789A" w14:textId="041FFCB3">
            <w:r w:rsidR="471038B9">
              <w:rPr/>
              <w:t xml:space="preserve">Catalogue UI, product API  </w:t>
            </w:r>
          </w:p>
        </w:tc>
        <w:tc>
          <w:tcPr>
            <w:tcW w:w="1503" w:type="dxa"/>
            <w:tcMar/>
          </w:tcPr>
          <w:p w:rsidRPr="000B6F7C" w:rsidR="00A12138" w:rsidP="00E35DB0" w:rsidRDefault="00A12138" w14:paraId="4F0C72AD" w14:textId="7301BF57">
            <w:r w:rsidR="471038B9">
              <w:rPr/>
              <w:t xml:space="preserve">Vikram Patel  </w:t>
            </w:r>
          </w:p>
        </w:tc>
        <w:tc>
          <w:tcPr>
            <w:tcW w:w="1503" w:type="dxa"/>
            <w:tcMar/>
          </w:tcPr>
          <w:p w:rsidRPr="000B6F7C" w:rsidR="00A12138" w:rsidP="00E35DB0" w:rsidRDefault="00A12138" w14:paraId="2B9842AC" w14:textId="020EE39E">
            <w:r w:rsidR="471038B9">
              <w:rPr/>
              <w:t xml:space="preserve">Done  </w:t>
            </w:r>
          </w:p>
        </w:tc>
        <w:tc>
          <w:tcPr>
            <w:tcW w:w="1503" w:type="dxa"/>
            <w:tcMar/>
          </w:tcPr>
          <w:p w:rsidRPr="000B6F7C" w:rsidR="00A12138" w:rsidP="00E35DB0" w:rsidRDefault="00A12138" w14:paraId="0B428293" w14:textId="2273B87D">
            <w:r w:rsidR="471038B9">
              <w:rPr/>
              <w:t xml:space="preserve">10 hrs  </w:t>
            </w:r>
          </w:p>
        </w:tc>
      </w:tr>
    </w:tbl>
    <w:p w:rsidR="5D44C034" w:rsidRDefault="5D44C034" w14:paraId="12955136" w14:textId="4AC6CDB4"/>
    <w:p w:rsidR="00A12138" w:rsidP="00A12138" w:rsidRDefault="00A12138" w14:paraId="5165EBEA" w14:textId="77777777"/>
    <w:p w:rsidR="00A12138" w:rsidP="00A12138" w:rsidRDefault="00A12138" w14:paraId="4C1FDD03" w14:textId="68636F7C">
      <w:pPr>
        <w:pStyle w:val="Heading2"/>
      </w:pPr>
      <w:r>
        <w:t>Sprint 7</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A12138" w:rsidTr="5D44C034" w14:paraId="328E5551" w14:textId="77777777">
        <w:tc>
          <w:tcPr>
            <w:tcW w:w="1502" w:type="dxa"/>
            <w:tcMar/>
          </w:tcPr>
          <w:p w:rsidRPr="000B6F7C" w:rsidR="00A12138" w:rsidP="00E35DB0" w:rsidRDefault="00A12138" w14:paraId="2DF6C0A7" w14:textId="77777777">
            <w:pPr>
              <w:rPr>
                <w:b/>
                <w:bCs/>
                <w:i/>
                <w:iCs/>
              </w:rPr>
            </w:pPr>
            <w:r w:rsidRPr="000B6F7C">
              <w:rPr>
                <w:b/>
                <w:bCs/>
                <w:i/>
                <w:iCs/>
              </w:rPr>
              <w:t>User Story ID</w:t>
            </w:r>
          </w:p>
        </w:tc>
        <w:tc>
          <w:tcPr>
            <w:tcW w:w="1502" w:type="dxa"/>
            <w:tcMar/>
          </w:tcPr>
          <w:p w:rsidRPr="000B6F7C" w:rsidR="00A12138" w:rsidP="00E35DB0" w:rsidRDefault="00A12138" w14:paraId="6E498408" w14:textId="77777777">
            <w:pPr>
              <w:rPr>
                <w:b/>
                <w:bCs/>
                <w:i/>
                <w:iCs/>
              </w:rPr>
            </w:pPr>
            <w:r w:rsidRPr="000B6F7C">
              <w:rPr>
                <w:b/>
                <w:bCs/>
                <w:i/>
                <w:iCs/>
              </w:rPr>
              <w:t>User Story</w:t>
            </w:r>
          </w:p>
        </w:tc>
        <w:tc>
          <w:tcPr>
            <w:tcW w:w="1503" w:type="dxa"/>
            <w:tcMar/>
          </w:tcPr>
          <w:p w:rsidRPr="000B6F7C" w:rsidR="00A12138" w:rsidP="00E35DB0" w:rsidRDefault="00A12138" w14:paraId="155B1E0C" w14:textId="77777777">
            <w:pPr>
              <w:rPr>
                <w:b/>
                <w:bCs/>
                <w:i/>
                <w:iCs/>
              </w:rPr>
            </w:pPr>
            <w:r w:rsidRPr="000B6F7C">
              <w:rPr>
                <w:b/>
                <w:bCs/>
                <w:i/>
                <w:iCs/>
              </w:rPr>
              <w:t>Tasks</w:t>
            </w:r>
          </w:p>
        </w:tc>
        <w:tc>
          <w:tcPr>
            <w:tcW w:w="1503" w:type="dxa"/>
            <w:tcMar/>
          </w:tcPr>
          <w:p w:rsidRPr="000B6F7C" w:rsidR="00A12138" w:rsidP="00E35DB0" w:rsidRDefault="00A12138" w14:paraId="639C5EA4" w14:textId="77777777">
            <w:pPr>
              <w:rPr>
                <w:b/>
                <w:bCs/>
                <w:i/>
                <w:iCs/>
              </w:rPr>
            </w:pPr>
            <w:r w:rsidRPr="000B6F7C">
              <w:rPr>
                <w:b/>
                <w:bCs/>
                <w:i/>
                <w:iCs/>
              </w:rPr>
              <w:t>Owner</w:t>
            </w:r>
          </w:p>
        </w:tc>
        <w:tc>
          <w:tcPr>
            <w:tcW w:w="1503" w:type="dxa"/>
            <w:tcMar/>
          </w:tcPr>
          <w:p w:rsidRPr="000B6F7C" w:rsidR="00A12138" w:rsidP="00E35DB0" w:rsidRDefault="00A12138" w14:paraId="00E7A0D5" w14:textId="77777777">
            <w:pPr>
              <w:rPr>
                <w:b/>
                <w:bCs/>
                <w:i/>
                <w:iCs/>
              </w:rPr>
            </w:pPr>
            <w:r w:rsidRPr="000B6F7C">
              <w:rPr>
                <w:b/>
                <w:bCs/>
                <w:i/>
                <w:iCs/>
              </w:rPr>
              <w:t>Status</w:t>
            </w:r>
          </w:p>
        </w:tc>
        <w:tc>
          <w:tcPr>
            <w:tcW w:w="1503" w:type="dxa"/>
            <w:tcMar/>
          </w:tcPr>
          <w:p w:rsidRPr="000B6F7C" w:rsidR="00A12138" w:rsidP="00E35DB0" w:rsidRDefault="00A12138" w14:paraId="5111CA65" w14:textId="77777777">
            <w:pPr>
              <w:rPr>
                <w:b/>
                <w:bCs/>
                <w:i/>
                <w:iCs/>
              </w:rPr>
            </w:pPr>
            <w:r w:rsidRPr="000B6F7C">
              <w:rPr>
                <w:b/>
                <w:bCs/>
                <w:i/>
                <w:iCs/>
              </w:rPr>
              <w:t>Estimated Effort</w:t>
            </w:r>
          </w:p>
        </w:tc>
      </w:tr>
      <w:tr w:rsidR="00A12138" w:rsidTr="5D44C034" w14:paraId="79A8A8A6" w14:textId="77777777">
        <w:tc>
          <w:tcPr>
            <w:tcW w:w="1502" w:type="dxa"/>
            <w:tcMar/>
          </w:tcPr>
          <w:p w:rsidRPr="000B6F7C" w:rsidR="00A12138" w:rsidP="00E35DB0" w:rsidRDefault="008D3887" w14:paraId="196BD474" w14:textId="3EA96EAA">
            <w:r w:rsidR="008D3887">
              <w:rPr/>
              <w:t>US1</w:t>
            </w:r>
            <w:r w:rsidR="3E6E5579">
              <w:rPr/>
              <w:t>9</w:t>
            </w:r>
          </w:p>
        </w:tc>
        <w:tc>
          <w:tcPr>
            <w:tcW w:w="1502" w:type="dxa"/>
            <w:tcMar/>
          </w:tcPr>
          <w:p w:rsidRPr="000B6F7C" w:rsidR="00A12138" w:rsidP="00E35DB0" w:rsidRDefault="008D3887" w14:paraId="58C21951" w14:textId="172ED766">
            <w:r w:rsidR="3E6E5579">
              <w:rPr/>
              <w:t xml:space="preserve">User activity tracking  </w:t>
            </w:r>
          </w:p>
        </w:tc>
        <w:tc>
          <w:tcPr>
            <w:tcW w:w="1503" w:type="dxa"/>
            <w:tcMar/>
          </w:tcPr>
          <w:p w:rsidRPr="000B6F7C" w:rsidR="00A12138" w:rsidP="00E35DB0" w:rsidRDefault="008D3887" w14:paraId="29521497" w14:textId="79C43CDD">
            <w:r w:rsidR="3E6E5579">
              <w:rPr/>
              <w:t xml:space="preserve">Logging, audit reports  </w:t>
            </w:r>
          </w:p>
        </w:tc>
        <w:tc>
          <w:tcPr>
            <w:tcW w:w="1503" w:type="dxa"/>
            <w:tcMar/>
          </w:tcPr>
          <w:p w:rsidRPr="000B6F7C" w:rsidR="00A12138" w:rsidP="00E35DB0" w:rsidRDefault="008D3887" w14:paraId="4CECA85E" w14:textId="7CC3C6E7">
            <w:r w:rsidR="3E6E5579">
              <w:rPr/>
              <w:t xml:space="preserve">Ravi Kumar  </w:t>
            </w:r>
          </w:p>
        </w:tc>
        <w:tc>
          <w:tcPr>
            <w:tcW w:w="1503" w:type="dxa"/>
            <w:tcMar/>
          </w:tcPr>
          <w:p w:rsidRPr="000B6F7C" w:rsidR="00A12138" w:rsidP="00E35DB0" w:rsidRDefault="00A12138" w14:paraId="2E03EAE0" w14:textId="7BF363FE">
            <w:r w:rsidR="3E6E5579">
              <w:rPr/>
              <w:t xml:space="preserve">To Do  </w:t>
            </w:r>
          </w:p>
        </w:tc>
        <w:tc>
          <w:tcPr>
            <w:tcW w:w="1503" w:type="dxa"/>
            <w:tcMar/>
          </w:tcPr>
          <w:p w:rsidR="00A12138" w:rsidP="00E35DB0" w:rsidRDefault="00A12138" w14:paraId="67566D36" w14:textId="37ECBF84">
            <w:r w:rsidR="3E6E5579">
              <w:rPr/>
              <w:t xml:space="preserve">10 hrs  </w:t>
            </w:r>
          </w:p>
        </w:tc>
      </w:tr>
      <w:tr w:rsidR="00A12138" w:rsidTr="5D44C034" w14:paraId="41111EEC" w14:textId="77777777">
        <w:tc>
          <w:tcPr>
            <w:tcW w:w="1502" w:type="dxa"/>
            <w:tcMar/>
          </w:tcPr>
          <w:p w:rsidRPr="000B6F7C" w:rsidR="00A12138" w:rsidP="00E35DB0" w:rsidRDefault="008D3887" w14:paraId="565AE80E" w14:textId="57D62B16">
            <w:r w:rsidR="008D3887">
              <w:rPr/>
              <w:t>US</w:t>
            </w:r>
            <w:r w:rsidR="553F8C4C">
              <w:rPr/>
              <w:t>20</w:t>
            </w:r>
          </w:p>
        </w:tc>
        <w:tc>
          <w:tcPr>
            <w:tcW w:w="1502" w:type="dxa"/>
            <w:tcMar/>
          </w:tcPr>
          <w:p w:rsidRPr="000B6F7C" w:rsidR="00A12138" w:rsidP="00E35DB0" w:rsidRDefault="008D3887" w14:paraId="788555BF" w14:textId="6FE21E9D">
            <w:r w:rsidR="553F8C4C">
              <w:rPr/>
              <w:t xml:space="preserve">Automated weekly reports  </w:t>
            </w:r>
          </w:p>
        </w:tc>
        <w:tc>
          <w:tcPr>
            <w:tcW w:w="1503" w:type="dxa"/>
            <w:tcMar/>
          </w:tcPr>
          <w:p w:rsidRPr="000B6F7C" w:rsidR="00A12138" w:rsidP="00E35DB0" w:rsidRDefault="008D3887" w14:paraId="2E377979" w14:textId="6E21FB5F">
            <w:r w:rsidR="553F8C4C">
              <w:rPr/>
              <w:t xml:space="preserve">Scheduled jobs, email delivery  </w:t>
            </w:r>
          </w:p>
        </w:tc>
        <w:tc>
          <w:tcPr>
            <w:tcW w:w="1503" w:type="dxa"/>
            <w:tcMar/>
          </w:tcPr>
          <w:p w:rsidRPr="000B6F7C" w:rsidR="00A12138" w:rsidP="00E35DB0" w:rsidRDefault="008D3887" w14:paraId="213BDED1" w14:textId="576A5948">
            <w:r w:rsidR="553F8C4C">
              <w:rPr/>
              <w:t xml:space="preserve">Arjun Mehta  </w:t>
            </w:r>
          </w:p>
        </w:tc>
        <w:tc>
          <w:tcPr>
            <w:tcW w:w="1503" w:type="dxa"/>
            <w:tcMar/>
          </w:tcPr>
          <w:p w:rsidRPr="000B6F7C" w:rsidR="00A12138" w:rsidP="00E35DB0" w:rsidRDefault="00A12138" w14:paraId="10DFB2D3" w14:textId="19ADDDB8">
            <w:r w:rsidR="553F8C4C">
              <w:rPr/>
              <w:t xml:space="preserve">In Progress  </w:t>
            </w:r>
          </w:p>
        </w:tc>
        <w:tc>
          <w:tcPr>
            <w:tcW w:w="1503" w:type="dxa"/>
            <w:tcMar/>
          </w:tcPr>
          <w:p w:rsidRPr="000B6F7C" w:rsidR="00A12138" w:rsidP="00E35DB0" w:rsidRDefault="008D3887" w14:paraId="70DBF349" w14:textId="243FC97D">
            <w:r w:rsidR="553F8C4C">
              <w:rPr/>
              <w:t xml:space="preserve">10 hrs  </w:t>
            </w:r>
          </w:p>
        </w:tc>
      </w:tr>
      <w:tr w:rsidR="00A12138" w:rsidTr="5D44C034" w14:paraId="70C7412E" w14:textId="77777777">
        <w:tc>
          <w:tcPr>
            <w:tcW w:w="1502" w:type="dxa"/>
            <w:tcMar/>
          </w:tcPr>
          <w:p w:rsidRPr="000B6F7C" w:rsidR="00A12138" w:rsidP="00E35DB0" w:rsidRDefault="008D3887" w14:paraId="48DC10AF" w14:textId="1632CFE7">
            <w:r w:rsidR="008D3887">
              <w:rPr/>
              <w:t>US</w:t>
            </w:r>
            <w:r w:rsidR="731D4472">
              <w:rPr/>
              <w:t>21</w:t>
            </w:r>
          </w:p>
        </w:tc>
        <w:tc>
          <w:tcPr>
            <w:tcW w:w="1502" w:type="dxa"/>
            <w:tcMar/>
          </w:tcPr>
          <w:p w:rsidRPr="000B6F7C" w:rsidR="00A12138" w:rsidP="00E35DB0" w:rsidRDefault="008D3887" w14:paraId="3D78F852" w14:textId="45FB8CAC">
            <w:r w:rsidR="731D4472">
              <w:rPr/>
              <w:t xml:space="preserve">Gamification  </w:t>
            </w:r>
          </w:p>
        </w:tc>
        <w:tc>
          <w:tcPr>
            <w:tcW w:w="1503" w:type="dxa"/>
            <w:tcMar/>
          </w:tcPr>
          <w:p w:rsidRPr="000B6F7C" w:rsidR="00A12138" w:rsidP="00E35DB0" w:rsidRDefault="008D3887" w14:paraId="64DB2719" w14:textId="0BD3D4B5">
            <w:r w:rsidR="731D4472">
              <w:rPr/>
              <w:t xml:space="preserve">Leaderboards, badges  </w:t>
            </w:r>
          </w:p>
        </w:tc>
        <w:tc>
          <w:tcPr>
            <w:tcW w:w="1503" w:type="dxa"/>
            <w:tcMar/>
          </w:tcPr>
          <w:p w:rsidRPr="000B6F7C" w:rsidR="00A12138" w:rsidP="00E35DB0" w:rsidRDefault="008D3887" w14:paraId="4677C498" w14:textId="549A112B">
            <w:r w:rsidR="731D4472">
              <w:rPr/>
              <w:t xml:space="preserve">Vikram Patel  </w:t>
            </w:r>
          </w:p>
        </w:tc>
        <w:tc>
          <w:tcPr>
            <w:tcW w:w="1503" w:type="dxa"/>
            <w:tcMar/>
          </w:tcPr>
          <w:p w:rsidRPr="000B6F7C" w:rsidR="00A12138" w:rsidP="00E35DB0" w:rsidRDefault="00A12138" w14:paraId="7BBDE53D" w14:textId="3F948ACE">
            <w:r w:rsidR="731D4472">
              <w:rPr/>
              <w:t xml:space="preserve">Done  </w:t>
            </w:r>
          </w:p>
        </w:tc>
        <w:tc>
          <w:tcPr>
            <w:tcW w:w="1503" w:type="dxa"/>
            <w:tcMar/>
          </w:tcPr>
          <w:p w:rsidRPr="000B6F7C" w:rsidR="00A12138" w:rsidP="00E35DB0" w:rsidRDefault="008D3887" w14:paraId="3F105630" w14:textId="1EDA43A4">
            <w:r w:rsidR="18FD5602">
              <w:rPr/>
              <w:t xml:space="preserve">16 hrs  </w:t>
            </w:r>
          </w:p>
        </w:tc>
      </w:tr>
    </w:tbl>
    <w:p w:rsidR="5D44C034" w:rsidRDefault="5D44C034" w14:paraId="7F929D4E" w14:textId="6855B665"/>
    <w:p w:rsidR="00A12138" w:rsidP="008D3887" w:rsidRDefault="008D3887" w14:paraId="52FB1038" w14:textId="13DFD363">
      <w:pPr>
        <w:pStyle w:val="Heading2"/>
      </w:pPr>
      <w:r>
        <w:t>Sprint 8</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8D3887" w:rsidTr="5D44C034" w14:paraId="60E74232" w14:textId="77777777">
        <w:tc>
          <w:tcPr>
            <w:tcW w:w="1502" w:type="dxa"/>
            <w:tcMar/>
          </w:tcPr>
          <w:p w:rsidRPr="000B6F7C" w:rsidR="008D3887" w:rsidP="00E35DB0" w:rsidRDefault="008D3887" w14:paraId="3090F8A4" w14:textId="77777777">
            <w:pPr>
              <w:rPr>
                <w:b/>
                <w:bCs/>
                <w:i/>
                <w:iCs/>
              </w:rPr>
            </w:pPr>
            <w:r w:rsidRPr="000B6F7C">
              <w:rPr>
                <w:b/>
                <w:bCs/>
                <w:i/>
                <w:iCs/>
              </w:rPr>
              <w:t>User Story ID</w:t>
            </w:r>
          </w:p>
        </w:tc>
        <w:tc>
          <w:tcPr>
            <w:tcW w:w="1502" w:type="dxa"/>
            <w:tcMar/>
          </w:tcPr>
          <w:p w:rsidRPr="000B6F7C" w:rsidR="008D3887" w:rsidP="00E35DB0" w:rsidRDefault="008D3887" w14:paraId="449F6FB0" w14:textId="77777777">
            <w:pPr>
              <w:rPr>
                <w:b/>
                <w:bCs/>
                <w:i/>
                <w:iCs/>
              </w:rPr>
            </w:pPr>
            <w:r w:rsidRPr="000B6F7C">
              <w:rPr>
                <w:b/>
                <w:bCs/>
                <w:i/>
                <w:iCs/>
              </w:rPr>
              <w:t>User Story</w:t>
            </w:r>
          </w:p>
        </w:tc>
        <w:tc>
          <w:tcPr>
            <w:tcW w:w="1503" w:type="dxa"/>
            <w:tcMar/>
          </w:tcPr>
          <w:p w:rsidRPr="000B6F7C" w:rsidR="008D3887" w:rsidP="00E35DB0" w:rsidRDefault="008D3887" w14:paraId="338C910C" w14:textId="77777777">
            <w:pPr>
              <w:rPr>
                <w:b/>
                <w:bCs/>
                <w:i/>
                <w:iCs/>
              </w:rPr>
            </w:pPr>
            <w:r w:rsidRPr="000B6F7C">
              <w:rPr>
                <w:b/>
                <w:bCs/>
                <w:i/>
                <w:iCs/>
              </w:rPr>
              <w:t>Tasks</w:t>
            </w:r>
          </w:p>
        </w:tc>
        <w:tc>
          <w:tcPr>
            <w:tcW w:w="1503" w:type="dxa"/>
            <w:tcMar/>
          </w:tcPr>
          <w:p w:rsidRPr="000B6F7C" w:rsidR="008D3887" w:rsidP="00E35DB0" w:rsidRDefault="008D3887" w14:paraId="32A55898" w14:textId="77777777">
            <w:pPr>
              <w:rPr>
                <w:b/>
                <w:bCs/>
                <w:i/>
                <w:iCs/>
              </w:rPr>
            </w:pPr>
            <w:r w:rsidRPr="000B6F7C">
              <w:rPr>
                <w:b/>
                <w:bCs/>
                <w:i/>
                <w:iCs/>
              </w:rPr>
              <w:t>Owner</w:t>
            </w:r>
          </w:p>
        </w:tc>
        <w:tc>
          <w:tcPr>
            <w:tcW w:w="1503" w:type="dxa"/>
            <w:tcMar/>
          </w:tcPr>
          <w:p w:rsidRPr="000B6F7C" w:rsidR="008D3887" w:rsidP="00E35DB0" w:rsidRDefault="008D3887" w14:paraId="0C4493E4" w14:textId="77777777">
            <w:pPr>
              <w:rPr>
                <w:b/>
                <w:bCs/>
                <w:i/>
                <w:iCs/>
              </w:rPr>
            </w:pPr>
            <w:r w:rsidRPr="000B6F7C">
              <w:rPr>
                <w:b/>
                <w:bCs/>
                <w:i/>
                <w:iCs/>
              </w:rPr>
              <w:t>Status</w:t>
            </w:r>
          </w:p>
        </w:tc>
        <w:tc>
          <w:tcPr>
            <w:tcW w:w="1503" w:type="dxa"/>
            <w:tcMar/>
          </w:tcPr>
          <w:p w:rsidRPr="000B6F7C" w:rsidR="008D3887" w:rsidP="00E35DB0" w:rsidRDefault="008D3887" w14:paraId="3DEA4F0C" w14:textId="77777777">
            <w:pPr>
              <w:rPr>
                <w:b/>
                <w:bCs/>
                <w:i/>
                <w:iCs/>
              </w:rPr>
            </w:pPr>
            <w:r w:rsidRPr="000B6F7C">
              <w:rPr>
                <w:b/>
                <w:bCs/>
                <w:i/>
                <w:iCs/>
              </w:rPr>
              <w:t>Estimated Effort</w:t>
            </w:r>
          </w:p>
        </w:tc>
      </w:tr>
      <w:tr w:rsidR="008D3887" w:rsidTr="5D44C034" w14:paraId="7224DC32" w14:textId="77777777">
        <w:tc>
          <w:tcPr>
            <w:tcW w:w="1502" w:type="dxa"/>
            <w:tcMar/>
          </w:tcPr>
          <w:p w:rsidRPr="000B6F7C" w:rsidR="008D3887" w:rsidP="00E35DB0" w:rsidRDefault="008D3887" w14:paraId="22E352E8" w14:textId="259231D3">
            <w:r w:rsidR="008D3887">
              <w:rPr/>
              <w:t>US</w:t>
            </w:r>
            <w:r w:rsidR="22138688">
              <w:rPr/>
              <w:t>22</w:t>
            </w:r>
          </w:p>
        </w:tc>
        <w:tc>
          <w:tcPr>
            <w:tcW w:w="1502" w:type="dxa"/>
            <w:tcMar/>
          </w:tcPr>
          <w:p w:rsidRPr="000B6F7C" w:rsidR="008D3887" w:rsidP="00E35DB0" w:rsidRDefault="008D3887" w14:paraId="05F0407D" w14:textId="42D21223">
            <w:r w:rsidR="22138688">
              <w:rPr/>
              <w:t xml:space="preserve">Voice input for forms  </w:t>
            </w:r>
          </w:p>
        </w:tc>
        <w:tc>
          <w:tcPr>
            <w:tcW w:w="1503" w:type="dxa"/>
            <w:tcMar/>
          </w:tcPr>
          <w:p w:rsidRPr="000B6F7C" w:rsidR="008D3887" w:rsidP="00E35DB0" w:rsidRDefault="008D3887" w14:paraId="6CE6A358" w14:textId="339A71F1">
            <w:r w:rsidR="22138688">
              <w:rPr/>
              <w:t xml:space="preserve">Speech-to-text integration  </w:t>
            </w:r>
          </w:p>
        </w:tc>
        <w:tc>
          <w:tcPr>
            <w:tcW w:w="1503" w:type="dxa"/>
            <w:tcMar/>
          </w:tcPr>
          <w:p w:rsidRPr="000B6F7C" w:rsidR="008D3887" w:rsidP="00E35DB0" w:rsidRDefault="008D3887" w14:paraId="6715600D" w14:textId="12A92D98">
            <w:r w:rsidR="22138688">
              <w:rPr/>
              <w:t xml:space="preserve">Ravi Kumar  </w:t>
            </w:r>
          </w:p>
        </w:tc>
        <w:tc>
          <w:tcPr>
            <w:tcW w:w="1503" w:type="dxa"/>
            <w:tcMar/>
          </w:tcPr>
          <w:p w:rsidRPr="000B6F7C" w:rsidR="008D3887" w:rsidP="00E35DB0" w:rsidRDefault="008D3887" w14:paraId="3A12C0F1" w14:textId="5260D9DB">
            <w:r w:rsidR="22138688">
              <w:rPr/>
              <w:t xml:space="preserve">To Do  </w:t>
            </w:r>
          </w:p>
        </w:tc>
        <w:tc>
          <w:tcPr>
            <w:tcW w:w="1503" w:type="dxa"/>
            <w:tcMar/>
          </w:tcPr>
          <w:p w:rsidR="008D3887" w:rsidP="00E35DB0" w:rsidRDefault="008D3887" w14:paraId="7C80BECE" w14:textId="0DA750BB">
            <w:r w:rsidR="22138688">
              <w:rPr/>
              <w:t xml:space="preserve">10 hrs  </w:t>
            </w:r>
          </w:p>
        </w:tc>
      </w:tr>
      <w:tr w:rsidR="008D3887" w:rsidTr="5D44C034" w14:paraId="62E65B5D" w14:textId="77777777">
        <w:tc>
          <w:tcPr>
            <w:tcW w:w="1502" w:type="dxa"/>
            <w:tcMar/>
          </w:tcPr>
          <w:p w:rsidRPr="000B6F7C" w:rsidR="008D3887" w:rsidP="00E35DB0" w:rsidRDefault="008D3887" w14:paraId="0B2051A5" w14:textId="52CBCD13">
            <w:r w:rsidR="008D3887">
              <w:rPr/>
              <w:t>US</w:t>
            </w:r>
            <w:r w:rsidR="2D083296">
              <w:rPr/>
              <w:t>23</w:t>
            </w:r>
          </w:p>
        </w:tc>
        <w:tc>
          <w:tcPr>
            <w:tcW w:w="1502" w:type="dxa"/>
            <w:tcMar/>
          </w:tcPr>
          <w:p w:rsidRPr="000B6F7C" w:rsidR="008D3887" w:rsidP="00E35DB0" w:rsidRDefault="008D3887" w14:paraId="71E8D492" w14:textId="299EA124">
            <w:r w:rsidR="2D083296">
              <w:rPr/>
              <w:t xml:space="preserve">AI sales insights  </w:t>
            </w:r>
          </w:p>
        </w:tc>
        <w:tc>
          <w:tcPr>
            <w:tcW w:w="1503" w:type="dxa"/>
            <w:tcMar/>
          </w:tcPr>
          <w:p w:rsidRPr="000B6F7C" w:rsidR="008D3887" w:rsidP="00E35DB0" w:rsidRDefault="008D3887" w14:paraId="0C2FD6A2" w14:textId="5FD377CA">
            <w:r w:rsidR="2D083296">
              <w:rPr/>
              <w:t xml:space="preserve">ML models, analytics reports  </w:t>
            </w:r>
          </w:p>
        </w:tc>
        <w:tc>
          <w:tcPr>
            <w:tcW w:w="1503" w:type="dxa"/>
            <w:tcMar/>
          </w:tcPr>
          <w:p w:rsidRPr="000B6F7C" w:rsidR="008D3887" w:rsidP="00E35DB0" w:rsidRDefault="008D3887" w14:paraId="2249C66A" w14:textId="50253493">
            <w:r w:rsidR="2D083296">
              <w:rPr/>
              <w:t xml:space="preserve">Arjun Mehta  </w:t>
            </w:r>
          </w:p>
        </w:tc>
        <w:tc>
          <w:tcPr>
            <w:tcW w:w="1503" w:type="dxa"/>
            <w:tcMar/>
          </w:tcPr>
          <w:p w:rsidRPr="000B6F7C" w:rsidR="008D3887" w:rsidP="00E35DB0" w:rsidRDefault="008D3887" w14:paraId="034DA7E1" w14:textId="3605679D">
            <w:r w:rsidR="2D083296">
              <w:rPr/>
              <w:t xml:space="preserve">In Progress  </w:t>
            </w:r>
          </w:p>
        </w:tc>
        <w:tc>
          <w:tcPr>
            <w:tcW w:w="1503" w:type="dxa"/>
            <w:tcMar/>
          </w:tcPr>
          <w:p w:rsidRPr="000B6F7C" w:rsidR="008D3887" w:rsidP="00E35DB0" w:rsidRDefault="008D3887" w14:paraId="552E0E45" w14:textId="3AB39A94">
            <w:r w:rsidR="2D083296">
              <w:rPr/>
              <w:t xml:space="preserve">26 hrs  </w:t>
            </w:r>
          </w:p>
        </w:tc>
      </w:tr>
      <w:tr w:rsidR="008D3887" w:rsidTr="5D44C034" w14:paraId="484F6DDD" w14:textId="77777777">
        <w:tc>
          <w:tcPr>
            <w:tcW w:w="1502" w:type="dxa"/>
            <w:tcMar/>
          </w:tcPr>
          <w:p w:rsidRPr="000B6F7C" w:rsidR="008D3887" w:rsidP="00E35DB0" w:rsidRDefault="008D3887" w14:paraId="3A4BD7A7" w14:textId="5E827731">
            <w:r w:rsidR="008D3887">
              <w:rPr/>
              <w:t>US</w:t>
            </w:r>
            <w:r w:rsidR="5BA89176">
              <w:rPr/>
              <w:t>24</w:t>
            </w:r>
          </w:p>
        </w:tc>
        <w:tc>
          <w:tcPr>
            <w:tcW w:w="1502" w:type="dxa"/>
            <w:tcMar/>
          </w:tcPr>
          <w:p w:rsidRPr="000B6F7C" w:rsidR="008D3887" w:rsidP="00E35DB0" w:rsidRDefault="008D3887" w14:paraId="0A9CE57B" w14:textId="27219EB6">
            <w:r w:rsidR="5BA89176">
              <w:rPr/>
              <w:t xml:space="preserve">Document collaboration  </w:t>
            </w:r>
          </w:p>
        </w:tc>
        <w:tc>
          <w:tcPr>
            <w:tcW w:w="1503" w:type="dxa"/>
            <w:tcMar/>
          </w:tcPr>
          <w:p w:rsidRPr="000B6F7C" w:rsidR="008D3887" w:rsidP="00E35DB0" w:rsidRDefault="008D3887" w14:paraId="401C61EC" w14:textId="3904DC20">
            <w:r w:rsidR="5BA89176">
              <w:rPr/>
              <w:t xml:space="preserve">Multi-user editing, version control  </w:t>
            </w:r>
          </w:p>
        </w:tc>
        <w:tc>
          <w:tcPr>
            <w:tcW w:w="1503" w:type="dxa"/>
            <w:tcMar/>
          </w:tcPr>
          <w:p w:rsidRPr="000B6F7C" w:rsidR="008D3887" w:rsidP="5D44C034" w:rsidRDefault="008D3887" w14:paraId="1BE56417" w14:textId="0715A065">
            <w:pPr>
              <w:pStyle w:val="Normal"/>
              <w:suppressLineNumbers w:val="0"/>
              <w:bidi w:val="0"/>
              <w:spacing w:before="0" w:beforeAutospacing="off" w:after="0" w:afterAutospacing="off" w:line="240" w:lineRule="auto"/>
              <w:ind w:left="0" w:right="0"/>
              <w:jc w:val="left"/>
            </w:pPr>
            <w:r w:rsidR="5BA89176">
              <w:rPr/>
              <w:t xml:space="preserve">Vikram Patel  </w:t>
            </w:r>
          </w:p>
        </w:tc>
        <w:tc>
          <w:tcPr>
            <w:tcW w:w="1503" w:type="dxa"/>
            <w:tcMar/>
          </w:tcPr>
          <w:p w:rsidRPr="000B6F7C" w:rsidR="008D3887" w:rsidP="00E35DB0" w:rsidRDefault="008D3887" w14:paraId="4A3D9987" w14:textId="597AB4DB">
            <w:r w:rsidR="5BA89176">
              <w:rPr/>
              <w:t xml:space="preserve">Done  </w:t>
            </w:r>
          </w:p>
        </w:tc>
        <w:tc>
          <w:tcPr>
            <w:tcW w:w="1503" w:type="dxa"/>
            <w:tcMar/>
          </w:tcPr>
          <w:p w:rsidRPr="000B6F7C" w:rsidR="008D3887" w:rsidP="00E35DB0" w:rsidRDefault="008D3887" w14:paraId="38379B59" w14:textId="07DD5A6D">
            <w:r w:rsidR="5BA89176">
              <w:rPr/>
              <w:t xml:space="preserve">16 hrs  </w:t>
            </w:r>
          </w:p>
        </w:tc>
      </w:tr>
      <w:tr w:rsidR="008D3887" w:rsidTr="5D44C034" w14:paraId="378F26EE" w14:textId="77777777">
        <w:tc>
          <w:tcPr>
            <w:tcW w:w="1502" w:type="dxa"/>
            <w:tcMar/>
          </w:tcPr>
          <w:p w:rsidRPr="000B6F7C" w:rsidR="008D3887" w:rsidP="00E35DB0" w:rsidRDefault="008D3887" w14:paraId="2A368A88" w14:textId="2AE74D83">
            <w:r w:rsidR="008D3887">
              <w:rPr/>
              <w:t>US</w:t>
            </w:r>
            <w:r w:rsidR="5F00D310">
              <w:rPr/>
              <w:t>25</w:t>
            </w:r>
          </w:p>
        </w:tc>
        <w:tc>
          <w:tcPr>
            <w:tcW w:w="1502" w:type="dxa"/>
            <w:tcMar/>
          </w:tcPr>
          <w:p w:rsidRPr="000B6F7C" w:rsidR="008D3887" w:rsidP="00E35DB0" w:rsidRDefault="008D3887" w14:paraId="096D55AE" w14:textId="56A6FFF9">
            <w:r w:rsidRPr="008D3887">
              <w:t>Performance review tracking</w:t>
            </w:r>
          </w:p>
        </w:tc>
        <w:tc>
          <w:tcPr>
            <w:tcW w:w="1503" w:type="dxa"/>
            <w:tcMar/>
          </w:tcPr>
          <w:p w:rsidRPr="000B6F7C" w:rsidR="008D3887" w:rsidP="00E35DB0" w:rsidRDefault="008D3887" w14:paraId="427CB89F" w14:textId="03589822">
            <w:r w:rsidRPr="008D3887">
              <w:t>Summary report generation</w:t>
            </w:r>
          </w:p>
        </w:tc>
        <w:tc>
          <w:tcPr>
            <w:tcW w:w="1503" w:type="dxa"/>
            <w:tcMar/>
          </w:tcPr>
          <w:p w:rsidRPr="000B6F7C" w:rsidR="008D3887" w:rsidP="00E35DB0" w:rsidRDefault="008D3887" w14:paraId="45C37F62" w14:textId="77777777">
            <w:r w:rsidRPr="008D3887">
              <w:t>Sameer Kulkarni</w:t>
            </w:r>
          </w:p>
        </w:tc>
        <w:tc>
          <w:tcPr>
            <w:tcW w:w="1503" w:type="dxa"/>
            <w:tcMar/>
          </w:tcPr>
          <w:p w:rsidRPr="000B6F7C" w:rsidR="008D3887" w:rsidP="00E35DB0" w:rsidRDefault="008D3887" w14:paraId="77FAA159" w14:textId="77777777">
            <w:r w:rsidRPr="00E2363E">
              <w:t>To Do</w:t>
            </w:r>
          </w:p>
        </w:tc>
        <w:tc>
          <w:tcPr>
            <w:tcW w:w="1503" w:type="dxa"/>
            <w:tcMar/>
          </w:tcPr>
          <w:p w:rsidRPr="000B6F7C" w:rsidR="008D3887" w:rsidP="00E35DB0" w:rsidRDefault="008D3887" w14:paraId="650CCFDC" w14:textId="338F9539">
            <w:r>
              <w:t>4</w:t>
            </w:r>
            <w:r w:rsidRPr="008D3887">
              <w:t xml:space="preserve"> hrs</w:t>
            </w:r>
          </w:p>
        </w:tc>
      </w:tr>
    </w:tbl>
    <w:p w:rsidR="008D3887" w:rsidP="008D3887" w:rsidRDefault="008D3887" w14:paraId="528E1A3A" w14:textId="77777777"/>
    <w:p w:rsidR="008D3887" w:rsidP="008D3887" w:rsidRDefault="008D3887" w14:paraId="46EF185C" w14:textId="542BC850">
      <w:pPr>
        <w:pStyle w:val="Heading2"/>
      </w:pPr>
      <w:r>
        <w:t>Sprint 9</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8D3887" w:rsidTr="5D44C034" w14:paraId="6A42237B" w14:textId="77777777">
        <w:tc>
          <w:tcPr>
            <w:tcW w:w="1502" w:type="dxa"/>
            <w:tcMar/>
          </w:tcPr>
          <w:p w:rsidRPr="000B6F7C" w:rsidR="008D3887" w:rsidP="00E35DB0" w:rsidRDefault="008D3887" w14:paraId="71C4EB8B" w14:textId="77777777">
            <w:pPr>
              <w:rPr>
                <w:b/>
                <w:bCs/>
                <w:i/>
                <w:iCs/>
              </w:rPr>
            </w:pPr>
            <w:r w:rsidRPr="000B6F7C">
              <w:rPr>
                <w:b/>
                <w:bCs/>
                <w:i/>
                <w:iCs/>
              </w:rPr>
              <w:t>User Story ID</w:t>
            </w:r>
          </w:p>
        </w:tc>
        <w:tc>
          <w:tcPr>
            <w:tcW w:w="1502" w:type="dxa"/>
            <w:tcMar/>
          </w:tcPr>
          <w:p w:rsidRPr="000B6F7C" w:rsidR="008D3887" w:rsidP="00E35DB0" w:rsidRDefault="008D3887" w14:paraId="2A8D235E" w14:textId="77777777">
            <w:pPr>
              <w:rPr>
                <w:b/>
                <w:bCs/>
                <w:i/>
                <w:iCs/>
              </w:rPr>
            </w:pPr>
            <w:r w:rsidRPr="000B6F7C">
              <w:rPr>
                <w:b/>
                <w:bCs/>
                <w:i/>
                <w:iCs/>
              </w:rPr>
              <w:t>User Story</w:t>
            </w:r>
          </w:p>
        </w:tc>
        <w:tc>
          <w:tcPr>
            <w:tcW w:w="1503" w:type="dxa"/>
            <w:tcMar/>
          </w:tcPr>
          <w:p w:rsidRPr="000B6F7C" w:rsidR="008D3887" w:rsidP="00E35DB0" w:rsidRDefault="008D3887" w14:paraId="039287F9" w14:textId="77777777">
            <w:pPr>
              <w:rPr>
                <w:b/>
                <w:bCs/>
                <w:i/>
                <w:iCs/>
              </w:rPr>
            </w:pPr>
            <w:r w:rsidRPr="000B6F7C">
              <w:rPr>
                <w:b/>
                <w:bCs/>
                <w:i/>
                <w:iCs/>
              </w:rPr>
              <w:t>Tasks</w:t>
            </w:r>
          </w:p>
        </w:tc>
        <w:tc>
          <w:tcPr>
            <w:tcW w:w="1503" w:type="dxa"/>
            <w:tcMar/>
          </w:tcPr>
          <w:p w:rsidRPr="000B6F7C" w:rsidR="008D3887" w:rsidP="00E35DB0" w:rsidRDefault="008D3887" w14:paraId="2776FF20" w14:textId="77777777">
            <w:pPr>
              <w:rPr>
                <w:b/>
                <w:bCs/>
                <w:i/>
                <w:iCs/>
              </w:rPr>
            </w:pPr>
            <w:r w:rsidRPr="000B6F7C">
              <w:rPr>
                <w:b/>
                <w:bCs/>
                <w:i/>
                <w:iCs/>
              </w:rPr>
              <w:t>Owner</w:t>
            </w:r>
          </w:p>
        </w:tc>
        <w:tc>
          <w:tcPr>
            <w:tcW w:w="1503" w:type="dxa"/>
            <w:tcMar/>
          </w:tcPr>
          <w:p w:rsidRPr="000B6F7C" w:rsidR="008D3887" w:rsidP="00E35DB0" w:rsidRDefault="008D3887" w14:paraId="1B2633C9" w14:textId="77777777">
            <w:pPr>
              <w:rPr>
                <w:b/>
                <w:bCs/>
                <w:i/>
                <w:iCs/>
              </w:rPr>
            </w:pPr>
            <w:r w:rsidRPr="000B6F7C">
              <w:rPr>
                <w:b/>
                <w:bCs/>
                <w:i/>
                <w:iCs/>
              </w:rPr>
              <w:t>Status</w:t>
            </w:r>
          </w:p>
        </w:tc>
        <w:tc>
          <w:tcPr>
            <w:tcW w:w="1503" w:type="dxa"/>
            <w:tcMar/>
          </w:tcPr>
          <w:p w:rsidRPr="000B6F7C" w:rsidR="008D3887" w:rsidP="00E35DB0" w:rsidRDefault="008D3887" w14:paraId="239D7299" w14:textId="77777777">
            <w:pPr>
              <w:rPr>
                <w:b/>
                <w:bCs/>
                <w:i/>
                <w:iCs/>
              </w:rPr>
            </w:pPr>
            <w:r w:rsidRPr="000B6F7C">
              <w:rPr>
                <w:b/>
                <w:bCs/>
                <w:i/>
                <w:iCs/>
              </w:rPr>
              <w:t>Estimated Effort</w:t>
            </w:r>
          </w:p>
        </w:tc>
      </w:tr>
      <w:tr w:rsidR="008D3887" w:rsidTr="5D44C034" w14:paraId="7DD38BF8" w14:textId="77777777">
        <w:tc>
          <w:tcPr>
            <w:tcW w:w="1502" w:type="dxa"/>
            <w:tcMar/>
          </w:tcPr>
          <w:p w:rsidRPr="000B6F7C" w:rsidR="008D3887" w:rsidP="00E35DB0" w:rsidRDefault="008D3887" w14:paraId="065825F7" w14:textId="680FE4B6">
            <w:r w:rsidR="008D3887">
              <w:rPr/>
              <w:t>US</w:t>
            </w:r>
            <w:r w:rsidR="1A6C192F">
              <w:rPr/>
              <w:t>26</w:t>
            </w:r>
          </w:p>
        </w:tc>
        <w:tc>
          <w:tcPr>
            <w:tcW w:w="1502" w:type="dxa"/>
            <w:tcMar/>
          </w:tcPr>
          <w:p w:rsidRPr="000B6F7C" w:rsidR="008D3887" w:rsidP="00E35DB0" w:rsidRDefault="008D3887" w14:paraId="7EB52701" w14:textId="0989F1FA">
            <w:r w:rsidR="1A6C192F">
              <w:rPr/>
              <w:t xml:space="preserve">Expense policy engine  </w:t>
            </w:r>
          </w:p>
        </w:tc>
        <w:tc>
          <w:tcPr>
            <w:tcW w:w="1503" w:type="dxa"/>
            <w:tcMar/>
          </w:tcPr>
          <w:p w:rsidRPr="000B6F7C" w:rsidR="008D3887" w:rsidP="00E35DB0" w:rsidRDefault="008D3887" w14:paraId="06A64D00" w14:textId="51C081AE">
            <w:r w:rsidR="1A6C192F">
              <w:rPr/>
              <w:t xml:space="preserve">Policy rules, compliance alerts  </w:t>
            </w:r>
          </w:p>
        </w:tc>
        <w:tc>
          <w:tcPr>
            <w:tcW w:w="1503" w:type="dxa"/>
            <w:tcMar/>
          </w:tcPr>
          <w:p w:rsidRPr="000B6F7C" w:rsidR="008D3887" w:rsidP="00E35DB0" w:rsidRDefault="008D3887" w14:paraId="34E4A163" w14:textId="486EDD89">
            <w:r w:rsidR="1A6C192F">
              <w:rPr/>
              <w:t xml:space="preserve">Ravi Kumar  </w:t>
            </w:r>
          </w:p>
        </w:tc>
        <w:tc>
          <w:tcPr>
            <w:tcW w:w="1503" w:type="dxa"/>
            <w:tcMar/>
          </w:tcPr>
          <w:p w:rsidRPr="000B6F7C" w:rsidR="008D3887" w:rsidP="00E35DB0" w:rsidRDefault="008D3887" w14:paraId="42102922" w14:textId="4D793400">
            <w:r w:rsidR="1A6C192F">
              <w:rPr/>
              <w:t xml:space="preserve">To Do  </w:t>
            </w:r>
          </w:p>
        </w:tc>
        <w:tc>
          <w:tcPr>
            <w:tcW w:w="1503" w:type="dxa"/>
            <w:tcMar/>
          </w:tcPr>
          <w:p w:rsidR="008D3887" w:rsidP="00E35DB0" w:rsidRDefault="008D3887" w14:paraId="0106D2D9" w14:textId="445102F9">
            <w:r w:rsidR="1A6C192F">
              <w:rPr/>
              <w:t xml:space="preserve">10 hrs  </w:t>
            </w:r>
          </w:p>
        </w:tc>
      </w:tr>
      <w:tr w:rsidR="008D3887" w:rsidTr="5D44C034" w14:paraId="68D0E476" w14:textId="77777777">
        <w:tc>
          <w:tcPr>
            <w:tcW w:w="1502" w:type="dxa"/>
            <w:tcMar/>
          </w:tcPr>
          <w:p w:rsidRPr="000B6F7C" w:rsidR="008D3887" w:rsidP="00E35DB0" w:rsidRDefault="008D3887" w14:paraId="37ADB1B1" w14:textId="3B9625B3">
            <w:r w:rsidR="008D3887">
              <w:rPr/>
              <w:t>US</w:t>
            </w:r>
            <w:r w:rsidR="520009FE">
              <w:rPr/>
              <w:t>27</w:t>
            </w:r>
          </w:p>
        </w:tc>
        <w:tc>
          <w:tcPr>
            <w:tcW w:w="1502" w:type="dxa"/>
            <w:tcMar/>
          </w:tcPr>
          <w:p w:rsidRPr="000B6F7C" w:rsidR="008D3887" w:rsidP="00E35DB0" w:rsidRDefault="008D3887" w14:paraId="1D86976A" w14:textId="3F116163">
            <w:r w:rsidR="520009FE">
              <w:rPr/>
              <w:t xml:space="preserve">Identity verification  </w:t>
            </w:r>
          </w:p>
        </w:tc>
        <w:tc>
          <w:tcPr>
            <w:tcW w:w="1503" w:type="dxa"/>
            <w:tcMar/>
          </w:tcPr>
          <w:p w:rsidRPr="000B6F7C" w:rsidR="008D3887" w:rsidP="00E35DB0" w:rsidRDefault="008D3887" w14:paraId="4F6B7541" w14:textId="4411EF21">
            <w:r w:rsidR="520009FE">
              <w:rPr/>
              <w:t xml:space="preserve">OCR, API integration, admin override  </w:t>
            </w:r>
          </w:p>
        </w:tc>
        <w:tc>
          <w:tcPr>
            <w:tcW w:w="1503" w:type="dxa"/>
            <w:tcMar/>
          </w:tcPr>
          <w:p w:rsidRPr="000B6F7C" w:rsidR="008D3887" w:rsidP="00E35DB0" w:rsidRDefault="008D3887" w14:paraId="687E1DD8" w14:textId="01CB406C">
            <w:r w:rsidR="520009FE">
              <w:rPr/>
              <w:t xml:space="preserve">Arjun Mehta  </w:t>
            </w:r>
          </w:p>
        </w:tc>
        <w:tc>
          <w:tcPr>
            <w:tcW w:w="1503" w:type="dxa"/>
            <w:tcMar/>
          </w:tcPr>
          <w:p w:rsidRPr="000B6F7C" w:rsidR="008D3887" w:rsidP="00E35DB0" w:rsidRDefault="008D3887" w14:paraId="494BE280" w14:textId="2A6E9C94">
            <w:r w:rsidR="520009FE">
              <w:rPr/>
              <w:t xml:space="preserve">In Progress  </w:t>
            </w:r>
          </w:p>
        </w:tc>
        <w:tc>
          <w:tcPr>
            <w:tcW w:w="1503" w:type="dxa"/>
            <w:tcMar/>
          </w:tcPr>
          <w:p w:rsidRPr="000B6F7C" w:rsidR="008D3887" w:rsidP="00E35DB0" w:rsidRDefault="008D3887" w14:paraId="7F3D2C13" w14:textId="529D1E2D">
            <w:r w:rsidR="520009FE">
              <w:rPr/>
              <w:t xml:space="preserve">16 hrs  </w:t>
            </w:r>
          </w:p>
        </w:tc>
      </w:tr>
      <w:tr w:rsidR="008D3887" w:rsidTr="5D44C034" w14:paraId="60E27701" w14:textId="77777777">
        <w:tc>
          <w:tcPr>
            <w:tcW w:w="1502" w:type="dxa"/>
            <w:tcMar/>
          </w:tcPr>
          <w:p w:rsidRPr="000B6F7C" w:rsidR="008D3887" w:rsidP="00E35DB0" w:rsidRDefault="008D3887" w14:paraId="30D983F8" w14:textId="1BC3FE4D">
            <w:r w:rsidR="008D3887">
              <w:rPr/>
              <w:t>US</w:t>
            </w:r>
            <w:r w:rsidR="43691401">
              <w:rPr/>
              <w:t>28</w:t>
            </w:r>
          </w:p>
        </w:tc>
        <w:tc>
          <w:tcPr>
            <w:tcW w:w="1502" w:type="dxa"/>
            <w:tcMar/>
          </w:tcPr>
          <w:p w:rsidRPr="000B6F7C" w:rsidR="008D3887" w:rsidP="00E35DB0" w:rsidRDefault="008D3887" w14:paraId="23A899A9" w14:textId="3730477A">
            <w:r w:rsidR="43691401">
              <w:rPr/>
              <w:t xml:space="preserve">OTP-based login  </w:t>
            </w:r>
          </w:p>
        </w:tc>
        <w:tc>
          <w:tcPr>
            <w:tcW w:w="1503" w:type="dxa"/>
            <w:tcMar/>
          </w:tcPr>
          <w:p w:rsidRPr="000B6F7C" w:rsidR="008D3887" w:rsidP="00E35DB0" w:rsidRDefault="008D3887" w14:paraId="161BB6B3" w14:textId="155A1EC5">
            <w:r w:rsidR="43691401">
              <w:rPr/>
              <w:t xml:space="preserve">OTP generation, expiry, retry logic  </w:t>
            </w:r>
          </w:p>
        </w:tc>
        <w:tc>
          <w:tcPr>
            <w:tcW w:w="1503" w:type="dxa"/>
            <w:tcMar/>
          </w:tcPr>
          <w:p w:rsidRPr="000B6F7C" w:rsidR="008D3887" w:rsidP="00E35DB0" w:rsidRDefault="008D3887" w14:paraId="403C9D63" w14:textId="010323EB">
            <w:r w:rsidR="43691401">
              <w:rPr/>
              <w:t xml:space="preserve">Vikram Patel  </w:t>
            </w:r>
          </w:p>
        </w:tc>
        <w:tc>
          <w:tcPr>
            <w:tcW w:w="1503" w:type="dxa"/>
            <w:tcMar/>
          </w:tcPr>
          <w:p w:rsidRPr="000B6F7C" w:rsidR="008D3887" w:rsidP="00E35DB0" w:rsidRDefault="008D3887" w14:paraId="706EA6D2" w14:textId="638F7AF6">
            <w:r w:rsidR="43691401">
              <w:rPr/>
              <w:t xml:space="preserve">Done  </w:t>
            </w:r>
          </w:p>
        </w:tc>
        <w:tc>
          <w:tcPr>
            <w:tcW w:w="1503" w:type="dxa"/>
            <w:tcMar/>
          </w:tcPr>
          <w:p w:rsidRPr="000B6F7C" w:rsidR="008D3887" w:rsidP="00E35DB0" w:rsidRDefault="008D3887" w14:paraId="6002A78B" w14:textId="1AE1D3AB">
            <w:r w:rsidR="43691401">
              <w:rPr/>
              <w:t xml:space="preserve">6 hrs  </w:t>
            </w:r>
          </w:p>
        </w:tc>
      </w:tr>
      <w:tr w:rsidR="008D3887" w:rsidTr="5D44C034" w14:paraId="3D3FB095" w14:textId="77777777">
        <w:tc>
          <w:tcPr>
            <w:tcW w:w="1502" w:type="dxa"/>
            <w:tcMar/>
          </w:tcPr>
          <w:p w:rsidRPr="000B6F7C" w:rsidR="008D3887" w:rsidP="00E35DB0" w:rsidRDefault="008D3887" w14:paraId="6AFC56B3" w14:textId="1F9112DA">
            <w:r w:rsidR="008D3887">
              <w:rPr/>
              <w:t>US</w:t>
            </w:r>
            <w:r w:rsidR="74DE6B53">
              <w:rPr/>
              <w:t>29</w:t>
            </w:r>
          </w:p>
        </w:tc>
        <w:tc>
          <w:tcPr>
            <w:tcW w:w="1502" w:type="dxa"/>
            <w:tcMar/>
          </w:tcPr>
          <w:p w:rsidRPr="000B6F7C" w:rsidR="008D3887" w:rsidP="00E35DB0" w:rsidRDefault="008D3887" w14:paraId="6D96FC19" w14:textId="63357E06">
            <w:r w:rsidR="74DE6B53">
              <w:rPr/>
              <w:t xml:space="preserve">Customizable settings  </w:t>
            </w:r>
          </w:p>
        </w:tc>
        <w:tc>
          <w:tcPr>
            <w:tcW w:w="1503" w:type="dxa"/>
            <w:tcMar/>
          </w:tcPr>
          <w:p w:rsidRPr="000B6F7C" w:rsidR="008D3887" w:rsidP="00E35DB0" w:rsidRDefault="008D3887" w14:paraId="54523AA6" w14:textId="287C7A7A">
            <w:r w:rsidR="74DE6B53">
              <w:rPr/>
              <w:t xml:space="preserve">Preferences, themes, reset defaults  </w:t>
            </w:r>
          </w:p>
        </w:tc>
        <w:tc>
          <w:tcPr>
            <w:tcW w:w="1503" w:type="dxa"/>
            <w:tcMar/>
          </w:tcPr>
          <w:p w:rsidRPr="000B6F7C" w:rsidR="008D3887" w:rsidP="00E35DB0" w:rsidRDefault="008D3887" w14:paraId="71A0DDF9" w14:textId="04AD5C72">
            <w:r w:rsidR="74DE6B53">
              <w:rPr/>
              <w:t xml:space="preserve">Ravi Kumar  </w:t>
            </w:r>
          </w:p>
        </w:tc>
        <w:tc>
          <w:tcPr>
            <w:tcW w:w="1503" w:type="dxa"/>
            <w:tcMar/>
          </w:tcPr>
          <w:p w:rsidRPr="000B6F7C" w:rsidR="008D3887" w:rsidP="00E35DB0" w:rsidRDefault="008D3887" w14:paraId="43709A55" w14:textId="2046C305">
            <w:r w:rsidR="74DE6B53">
              <w:rPr/>
              <w:t xml:space="preserve">To Do  </w:t>
            </w:r>
          </w:p>
        </w:tc>
        <w:tc>
          <w:tcPr>
            <w:tcW w:w="1503" w:type="dxa"/>
            <w:tcMar/>
          </w:tcPr>
          <w:p w:rsidRPr="000B6F7C" w:rsidR="008D3887" w:rsidP="00E35DB0" w:rsidRDefault="008D3887" w14:paraId="51DD98E7" w14:textId="2443FF63">
            <w:r w:rsidR="74DE6B53">
              <w:rPr/>
              <w:t xml:space="preserve">6 hrs  </w:t>
            </w:r>
          </w:p>
        </w:tc>
      </w:tr>
    </w:tbl>
    <w:p w:rsidR="008D3887" w:rsidP="008D3887" w:rsidRDefault="008D3887" w14:paraId="47768DC2" w14:textId="77777777"/>
    <w:p w:rsidR="008D3887" w:rsidP="008D3887" w:rsidRDefault="008D3887" w14:paraId="7CD16B3E" w14:textId="464FD171">
      <w:pPr>
        <w:pStyle w:val="Heading2"/>
      </w:pPr>
      <w:r>
        <w:t>Sprint 10</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Pr="000B6F7C" w:rsidR="008D3887" w:rsidTr="5D44C034" w14:paraId="78354CC8" w14:textId="77777777">
        <w:tc>
          <w:tcPr>
            <w:tcW w:w="1502" w:type="dxa"/>
            <w:tcMar/>
          </w:tcPr>
          <w:p w:rsidRPr="000B6F7C" w:rsidR="008D3887" w:rsidP="00E35DB0" w:rsidRDefault="008D3887" w14:paraId="63A1508B" w14:textId="77777777">
            <w:pPr>
              <w:rPr>
                <w:b/>
                <w:bCs/>
                <w:i/>
                <w:iCs/>
              </w:rPr>
            </w:pPr>
            <w:r w:rsidRPr="000B6F7C">
              <w:rPr>
                <w:b/>
                <w:bCs/>
                <w:i/>
                <w:iCs/>
              </w:rPr>
              <w:t>User Story ID</w:t>
            </w:r>
          </w:p>
        </w:tc>
        <w:tc>
          <w:tcPr>
            <w:tcW w:w="1502" w:type="dxa"/>
            <w:tcMar/>
          </w:tcPr>
          <w:p w:rsidRPr="000B6F7C" w:rsidR="008D3887" w:rsidP="00E35DB0" w:rsidRDefault="008D3887" w14:paraId="3E9BDFC1" w14:textId="77777777">
            <w:pPr>
              <w:rPr>
                <w:b/>
                <w:bCs/>
                <w:i/>
                <w:iCs/>
              </w:rPr>
            </w:pPr>
            <w:r w:rsidRPr="000B6F7C">
              <w:rPr>
                <w:b/>
                <w:bCs/>
                <w:i/>
                <w:iCs/>
              </w:rPr>
              <w:t>User Story</w:t>
            </w:r>
          </w:p>
        </w:tc>
        <w:tc>
          <w:tcPr>
            <w:tcW w:w="1503" w:type="dxa"/>
            <w:tcMar/>
          </w:tcPr>
          <w:p w:rsidRPr="000B6F7C" w:rsidR="008D3887" w:rsidP="00E35DB0" w:rsidRDefault="008D3887" w14:paraId="7CE3C13B" w14:textId="77777777">
            <w:pPr>
              <w:rPr>
                <w:b/>
                <w:bCs/>
                <w:i/>
                <w:iCs/>
              </w:rPr>
            </w:pPr>
            <w:r w:rsidRPr="000B6F7C">
              <w:rPr>
                <w:b/>
                <w:bCs/>
                <w:i/>
                <w:iCs/>
              </w:rPr>
              <w:t>Tasks</w:t>
            </w:r>
          </w:p>
        </w:tc>
        <w:tc>
          <w:tcPr>
            <w:tcW w:w="1503" w:type="dxa"/>
            <w:tcMar/>
          </w:tcPr>
          <w:p w:rsidRPr="000B6F7C" w:rsidR="008D3887" w:rsidP="00E35DB0" w:rsidRDefault="008D3887" w14:paraId="4878F7A2" w14:textId="77777777">
            <w:pPr>
              <w:rPr>
                <w:b/>
                <w:bCs/>
                <w:i/>
                <w:iCs/>
              </w:rPr>
            </w:pPr>
            <w:r w:rsidRPr="000B6F7C">
              <w:rPr>
                <w:b/>
                <w:bCs/>
                <w:i/>
                <w:iCs/>
              </w:rPr>
              <w:t>Owner</w:t>
            </w:r>
          </w:p>
        </w:tc>
        <w:tc>
          <w:tcPr>
            <w:tcW w:w="1503" w:type="dxa"/>
            <w:tcMar/>
          </w:tcPr>
          <w:p w:rsidRPr="000B6F7C" w:rsidR="008D3887" w:rsidP="00E35DB0" w:rsidRDefault="008D3887" w14:paraId="63C0DDC9" w14:textId="77777777">
            <w:pPr>
              <w:rPr>
                <w:b/>
                <w:bCs/>
                <w:i/>
                <w:iCs/>
              </w:rPr>
            </w:pPr>
            <w:r w:rsidRPr="000B6F7C">
              <w:rPr>
                <w:b/>
                <w:bCs/>
                <w:i/>
                <w:iCs/>
              </w:rPr>
              <w:t>Status</w:t>
            </w:r>
          </w:p>
        </w:tc>
        <w:tc>
          <w:tcPr>
            <w:tcW w:w="1503" w:type="dxa"/>
            <w:tcMar/>
          </w:tcPr>
          <w:p w:rsidRPr="000B6F7C" w:rsidR="008D3887" w:rsidP="00E35DB0" w:rsidRDefault="008D3887" w14:paraId="79096359" w14:textId="77777777">
            <w:pPr>
              <w:rPr>
                <w:b/>
                <w:bCs/>
                <w:i/>
                <w:iCs/>
              </w:rPr>
            </w:pPr>
            <w:r w:rsidRPr="000B6F7C">
              <w:rPr>
                <w:b/>
                <w:bCs/>
                <w:i/>
                <w:iCs/>
              </w:rPr>
              <w:t>Estimated Effort</w:t>
            </w:r>
          </w:p>
        </w:tc>
      </w:tr>
      <w:tr w:rsidR="008D3887" w:rsidTr="5D44C034" w14:paraId="21E17C84" w14:textId="77777777">
        <w:tc>
          <w:tcPr>
            <w:tcW w:w="1502" w:type="dxa"/>
            <w:tcMar/>
          </w:tcPr>
          <w:p w:rsidRPr="000B6F7C" w:rsidR="008D3887" w:rsidP="00E35DB0" w:rsidRDefault="008D3887" w14:paraId="2FCF93D0" w14:textId="68358AF6">
            <w:r w:rsidR="008D3887">
              <w:rPr/>
              <w:t>US</w:t>
            </w:r>
            <w:r w:rsidR="4BCAE635">
              <w:rPr/>
              <w:t>30</w:t>
            </w:r>
          </w:p>
        </w:tc>
        <w:tc>
          <w:tcPr>
            <w:tcW w:w="1502" w:type="dxa"/>
            <w:tcMar/>
          </w:tcPr>
          <w:p w:rsidRPr="000B6F7C" w:rsidR="008D3887" w:rsidP="00E35DB0" w:rsidRDefault="008D3887" w14:paraId="49664F7B" w14:textId="5C506146">
            <w:r w:rsidR="4BCAE635">
              <w:rPr/>
              <w:t xml:space="preserve">Dark mode  </w:t>
            </w:r>
          </w:p>
        </w:tc>
        <w:tc>
          <w:tcPr>
            <w:tcW w:w="1503" w:type="dxa"/>
            <w:tcMar/>
          </w:tcPr>
          <w:p w:rsidRPr="000B6F7C" w:rsidR="008D3887" w:rsidP="00E35DB0" w:rsidRDefault="008D3887" w14:paraId="7503EF02" w14:textId="0006239A">
            <w:r w:rsidR="4BCAE635">
              <w:rPr/>
              <w:t xml:space="preserve">Stylesheet, toggle, accessibility  </w:t>
            </w:r>
          </w:p>
        </w:tc>
        <w:tc>
          <w:tcPr>
            <w:tcW w:w="1503" w:type="dxa"/>
            <w:tcMar/>
          </w:tcPr>
          <w:p w:rsidRPr="000B6F7C" w:rsidR="008D3887" w:rsidP="00E35DB0" w:rsidRDefault="00FE187C" w14:paraId="32F50AF3" w14:textId="7972587E">
            <w:r w:rsidR="4BCAE635">
              <w:rPr/>
              <w:t xml:space="preserve">Arjun Mehta  </w:t>
            </w:r>
          </w:p>
        </w:tc>
        <w:tc>
          <w:tcPr>
            <w:tcW w:w="1503" w:type="dxa"/>
            <w:tcMar/>
          </w:tcPr>
          <w:p w:rsidRPr="000B6F7C" w:rsidR="008D3887" w:rsidP="00E35DB0" w:rsidRDefault="008D3887" w14:paraId="7DB1E36A" w14:textId="3A90B74F">
            <w:r w:rsidR="4BCAE635">
              <w:rPr/>
              <w:t xml:space="preserve">In Progress  </w:t>
            </w:r>
          </w:p>
        </w:tc>
        <w:tc>
          <w:tcPr>
            <w:tcW w:w="1503" w:type="dxa"/>
            <w:tcMar/>
          </w:tcPr>
          <w:p w:rsidR="008D3887" w:rsidP="00E35DB0" w:rsidRDefault="00FE187C" w14:paraId="2C6E633A" w14:textId="43A24AE5">
            <w:r w:rsidR="4BCAE635">
              <w:rPr/>
              <w:t xml:space="preserve">2 hrs  </w:t>
            </w:r>
          </w:p>
        </w:tc>
      </w:tr>
      <w:tr w:rsidR="008D3887" w:rsidTr="5D44C034" w14:paraId="619E1A21" w14:textId="77777777">
        <w:tc>
          <w:tcPr>
            <w:tcW w:w="1502" w:type="dxa"/>
            <w:tcMar/>
          </w:tcPr>
          <w:p w:rsidRPr="000B6F7C" w:rsidR="008D3887" w:rsidP="00E35DB0" w:rsidRDefault="00FE187C" w14:paraId="6272A2A0" w14:textId="06CFF3D0">
            <w:r w:rsidR="01975F97">
              <w:rPr/>
              <w:t>US</w:t>
            </w:r>
            <w:r w:rsidR="655AED32">
              <w:rPr/>
              <w:t>31</w:t>
            </w:r>
          </w:p>
        </w:tc>
        <w:tc>
          <w:tcPr>
            <w:tcW w:w="1502" w:type="dxa"/>
            <w:tcMar/>
          </w:tcPr>
          <w:p w:rsidRPr="000B6F7C" w:rsidR="008D3887" w:rsidP="00E35DB0" w:rsidRDefault="00FE187C" w14:paraId="62D5C9B0" w14:textId="65618C3E">
            <w:r w:rsidR="655AED32">
              <w:rPr/>
              <w:t xml:space="preserve">Data export tool  </w:t>
            </w:r>
          </w:p>
        </w:tc>
        <w:tc>
          <w:tcPr>
            <w:tcW w:w="1503" w:type="dxa"/>
            <w:tcMar/>
          </w:tcPr>
          <w:p w:rsidRPr="000B6F7C" w:rsidR="008D3887" w:rsidP="00E35DB0" w:rsidRDefault="00FE187C" w14:paraId="3EA73E8D" w14:textId="48CC67B9">
            <w:r w:rsidR="655AED32">
              <w:rPr/>
              <w:t xml:space="preserve">CSV/Excel/PDF export, logs  </w:t>
            </w:r>
          </w:p>
        </w:tc>
        <w:tc>
          <w:tcPr>
            <w:tcW w:w="1503" w:type="dxa"/>
            <w:tcMar/>
          </w:tcPr>
          <w:p w:rsidRPr="000B6F7C" w:rsidR="008D3887" w:rsidP="00E35DB0" w:rsidRDefault="008D3887" w14:paraId="31178A5B" w14:textId="40E6A074">
            <w:r w:rsidR="655AED32">
              <w:rPr/>
              <w:t xml:space="preserve">Vikram Patel  </w:t>
            </w:r>
          </w:p>
        </w:tc>
        <w:tc>
          <w:tcPr>
            <w:tcW w:w="1503" w:type="dxa"/>
            <w:tcMar/>
          </w:tcPr>
          <w:p w:rsidRPr="000B6F7C" w:rsidR="008D3887" w:rsidP="00E35DB0" w:rsidRDefault="008D3887" w14:paraId="6F238472" w14:textId="63CA59F1">
            <w:r w:rsidR="655AED32">
              <w:rPr/>
              <w:t xml:space="preserve">Done  </w:t>
            </w:r>
          </w:p>
        </w:tc>
        <w:tc>
          <w:tcPr>
            <w:tcW w:w="1503" w:type="dxa"/>
            <w:tcMar/>
          </w:tcPr>
          <w:p w:rsidRPr="000B6F7C" w:rsidR="008D3887" w:rsidP="00E35DB0" w:rsidRDefault="008D3887" w14:paraId="409CFCE1" w14:textId="2DB5F5AA">
            <w:r w:rsidR="655AED32">
              <w:rPr/>
              <w:t xml:space="preserve">10 hrs  </w:t>
            </w:r>
          </w:p>
        </w:tc>
      </w:tr>
      <w:tr w:rsidR="008D3887" w:rsidTr="5D44C034" w14:paraId="167E9DFA" w14:textId="77777777">
        <w:tc>
          <w:tcPr>
            <w:tcW w:w="1502" w:type="dxa"/>
            <w:tcMar/>
          </w:tcPr>
          <w:p w:rsidRPr="000B6F7C" w:rsidR="008D3887" w:rsidP="00E35DB0" w:rsidRDefault="00FE187C" w14:paraId="095D4E64" w14:textId="56AFEE66">
            <w:r w:rsidR="01975F97">
              <w:rPr/>
              <w:t>US</w:t>
            </w:r>
            <w:r w:rsidR="1286E376">
              <w:rPr/>
              <w:t>32</w:t>
            </w:r>
          </w:p>
        </w:tc>
        <w:tc>
          <w:tcPr>
            <w:tcW w:w="1502" w:type="dxa"/>
            <w:tcMar/>
          </w:tcPr>
          <w:p w:rsidRPr="000B6F7C" w:rsidR="008D3887" w:rsidP="00E35DB0" w:rsidRDefault="00FE187C" w14:paraId="5B95031B" w14:textId="0478A223">
            <w:r w:rsidR="1286E376">
              <w:rPr/>
              <w:t xml:space="preserve">Social media sharing  </w:t>
            </w:r>
          </w:p>
        </w:tc>
        <w:tc>
          <w:tcPr>
            <w:tcW w:w="1503" w:type="dxa"/>
            <w:tcMar/>
          </w:tcPr>
          <w:p w:rsidRPr="000B6F7C" w:rsidR="008D3887" w:rsidP="00E35DB0" w:rsidRDefault="00FE187C" w14:paraId="7EA50629" w14:textId="0B8EF9A2">
            <w:r w:rsidR="1286E376">
              <w:rPr/>
              <w:t xml:space="preserve">Share buttons, integration, analytics  </w:t>
            </w:r>
          </w:p>
        </w:tc>
        <w:tc>
          <w:tcPr>
            <w:tcW w:w="1503" w:type="dxa"/>
            <w:tcMar/>
          </w:tcPr>
          <w:p w:rsidRPr="000B6F7C" w:rsidR="008D3887" w:rsidP="00E35DB0" w:rsidRDefault="00FE187C" w14:paraId="1BEA4D8E" w14:textId="3E5CDD03">
            <w:r w:rsidR="1286E376">
              <w:rPr/>
              <w:t xml:space="preserve">Sameer Joshi  </w:t>
            </w:r>
          </w:p>
        </w:tc>
        <w:tc>
          <w:tcPr>
            <w:tcW w:w="1503" w:type="dxa"/>
            <w:tcMar/>
          </w:tcPr>
          <w:p w:rsidRPr="000B6F7C" w:rsidR="008D3887" w:rsidP="00E35DB0" w:rsidRDefault="008D3887" w14:paraId="06AE0167" w14:textId="14CCC03E">
            <w:r w:rsidR="1286E376">
              <w:rPr/>
              <w:t xml:space="preserve">To Do  </w:t>
            </w:r>
          </w:p>
        </w:tc>
        <w:tc>
          <w:tcPr>
            <w:tcW w:w="1503" w:type="dxa"/>
            <w:tcMar/>
          </w:tcPr>
          <w:p w:rsidRPr="000B6F7C" w:rsidR="008D3887" w:rsidP="00E35DB0" w:rsidRDefault="00FE187C" w14:paraId="5C788477" w14:textId="3D574EBA">
            <w:r w:rsidR="1286E376">
              <w:rPr/>
              <w:t xml:space="preserve">10 hrs  </w:t>
            </w:r>
          </w:p>
        </w:tc>
      </w:tr>
      <w:tr w:rsidR="008D3887" w:rsidTr="5D44C034" w14:paraId="417C2D1D" w14:textId="77777777">
        <w:tc>
          <w:tcPr>
            <w:tcW w:w="1502" w:type="dxa"/>
            <w:tcMar/>
          </w:tcPr>
          <w:p w:rsidRPr="000B6F7C" w:rsidR="008D3887" w:rsidP="00E35DB0" w:rsidRDefault="00FE187C" w14:paraId="127F4402" w14:textId="4DBDFA61">
            <w:r w:rsidR="01975F97">
              <w:rPr/>
              <w:t>US</w:t>
            </w:r>
            <w:r w:rsidR="21AFFE7F">
              <w:rPr/>
              <w:t>33</w:t>
            </w:r>
          </w:p>
        </w:tc>
        <w:tc>
          <w:tcPr>
            <w:tcW w:w="1502" w:type="dxa"/>
            <w:tcMar/>
          </w:tcPr>
          <w:p w:rsidRPr="000B6F7C" w:rsidR="008D3887" w:rsidP="00E35DB0" w:rsidRDefault="00FE187C" w14:paraId="3760BF71" w14:textId="4F5B4C32">
            <w:r w:rsidR="21AFFE7F">
              <w:rPr/>
              <w:t xml:space="preserve">Referral program  </w:t>
            </w:r>
          </w:p>
        </w:tc>
        <w:tc>
          <w:tcPr>
            <w:tcW w:w="1503" w:type="dxa"/>
            <w:tcMar/>
          </w:tcPr>
          <w:p w:rsidRPr="000B6F7C" w:rsidR="008D3887" w:rsidP="00E35DB0" w:rsidRDefault="00FE187C" w14:paraId="159D2D2B" w14:textId="15A7777B">
            <w:r w:rsidR="21AFFE7F">
              <w:rPr/>
              <w:t xml:space="preserve">Referral codes, bonus logic  </w:t>
            </w:r>
          </w:p>
        </w:tc>
        <w:tc>
          <w:tcPr>
            <w:tcW w:w="1503" w:type="dxa"/>
            <w:tcMar/>
          </w:tcPr>
          <w:p w:rsidRPr="000B6F7C" w:rsidR="008D3887" w:rsidP="00E35DB0" w:rsidRDefault="00FE187C" w14:paraId="49DA794D" w14:textId="358D332C">
            <w:r w:rsidR="21AFFE7F">
              <w:rPr/>
              <w:t xml:space="preserve">Karan Malhotra  </w:t>
            </w:r>
          </w:p>
        </w:tc>
        <w:tc>
          <w:tcPr>
            <w:tcW w:w="1503" w:type="dxa"/>
            <w:tcMar/>
          </w:tcPr>
          <w:p w:rsidRPr="000B6F7C" w:rsidR="008D3887" w:rsidP="00E35DB0" w:rsidRDefault="008D3887" w14:paraId="5D6C5F07" w14:textId="0DAEEA18">
            <w:r w:rsidR="21AFFE7F">
              <w:rPr/>
              <w:t xml:space="preserve">In Progress  </w:t>
            </w:r>
          </w:p>
        </w:tc>
        <w:tc>
          <w:tcPr>
            <w:tcW w:w="1503" w:type="dxa"/>
            <w:tcMar/>
          </w:tcPr>
          <w:p w:rsidRPr="000B6F7C" w:rsidR="008D3887" w:rsidP="00E35DB0" w:rsidRDefault="008D3887" w14:paraId="21868A81" w14:textId="1A0923FA">
            <w:r w:rsidR="21AFFE7F">
              <w:rPr/>
              <w:t xml:space="preserve">6 hrs  </w:t>
            </w:r>
          </w:p>
        </w:tc>
      </w:tr>
      <w:tr w:rsidR="5D44C034" w:rsidTr="5D44C034" w14:paraId="668EAF91">
        <w:trPr>
          <w:trHeight w:val="300"/>
        </w:trPr>
        <w:tc>
          <w:tcPr>
            <w:tcW w:w="1502" w:type="dxa"/>
            <w:tcMar/>
          </w:tcPr>
          <w:p w:rsidR="21AFFE7F" w:rsidP="5D44C034" w:rsidRDefault="21AFFE7F" w14:paraId="2D59FF0D" w14:textId="067FF7BA">
            <w:pPr>
              <w:pStyle w:val="Normal"/>
            </w:pPr>
            <w:r w:rsidR="21AFFE7F">
              <w:rPr/>
              <w:t>US34</w:t>
            </w:r>
          </w:p>
        </w:tc>
        <w:tc>
          <w:tcPr>
            <w:tcW w:w="1502" w:type="dxa"/>
            <w:tcMar/>
          </w:tcPr>
          <w:p w:rsidR="21AFFE7F" w:rsidP="5D44C034" w:rsidRDefault="21AFFE7F" w14:paraId="404C60AE" w14:textId="2B495EA5">
            <w:pPr>
              <w:pStyle w:val="Normal"/>
            </w:pPr>
            <w:r w:rsidR="21AFFE7F">
              <w:rPr/>
              <w:t xml:space="preserve">Referral bonus tracking  </w:t>
            </w:r>
          </w:p>
        </w:tc>
        <w:tc>
          <w:tcPr>
            <w:tcW w:w="1503" w:type="dxa"/>
            <w:tcMar/>
          </w:tcPr>
          <w:p w:rsidR="21AFFE7F" w:rsidP="5D44C034" w:rsidRDefault="21AFFE7F" w14:paraId="328C4EC8" w14:textId="7009C1C2">
            <w:pPr>
              <w:pStyle w:val="Normal"/>
            </w:pPr>
            <w:r w:rsidR="21AFFE7F">
              <w:rPr/>
              <w:t xml:space="preserve">Bonus history, payment integration  </w:t>
            </w:r>
          </w:p>
        </w:tc>
        <w:tc>
          <w:tcPr>
            <w:tcW w:w="1503" w:type="dxa"/>
            <w:tcMar/>
          </w:tcPr>
          <w:p w:rsidR="21AFFE7F" w:rsidP="5D44C034" w:rsidRDefault="21AFFE7F" w14:paraId="3366C2B6" w14:textId="435A0F48">
            <w:pPr>
              <w:pStyle w:val="Normal"/>
            </w:pPr>
            <w:r w:rsidR="21AFFE7F">
              <w:rPr/>
              <w:t xml:space="preserve">Ravi Kumar  </w:t>
            </w:r>
          </w:p>
        </w:tc>
        <w:tc>
          <w:tcPr>
            <w:tcW w:w="1503" w:type="dxa"/>
            <w:tcMar/>
          </w:tcPr>
          <w:p w:rsidR="21AFFE7F" w:rsidP="5D44C034" w:rsidRDefault="21AFFE7F" w14:paraId="692D73A6" w14:textId="1A4F19DC">
            <w:pPr>
              <w:pStyle w:val="Normal"/>
            </w:pPr>
            <w:r w:rsidR="21AFFE7F">
              <w:rPr/>
              <w:t xml:space="preserve">Done  </w:t>
            </w:r>
          </w:p>
        </w:tc>
        <w:tc>
          <w:tcPr>
            <w:tcW w:w="1503" w:type="dxa"/>
            <w:tcMar/>
          </w:tcPr>
          <w:p w:rsidR="21AFFE7F" w:rsidP="5D44C034" w:rsidRDefault="21AFFE7F" w14:paraId="27986BAD" w14:textId="5F584C03">
            <w:pPr>
              <w:pStyle w:val="Normal"/>
            </w:pPr>
            <w:r w:rsidR="21AFFE7F">
              <w:rPr/>
              <w:t xml:space="preserve">6 hrs  </w:t>
            </w:r>
          </w:p>
        </w:tc>
      </w:tr>
      <w:tr w:rsidR="5D44C034" w:rsidTr="5D44C034" w14:paraId="26E6A43D">
        <w:trPr>
          <w:trHeight w:val="300"/>
        </w:trPr>
        <w:tc>
          <w:tcPr>
            <w:tcW w:w="1502" w:type="dxa"/>
            <w:tcMar/>
          </w:tcPr>
          <w:p w:rsidR="21AFFE7F" w:rsidP="5D44C034" w:rsidRDefault="21AFFE7F" w14:paraId="2535E588" w14:textId="199715FC">
            <w:pPr>
              <w:pStyle w:val="Normal"/>
            </w:pPr>
            <w:r w:rsidR="21AFFE7F">
              <w:rPr/>
              <w:t>US35</w:t>
            </w:r>
          </w:p>
        </w:tc>
        <w:tc>
          <w:tcPr>
            <w:tcW w:w="1502" w:type="dxa"/>
            <w:tcMar/>
          </w:tcPr>
          <w:p w:rsidR="21AFFE7F" w:rsidP="5D44C034" w:rsidRDefault="21AFFE7F" w14:paraId="4444A6BC" w14:textId="51A1D960">
            <w:pPr>
              <w:pStyle w:val="Normal"/>
            </w:pPr>
            <w:r w:rsidR="21AFFE7F">
              <w:rPr/>
              <w:t xml:space="preserve">Analytics dashboard  </w:t>
            </w:r>
          </w:p>
        </w:tc>
        <w:tc>
          <w:tcPr>
            <w:tcW w:w="1503" w:type="dxa"/>
            <w:tcMar/>
          </w:tcPr>
          <w:p w:rsidR="21AFFE7F" w:rsidP="5D44C034" w:rsidRDefault="21AFFE7F" w14:paraId="3D9161F3" w14:textId="090648D0">
            <w:pPr>
              <w:pStyle w:val="Normal"/>
            </w:pPr>
            <w:r w:rsidR="21AFFE7F">
              <w:rPr/>
              <w:t xml:space="preserve">Trends, charts, filters  </w:t>
            </w:r>
          </w:p>
        </w:tc>
        <w:tc>
          <w:tcPr>
            <w:tcW w:w="1503" w:type="dxa"/>
            <w:tcMar/>
          </w:tcPr>
          <w:p w:rsidR="21AFFE7F" w:rsidP="5D44C034" w:rsidRDefault="21AFFE7F" w14:paraId="1692205C" w14:textId="4621B940">
            <w:pPr>
              <w:pStyle w:val="Normal"/>
            </w:pPr>
            <w:r w:rsidR="21AFFE7F">
              <w:rPr/>
              <w:t xml:space="preserve">Arjun Mehta  </w:t>
            </w:r>
          </w:p>
        </w:tc>
        <w:tc>
          <w:tcPr>
            <w:tcW w:w="1503" w:type="dxa"/>
            <w:tcMar/>
          </w:tcPr>
          <w:p w:rsidR="21AFFE7F" w:rsidP="5D44C034" w:rsidRDefault="21AFFE7F" w14:paraId="75DCA8E3" w14:textId="7FD049ED">
            <w:pPr>
              <w:pStyle w:val="Normal"/>
            </w:pPr>
            <w:r w:rsidR="21AFFE7F">
              <w:rPr/>
              <w:t xml:space="preserve">To Do  </w:t>
            </w:r>
          </w:p>
        </w:tc>
        <w:tc>
          <w:tcPr>
            <w:tcW w:w="1503" w:type="dxa"/>
            <w:tcMar/>
          </w:tcPr>
          <w:p w:rsidR="21AFFE7F" w:rsidP="5D44C034" w:rsidRDefault="21AFFE7F" w14:paraId="57C63BB8" w14:textId="647AEA33">
            <w:pPr>
              <w:pStyle w:val="Normal"/>
            </w:pPr>
            <w:r w:rsidR="21AFFE7F">
              <w:rPr/>
              <w:t xml:space="preserve">16 hrs  </w:t>
            </w:r>
          </w:p>
        </w:tc>
      </w:tr>
      <w:tr w:rsidR="5D44C034" w:rsidTr="5D44C034" w14:paraId="38B772FB">
        <w:trPr>
          <w:trHeight w:val="300"/>
        </w:trPr>
        <w:tc>
          <w:tcPr>
            <w:tcW w:w="1502" w:type="dxa"/>
            <w:tcMar/>
          </w:tcPr>
          <w:p w:rsidR="21AFFE7F" w:rsidP="5D44C034" w:rsidRDefault="21AFFE7F" w14:paraId="54628947" w14:textId="5248CEC5">
            <w:pPr>
              <w:pStyle w:val="Normal"/>
            </w:pPr>
            <w:r w:rsidR="21AFFE7F">
              <w:rPr/>
              <w:t>US36</w:t>
            </w:r>
          </w:p>
        </w:tc>
        <w:tc>
          <w:tcPr>
            <w:tcW w:w="1502" w:type="dxa"/>
            <w:tcMar/>
          </w:tcPr>
          <w:p w:rsidR="21AFFE7F" w:rsidP="5D44C034" w:rsidRDefault="21AFFE7F" w14:paraId="1247F881" w14:textId="2851D80F">
            <w:pPr>
              <w:pStyle w:val="Normal"/>
            </w:pPr>
            <w:r w:rsidR="21AFFE7F">
              <w:rPr/>
              <w:t xml:space="preserve">Download reports  </w:t>
            </w:r>
          </w:p>
        </w:tc>
        <w:tc>
          <w:tcPr>
            <w:tcW w:w="1503" w:type="dxa"/>
            <w:tcMar/>
          </w:tcPr>
          <w:p w:rsidR="21AFFE7F" w:rsidP="5D44C034" w:rsidRDefault="21AFFE7F" w14:paraId="608D8A33" w14:textId="27346FAD">
            <w:pPr>
              <w:pStyle w:val="Normal"/>
            </w:pPr>
            <w:r w:rsidR="21AFFE7F">
              <w:rPr/>
              <w:t xml:space="preserve">PDF/Excel downloads, filters  </w:t>
            </w:r>
          </w:p>
        </w:tc>
        <w:tc>
          <w:tcPr>
            <w:tcW w:w="1503" w:type="dxa"/>
            <w:tcMar/>
          </w:tcPr>
          <w:p w:rsidR="21AFFE7F" w:rsidP="5D44C034" w:rsidRDefault="21AFFE7F" w14:paraId="53AB4244" w14:textId="15E00119">
            <w:pPr>
              <w:pStyle w:val="Normal"/>
            </w:pPr>
            <w:r w:rsidR="21AFFE7F">
              <w:rPr/>
              <w:t xml:space="preserve">Vikram Patel  </w:t>
            </w:r>
          </w:p>
        </w:tc>
        <w:tc>
          <w:tcPr>
            <w:tcW w:w="1503" w:type="dxa"/>
            <w:tcMar/>
          </w:tcPr>
          <w:p w:rsidR="21AFFE7F" w:rsidP="5D44C034" w:rsidRDefault="21AFFE7F" w14:paraId="63305023" w14:textId="53FE2B24">
            <w:pPr>
              <w:pStyle w:val="Normal"/>
            </w:pPr>
            <w:r w:rsidR="21AFFE7F">
              <w:rPr/>
              <w:t xml:space="preserve">In Progress  </w:t>
            </w:r>
          </w:p>
        </w:tc>
        <w:tc>
          <w:tcPr>
            <w:tcW w:w="1503" w:type="dxa"/>
            <w:tcMar/>
          </w:tcPr>
          <w:p w:rsidR="21AFFE7F" w:rsidP="5D44C034" w:rsidRDefault="21AFFE7F" w14:paraId="2C380E42" w14:textId="21A6A0E4">
            <w:pPr>
              <w:pStyle w:val="Normal"/>
            </w:pPr>
            <w:r w:rsidR="21AFFE7F">
              <w:rPr/>
              <w:t xml:space="preserve">10 hrs  </w:t>
            </w:r>
          </w:p>
        </w:tc>
      </w:tr>
      <w:tr w:rsidR="5D44C034" w:rsidTr="5D44C034" w14:paraId="6C4B20AF">
        <w:trPr>
          <w:trHeight w:val="300"/>
        </w:trPr>
        <w:tc>
          <w:tcPr>
            <w:tcW w:w="1502" w:type="dxa"/>
            <w:tcMar/>
          </w:tcPr>
          <w:p w:rsidR="21AFFE7F" w:rsidP="5D44C034" w:rsidRDefault="21AFFE7F" w14:paraId="6C3039AB" w14:textId="21B71643">
            <w:pPr>
              <w:pStyle w:val="Normal"/>
            </w:pPr>
            <w:r w:rsidR="21AFFE7F">
              <w:rPr/>
              <w:t>US37</w:t>
            </w:r>
          </w:p>
        </w:tc>
        <w:tc>
          <w:tcPr>
            <w:tcW w:w="1502" w:type="dxa"/>
            <w:tcMar/>
          </w:tcPr>
          <w:p w:rsidR="21AFFE7F" w:rsidP="5D44C034" w:rsidRDefault="21AFFE7F" w14:paraId="64EDF886" w14:textId="7AB2F061">
            <w:pPr>
              <w:pStyle w:val="Normal"/>
            </w:pPr>
            <w:r w:rsidR="21AFFE7F">
              <w:rPr/>
              <w:t xml:space="preserve">Weekly summaries  </w:t>
            </w:r>
          </w:p>
        </w:tc>
        <w:tc>
          <w:tcPr>
            <w:tcW w:w="1503" w:type="dxa"/>
            <w:tcMar/>
          </w:tcPr>
          <w:p w:rsidR="21AFFE7F" w:rsidP="5D44C034" w:rsidRDefault="21AFFE7F" w14:paraId="6DF314B8" w14:textId="061D14D0">
            <w:pPr>
              <w:pStyle w:val="Normal"/>
            </w:pPr>
            <w:r w:rsidR="21AFFE7F">
              <w:rPr/>
              <w:t xml:space="preserve">Automated generation, emails  </w:t>
            </w:r>
          </w:p>
        </w:tc>
        <w:tc>
          <w:tcPr>
            <w:tcW w:w="1503" w:type="dxa"/>
            <w:tcMar/>
          </w:tcPr>
          <w:p w:rsidR="21AFFE7F" w:rsidP="5D44C034" w:rsidRDefault="21AFFE7F" w14:paraId="55A1D1A6" w14:textId="35769AE4">
            <w:pPr>
              <w:pStyle w:val="Normal"/>
            </w:pPr>
            <w:r w:rsidR="21AFFE7F">
              <w:rPr/>
              <w:t xml:space="preserve">Sameer Joshi  </w:t>
            </w:r>
          </w:p>
        </w:tc>
        <w:tc>
          <w:tcPr>
            <w:tcW w:w="1503" w:type="dxa"/>
            <w:tcMar/>
          </w:tcPr>
          <w:p w:rsidR="21AFFE7F" w:rsidP="5D44C034" w:rsidRDefault="21AFFE7F" w14:paraId="794AE3A2" w14:textId="52999EF4">
            <w:pPr>
              <w:pStyle w:val="Normal"/>
            </w:pPr>
            <w:r w:rsidR="21AFFE7F">
              <w:rPr/>
              <w:t xml:space="preserve">Done  </w:t>
            </w:r>
          </w:p>
        </w:tc>
        <w:tc>
          <w:tcPr>
            <w:tcW w:w="1503" w:type="dxa"/>
            <w:tcMar/>
          </w:tcPr>
          <w:p w:rsidR="21AFFE7F" w:rsidP="5D44C034" w:rsidRDefault="21AFFE7F" w14:paraId="54837212" w14:textId="194F2A30">
            <w:pPr>
              <w:pStyle w:val="Normal"/>
            </w:pPr>
            <w:r w:rsidR="21AFFE7F">
              <w:rPr/>
              <w:t xml:space="preserve">6 hrs  </w:t>
            </w:r>
          </w:p>
        </w:tc>
      </w:tr>
      <w:tr w:rsidR="5D44C034" w:rsidTr="5D44C034" w14:paraId="4F799E67">
        <w:trPr>
          <w:trHeight w:val="300"/>
        </w:trPr>
        <w:tc>
          <w:tcPr>
            <w:tcW w:w="1502" w:type="dxa"/>
            <w:tcMar/>
          </w:tcPr>
          <w:p w:rsidR="21AFFE7F" w:rsidP="5D44C034" w:rsidRDefault="21AFFE7F" w14:paraId="42A80993" w14:textId="00EE1C89">
            <w:pPr>
              <w:pStyle w:val="Normal"/>
            </w:pPr>
            <w:r w:rsidR="21AFFE7F">
              <w:rPr/>
              <w:t>US38</w:t>
            </w:r>
          </w:p>
        </w:tc>
        <w:tc>
          <w:tcPr>
            <w:tcW w:w="1502" w:type="dxa"/>
            <w:tcMar/>
          </w:tcPr>
          <w:p w:rsidR="21AFFE7F" w:rsidP="5D44C034" w:rsidRDefault="21AFFE7F" w14:paraId="60490963" w14:textId="204E23AF">
            <w:pPr>
              <w:pStyle w:val="Normal"/>
            </w:pPr>
            <w:r w:rsidR="21AFFE7F">
              <w:rPr/>
              <w:t xml:space="preserve">Mobile app  </w:t>
            </w:r>
          </w:p>
        </w:tc>
        <w:tc>
          <w:tcPr>
            <w:tcW w:w="1503" w:type="dxa"/>
            <w:tcMar/>
          </w:tcPr>
          <w:p w:rsidR="21AFFE7F" w:rsidP="5D44C034" w:rsidRDefault="21AFFE7F" w14:paraId="3F1CE722" w14:textId="654C1CE6">
            <w:pPr>
              <w:pStyle w:val="Normal"/>
            </w:pPr>
            <w:r w:rsidR="21AFFE7F">
              <w:rPr/>
              <w:t xml:space="preserve">iOS + Android, sync, offline  </w:t>
            </w:r>
          </w:p>
        </w:tc>
        <w:tc>
          <w:tcPr>
            <w:tcW w:w="1503" w:type="dxa"/>
            <w:tcMar/>
          </w:tcPr>
          <w:p w:rsidR="21AFFE7F" w:rsidP="5D44C034" w:rsidRDefault="21AFFE7F" w14:paraId="227402CF" w14:textId="14B02A39">
            <w:pPr>
              <w:pStyle w:val="Normal"/>
            </w:pPr>
            <w:r w:rsidR="21AFFE7F">
              <w:rPr/>
              <w:t xml:space="preserve">Karan Malhotra  </w:t>
            </w:r>
          </w:p>
        </w:tc>
        <w:tc>
          <w:tcPr>
            <w:tcW w:w="1503" w:type="dxa"/>
            <w:tcMar/>
          </w:tcPr>
          <w:p w:rsidR="21AFFE7F" w:rsidP="5D44C034" w:rsidRDefault="21AFFE7F" w14:paraId="442C4841" w14:textId="1AFA12A7">
            <w:pPr>
              <w:pStyle w:val="Normal"/>
            </w:pPr>
            <w:r w:rsidR="21AFFE7F">
              <w:rPr/>
              <w:t xml:space="preserve">To Do  </w:t>
            </w:r>
          </w:p>
        </w:tc>
        <w:tc>
          <w:tcPr>
            <w:tcW w:w="1503" w:type="dxa"/>
            <w:tcMar/>
          </w:tcPr>
          <w:p w:rsidR="21AFFE7F" w:rsidP="5D44C034" w:rsidRDefault="21AFFE7F" w14:paraId="3C3F10B9" w14:textId="3923EE22">
            <w:pPr>
              <w:pStyle w:val="Normal"/>
            </w:pPr>
            <w:r w:rsidR="21AFFE7F">
              <w:rPr/>
              <w:t xml:space="preserve">26 hrs  </w:t>
            </w:r>
          </w:p>
        </w:tc>
      </w:tr>
      <w:tr w:rsidR="5D44C034" w:rsidTr="5D44C034" w14:paraId="7A3DCAB8">
        <w:trPr>
          <w:trHeight w:val="300"/>
        </w:trPr>
        <w:tc>
          <w:tcPr>
            <w:tcW w:w="1502" w:type="dxa"/>
            <w:tcMar/>
          </w:tcPr>
          <w:p w:rsidR="21AFFE7F" w:rsidP="5D44C034" w:rsidRDefault="21AFFE7F" w14:paraId="655AEB90" w14:textId="733BB3F2">
            <w:pPr>
              <w:pStyle w:val="Normal"/>
            </w:pPr>
            <w:r w:rsidR="21AFFE7F">
              <w:rPr/>
              <w:t>US39</w:t>
            </w:r>
          </w:p>
        </w:tc>
        <w:tc>
          <w:tcPr>
            <w:tcW w:w="1502" w:type="dxa"/>
            <w:tcMar/>
          </w:tcPr>
          <w:p w:rsidR="21AFFE7F" w:rsidP="5D44C034" w:rsidRDefault="21AFFE7F" w14:paraId="7B9556A1" w14:textId="2D80338E">
            <w:pPr>
              <w:pStyle w:val="Normal"/>
            </w:pPr>
            <w:r w:rsidR="21AFFE7F">
              <w:rPr/>
              <w:t xml:space="preserve">Multi-device sync  </w:t>
            </w:r>
          </w:p>
        </w:tc>
        <w:tc>
          <w:tcPr>
            <w:tcW w:w="1503" w:type="dxa"/>
            <w:tcMar/>
          </w:tcPr>
          <w:p w:rsidR="21AFFE7F" w:rsidP="5D44C034" w:rsidRDefault="21AFFE7F" w14:paraId="17CC70EC" w14:textId="332DA21D">
            <w:pPr>
              <w:pStyle w:val="Normal"/>
            </w:pPr>
            <w:r w:rsidR="21AFFE7F">
              <w:rPr/>
              <w:t xml:space="preserve">Real-time sync, conflict resolution  </w:t>
            </w:r>
          </w:p>
        </w:tc>
        <w:tc>
          <w:tcPr>
            <w:tcW w:w="1503" w:type="dxa"/>
            <w:tcMar/>
          </w:tcPr>
          <w:p w:rsidR="21AFFE7F" w:rsidP="5D44C034" w:rsidRDefault="21AFFE7F" w14:paraId="27FAA04C" w14:textId="55FC1A4D">
            <w:pPr>
              <w:pStyle w:val="Normal"/>
            </w:pPr>
            <w:r w:rsidR="21AFFE7F">
              <w:rPr/>
              <w:t xml:space="preserve">Ravi Kumar  </w:t>
            </w:r>
          </w:p>
        </w:tc>
        <w:tc>
          <w:tcPr>
            <w:tcW w:w="1503" w:type="dxa"/>
            <w:tcMar/>
          </w:tcPr>
          <w:p w:rsidR="21AFFE7F" w:rsidP="5D44C034" w:rsidRDefault="21AFFE7F" w14:paraId="6068A840" w14:textId="575A9D54">
            <w:pPr>
              <w:pStyle w:val="Normal"/>
            </w:pPr>
            <w:r w:rsidR="21AFFE7F">
              <w:rPr/>
              <w:t xml:space="preserve">In Progress  </w:t>
            </w:r>
          </w:p>
        </w:tc>
        <w:tc>
          <w:tcPr>
            <w:tcW w:w="1503" w:type="dxa"/>
            <w:tcMar/>
          </w:tcPr>
          <w:p w:rsidR="21AFFE7F" w:rsidP="5D44C034" w:rsidRDefault="21AFFE7F" w14:paraId="308EF370" w14:textId="38233E11">
            <w:pPr>
              <w:pStyle w:val="Normal"/>
            </w:pPr>
            <w:r w:rsidR="21AFFE7F">
              <w:rPr/>
              <w:t xml:space="preserve">16 hrs  </w:t>
            </w:r>
          </w:p>
        </w:tc>
      </w:tr>
      <w:tr w:rsidR="5D44C034" w:rsidTr="5D44C034" w14:paraId="68FFE552">
        <w:trPr>
          <w:trHeight w:val="300"/>
        </w:trPr>
        <w:tc>
          <w:tcPr>
            <w:tcW w:w="1502" w:type="dxa"/>
            <w:tcMar/>
          </w:tcPr>
          <w:p w:rsidR="21AFFE7F" w:rsidP="5D44C034" w:rsidRDefault="21AFFE7F" w14:paraId="18002521" w14:textId="7665F818">
            <w:pPr>
              <w:pStyle w:val="Normal"/>
            </w:pPr>
            <w:r w:rsidR="21AFFE7F">
              <w:rPr/>
              <w:t>US40</w:t>
            </w:r>
          </w:p>
        </w:tc>
        <w:tc>
          <w:tcPr>
            <w:tcW w:w="1502" w:type="dxa"/>
            <w:tcMar/>
          </w:tcPr>
          <w:p w:rsidR="21AFFE7F" w:rsidP="5D44C034" w:rsidRDefault="21AFFE7F" w14:paraId="17532429" w14:textId="5D313E79">
            <w:pPr>
              <w:pStyle w:val="Normal"/>
            </w:pPr>
            <w:r w:rsidR="21AFFE7F">
              <w:rPr/>
              <w:t xml:space="preserve">Stable release deployment  </w:t>
            </w:r>
          </w:p>
        </w:tc>
        <w:tc>
          <w:tcPr>
            <w:tcW w:w="1503" w:type="dxa"/>
            <w:tcMar/>
          </w:tcPr>
          <w:p w:rsidR="21AFFE7F" w:rsidP="5D44C034" w:rsidRDefault="21AFFE7F" w14:paraId="19223463" w14:textId="509B9CCF">
            <w:pPr>
              <w:pStyle w:val="Normal"/>
            </w:pPr>
            <w:r w:rsidR="21AFFE7F">
              <w:rPr/>
              <w:t xml:space="preserve">Final build, regression, monitoring  </w:t>
            </w:r>
          </w:p>
        </w:tc>
        <w:tc>
          <w:tcPr>
            <w:tcW w:w="1503" w:type="dxa"/>
            <w:tcMar/>
          </w:tcPr>
          <w:p w:rsidR="21AFFE7F" w:rsidP="5D44C034" w:rsidRDefault="21AFFE7F" w14:paraId="1D23BA03" w14:textId="35D6C9B7">
            <w:pPr>
              <w:pStyle w:val="Normal"/>
            </w:pPr>
            <w:r w:rsidR="21AFFE7F">
              <w:rPr/>
              <w:t xml:space="preserve">Vikram Patel  </w:t>
            </w:r>
          </w:p>
        </w:tc>
        <w:tc>
          <w:tcPr>
            <w:tcW w:w="1503" w:type="dxa"/>
            <w:tcMar/>
          </w:tcPr>
          <w:p w:rsidR="21AFFE7F" w:rsidP="5D44C034" w:rsidRDefault="21AFFE7F" w14:paraId="329FF70F" w14:textId="19ED61CE">
            <w:pPr>
              <w:pStyle w:val="Normal"/>
            </w:pPr>
            <w:r w:rsidR="21AFFE7F">
              <w:rPr/>
              <w:t xml:space="preserve">To Do  </w:t>
            </w:r>
          </w:p>
        </w:tc>
        <w:tc>
          <w:tcPr>
            <w:tcW w:w="1503" w:type="dxa"/>
            <w:tcMar/>
          </w:tcPr>
          <w:p w:rsidR="21AFFE7F" w:rsidP="5D44C034" w:rsidRDefault="21AFFE7F" w14:paraId="0B926847" w14:textId="28FCC78D">
            <w:pPr>
              <w:pStyle w:val="Normal"/>
            </w:pPr>
            <w:r w:rsidR="21AFFE7F">
              <w:rPr/>
              <w:t xml:space="preserve">10 hrs  </w:t>
            </w:r>
          </w:p>
        </w:tc>
      </w:tr>
    </w:tbl>
    <w:p w:rsidRPr="008D3887" w:rsidR="008D3887" w:rsidP="008D3887" w:rsidRDefault="008D3887" w14:paraId="6FF990E5" w14:textId="77777777"/>
    <w:p w:rsidR="008D3887" w:rsidP="00D46DDB" w:rsidRDefault="00D46DDB" w14:paraId="545F2989" w14:textId="347D46E3">
      <w:pPr>
        <w:pStyle w:val="Heading1"/>
      </w:pPr>
      <w:r w:rsidR="00D46DDB">
        <w:rPr/>
        <w:t>Product burn down chart</w:t>
      </w:r>
    </w:p>
    <w:p w:rsidRPr="00BC6BFB" w:rsidR="00BC6BFB" w:rsidP="00BC6BFB" w:rsidRDefault="00BC6BFB" w14:paraId="0D597F97" w14:textId="694BFD95">
      <w:r w:rsidR="0C5E2402">
        <w:drawing>
          <wp:inline wp14:editId="06518555" wp14:anchorId="51D541CF">
            <wp:extent cx="5724525" cy="2495550"/>
            <wp:effectExtent l="0" t="0" r="0" b="0"/>
            <wp:docPr id="10122651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2265192" name=""/>
                    <pic:cNvPicPr/>
                  </pic:nvPicPr>
                  <pic:blipFill>
                    <a:blip xmlns:r="http://schemas.openxmlformats.org/officeDocument/2006/relationships" r:embed="rId575952973">
                      <a:extLst>
                        <a:ext xmlns:a="http://schemas.openxmlformats.org/drawingml/2006/main" uri="{28A0092B-C50C-407E-A947-70E740481C1C}">
                          <a14:useLocalDpi xmlns:a14="http://schemas.microsoft.com/office/drawing/2010/main" val="0"/>
                        </a:ext>
                      </a:extLst>
                    </a:blip>
                    <a:stretch>
                      <a:fillRect/>
                    </a:stretch>
                  </pic:blipFill>
                  <pic:spPr>
                    <a:xfrm>
                      <a:off x="0" y="0"/>
                      <a:ext cx="5724525" cy="2495550"/>
                    </a:xfrm>
                    <a:prstGeom prst="rect">
                      <a:avLst/>
                    </a:prstGeom>
                  </pic:spPr>
                </pic:pic>
              </a:graphicData>
            </a:graphic>
          </wp:inline>
        </w:drawing>
      </w:r>
    </w:p>
    <w:p w:rsidR="00D46DDB" w:rsidP="00D46DDB" w:rsidRDefault="00D46DDB" w14:paraId="1D142F00" w14:textId="28D9FAFF"/>
    <w:p w:rsidR="00D46DDB" w:rsidP="00D46DDB" w:rsidRDefault="00D46DDB" w14:paraId="33829896" w14:textId="0987417F">
      <w:pPr>
        <w:pStyle w:val="Heading1"/>
      </w:pPr>
      <w:r>
        <w:t>Sprint burn down charts</w:t>
      </w:r>
    </w:p>
    <w:p w:rsidR="00D46DDB" w:rsidP="00D46DDB" w:rsidRDefault="00D46DDB" w14:paraId="7F51BF93" w14:textId="08A0D11D">
      <w:pPr>
        <w:pStyle w:val="Heading2"/>
      </w:pPr>
      <w:r w:rsidR="00D46DDB">
        <w:rPr/>
        <w:t>Sprint 1</w:t>
      </w:r>
    </w:p>
    <w:p w:rsidRPr="00450AB3" w:rsidR="00450AB3" w:rsidP="00450AB3" w:rsidRDefault="00450AB3" w14:paraId="1C3CEE06" w14:textId="3BC39FA9">
      <w:r w:rsidR="7C7A6057">
        <w:drawing>
          <wp:inline wp14:editId="3B8FEFB9" wp14:anchorId="724D169D">
            <wp:extent cx="5391358" cy="2538693"/>
            <wp:effectExtent l="0" t="0" r="0" b="0"/>
            <wp:docPr id="15503250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50325096" name=""/>
                    <pic:cNvPicPr/>
                  </pic:nvPicPr>
                  <pic:blipFill>
                    <a:blip xmlns:r="http://schemas.openxmlformats.org/officeDocument/2006/relationships" r:embed="rId968235503">
                      <a:extLst>
                        <a:ext uri="{28A0092B-C50C-407E-A947-70E740481C1C}">
                          <a14:useLocalDpi xmlns:a14="http://schemas.microsoft.com/office/drawing/2010/main"/>
                        </a:ext>
                      </a:extLst>
                    </a:blip>
                    <a:stretch>
                      <a:fillRect/>
                    </a:stretch>
                  </pic:blipFill>
                  <pic:spPr>
                    <a:xfrm rot="0">
                      <a:off x="0" y="0"/>
                      <a:ext cx="5391358" cy="2538693"/>
                    </a:xfrm>
                    <a:prstGeom prst="rect">
                      <a:avLst/>
                    </a:prstGeom>
                  </pic:spPr>
                </pic:pic>
              </a:graphicData>
            </a:graphic>
          </wp:inline>
        </w:drawing>
      </w:r>
    </w:p>
    <w:p w:rsidRPr="00D46DDB" w:rsidR="00D46DDB" w:rsidP="00D46DDB" w:rsidRDefault="00D46DDB" w14:paraId="24551583" w14:textId="22316659"/>
    <w:p w:rsidR="00D46DDB" w:rsidP="00D46DDB" w:rsidRDefault="00D46DDB" w14:paraId="6AA59695" w14:textId="19294F93">
      <w:pPr>
        <w:pStyle w:val="Heading2"/>
      </w:pPr>
      <w:r w:rsidR="00D46DDB">
        <w:rPr/>
        <w:t>Sprint 2</w:t>
      </w:r>
    </w:p>
    <w:p w:rsidRPr="00D46DDB" w:rsidR="00D46DDB" w:rsidP="00D46DDB" w:rsidRDefault="00D46DDB" w14:paraId="0CE3A446" w14:textId="7F94D2C3">
      <w:r w:rsidR="48E1D704">
        <w:drawing>
          <wp:inline wp14:editId="4607C890" wp14:anchorId="4A251B9C">
            <wp:extent cx="5724525" cy="2552700"/>
            <wp:effectExtent l="0" t="0" r="0" b="0"/>
            <wp:docPr id="10057552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5755242" name=""/>
                    <pic:cNvPicPr/>
                  </pic:nvPicPr>
                  <pic:blipFill>
                    <a:blip xmlns:r="http://schemas.openxmlformats.org/officeDocument/2006/relationships" r:embed="rId990844565">
                      <a:extLst>
                        <a:ext xmlns:a="http://schemas.openxmlformats.org/drawingml/2006/main" uri="{28A0092B-C50C-407E-A947-70E740481C1C}">
                          <a14:useLocalDpi xmlns:a14="http://schemas.microsoft.com/office/drawing/2010/main" val="0"/>
                        </a:ext>
                      </a:extLst>
                    </a:blip>
                    <a:stretch>
                      <a:fillRect/>
                    </a:stretch>
                  </pic:blipFill>
                  <pic:spPr>
                    <a:xfrm>
                      <a:off x="0" y="0"/>
                      <a:ext cx="5724525" cy="2552700"/>
                    </a:xfrm>
                    <a:prstGeom prst="rect">
                      <a:avLst/>
                    </a:prstGeom>
                  </pic:spPr>
                </pic:pic>
              </a:graphicData>
            </a:graphic>
          </wp:inline>
        </w:drawing>
      </w:r>
    </w:p>
    <w:p w:rsidR="00D46DDB" w:rsidP="00D46DDB" w:rsidRDefault="00D46DDB" w14:paraId="525D8910" w14:textId="7BA3237F">
      <w:pPr>
        <w:pStyle w:val="Heading2"/>
      </w:pPr>
      <w:r w:rsidR="00D46DDB">
        <w:rPr/>
        <w:t>Sprint 3</w:t>
      </w:r>
    </w:p>
    <w:p w:rsidR="2AE290CA" w:rsidRDefault="2AE290CA" w14:paraId="696E9E0A" w14:textId="7FEAF073">
      <w:r w:rsidR="2AE290CA">
        <w:drawing>
          <wp:inline wp14:editId="3EFDF0E5" wp14:anchorId="01CCB368">
            <wp:extent cx="5724525" cy="2667000"/>
            <wp:effectExtent l="0" t="0" r="0" b="0"/>
            <wp:docPr id="12374633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7463386" name=""/>
                    <pic:cNvPicPr/>
                  </pic:nvPicPr>
                  <pic:blipFill>
                    <a:blip xmlns:r="http://schemas.openxmlformats.org/officeDocument/2006/relationships" r:embed="rId621482923">
                      <a:extLst>
                        <a:ext xmlns:a="http://schemas.openxmlformats.org/drawingml/2006/main" uri="{28A0092B-C50C-407E-A947-70E740481C1C}">
                          <a14:useLocalDpi xmlns:a14="http://schemas.microsoft.com/office/drawing/2010/main" val="0"/>
                        </a:ext>
                      </a:extLst>
                    </a:blip>
                    <a:stretch>
                      <a:fillRect/>
                    </a:stretch>
                  </pic:blipFill>
                  <pic:spPr>
                    <a:xfrm>
                      <a:off x="0" y="0"/>
                      <a:ext cx="5724525" cy="2667000"/>
                    </a:xfrm>
                    <a:prstGeom prst="rect">
                      <a:avLst/>
                    </a:prstGeom>
                  </pic:spPr>
                </pic:pic>
              </a:graphicData>
            </a:graphic>
          </wp:inline>
        </w:drawing>
      </w:r>
    </w:p>
    <w:p w:rsidR="00450AB3" w:rsidP="00450AB3" w:rsidRDefault="00450AB3" w14:paraId="2DD0C2D9" w14:textId="77777777"/>
    <w:p w:rsidRPr="00450AB3" w:rsidR="00450AB3" w:rsidP="00450AB3" w:rsidRDefault="00450AB3" w14:paraId="16C10220" w14:textId="5690B520"/>
    <w:p w:rsidRPr="00D46DDB" w:rsidR="00D46DDB" w:rsidP="00D46DDB" w:rsidRDefault="00D46DDB" w14:paraId="5C628719" w14:textId="47265526"/>
    <w:p w:rsidR="00D46DDB" w:rsidP="00D46DDB" w:rsidRDefault="00D46DDB" w14:paraId="560E530B" w14:textId="0E00473B">
      <w:pPr>
        <w:pStyle w:val="Heading2"/>
      </w:pPr>
      <w:r w:rsidR="00D46DDB">
        <w:rPr/>
        <w:t>Sprint 4</w:t>
      </w:r>
    </w:p>
    <w:p w:rsidRPr="00D46DDB" w:rsidR="00D46DDB" w:rsidP="00D46DDB" w:rsidRDefault="00D46DDB" w14:paraId="49C8986A" w14:textId="623C6522">
      <w:r w:rsidR="0EF182C5">
        <w:drawing>
          <wp:inline wp14:editId="75C98F56" wp14:anchorId="2A6B2835">
            <wp:extent cx="5724525" cy="2619375"/>
            <wp:effectExtent l="0" t="0" r="0" b="0"/>
            <wp:docPr id="1394597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9459749" name=""/>
                    <pic:cNvPicPr/>
                  </pic:nvPicPr>
                  <pic:blipFill>
                    <a:blip xmlns:r="http://schemas.openxmlformats.org/officeDocument/2006/relationships" r:embed="rId365458388">
                      <a:extLst>
                        <a:ext xmlns:a="http://schemas.openxmlformats.org/drawingml/2006/main" uri="{28A0092B-C50C-407E-A947-70E740481C1C}">
                          <a14:useLocalDpi xmlns:a14="http://schemas.microsoft.com/office/drawing/2010/main" val="0"/>
                        </a:ext>
                      </a:extLst>
                    </a:blip>
                    <a:stretch>
                      <a:fillRect/>
                    </a:stretch>
                  </pic:blipFill>
                  <pic:spPr>
                    <a:xfrm>
                      <a:off x="0" y="0"/>
                      <a:ext cx="5724525" cy="2619375"/>
                    </a:xfrm>
                    <a:prstGeom prst="rect">
                      <a:avLst/>
                    </a:prstGeom>
                  </pic:spPr>
                </pic:pic>
              </a:graphicData>
            </a:graphic>
          </wp:inline>
        </w:drawing>
      </w:r>
    </w:p>
    <w:p w:rsidR="00D46DDB" w:rsidP="00D46DDB" w:rsidRDefault="00D46DDB" w14:paraId="502488B0" w14:textId="5827E7A6">
      <w:pPr>
        <w:pStyle w:val="Heading2"/>
      </w:pPr>
      <w:r w:rsidR="00D46DDB">
        <w:rPr/>
        <w:t>Sprint 5</w:t>
      </w:r>
    </w:p>
    <w:p w:rsidRPr="00450AB3" w:rsidR="00450AB3" w:rsidP="00450AB3" w:rsidRDefault="00450AB3" w14:paraId="663F90DA" w14:textId="4AA2128C">
      <w:r w:rsidR="01BF9A83">
        <w:drawing>
          <wp:inline wp14:editId="32020BB7" wp14:anchorId="4D89F9A0">
            <wp:extent cx="5724525" cy="2667000"/>
            <wp:effectExtent l="0" t="0" r="0" b="0"/>
            <wp:docPr id="132506183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5061837" name=""/>
                    <pic:cNvPicPr/>
                  </pic:nvPicPr>
                  <pic:blipFill>
                    <a:blip xmlns:r="http://schemas.openxmlformats.org/officeDocument/2006/relationships" r:embed="rId1583160241">
                      <a:extLst>
                        <a:ext xmlns:a="http://schemas.openxmlformats.org/drawingml/2006/main" uri="{28A0092B-C50C-407E-A947-70E740481C1C}">
                          <a14:useLocalDpi xmlns:a14="http://schemas.microsoft.com/office/drawing/2010/main" val="0"/>
                        </a:ext>
                      </a:extLst>
                    </a:blip>
                    <a:stretch>
                      <a:fillRect/>
                    </a:stretch>
                  </pic:blipFill>
                  <pic:spPr>
                    <a:xfrm>
                      <a:off x="0" y="0"/>
                      <a:ext cx="5724525" cy="2667000"/>
                    </a:xfrm>
                    <a:prstGeom prst="rect">
                      <a:avLst/>
                    </a:prstGeom>
                  </pic:spPr>
                </pic:pic>
              </a:graphicData>
            </a:graphic>
          </wp:inline>
        </w:drawing>
      </w:r>
    </w:p>
    <w:p w:rsidR="00D46DDB" w:rsidP="00D46DDB" w:rsidRDefault="00D46DDB" w14:paraId="3E4ECB52" w14:textId="3666B086"/>
    <w:p w:rsidRPr="00450AB3" w:rsidR="00450AB3" w:rsidP="00450AB3" w:rsidRDefault="00450AB3" w14:paraId="60F18134" w14:textId="1BFE1A2D">
      <w:pPr>
        <w:pStyle w:val="Heading2"/>
      </w:pPr>
      <w:r w:rsidR="00D46DDB">
        <w:rPr/>
        <w:t>Sprint 6</w:t>
      </w:r>
      <w:r>
        <w:br/>
      </w:r>
      <w:r w:rsidR="190326C9">
        <w:drawing>
          <wp:inline wp14:editId="5BDFA8DB" wp14:anchorId="4F1F10E4">
            <wp:extent cx="5724525" cy="2657475"/>
            <wp:effectExtent l="0" t="0" r="0" b="0"/>
            <wp:docPr id="184971504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49715045" name=""/>
                    <pic:cNvPicPr/>
                  </pic:nvPicPr>
                  <pic:blipFill>
                    <a:blip xmlns:r="http://schemas.openxmlformats.org/officeDocument/2006/relationships" r:embed="rId136770129">
                      <a:extLst>
                        <a:ext xmlns:a="http://schemas.openxmlformats.org/drawingml/2006/main" uri="{28A0092B-C50C-407E-A947-70E740481C1C}">
                          <a14:useLocalDpi xmlns:a14="http://schemas.microsoft.com/office/drawing/2010/main" val="0"/>
                        </a:ext>
                      </a:extLst>
                    </a:blip>
                    <a:stretch>
                      <a:fillRect/>
                    </a:stretch>
                  </pic:blipFill>
                  <pic:spPr>
                    <a:xfrm>
                      <a:off x="0" y="0"/>
                      <a:ext cx="5724525" cy="2657475"/>
                    </a:xfrm>
                    <a:prstGeom prst="rect">
                      <a:avLst/>
                    </a:prstGeom>
                  </pic:spPr>
                </pic:pic>
              </a:graphicData>
            </a:graphic>
          </wp:inline>
        </w:drawing>
      </w:r>
    </w:p>
    <w:p w:rsidRPr="00D46DDB" w:rsidR="00D46DDB" w:rsidP="00D46DDB" w:rsidRDefault="00D46DDB" w14:paraId="2C0A0612" w14:textId="2BF68028">
      <w:pPr>
        <w:pStyle w:val="Heading2"/>
      </w:pPr>
    </w:p>
    <w:p w:rsidR="00D46DDB" w:rsidP="00D46DDB" w:rsidRDefault="00D46DDB" w14:paraId="0460A9F7" w14:textId="7D0F7AAC">
      <w:pPr>
        <w:pStyle w:val="Heading2"/>
      </w:pPr>
      <w:r w:rsidR="00D46DDB">
        <w:rPr/>
        <w:t>Sprint 7</w:t>
      </w:r>
    </w:p>
    <w:p w:rsidRPr="00450AB3" w:rsidR="00450AB3" w:rsidP="00450AB3" w:rsidRDefault="00450AB3" w14:paraId="04E4BA54" w14:textId="6479C857">
      <w:r w:rsidR="61B84CA1">
        <w:drawing>
          <wp:inline wp14:editId="7D407C9C" wp14:anchorId="38F87147">
            <wp:extent cx="5724525" cy="2657475"/>
            <wp:effectExtent l="0" t="0" r="0" b="0"/>
            <wp:docPr id="36868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686841" name=""/>
                    <pic:cNvPicPr/>
                  </pic:nvPicPr>
                  <pic:blipFill>
                    <a:blip xmlns:r="http://schemas.openxmlformats.org/officeDocument/2006/relationships" r:embed="rId1422784020">
                      <a:extLst>
                        <a:ext xmlns:a="http://schemas.openxmlformats.org/drawingml/2006/main" uri="{28A0092B-C50C-407E-A947-70E740481C1C}">
                          <a14:useLocalDpi xmlns:a14="http://schemas.microsoft.com/office/drawing/2010/main" val="0"/>
                        </a:ext>
                      </a:extLst>
                    </a:blip>
                    <a:stretch>
                      <a:fillRect/>
                    </a:stretch>
                  </pic:blipFill>
                  <pic:spPr>
                    <a:xfrm>
                      <a:off x="0" y="0"/>
                      <a:ext cx="5724525" cy="2657475"/>
                    </a:xfrm>
                    <a:prstGeom prst="rect">
                      <a:avLst/>
                    </a:prstGeom>
                  </pic:spPr>
                </pic:pic>
              </a:graphicData>
            </a:graphic>
          </wp:inline>
        </w:drawing>
      </w:r>
    </w:p>
    <w:p w:rsidRPr="00D46DDB" w:rsidR="00D46DDB" w:rsidP="00D46DDB" w:rsidRDefault="00D46DDB" w14:paraId="1526C8D3" w14:textId="3D565FC1"/>
    <w:p w:rsidRPr="00450AB3" w:rsidR="00450AB3" w:rsidP="00450AB3" w:rsidRDefault="00450AB3" w14:paraId="735757ED" w14:textId="790BC974">
      <w:pPr>
        <w:pStyle w:val="Heading2"/>
      </w:pPr>
      <w:r w:rsidR="00D46DDB">
        <w:rPr/>
        <w:t>Sprint 8</w:t>
      </w:r>
      <w:r>
        <w:br/>
      </w:r>
      <w:r w:rsidR="468487CE">
        <w:drawing>
          <wp:inline wp14:editId="712B393F" wp14:anchorId="3454C677">
            <wp:extent cx="5724525" cy="2581275"/>
            <wp:effectExtent l="0" t="0" r="0" b="0"/>
            <wp:docPr id="11857566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85756679" name=""/>
                    <pic:cNvPicPr/>
                  </pic:nvPicPr>
                  <pic:blipFill>
                    <a:blip xmlns:r="http://schemas.openxmlformats.org/officeDocument/2006/relationships" r:embed="rId417845644">
                      <a:extLst>
                        <a:ext xmlns:a="http://schemas.openxmlformats.org/drawingml/2006/main" uri="{28A0092B-C50C-407E-A947-70E740481C1C}">
                          <a14:useLocalDpi xmlns:a14="http://schemas.microsoft.com/office/drawing/2010/main" val="0"/>
                        </a:ext>
                      </a:extLst>
                    </a:blip>
                    <a:stretch>
                      <a:fillRect/>
                    </a:stretch>
                  </pic:blipFill>
                  <pic:spPr>
                    <a:xfrm>
                      <a:off x="0" y="0"/>
                      <a:ext cx="5724525" cy="2581275"/>
                    </a:xfrm>
                    <a:prstGeom prst="rect">
                      <a:avLst/>
                    </a:prstGeom>
                  </pic:spPr>
                </pic:pic>
              </a:graphicData>
            </a:graphic>
          </wp:inline>
        </w:drawing>
      </w:r>
    </w:p>
    <w:p w:rsidRPr="00D46DDB" w:rsidR="00D46DDB" w:rsidP="00D46DDB" w:rsidRDefault="00D46DDB" w14:paraId="221DF8BA" w14:textId="78D50DD7">
      <w:pPr>
        <w:pStyle w:val="Heading2"/>
      </w:pPr>
    </w:p>
    <w:p w:rsidR="00D46DDB" w:rsidP="00D46DDB" w:rsidRDefault="00D46DDB" w14:paraId="70DF3537" w14:textId="2CC7F486">
      <w:pPr>
        <w:pStyle w:val="Heading2"/>
      </w:pPr>
      <w:r w:rsidR="00D46DDB">
        <w:rPr/>
        <w:t>Sprint 9</w:t>
      </w:r>
    </w:p>
    <w:p w:rsidRPr="00450AB3" w:rsidR="00450AB3" w:rsidP="00450AB3" w:rsidRDefault="00450AB3" w14:paraId="011EED98" w14:textId="79E8BAF0">
      <w:r w:rsidR="3874455B">
        <w:drawing>
          <wp:inline wp14:editId="7E6D6C55" wp14:anchorId="49D5BB99">
            <wp:extent cx="5724525" cy="2609850"/>
            <wp:effectExtent l="0" t="0" r="0" b="0"/>
            <wp:docPr id="6492959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9295993" name=""/>
                    <pic:cNvPicPr/>
                  </pic:nvPicPr>
                  <pic:blipFill>
                    <a:blip xmlns:r="http://schemas.openxmlformats.org/officeDocument/2006/relationships" r:embed="rId781582746">
                      <a:extLst>
                        <a:ext xmlns:a="http://schemas.openxmlformats.org/drawingml/2006/main" uri="{28A0092B-C50C-407E-A947-70E740481C1C}">
                          <a14:useLocalDpi xmlns:a14="http://schemas.microsoft.com/office/drawing/2010/main" val="0"/>
                        </a:ext>
                      </a:extLst>
                    </a:blip>
                    <a:stretch>
                      <a:fillRect/>
                    </a:stretch>
                  </pic:blipFill>
                  <pic:spPr>
                    <a:xfrm>
                      <a:off x="0" y="0"/>
                      <a:ext cx="5724525" cy="2609850"/>
                    </a:xfrm>
                    <a:prstGeom prst="rect">
                      <a:avLst/>
                    </a:prstGeom>
                  </pic:spPr>
                </pic:pic>
              </a:graphicData>
            </a:graphic>
          </wp:inline>
        </w:drawing>
      </w:r>
    </w:p>
    <w:p w:rsidRPr="00D46DDB" w:rsidR="00D46DDB" w:rsidP="00D46DDB" w:rsidRDefault="00D46DDB" w14:paraId="1B0117A1" w14:textId="024390BC"/>
    <w:p w:rsidR="00D46DDB" w:rsidP="00D46DDB" w:rsidRDefault="00D46DDB" w14:paraId="2CBED34D" w14:textId="6EE3FAE2">
      <w:pPr>
        <w:pStyle w:val="Heading2"/>
      </w:pPr>
      <w:r w:rsidR="00D46DDB">
        <w:rPr/>
        <w:t>Sprint 10</w:t>
      </w:r>
    </w:p>
    <w:p w:rsidRPr="00D46DDB" w:rsidR="00D46DDB" w:rsidP="00D46DDB" w:rsidRDefault="00450AB3" w14:paraId="7982BF0B" w14:textId="19B8E530">
      <w:r w:rsidR="1CD4B1A6">
        <w:drawing>
          <wp:inline wp14:editId="240B129B" wp14:anchorId="30561904">
            <wp:extent cx="5724525" cy="2628900"/>
            <wp:effectExtent l="0" t="0" r="0" b="0"/>
            <wp:docPr id="2518130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1813031" name=""/>
                    <pic:cNvPicPr/>
                  </pic:nvPicPr>
                  <pic:blipFill>
                    <a:blip xmlns:r="http://schemas.openxmlformats.org/officeDocument/2006/relationships" r:embed="rId1516510015">
                      <a:extLst>
                        <a:ext xmlns:a="http://schemas.openxmlformats.org/drawingml/2006/main" uri="{28A0092B-C50C-407E-A947-70E740481C1C}">
                          <a14:useLocalDpi xmlns:a14="http://schemas.microsoft.com/office/drawing/2010/main" val="0"/>
                        </a:ext>
                      </a:extLst>
                    </a:blip>
                    <a:stretch>
                      <a:fillRect/>
                    </a:stretch>
                  </pic:blipFill>
                  <pic:spPr>
                    <a:xfrm>
                      <a:off x="0" y="0"/>
                      <a:ext cx="5724525" cy="2628900"/>
                    </a:xfrm>
                    <a:prstGeom prst="rect">
                      <a:avLst/>
                    </a:prstGeom>
                  </pic:spPr>
                </pic:pic>
              </a:graphicData>
            </a:graphic>
          </wp:inline>
        </w:drawing>
      </w:r>
    </w:p>
    <w:p w:rsidR="00740072" w:rsidP="00D46DDB" w:rsidRDefault="00740072" w14:paraId="4DB0F81F" w14:textId="77777777"/>
    <w:p w:rsidR="00740072" w:rsidP="00D8630C" w:rsidRDefault="00D8630C" w14:paraId="39A3C2DB" w14:textId="28C72C37">
      <w:pPr>
        <w:pStyle w:val="Title"/>
        <w:jc w:val="center"/>
      </w:pPr>
      <w:r>
        <w:t>Document 6 – sprint meetings</w:t>
      </w:r>
    </w:p>
    <w:p w:rsidR="00D8630C" w:rsidP="00D8630C" w:rsidRDefault="00D8630C" w14:paraId="744311CF" w14:textId="2E878147">
      <w:pPr>
        <w:pStyle w:val="Heading1"/>
      </w:pPr>
      <w:r>
        <w:t xml:space="preserve">Meeting type 1 – sprint planning meeting </w:t>
      </w:r>
    </w:p>
    <w:p w:rsidRPr="00D8630C" w:rsidR="00D8630C" w:rsidP="00D8630C" w:rsidRDefault="00D8630C" w14:paraId="238ABE03" w14:textId="11884EB2">
      <w:pPr>
        <w:pStyle w:val="Heading2"/>
      </w:pPr>
      <w:r>
        <w:t>Sprint 1:</w:t>
      </w:r>
    </w:p>
    <w:tbl>
      <w:tblPr>
        <w:tblStyle w:val="TableGrid"/>
        <w:tblW w:w="0" w:type="auto"/>
        <w:tblLook w:val="04A0" w:firstRow="1" w:lastRow="0" w:firstColumn="1" w:lastColumn="0" w:noHBand="0" w:noVBand="1"/>
      </w:tblPr>
      <w:tblGrid>
        <w:gridCol w:w="3005"/>
        <w:gridCol w:w="3005"/>
        <w:gridCol w:w="3006"/>
      </w:tblGrid>
      <w:tr w:rsidR="00D8630C" w:rsidTr="00AF6A43" w14:paraId="323AF7BD" w14:textId="77777777">
        <w:tc>
          <w:tcPr>
            <w:tcW w:w="3005" w:type="dxa"/>
          </w:tcPr>
          <w:p w:rsidRPr="00FC75F9" w:rsidR="00D8630C" w:rsidP="00D8630C" w:rsidRDefault="00D8630C" w14:paraId="50616BA7" w14:textId="55234401">
            <w:pPr>
              <w:rPr>
                <w:b/>
                <w:bCs/>
                <w:i/>
                <w:iCs/>
              </w:rPr>
            </w:pPr>
            <w:r w:rsidRPr="00FC75F9">
              <w:rPr>
                <w:b/>
                <w:bCs/>
                <w:i/>
                <w:iCs/>
              </w:rPr>
              <w:t>Date</w:t>
            </w:r>
          </w:p>
        </w:tc>
        <w:tc>
          <w:tcPr>
            <w:tcW w:w="6011" w:type="dxa"/>
            <w:gridSpan w:val="2"/>
          </w:tcPr>
          <w:p w:rsidR="00D8630C" w:rsidP="00FC75F9" w:rsidRDefault="00D8630C" w14:paraId="740656C0" w14:textId="0207F008">
            <w:pPr>
              <w:jc w:val="right"/>
            </w:pPr>
            <w:r w:rsidRPr="00D8630C">
              <w:t>01/09/2025</w:t>
            </w:r>
          </w:p>
        </w:tc>
      </w:tr>
      <w:tr w:rsidR="00D8630C" w:rsidTr="00CD5BEE" w14:paraId="013093C2" w14:textId="77777777">
        <w:tc>
          <w:tcPr>
            <w:tcW w:w="3005" w:type="dxa"/>
          </w:tcPr>
          <w:p w:rsidRPr="00FC75F9" w:rsidR="00D8630C" w:rsidP="00D8630C" w:rsidRDefault="00D8630C" w14:paraId="1B3EEE65" w14:textId="5CE573E1">
            <w:pPr>
              <w:rPr>
                <w:b/>
                <w:bCs/>
                <w:i/>
                <w:iCs/>
              </w:rPr>
            </w:pPr>
            <w:r w:rsidRPr="00FC75F9">
              <w:rPr>
                <w:b/>
                <w:bCs/>
                <w:i/>
                <w:iCs/>
              </w:rPr>
              <w:t>Time</w:t>
            </w:r>
          </w:p>
        </w:tc>
        <w:tc>
          <w:tcPr>
            <w:tcW w:w="6011" w:type="dxa"/>
            <w:gridSpan w:val="2"/>
          </w:tcPr>
          <w:p w:rsidR="00D8630C" w:rsidP="00FC75F9" w:rsidRDefault="00D8630C" w14:paraId="04EFDE52" w14:textId="11D7E48E">
            <w:pPr>
              <w:jc w:val="right"/>
            </w:pPr>
            <w:r w:rsidRPr="00D8630C">
              <w:t>10:00 AM – 12:00 PM</w:t>
            </w:r>
          </w:p>
        </w:tc>
      </w:tr>
      <w:tr w:rsidR="00D8630C" w:rsidTr="00C007D2" w14:paraId="3AE39C0C" w14:textId="77777777">
        <w:tc>
          <w:tcPr>
            <w:tcW w:w="3005" w:type="dxa"/>
          </w:tcPr>
          <w:p w:rsidRPr="00FC75F9" w:rsidR="00D8630C" w:rsidP="00D8630C" w:rsidRDefault="00D8630C" w14:paraId="3FA13425" w14:textId="0AE32EEF">
            <w:pPr>
              <w:rPr>
                <w:b/>
                <w:bCs/>
                <w:i/>
                <w:iCs/>
              </w:rPr>
            </w:pPr>
            <w:r w:rsidRPr="00FC75F9">
              <w:rPr>
                <w:b/>
                <w:bCs/>
                <w:i/>
                <w:iCs/>
              </w:rPr>
              <w:t>Location</w:t>
            </w:r>
          </w:p>
        </w:tc>
        <w:tc>
          <w:tcPr>
            <w:tcW w:w="6011" w:type="dxa"/>
            <w:gridSpan w:val="2"/>
          </w:tcPr>
          <w:p w:rsidR="00D8630C" w:rsidP="00FC75F9" w:rsidRDefault="00D8630C" w14:paraId="7204BD6B" w14:textId="3FAA3955">
            <w:pPr>
              <w:jc w:val="right"/>
            </w:pPr>
            <w:r w:rsidRPr="00D8630C">
              <w:t>Conference Room A / MS Teams</w:t>
            </w:r>
          </w:p>
        </w:tc>
      </w:tr>
      <w:tr w:rsidR="00D8630C" w:rsidTr="003A05C1" w14:paraId="4B534EED" w14:textId="77777777">
        <w:tc>
          <w:tcPr>
            <w:tcW w:w="3005" w:type="dxa"/>
          </w:tcPr>
          <w:p w:rsidRPr="00FC75F9" w:rsidR="00D8630C" w:rsidP="00D8630C" w:rsidRDefault="00D8630C" w14:paraId="48E63AAC" w14:textId="73490379">
            <w:pPr>
              <w:rPr>
                <w:b/>
                <w:bCs/>
                <w:i/>
                <w:iCs/>
              </w:rPr>
            </w:pPr>
            <w:r w:rsidRPr="00FC75F9">
              <w:rPr>
                <w:b/>
                <w:bCs/>
                <w:i/>
                <w:iCs/>
              </w:rPr>
              <w:t>Prepared By</w:t>
            </w:r>
          </w:p>
        </w:tc>
        <w:tc>
          <w:tcPr>
            <w:tcW w:w="6011" w:type="dxa"/>
            <w:gridSpan w:val="2"/>
          </w:tcPr>
          <w:p w:rsidR="00D8630C" w:rsidP="00FC75F9" w:rsidRDefault="00545DD1" w14:paraId="2E09DC40" w14:textId="432C75AE">
            <w:pPr>
              <w:jc w:val="right"/>
            </w:pPr>
            <w:r>
              <w:t>Mr Ramesh (</w:t>
            </w:r>
            <w:r w:rsidRPr="00D8630C" w:rsidR="00D8630C">
              <w:t>Product Owner</w:t>
            </w:r>
            <w:r>
              <w:t>)</w:t>
            </w:r>
          </w:p>
        </w:tc>
      </w:tr>
      <w:tr w:rsidR="00FC75F9" w:rsidTr="00B621C6" w14:paraId="6F328168" w14:textId="77777777">
        <w:trPr>
          <w:trHeight w:val="1940"/>
        </w:trPr>
        <w:tc>
          <w:tcPr>
            <w:tcW w:w="3005" w:type="dxa"/>
          </w:tcPr>
          <w:p w:rsidRPr="00FC75F9" w:rsidR="00FC75F9" w:rsidP="00D8630C" w:rsidRDefault="00FC75F9" w14:paraId="70163E35" w14:textId="0ACF62F0">
            <w:pPr>
              <w:rPr>
                <w:b/>
                <w:bCs/>
                <w:i/>
                <w:iCs/>
              </w:rPr>
            </w:pPr>
            <w:r w:rsidRPr="00FC75F9">
              <w:rPr>
                <w:b/>
                <w:bCs/>
                <w:i/>
                <w:iCs/>
              </w:rPr>
              <w:t>Attendees</w:t>
            </w:r>
          </w:p>
        </w:tc>
        <w:tc>
          <w:tcPr>
            <w:tcW w:w="6011" w:type="dxa"/>
            <w:gridSpan w:val="2"/>
          </w:tcPr>
          <w:p w:rsidR="00FC75F9" w:rsidP="00FC75F9" w:rsidRDefault="00FC75F9" w14:paraId="7916619A" w14:textId="77777777">
            <w:pPr>
              <w:jc w:val="right"/>
            </w:pPr>
            <w:r w:rsidRPr="00D8630C">
              <w:t>Barath Narayanan (Scrum Master &amp; Business Analyst)</w:t>
            </w:r>
          </w:p>
          <w:p w:rsidR="00FC75F9" w:rsidP="00FC75F9" w:rsidRDefault="00FC75F9" w14:paraId="6AAB5019" w14:textId="77777777">
            <w:pPr>
              <w:jc w:val="right"/>
            </w:pPr>
            <w:r w:rsidRPr="00D8630C">
              <w:t>Mr. Ramesh (Product Owner)</w:t>
            </w:r>
          </w:p>
          <w:p w:rsidR="00FC75F9" w:rsidP="00FC75F9" w:rsidRDefault="00FC75F9" w14:paraId="492CB25D" w14:textId="77777777">
            <w:pPr>
              <w:jc w:val="right"/>
            </w:pPr>
            <w:r w:rsidRPr="00D8630C">
              <w:t>Suresh Menon</w:t>
            </w:r>
          </w:p>
          <w:p w:rsidR="00FC75F9" w:rsidP="00FC75F9" w:rsidRDefault="00FC75F9" w14:paraId="52C3671C" w14:textId="77777777">
            <w:pPr>
              <w:jc w:val="right"/>
            </w:pPr>
            <w:r w:rsidRPr="00D8630C">
              <w:t>Vivek Reddy</w:t>
            </w:r>
          </w:p>
          <w:p w:rsidR="00FC75F9" w:rsidP="00FC75F9" w:rsidRDefault="00FC75F9" w14:paraId="2D578865" w14:textId="77777777">
            <w:pPr>
              <w:jc w:val="right"/>
            </w:pPr>
            <w:r w:rsidRPr="00D8630C">
              <w:t>Anil Sharma</w:t>
            </w:r>
          </w:p>
          <w:p w:rsidR="00FC75F9" w:rsidP="00FC75F9" w:rsidRDefault="00FC75F9" w14:paraId="121861C3" w14:textId="77777777">
            <w:pPr>
              <w:jc w:val="right"/>
            </w:pPr>
            <w:r w:rsidRPr="00D8630C">
              <w:t>Karthik Iyer</w:t>
            </w:r>
          </w:p>
          <w:p w:rsidR="00FC75F9" w:rsidP="00FC75F9" w:rsidRDefault="00FC75F9" w14:paraId="395E3C0D" w14:textId="4C6B2BDD">
            <w:pPr>
              <w:jc w:val="right"/>
            </w:pPr>
            <w:r w:rsidRPr="00D8630C">
              <w:t>Prakash Rao</w:t>
            </w:r>
          </w:p>
        </w:tc>
      </w:tr>
      <w:tr w:rsidR="00D8630C" w:rsidTr="0090641D" w14:paraId="0113A8AA" w14:textId="77777777">
        <w:tc>
          <w:tcPr>
            <w:tcW w:w="9016" w:type="dxa"/>
            <w:gridSpan w:val="3"/>
          </w:tcPr>
          <w:p w:rsidRPr="00FC75F9" w:rsidR="00D8630C" w:rsidP="00D8630C" w:rsidRDefault="00D8630C" w14:paraId="61CFEF13" w14:textId="029B25FF">
            <w:pPr>
              <w:jc w:val="center"/>
              <w:rPr>
                <w:b/>
                <w:bCs/>
                <w:i/>
                <w:iCs/>
              </w:rPr>
            </w:pPr>
            <w:r w:rsidRPr="00FC75F9">
              <w:rPr>
                <w:b/>
                <w:bCs/>
                <w:i/>
                <w:iCs/>
              </w:rPr>
              <w:t>Agenda Topics</w:t>
            </w:r>
          </w:p>
        </w:tc>
      </w:tr>
      <w:tr w:rsidR="00D8630C" w:rsidTr="00D8630C" w14:paraId="21073895" w14:textId="77777777">
        <w:tc>
          <w:tcPr>
            <w:tcW w:w="3005" w:type="dxa"/>
          </w:tcPr>
          <w:p w:rsidRPr="00FC75F9" w:rsidR="00D8630C" w:rsidP="00FC75F9" w:rsidRDefault="00D8630C" w14:paraId="1857EC5A" w14:textId="7C5A1434">
            <w:pPr>
              <w:jc w:val="center"/>
              <w:rPr>
                <w:b/>
                <w:bCs/>
                <w:i/>
                <w:iCs/>
              </w:rPr>
            </w:pPr>
            <w:r w:rsidRPr="00FC75F9">
              <w:rPr>
                <w:b/>
                <w:bCs/>
                <w:i/>
                <w:iCs/>
              </w:rPr>
              <w:t>Topic</w:t>
            </w:r>
          </w:p>
        </w:tc>
        <w:tc>
          <w:tcPr>
            <w:tcW w:w="3005" w:type="dxa"/>
          </w:tcPr>
          <w:p w:rsidRPr="00FC75F9" w:rsidR="00D8630C" w:rsidP="00FC75F9" w:rsidRDefault="00D8630C" w14:paraId="0012EE20" w14:textId="296612C3">
            <w:pPr>
              <w:jc w:val="center"/>
              <w:rPr>
                <w:b/>
                <w:bCs/>
                <w:i/>
                <w:iCs/>
              </w:rPr>
            </w:pPr>
            <w:r w:rsidRPr="00FC75F9">
              <w:rPr>
                <w:b/>
                <w:bCs/>
                <w:i/>
                <w:iCs/>
              </w:rPr>
              <w:t>Presenter</w:t>
            </w:r>
          </w:p>
        </w:tc>
        <w:tc>
          <w:tcPr>
            <w:tcW w:w="3006" w:type="dxa"/>
          </w:tcPr>
          <w:p w:rsidRPr="00FC75F9" w:rsidR="00D8630C" w:rsidP="00FC75F9" w:rsidRDefault="00D8630C" w14:paraId="7145E24B" w14:textId="1F9FC0C0">
            <w:pPr>
              <w:jc w:val="center"/>
              <w:rPr>
                <w:b/>
                <w:bCs/>
                <w:i/>
                <w:iCs/>
              </w:rPr>
            </w:pPr>
            <w:r w:rsidRPr="00FC75F9">
              <w:rPr>
                <w:b/>
                <w:bCs/>
                <w:i/>
                <w:iCs/>
              </w:rPr>
              <w:t>Time allotted</w:t>
            </w:r>
          </w:p>
        </w:tc>
      </w:tr>
      <w:tr w:rsidR="00D8630C" w:rsidTr="00D8630C" w14:paraId="2A8F6B4A" w14:textId="77777777">
        <w:tc>
          <w:tcPr>
            <w:tcW w:w="3005" w:type="dxa"/>
          </w:tcPr>
          <w:p w:rsidRPr="00D8630C" w:rsidR="00D8630C" w:rsidP="00D8630C" w:rsidRDefault="00D8630C" w14:paraId="469E4689" w14:textId="6440D0D7">
            <w:r w:rsidRPr="00D8630C">
              <w:t>Review Product Backlog</w:t>
            </w:r>
          </w:p>
        </w:tc>
        <w:tc>
          <w:tcPr>
            <w:tcW w:w="3005" w:type="dxa"/>
          </w:tcPr>
          <w:p w:rsidRPr="00D8630C" w:rsidR="00D8630C" w:rsidP="00D8630C" w:rsidRDefault="00D8630C" w14:paraId="4104BE86" w14:textId="2B946A04">
            <w:r w:rsidRPr="00D8630C">
              <w:t>Mr. Ramesh</w:t>
            </w:r>
          </w:p>
        </w:tc>
        <w:tc>
          <w:tcPr>
            <w:tcW w:w="3006" w:type="dxa"/>
          </w:tcPr>
          <w:p w:rsidRPr="00D8630C" w:rsidR="00D8630C" w:rsidP="00FC75F9" w:rsidRDefault="00D8630C" w14:paraId="6E0E02D4" w14:textId="3F154A38">
            <w:pPr>
              <w:jc w:val="right"/>
            </w:pPr>
            <w:r w:rsidRPr="00D8630C">
              <w:t>20 mins</w:t>
            </w:r>
          </w:p>
        </w:tc>
      </w:tr>
      <w:tr w:rsidR="00D8630C" w:rsidTr="00D8630C" w14:paraId="51090378" w14:textId="77777777">
        <w:tc>
          <w:tcPr>
            <w:tcW w:w="3005" w:type="dxa"/>
          </w:tcPr>
          <w:p w:rsidRPr="00D8630C" w:rsidR="00D8630C" w:rsidP="00D8630C" w:rsidRDefault="00D8630C" w14:paraId="38D60875" w14:textId="57CA0FE5">
            <w:r w:rsidRPr="00D8630C">
              <w:t>Define Sprint Goal</w:t>
            </w:r>
          </w:p>
        </w:tc>
        <w:tc>
          <w:tcPr>
            <w:tcW w:w="3005" w:type="dxa"/>
          </w:tcPr>
          <w:p w:rsidRPr="00D8630C" w:rsidR="00D8630C" w:rsidP="00D8630C" w:rsidRDefault="00D8630C" w14:paraId="060F30A5" w14:textId="63269DE2">
            <w:r w:rsidRPr="00D8630C">
              <w:t>Barath Narayanan</w:t>
            </w:r>
          </w:p>
        </w:tc>
        <w:tc>
          <w:tcPr>
            <w:tcW w:w="3006" w:type="dxa"/>
          </w:tcPr>
          <w:p w:rsidRPr="00D8630C" w:rsidR="00D8630C" w:rsidP="00FC75F9" w:rsidRDefault="00D8630C" w14:paraId="0FC9F001" w14:textId="6D9C0A60">
            <w:pPr>
              <w:jc w:val="right"/>
            </w:pPr>
            <w:r w:rsidRPr="00D8630C">
              <w:t>15 mins</w:t>
            </w:r>
          </w:p>
        </w:tc>
      </w:tr>
      <w:tr w:rsidR="00D8630C" w:rsidTr="00D8630C" w14:paraId="11373860" w14:textId="77777777">
        <w:tc>
          <w:tcPr>
            <w:tcW w:w="3005" w:type="dxa"/>
          </w:tcPr>
          <w:p w:rsidRPr="00D8630C" w:rsidR="00D8630C" w:rsidP="00D8630C" w:rsidRDefault="00D8630C" w14:paraId="6E4F66AA" w14:textId="38647F72">
            <w:r w:rsidRPr="00D8630C">
              <w:t>Select User Stories for Sprint</w:t>
            </w:r>
          </w:p>
        </w:tc>
        <w:tc>
          <w:tcPr>
            <w:tcW w:w="3005" w:type="dxa"/>
          </w:tcPr>
          <w:p w:rsidRPr="00D8630C" w:rsidR="00D8630C" w:rsidP="00D8630C" w:rsidRDefault="00D8630C" w14:paraId="77228183" w14:textId="1F71EFD2">
            <w:r w:rsidRPr="00D8630C">
              <w:t>Team</w:t>
            </w:r>
          </w:p>
        </w:tc>
        <w:tc>
          <w:tcPr>
            <w:tcW w:w="3006" w:type="dxa"/>
          </w:tcPr>
          <w:p w:rsidRPr="00D8630C" w:rsidR="00D8630C" w:rsidP="00FC75F9" w:rsidRDefault="00D8630C" w14:paraId="01CF853D" w14:textId="0CEED9AC">
            <w:pPr>
              <w:jc w:val="right"/>
            </w:pPr>
            <w:r w:rsidRPr="00D8630C">
              <w:t>30 mins</w:t>
            </w:r>
          </w:p>
        </w:tc>
      </w:tr>
      <w:tr w:rsidR="00D8630C" w:rsidTr="00D8630C" w14:paraId="5ED6B13F" w14:textId="77777777">
        <w:tc>
          <w:tcPr>
            <w:tcW w:w="3005" w:type="dxa"/>
          </w:tcPr>
          <w:p w:rsidRPr="00D8630C" w:rsidR="00D8630C" w:rsidP="00D8630C" w:rsidRDefault="00D8630C" w14:paraId="0E0BA6A9" w14:textId="5352A16C">
            <w:r w:rsidRPr="00D8630C">
              <w:t>Task Breakdown &amp; Estimation</w:t>
            </w:r>
          </w:p>
        </w:tc>
        <w:tc>
          <w:tcPr>
            <w:tcW w:w="3005" w:type="dxa"/>
          </w:tcPr>
          <w:p w:rsidRPr="00D8630C" w:rsidR="00D8630C" w:rsidP="00D8630C" w:rsidRDefault="00D8630C" w14:paraId="7005626E" w14:textId="15030874">
            <w:r w:rsidRPr="00D8630C">
              <w:t>Team</w:t>
            </w:r>
          </w:p>
        </w:tc>
        <w:tc>
          <w:tcPr>
            <w:tcW w:w="3006" w:type="dxa"/>
          </w:tcPr>
          <w:p w:rsidRPr="00D8630C" w:rsidR="00D8630C" w:rsidP="00FC75F9" w:rsidRDefault="00D8630C" w14:paraId="199E0947" w14:textId="21A7D6D5">
            <w:pPr>
              <w:jc w:val="right"/>
            </w:pPr>
            <w:r w:rsidRPr="00D8630C">
              <w:t>45 mins</w:t>
            </w:r>
          </w:p>
        </w:tc>
      </w:tr>
      <w:tr w:rsidR="00D8630C" w:rsidTr="00D8630C" w14:paraId="20C0B85D" w14:textId="77777777">
        <w:tc>
          <w:tcPr>
            <w:tcW w:w="3005" w:type="dxa"/>
          </w:tcPr>
          <w:p w:rsidRPr="00D8630C" w:rsidR="00D8630C" w:rsidP="00D8630C" w:rsidRDefault="00D8630C" w14:paraId="0A10DB11" w14:textId="7919AC32">
            <w:r w:rsidRPr="00D8630C">
              <w:t>Finalize Sprint Plan</w:t>
            </w:r>
          </w:p>
        </w:tc>
        <w:tc>
          <w:tcPr>
            <w:tcW w:w="3005" w:type="dxa"/>
          </w:tcPr>
          <w:p w:rsidRPr="00D8630C" w:rsidR="00D8630C" w:rsidP="00D8630C" w:rsidRDefault="00D8630C" w14:paraId="43B0DE29" w14:textId="6D993216">
            <w:r w:rsidRPr="00D8630C">
              <w:t>Barath Narayanan</w:t>
            </w:r>
          </w:p>
        </w:tc>
        <w:tc>
          <w:tcPr>
            <w:tcW w:w="3006" w:type="dxa"/>
          </w:tcPr>
          <w:p w:rsidRPr="00D8630C" w:rsidR="00D8630C" w:rsidP="00FC75F9" w:rsidRDefault="00D8630C" w14:paraId="7347B391" w14:textId="116DDD31">
            <w:pPr>
              <w:jc w:val="right"/>
            </w:pPr>
            <w:r w:rsidRPr="00D8630C">
              <w:t>10 mins</w:t>
            </w:r>
          </w:p>
        </w:tc>
      </w:tr>
      <w:tr w:rsidR="00FC75F9" w:rsidTr="008C32F1" w14:paraId="4EEB0A04" w14:textId="77777777">
        <w:tc>
          <w:tcPr>
            <w:tcW w:w="9016" w:type="dxa"/>
            <w:gridSpan w:val="3"/>
          </w:tcPr>
          <w:p w:rsidRPr="00FC75F9" w:rsidR="00FC75F9" w:rsidP="00FC75F9" w:rsidRDefault="00FC75F9" w14:paraId="5BCFD353" w14:textId="5008D61A">
            <w:pPr>
              <w:jc w:val="center"/>
              <w:rPr>
                <w:b/>
                <w:bCs/>
                <w:i/>
                <w:iCs/>
              </w:rPr>
            </w:pPr>
            <w:r w:rsidRPr="00FC75F9">
              <w:rPr>
                <w:b/>
                <w:bCs/>
                <w:i/>
                <w:iCs/>
              </w:rPr>
              <w:t>Other Information</w:t>
            </w:r>
          </w:p>
        </w:tc>
      </w:tr>
      <w:tr w:rsidRPr="00FC75F9" w:rsidR="00FC75F9" w:rsidTr="00D8630C" w14:paraId="3C1666A9" w14:textId="77777777">
        <w:tc>
          <w:tcPr>
            <w:tcW w:w="3005" w:type="dxa"/>
          </w:tcPr>
          <w:p w:rsidRPr="00FC75F9" w:rsidR="00FC75F9" w:rsidP="00D8630C" w:rsidRDefault="00FC75F9" w14:paraId="3E6F0872" w14:textId="3ED97EAF">
            <w:pPr>
              <w:rPr>
                <w:b/>
                <w:bCs/>
                <w:i/>
                <w:iCs/>
              </w:rPr>
            </w:pPr>
            <w:r w:rsidRPr="00FC75F9">
              <w:rPr>
                <w:b/>
                <w:bCs/>
                <w:i/>
                <w:iCs/>
              </w:rPr>
              <w:t>Observers</w:t>
            </w:r>
          </w:p>
        </w:tc>
        <w:tc>
          <w:tcPr>
            <w:tcW w:w="3005" w:type="dxa"/>
          </w:tcPr>
          <w:p w:rsidRPr="00FC75F9" w:rsidR="00FC75F9" w:rsidP="00D8630C" w:rsidRDefault="00FC75F9" w14:paraId="44A3DADA" w14:textId="748F75A6">
            <w:pPr>
              <w:rPr>
                <w:b/>
                <w:bCs/>
                <w:i/>
                <w:iCs/>
              </w:rPr>
            </w:pPr>
            <w:r w:rsidRPr="00FC75F9">
              <w:rPr>
                <w:b/>
                <w:bCs/>
                <w:i/>
                <w:iCs/>
              </w:rPr>
              <w:t>Resources</w:t>
            </w:r>
          </w:p>
        </w:tc>
        <w:tc>
          <w:tcPr>
            <w:tcW w:w="3006" w:type="dxa"/>
          </w:tcPr>
          <w:p w:rsidRPr="00FC75F9" w:rsidR="00FC75F9" w:rsidP="00D8630C" w:rsidRDefault="00FC75F9" w14:paraId="5D0FA413" w14:textId="6C50547B">
            <w:pPr>
              <w:rPr>
                <w:b/>
                <w:bCs/>
                <w:i/>
                <w:iCs/>
              </w:rPr>
            </w:pPr>
            <w:r w:rsidRPr="00FC75F9">
              <w:rPr>
                <w:b/>
                <w:bCs/>
                <w:i/>
                <w:iCs/>
              </w:rPr>
              <w:t>Special Notes</w:t>
            </w:r>
          </w:p>
        </w:tc>
      </w:tr>
      <w:tr w:rsidR="00FC75F9" w:rsidTr="00D8630C" w14:paraId="291D0266" w14:textId="77777777">
        <w:tc>
          <w:tcPr>
            <w:tcW w:w="3005" w:type="dxa"/>
          </w:tcPr>
          <w:p w:rsidRPr="00FC75F9" w:rsidR="00FC75F9" w:rsidP="00D8630C" w:rsidRDefault="00FC75F9" w14:paraId="4FF5D4A7" w14:textId="538C984C">
            <w:r w:rsidRPr="00FC75F9">
              <w:t>QA Lead, UI/UX Designer</w:t>
            </w:r>
          </w:p>
        </w:tc>
        <w:tc>
          <w:tcPr>
            <w:tcW w:w="3005" w:type="dxa"/>
          </w:tcPr>
          <w:p w:rsidRPr="00FC75F9" w:rsidR="00FC75F9" w:rsidP="00D8630C" w:rsidRDefault="00FC75F9" w14:paraId="24EBE4E2" w14:textId="108D90EE">
            <w:r w:rsidRPr="00FC75F9">
              <w:t>Jira Board, Product Roadmap</w:t>
            </w:r>
          </w:p>
        </w:tc>
        <w:tc>
          <w:tcPr>
            <w:tcW w:w="3006" w:type="dxa"/>
          </w:tcPr>
          <w:p w:rsidRPr="00FC75F9" w:rsidR="00FC75F9" w:rsidP="00D8630C" w:rsidRDefault="00FC75F9" w14:paraId="08B88041" w14:textId="1646ACFD">
            <w:r w:rsidRPr="00FC75F9">
              <w:t>Focus on delivering MVP core features</w:t>
            </w:r>
          </w:p>
        </w:tc>
      </w:tr>
    </w:tbl>
    <w:p w:rsidR="00D8630C" w:rsidP="00D8630C" w:rsidRDefault="00D8630C" w14:paraId="3E0E2ADB" w14:textId="77777777"/>
    <w:p w:rsidR="00FC75F9" w:rsidP="00FC75F9" w:rsidRDefault="00FC75F9" w14:paraId="5671F913" w14:textId="05C792C2">
      <w:pPr>
        <w:pStyle w:val="Heading2"/>
      </w:pPr>
      <w:r>
        <w:t>Sprint 2</w:t>
      </w:r>
    </w:p>
    <w:tbl>
      <w:tblPr>
        <w:tblStyle w:val="TableGrid"/>
        <w:tblW w:w="0" w:type="auto"/>
        <w:tblLook w:val="04A0" w:firstRow="1" w:lastRow="0" w:firstColumn="1" w:lastColumn="0" w:noHBand="0" w:noVBand="1"/>
      </w:tblPr>
      <w:tblGrid>
        <w:gridCol w:w="3005"/>
        <w:gridCol w:w="3005"/>
        <w:gridCol w:w="3006"/>
      </w:tblGrid>
      <w:tr w:rsidR="00FC75F9" w:rsidTr="00E35DB0" w14:paraId="1BF146DB" w14:textId="77777777">
        <w:tc>
          <w:tcPr>
            <w:tcW w:w="3005" w:type="dxa"/>
          </w:tcPr>
          <w:p w:rsidRPr="00FC75F9" w:rsidR="00FC75F9" w:rsidP="00E35DB0" w:rsidRDefault="00FC75F9" w14:paraId="74CDADB8" w14:textId="77777777">
            <w:pPr>
              <w:rPr>
                <w:b/>
                <w:bCs/>
                <w:i/>
                <w:iCs/>
              </w:rPr>
            </w:pPr>
            <w:r w:rsidRPr="00FC75F9">
              <w:rPr>
                <w:b/>
                <w:bCs/>
                <w:i/>
                <w:iCs/>
              </w:rPr>
              <w:t>Date</w:t>
            </w:r>
          </w:p>
        </w:tc>
        <w:tc>
          <w:tcPr>
            <w:tcW w:w="6011" w:type="dxa"/>
            <w:gridSpan w:val="2"/>
          </w:tcPr>
          <w:p w:rsidR="00FC75F9" w:rsidP="00E35DB0" w:rsidRDefault="00FC75F9" w14:paraId="118E5220" w14:textId="6513A5CC">
            <w:pPr>
              <w:jc w:val="right"/>
            </w:pPr>
            <w:r w:rsidRPr="00FC75F9">
              <w:t>15/09/2025</w:t>
            </w:r>
          </w:p>
        </w:tc>
      </w:tr>
      <w:tr w:rsidR="00FC75F9" w:rsidTr="00E35DB0" w14:paraId="787C9306" w14:textId="77777777">
        <w:tc>
          <w:tcPr>
            <w:tcW w:w="3005" w:type="dxa"/>
          </w:tcPr>
          <w:p w:rsidRPr="00FC75F9" w:rsidR="00FC75F9" w:rsidP="00E35DB0" w:rsidRDefault="00FC75F9" w14:paraId="12380000" w14:textId="77777777">
            <w:pPr>
              <w:rPr>
                <w:b/>
                <w:bCs/>
                <w:i/>
                <w:iCs/>
              </w:rPr>
            </w:pPr>
            <w:r w:rsidRPr="00FC75F9">
              <w:rPr>
                <w:b/>
                <w:bCs/>
                <w:i/>
                <w:iCs/>
              </w:rPr>
              <w:t>Time</w:t>
            </w:r>
          </w:p>
        </w:tc>
        <w:tc>
          <w:tcPr>
            <w:tcW w:w="6011" w:type="dxa"/>
            <w:gridSpan w:val="2"/>
          </w:tcPr>
          <w:p w:rsidR="00FC75F9" w:rsidP="00E35DB0" w:rsidRDefault="00FC75F9" w14:paraId="0964BB92" w14:textId="7EEB1ED5">
            <w:pPr>
              <w:jc w:val="right"/>
            </w:pPr>
            <w:r w:rsidRPr="00FC75F9">
              <w:t>10:00 AM – 12:00 PM</w:t>
            </w:r>
          </w:p>
        </w:tc>
      </w:tr>
      <w:tr w:rsidR="00FC75F9" w:rsidTr="00E35DB0" w14:paraId="37DEA706" w14:textId="77777777">
        <w:tc>
          <w:tcPr>
            <w:tcW w:w="3005" w:type="dxa"/>
          </w:tcPr>
          <w:p w:rsidRPr="00FC75F9" w:rsidR="00FC75F9" w:rsidP="00E35DB0" w:rsidRDefault="00FC75F9" w14:paraId="5E2135DA" w14:textId="77777777">
            <w:pPr>
              <w:rPr>
                <w:b/>
                <w:bCs/>
                <w:i/>
                <w:iCs/>
              </w:rPr>
            </w:pPr>
            <w:r w:rsidRPr="00FC75F9">
              <w:rPr>
                <w:b/>
                <w:bCs/>
                <w:i/>
                <w:iCs/>
              </w:rPr>
              <w:t>Location</w:t>
            </w:r>
          </w:p>
        </w:tc>
        <w:tc>
          <w:tcPr>
            <w:tcW w:w="6011" w:type="dxa"/>
            <w:gridSpan w:val="2"/>
          </w:tcPr>
          <w:p w:rsidR="00FC75F9" w:rsidP="00E35DB0" w:rsidRDefault="00FC75F9" w14:paraId="3B1BE2F5" w14:textId="4A05E29A">
            <w:pPr>
              <w:jc w:val="right"/>
            </w:pPr>
            <w:r w:rsidRPr="00FC75F9">
              <w:t>Conference Room B / MS Teams</w:t>
            </w:r>
          </w:p>
        </w:tc>
      </w:tr>
      <w:tr w:rsidR="00FC75F9" w:rsidTr="00E35DB0" w14:paraId="2AD357A1" w14:textId="77777777">
        <w:tc>
          <w:tcPr>
            <w:tcW w:w="3005" w:type="dxa"/>
          </w:tcPr>
          <w:p w:rsidRPr="00FC75F9" w:rsidR="00FC75F9" w:rsidP="00E35DB0" w:rsidRDefault="00FC75F9" w14:paraId="73BA58BC" w14:textId="77777777">
            <w:pPr>
              <w:rPr>
                <w:b/>
                <w:bCs/>
                <w:i/>
                <w:iCs/>
              </w:rPr>
            </w:pPr>
            <w:r w:rsidRPr="00FC75F9">
              <w:rPr>
                <w:b/>
                <w:bCs/>
                <w:i/>
                <w:iCs/>
              </w:rPr>
              <w:t>Prepared By</w:t>
            </w:r>
          </w:p>
        </w:tc>
        <w:tc>
          <w:tcPr>
            <w:tcW w:w="6011" w:type="dxa"/>
            <w:gridSpan w:val="2"/>
          </w:tcPr>
          <w:p w:rsidR="00FC75F9" w:rsidP="00E35DB0" w:rsidRDefault="00FC75F9" w14:paraId="4EEB100B" w14:textId="6A2ACF60">
            <w:pPr>
              <w:jc w:val="right"/>
            </w:pPr>
            <w:r w:rsidRPr="00FC75F9">
              <w:t>Product Owner</w:t>
            </w:r>
          </w:p>
        </w:tc>
      </w:tr>
      <w:tr w:rsidR="00FC75F9" w:rsidTr="00E35DB0" w14:paraId="0792B7E6" w14:textId="77777777">
        <w:trPr>
          <w:trHeight w:val="1940"/>
        </w:trPr>
        <w:tc>
          <w:tcPr>
            <w:tcW w:w="3005" w:type="dxa"/>
          </w:tcPr>
          <w:p w:rsidRPr="00FC75F9" w:rsidR="00FC75F9" w:rsidP="00E35DB0" w:rsidRDefault="00FC75F9" w14:paraId="08D588F8" w14:textId="77777777">
            <w:pPr>
              <w:rPr>
                <w:b/>
                <w:bCs/>
                <w:i/>
                <w:iCs/>
              </w:rPr>
            </w:pPr>
            <w:r w:rsidRPr="00FC75F9">
              <w:rPr>
                <w:b/>
                <w:bCs/>
                <w:i/>
                <w:iCs/>
              </w:rPr>
              <w:t>Attendees</w:t>
            </w:r>
          </w:p>
        </w:tc>
        <w:tc>
          <w:tcPr>
            <w:tcW w:w="6011" w:type="dxa"/>
            <w:gridSpan w:val="2"/>
          </w:tcPr>
          <w:p w:rsidR="00FC75F9" w:rsidP="00E35DB0" w:rsidRDefault="00FC75F9" w14:paraId="02F43E88" w14:textId="77777777">
            <w:pPr>
              <w:jc w:val="right"/>
            </w:pPr>
            <w:r w:rsidRPr="00D8630C">
              <w:t>Barath Narayanan (Scrum Master &amp; Business Analyst)</w:t>
            </w:r>
          </w:p>
          <w:p w:rsidR="00FC75F9" w:rsidP="00E35DB0" w:rsidRDefault="00FC75F9" w14:paraId="6F0F8FDD" w14:textId="77777777">
            <w:pPr>
              <w:jc w:val="right"/>
            </w:pPr>
            <w:r w:rsidRPr="00D8630C">
              <w:t>Mr. Ramesh (Product Owner)</w:t>
            </w:r>
          </w:p>
          <w:p w:rsidR="00FC75F9" w:rsidP="00E35DB0" w:rsidRDefault="00FC75F9" w14:paraId="430F14C9" w14:textId="77777777">
            <w:pPr>
              <w:jc w:val="right"/>
            </w:pPr>
            <w:r w:rsidRPr="00D8630C">
              <w:t>Suresh Menon</w:t>
            </w:r>
          </w:p>
          <w:p w:rsidR="00FC75F9" w:rsidP="00E35DB0" w:rsidRDefault="00FC75F9" w14:paraId="349D4B65" w14:textId="77777777">
            <w:pPr>
              <w:jc w:val="right"/>
            </w:pPr>
            <w:r w:rsidRPr="00D8630C">
              <w:t>Vivek Reddy</w:t>
            </w:r>
          </w:p>
          <w:p w:rsidR="00FC75F9" w:rsidP="00E35DB0" w:rsidRDefault="00FC75F9" w14:paraId="11623C82" w14:textId="77777777">
            <w:pPr>
              <w:jc w:val="right"/>
            </w:pPr>
            <w:r w:rsidRPr="00D8630C">
              <w:t>Anil Sharma</w:t>
            </w:r>
          </w:p>
          <w:p w:rsidR="00FC75F9" w:rsidP="00E35DB0" w:rsidRDefault="00FC75F9" w14:paraId="00B80067" w14:textId="77777777">
            <w:pPr>
              <w:jc w:val="right"/>
            </w:pPr>
            <w:r w:rsidRPr="00D8630C">
              <w:t>Karthik Iyer</w:t>
            </w:r>
          </w:p>
          <w:p w:rsidR="00FC75F9" w:rsidP="00E35DB0" w:rsidRDefault="00FC75F9" w14:paraId="2DF4133C" w14:textId="77777777">
            <w:pPr>
              <w:jc w:val="right"/>
            </w:pPr>
            <w:r w:rsidRPr="00D8630C">
              <w:t>Prakash Rao</w:t>
            </w:r>
          </w:p>
        </w:tc>
      </w:tr>
      <w:tr w:rsidR="00FC75F9" w:rsidTr="00E35DB0" w14:paraId="465F93D8" w14:textId="77777777">
        <w:tc>
          <w:tcPr>
            <w:tcW w:w="9016" w:type="dxa"/>
            <w:gridSpan w:val="3"/>
          </w:tcPr>
          <w:p w:rsidRPr="00FC75F9" w:rsidR="00FC75F9" w:rsidP="00E35DB0" w:rsidRDefault="00FC75F9" w14:paraId="22A59C08" w14:textId="77777777">
            <w:pPr>
              <w:jc w:val="center"/>
              <w:rPr>
                <w:b/>
                <w:bCs/>
                <w:i/>
                <w:iCs/>
              </w:rPr>
            </w:pPr>
            <w:r w:rsidRPr="00FC75F9">
              <w:rPr>
                <w:b/>
                <w:bCs/>
                <w:i/>
                <w:iCs/>
              </w:rPr>
              <w:t>Agenda Topics</w:t>
            </w:r>
          </w:p>
        </w:tc>
      </w:tr>
      <w:tr w:rsidR="00FC75F9" w:rsidTr="00E35DB0" w14:paraId="7F9D7174" w14:textId="77777777">
        <w:tc>
          <w:tcPr>
            <w:tcW w:w="3005" w:type="dxa"/>
          </w:tcPr>
          <w:p w:rsidRPr="00FC75F9" w:rsidR="00FC75F9" w:rsidP="00E35DB0" w:rsidRDefault="00FC75F9" w14:paraId="5BB798C0" w14:textId="77777777">
            <w:pPr>
              <w:jc w:val="center"/>
              <w:rPr>
                <w:b/>
                <w:bCs/>
                <w:i/>
                <w:iCs/>
              </w:rPr>
            </w:pPr>
            <w:r w:rsidRPr="00FC75F9">
              <w:rPr>
                <w:b/>
                <w:bCs/>
                <w:i/>
                <w:iCs/>
              </w:rPr>
              <w:t>Topic</w:t>
            </w:r>
          </w:p>
        </w:tc>
        <w:tc>
          <w:tcPr>
            <w:tcW w:w="3005" w:type="dxa"/>
          </w:tcPr>
          <w:p w:rsidRPr="00FC75F9" w:rsidR="00FC75F9" w:rsidP="00E35DB0" w:rsidRDefault="00FC75F9" w14:paraId="2D6BE6A7" w14:textId="77777777">
            <w:pPr>
              <w:jc w:val="center"/>
              <w:rPr>
                <w:b/>
                <w:bCs/>
                <w:i/>
                <w:iCs/>
              </w:rPr>
            </w:pPr>
            <w:r w:rsidRPr="00FC75F9">
              <w:rPr>
                <w:b/>
                <w:bCs/>
                <w:i/>
                <w:iCs/>
              </w:rPr>
              <w:t>Presenter</w:t>
            </w:r>
          </w:p>
        </w:tc>
        <w:tc>
          <w:tcPr>
            <w:tcW w:w="3006" w:type="dxa"/>
          </w:tcPr>
          <w:p w:rsidRPr="00FC75F9" w:rsidR="00FC75F9" w:rsidP="00E35DB0" w:rsidRDefault="00FC75F9" w14:paraId="1F7C5389" w14:textId="77777777">
            <w:pPr>
              <w:jc w:val="center"/>
              <w:rPr>
                <w:b/>
                <w:bCs/>
                <w:i/>
                <w:iCs/>
              </w:rPr>
            </w:pPr>
            <w:r w:rsidRPr="00FC75F9">
              <w:rPr>
                <w:b/>
                <w:bCs/>
                <w:i/>
                <w:iCs/>
              </w:rPr>
              <w:t>Time allotted</w:t>
            </w:r>
          </w:p>
        </w:tc>
      </w:tr>
      <w:tr w:rsidR="00FC75F9" w:rsidTr="00E35DB0" w14:paraId="218A0EEE" w14:textId="77777777">
        <w:tc>
          <w:tcPr>
            <w:tcW w:w="3005" w:type="dxa"/>
          </w:tcPr>
          <w:p w:rsidRPr="00D8630C" w:rsidR="00FC75F9" w:rsidP="00E35DB0" w:rsidRDefault="00FC75F9" w14:paraId="5616624E" w14:textId="2B74F436">
            <w:r w:rsidRPr="00FC75F9">
              <w:t>Review Previous Sprint Outcome</w:t>
            </w:r>
          </w:p>
        </w:tc>
        <w:tc>
          <w:tcPr>
            <w:tcW w:w="3005" w:type="dxa"/>
          </w:tcPr>
          <w:p w:rsidRPr="00D8630C" w:rsidR="00FC75F9" w:rsidP="00E35DB0" w:rsidRDefault="00FC75F9" w14:paraId="33C62B38" w14:textId="37C59E3A">
            <w:r w:rsidRPr="00FC75F9">
              <w:t>Barath Narayanan</w:t>
            </w:r>
          </w:p>
        </w:tc>
        <w:tc>
          <w:tcPr>
            <w:tcW w:w="3006" w:type="dxa"/>
          </w:tcPr>
          <w:p w:rsidRPr="00D8630C" w:rsidR="00FC75F9" w:rsidP="00E35DB0" w:rsidRDefault="00FC75F9" w14:paraId="5474D7DD" w14:textId="5EC167CB">
            <w:pPr>
              <w:jc w:val="right"/>
            </w:pPr>
            <w:r w:rsidRPr="00FC75F9">
              <w:t>15 mins</w:t>
            </w:r>
          </w:p>
        </w:tc>
      </w:tr>
      <w:tr w:rsidR="00FC75F9" w:rsidTr="00E35DB0" w14:paraId="1090AF2A" w14:textId="77777777">
        <w:tc>
          <w:tcPr>
            <w:tcW w:w="3005" w:type="dxa"/>
          </w:tcPr>
          <w:p w:rsidRPr="00D8630C" w:rsidR="00FC75F9" w:rsidP="00E35DB0" w:rsidRDefault="00FC75F9" w14:paraId="486B8B8A" w14:textId="008BBA10">
            <w:r w:rsidRPr="00FC75F9">
              <w:t>Update Product Backlog</w:t>
            </w:r>
          </w:p>
        </w:tc>
        <w:tc>
          <w:tcPr>
            <w:tcW w:w="3005" w:type="dxa"/>
          </w:tcPr>
          <w:p w:rsidRPr="00D8630C" w:rsidR="00FC75F9" w:rsidP="00E35DB0" w:rsidRDefault="00FC75F9" w14:paraId="60D5071F" w14:textId="22FC9566">
            <w:r w:rsidRPr="00FC75F9">
              <w:t>Mr. Ramesh</w:t>
            </w:r>
          </w:p>
        </w:tc>
        <w:tc>
          <w:tcPr>
            <w:tcW w:w="3006" w:type="dxa"/>
          </w:tcPr>
          <w:p w:rsidRPr="00D8630C" w:rsidR="00FC75F9" w:rsidP="00E35DB0" w:rsidRDefault="00FC75F9" w14:paraId="677F0FDE" w14:textId="64871938">
            <w:pPr>
              <w:jc w:val="right"/>
            </w:pPr>
            <w:r w:rsidRPr="00FC75F9">
              <w:t>20 mins</w:t>
            </w:r>
          </w:p>
        </w:tc>
      </w:tr>
      <w:tr w:rsidR="00FC75F9" w:rsidTr="00E35DB0" w14:paraId="37D186DF" w14:textId="77777777">
        <w:tc>
          <w:tcPr>
            <w:tcW w:w="3005" w:type="dxa"/>
          </w:tcPr>
          <w:p w:rsidRPr="00D8630C" w:rsidR="00FC75F9" w:rsidP="00E35DB0" w:rsidRDefault="00FC75F9" w14:paraId="199C86DF" w14:textId="0F02E4B4">
            <w:r w:rsidRPr="00FC75F9">
              <w:t>Select User Stories</w:t>
            </w:r>
          </w:p>
        </w:tc>
        <w:tc>
          <w:tcPr>
            <w:tcW w:w="3005" w:type="dxa"/>
          </w:tcPr>
          <w:p w:rsidRPr="00D8630C" w:rsidR="00FC75F9" w:rsidP="00E35DB0" w:rsidRDefault="00FC75F9" w14:paraId="24EEDDB9" w14:textId="47F0C7C8">
            <w:r w:rsidRPr="00FC75F9">
              <w:t>Team</w:t>
            </w:r>
          </w:p>
        </w:tc>
        <w:tc>
          <w:tcPr>
            <w:tcW w:w="3006" w:type="dxa"/>
          </w:tcPr>
          <w:p w:rsidRPr="00D8630C" w:rsidR="00FC75F9" w:rsidP="00E35DB0" w:rsidRDefault="00FC75F9" w14:paraId="7ABCCB55" w14:textId="74408072">
            <w:pPr>
              <w:jc w:val="right"/>
            </w:pPr>
            <w:r w:rsidRPr="00FC75F9">
              <w:t>30 mins</w:t>
            </w:r>
          </w:p>
        </w:tc>
      </w:tr>
      <w:tr w:rsidR="00FC75F9" w:rsidTr="00E35DB0" w14:paraId="3E3243EC" w14:textId="77777777">
        <w:tc>
          <w:tcPr>
            <w:tcW w:w="3005" w:type="dxa"/>
          </w:tcPr>
          <w:p w:rsidRPr="00D8630C" w:rsidR="00FC75F9" w:rsidP="00E35DB0" w:rsidRDefault="00FC75F9" w14:paraId="7C2FF0C0" w14:textId="6938B2CF">
            <w:r w:rsidRPr="00FC75F9">
              <w:t>Estimate &amp; Assign Tasks</w:t>
            </w:r>
          </w:p>
        </w:tc>
        <w:tc>
          <w:tcPr>
            <w:tcW w:w="3005" w:type="dxa"/>
          </w:tcPr>
          <w:p w:rsidRPr="00D8630C" w:rsidR="00FC75F9" w:rsidP="00E35DB0" w:rsidRDefault="00FC75F9" w14:paraId="5633EA7D" w14:textId="77777777">
            <w:r w:rsidRPr="00D8630C">
              <w:t>Team</w:t>
            </w:r>
          </w:p>
        </w:tc>
        <w:tc>
          <w:tcPr>
            <w:tcW w:w="3006" w:type="dxa"/>
          </w:tcPr>
          <w:p w:rsidRPr="00D8630C" w:rsidR="00FC75F9" w:rsidP="00E35DB0" w:rsidRDefault="00FC75F9" w14:paraId="20B79740" w14:textId="77777777">
            <w:pPr>
              <w:jc w:val="right"/>
            </w:pPr>
            <w:r w:rsidRPr="00D8630C">
              <w:t>45 mins</w:t>
            </w:r>
          </w:p>
        </w:tc>
      </w:tr>
      <w:tr w:rsidR="00FC75F9" w:rsidTr="00E35DB0" w14:paraId="07E5FB42" w14:textId="77777777">
        <w:tc>
          <w:tcPr>
            <w:tcW w:w="3005" w:type="dxa"/>
          </w:tcPr>
          <w:p w:rsidRPr="00D8630C" w:rsidR="00FC75F9" w:rsidP="00E35DB0" w:rsidRDefault="00FC75F9" w14:paraId="29648E20" w14:textId="23A027D0">
            <w:r w:rsidRPr="00FC75F9">
              <w:t>Confirm Sprint Goal</w:t>
            </w:r>
          </w:p>
        </w:tc>
        <w:tc>
          <w:tcPr>
            <w:tcW w:w="3005" w:type="dxa"/>
          </w:tcPr>
          <w:p w:rsidRPr="00D8630C" w:rsidR="00FC75F9" w:rsidP="00E35DB0" w:rsidRDefault="00FC75F9" w14:paraId="11AD2FDA" w14:textId="77777777">
            <w:r w:rsidRPr="00D8630C">
              <w:t>Barath Narayanan</w:t>
            </w:r>
          </w:p>
        </w:tc>
        <w:tc>
          <w:tcPr>
            <w:tcW w:w="3006" w:type="dxa"/>
          </w:tcPr>
          <w:p w:rsidRPr="00D8630C" w:rsidR="00FC75F9" w:rsidP="00E35DB0" w:rsidRDefault="00FC75F9" w14:paraId="3C1189F3" w14:textId="77777777">
            <w:pPr>
              <w:jc w:val="right"/>
            </w:pPr>
            <w:r w:rsidRPr="00D8630C">
              <w:t>10 mins</w:t>
            </w:r>
          </w:p>
        </w:tc>
      </w:tr>
      <w:tr w:rsidR="00FC75F9" w:rsidTr="00E35DB0" w14:paraId="10AC55A9" w14:textId="77777777">
        <w:tc>
          <w:tcPr>
            <w:tcW w:w="9016" w:type="dxa"/>
            <w:gridSpan w:val="3"/>
          </w:tcPr>
          <w:p w:rsidRPr="00FC75F9" w:rsidR="00FC75F9" w:rsidP="00E35DB0" w:rsidRDefault="00FC75F9" w14:paraId="1CE4CD7F" w14:textId="77777777">
            <w:pPr>
              <w:jc w:val="center"/>
              <w:rPr>
                <w:b/>
                <w:bCs/>
                <w:i/>
                <w:iCs/>
              </w:rPr>
            </w:pPr>
            <w:r w:rsidRPr="00FC75F9">
              <w:rPr>
                <w:b/>
                <w:bCs/>
                <w:i/>
                <w:iCs/>
              </w:rPr>
              <w:t>Other Information</w:t>
            </w:r>
          </w:p>
        </w:tc>
      </w:tr>
      <w:tr w:rsidRPr="00FC75F9" w:rsidR="00FC75F9" w:rsidTr="00E35DB0" w14:paraId="0B496F9B" w14:textId="77777777">
        <w:tc>
          <w:tcPr>
            <w:tcW w:w="3005" w:type="dxa"/>
          </w:tcPr>
          <w:p w:rsidRPr="00FC75F9" w:rsidR="00FC75F9" w:rsidP="00E35DB0" w:rsidRDefault="00FC75F9" w14:paraId="3E5EE3AD" w14:textId="77777777">
            <w:pPr>
              <w:rPr>
                <w:b/>
                <w:bCs/>
                <w:i/>
                <w:iCs/>
              </w:rPr>
            </w:pPr>
            <w:r w:rsidRPr="00FC75F9">
              <w:rPr>
                <w:b/>
                <w:bCs/>
                <w:i/>
                <w:iCs/>
              </w:rPr>
              <w:t>Observers</w:t>
            </w:r>
          </w:p>
        </w:tc>
        <w:tc>
          <w:tcPr>
            <w:tcW w:w="3005" w:type="dxa"/>
          </w:tcPr>
          <w:p w:rsidRPr="00FC75F9" w:rsidR="00FC75F9" w:rsidP="00E35DB0" w:rsidRDefault="00FC75F9" w14:paraId="59512EED" w14:textId="77777777">
            <w:pPr>
              <w:rPr>
                <w:b/>
                <w:bCs/>
                <w:i/>
                <w:iCs/>
              </w:rPr>
            </w:pPr>
            <w:r w:rsidRPr="00FC75F9">
              <w:rPr>
                <w:b/>
                <w:bCs/>
                <w:i/>
                <w:iCs/>
              </w:rPr>
              <w:t>Resources</w:t>
            </w:r>
          </w:p>
        </w:tc>
        <w:tc>
          <w:tcPr>
            <w:tcW w:w="3006" w:type="dxa"/>
          </w:tcPr>
          <w:p w:rsidRPr="00FC75F9" w:rsidR="00FC75F9" w:rsidP="00E35DB0" w:rsidRDefault="00FC75F9" w14:paraId="1A821417" w14:textId="77777777">
            <w:pPr>
              <w:rPr>
                <w:b/>
                <w:bCs/>
                <w:i/>
                <w:iCs/>
              </w:rPr>
            </w:pPr>
            <w:r w:rsidRPr="00FC75F9">
              <w:rPr>
                <w:b/>
                <w:bCs/>
                <w:i/>
                <w:iCs/>
              </w:rPr>
              <w:t>Special Notes</w:t>
            </w:r>
          </w:p>
        </w:tc>
      </w:tr>
      <w:tr w:rsidR="00FC75F9" w:rsidTr="00E35DB0" w14:paraId="7C593000" w14:textId="77777777">
        <w:tc>
          <w:tcPr>
            <w:tcW w:w="3005" w:type="dxa"/>
          </w:tcPr>
          <w:p w:rsidRPr="00FC75F9" w:rsidR="00FC75F9" w:rsidP="00E35DB0" w:rsidRDefault="00FC75F9" w14:paraId="1B4B3818" w14:textId="6E415610">
            <w:r>
              <w:t>Sales Team Reps</w:t>
            </w:r>
          </w:p>
        </w:tc>
        <w:tc>
          <w:tcPr>
            <w:tcW w:w="3005" w:type="dxa"/>
          </w:tcPr>
          <w:p w:rsidRPr="00FC75F9" w:rsidR="00FC75F9" w:rsidP="00E35DB0" w:rsidRDefault="00FC75F9" w14:paraId="2FB3BFB2" w14:textId="204EEA34">
            <w:r w:rsidRPr="00FC75F9">
              <w:t>Jira Board, Test Environment</w:t>
            </w:r>
          </w:p>
        </w:tc>
        <w:tc>
          <w:tcPr>
            <w:tcW w:w="3006" w:type="dxa"/>
          </w:tcPr>
          <w:p w:rsidRPr="00FC75F9" w:rsidR="00FC75F9" w:rsidP="00E35DB0" w:rsidRDefault="00FC75F9" w14:paraId="1DCDD460" w14:textId="08E7B742">
            <w:r w:rsidRPr="00FC75F9">
              <w:t>Include high-priority bug fixes</w:t>
            </w:r>
          </w:p>
        </w:tc>
      </w:tr>
    </w:tbl>
    <w:p w:rsidR="00FC75F9" w:rsidP="00FC75F9" w:rsidRDefault="00FC75F9" w14:paraId="78A211A2" w14:textId="77777777"/>
    <w:p w:rsidR="00FC75F9" w:rsidP="00FC75F9" w:rsidRDefault="00FC75F9" w14:paraId="05C1BAD1" w14:textId="2265724E">
      <w:pPr>
        <w:pStyle w:val="Heading2"/>
      </w:pPr>
      <w:r>
        <w:t>Sprint 3</w:t>
      </w:r>
    </w:p>
    <w:tbl>
      <w:tblPr>
        <w:tblStyle w:val="TableGrid"/>
        <w:tblW w:w="0" w:type="auto"/>
        <w:tblLook w:val="04A0" w:firstRow="1" w:lastRow="0" w:firstColumn="1" w:lastColumn="0" w:noHBand="0" w:noVBand="1"/>
      </w:tblPr>
      <w:tblGrid>
        <w:gridCol w:w="3005"/>
        <w:gridCol w:w="3005"/>
        <w:gridCol w:w="3006"/>
      </w:tblGrid>
      <w:tr w:rsidR="00FC75F9" w:rsidTr="00E35DB0" w14:paraId="655C6CD5" w14:textId="77777777">
        <w:tc>
          <w:tcPr>
            <w:tcW w:w="3005" w:type="dxa"/>
          </w:tcPr>
          <w:p w:rsidRPr="00FC75F9" w:rsidR="00FC75F9" w:rsidP="00E35DB0" w:rsidRDefault="00FC75F9" w14:paraId="4D102717" w14:textId="77777777">
            <w:pPr>
              <w:rPr>
                <w:b/>
                <w:bCs/>
                <w:i/>
                <w:iCs/>
              </w:rPr>
            </w:pPr>
            <w:r w:rsidRPr="00FC75F9">
              <w:rPr>
                <w:b/>
                <w:bCs/>
                <w:i/>
                <w:iCs/>
              </w:rPr>
              <w:t>Date</w:t>
            </w:r>
          </w:p>
        </w:tc>
        <w:tc>
          <w:tcPr>
            <w:tcW w:w="6011" w:type="dxa"/>
            <w:gridSpan w:val="2"/>
          </w:tcPr>
          <w:p w:rsidR="00FC75F9" w:rsidP="00E35DB0" w:rsidRDefault="00FC75F9" w14:paraId="7FB88893" w14:textId="7720201C">
            <w:pPr>
              <w:jc w:val="right"/>
            </w:pPr>
            <w:r w:rsidRPr="00FC75F9">
              <w:t>29/09/2025</w:t>
            </w:r>
          </w:p>
        </w:tc>
      </w:tr>
      <w:tr w:rsidR="00FC75F9" w:rsidTr="00E35DB0" w14:paraId="2B72BDE8" w14:textId="77777777">
        <w:tc>
          <w:tcPr>
            <w:tcW w:w="3005" w:type="dxa"/>
          </w:tcPr>
          <w:p w:rsidRPr="00FC75F9" w:rsidR="00FC75F9" w:rsidP="00E35DB0" w:rsidRDefault="00FC75F9" w14:paraId="25C803EB" w14:textId="77777777">
            <w:pPr>
              <w:rPr>
                <w:b/>
                <w:bCs/>
                <w:i/>
                <w:iCs/>
              </w:rPr>
            </w:pPr>
            <w:r w:rsidRPr="00FC75F9">
              <w:rPr>
                <w:b/>
                <w:bCs/>
                <w:i/>
                <w:iCs/>
              </w:rPr>
              <w:t>Time</w:t>
            </w:r>
          </w:p>
        </w:tc>
        <w:tc>
          <w:tcPr>
            <w:tcW w:w="6011" w:type="dxa"/>
            <w:gridSpan w:val="2"/>
          </w:tcPr>
          <w:p w:rsidR="00FC75F9" w:rsidP="00E35DB0" w:rsidRDefault="00FC75F9" w14:paraId="054B0E5D" w14:textId="6111A309">
            <w:pPr>
              <w:jc w:val="right"/>
            </w:pPr>
            <w:r w:rsidRPr="00FC75F9">
              <w:t>2:00 PM – 4:00 PM</w:t>
            </w:r>
          </w:p>
        </w:tc>
      </w:tr>
      <w:tr w:rsidR="00FC75F9" w:rsidTr="00E35DB0" w14:paraId="72DB9E8D" w14:textId="77777777">
        <w:tc>
          <w:tcPr>
            <w:tcW w:w="3005" w:type="dxa"/>
          </w:tcPr>
          <w:p w:rsidRPr="00FC75F9" w:rsidR="00FC75F9" w:rsidP="00E35DB0" w:rsidRDefault="00FC75F9" w14:paraId="6BEC48FE" w14:textId="77777777">
            <w:pPr>
              <w:rPr>
                <w:b/>
                <w:bCs/>
                <w:i/>
                <w:iCs/>
              </w:rPr>
            </w:pPr>
            <w:r w:rsidRPr="00FC75F9">
              <w:rPr>
                <w:b/>
                <w:bCs/>
                <w:i/>
                <w:iCs/>
              </w:rPr>
              <w:t>Location</w:t>
            </w:r>
          </w:p>
        </w:tc>
        <w:tc>
          <w:tcPr>
            <w:tcW w:w="6011" w:type="dxa"/>
            <w:gridSpan w:val="2"/>
          </w:tcPr>
          <w:p w:rsidR="00FC75F9" w:rsidP="00E35DB0" w:rsidRDefault="00FC75F9" w14:paraId="62B91EB3" w14:textId="54D26FA4">
            <w:pPr>
              <w:jc w:val="right"/>
            </w:pPr>
            <w:r w:rsidRPr="00FC75F9">
              <w:t>Conference Room C / MS Teams</w:t>
            </w:r>
          </w:p>
        </w:tc>
      </w:tr>
      <w:tr w:rsidR="00FC75F9" w:rsidTr="00E35DB0" w14:paraId="16B52963" w14:textId="77777777">
        <w:tc>
          <w:tcPr>
            <w:tcW w:w="3005" w:type="dxa"/>
          </w:tcPr>
          <w:p w:rsidRPr="00FC75F9" w:rsidR="00FC75F9" w:rsidP="00E35DB0" w:rsidRDefault="00FC75F9" w14:paraId="6E5E8C25" w14:textId="77777777">
            <w:pPr>
              <w:rPr>
                <w:b/>
                <w:bCs/>
                <w:i/>
                <w:iCs/>
              </w:rPr>
            </w:pPr>
            <w:r w:rsidRPr="00FC75F9">
              <w:rPr>
                <w:b/>
                <w:bCs/>
                <w:i/>
                <w:iCs/>
              </w:rPr>
              <w:t>Prepared By</w:t>
            </w:r>
          </w:p>
        </w:tc>
        <w:tc>
          <w:tcPr>
            <w:tcW w:w="6011" w:type="dxa"/>
            <w:gridSpan w:val="2"/>
          </w:tcPr>
          <w:p w:rsidR="00FC75F9" w:rsidP="00E35DB0" w:rsidRDefault="00FC75F9" w14:paraId="3C334A46" w14:textId="71A1A307">
            <w:pPr>
              <w:jc w:val="right"/>
            </w:pPr>
            <w:r w:rsidRPr="00FC75F9">
              <w:t>Mr. Ramesh (Product Owner)</w:t>
            </w:r>
          </w:p>
        </w:tc>
      </w:tr>
      <w:tr w:rsidR="00FC75F9" w:rsidTr="00E35DB0" w14:paraId="61973857" w14:textId="77777777">
        <w:trPr>
          <w:trHeight w:val="1940"/>
        </w:trPr>
        <w:tc>
          <w:tcPr>
            <w:tcW w:w="3005" w:type="dxa"/>
          </w:tcPr>
          <w:p w:rsidRPr="00FC75F9" w:rsidR="00FC75F9" w:rsidP="00E35DB0" w:rsidRDefault="00FC75F9" w14:paraId="3F017928" w14:textId="77777777">
            <w:pPr>
              <w:rPr>
                <w:b/>
                <w:bCs/>
                <w:i/>
                <w:iCs/>
              </w:rPr>
            </w:pPr>
            <w:r w:rsidRPr="00FC75F9">
              <w:rPr>
                <w:b/>
                <w:bCs/>
                <w:i/>
                <w:iCs/>
              </w:rPr>
              <w:t>Attendees</w:t>
            </w:r>
          </w:p>
        </w:tc>
        <w:tc>
          <w:tcPr>
            <w:tcW w:w="6011" w:type="dxa"/>
            <w:gridSpan w:val="2"/>
          </w:tcPr>
          <w:p w:rsidR="00FC75F9" w:rsidP="00E35DB0" w:rsidRDefault="00FC75F9" w14:paraId="3691C43B" w14:textId="77777777">
            <w:pPr>
              <w:jc w:val="right"/>
            </w:pPr>
            <w:r w:rsidRPr="00D8630C">
              <w:t>Barath Narayanan (Scrum Master &amp; Business Analyst)</w:t>
            </w:r>
          </w:p>
          <w:p w:rsidR="00FC75F9" w:rsidP="00E35DB0" w:rsidRDefault="00FC75F9" w14:paraId="1121D6F7" w14:textId="77777777">
            <w:pPr>
              <w:jc w:val="right"/>
            </w:pPr>
            <w:r w:rsidRPr="00D8630C">
              <w:t>Mr. Ramesh (Product Owner)</w:t>
            </w:r>
          </w:p>
          <w:p w:rsidR="00FC75F9" w:rsidP="00E35DB0" w:rsidRDefault="00FC75F9" w14:paraId="5A4078CD" w14:textId="77777777">
            <w:pPr>
              <w:jc w:val="right"/>
            </w:pPr>
            <w:r w:rsidRPr="00D8630C">
              <w:t>Suresh Menon</w:t>
            </w:r>
          </w:p>
          <w:p w:rsidR="00FC75F9" w:rsidP="00E35DB0" w:rsidRDefault="00FC75F9" w14:paraId="76673DB7" w14:textId="77777777">
            <w:pPr>
              <w:jc w:val="right"/>
            </w:pPr>
            <w:r w:rsidRPr="00D8630C">
              <w:t>Vivek Reddy</w:t>
            </w:r>
          </w:p>
          <w:p w:rsidR="00FC75F9" w:rsidP="00E35DB0" w:rsidRDefault="00FC75F9" w14:paraId="71B78F3C" w14:textId="77777777">
            <w:pPr>
              <w:jc w:val="right"/>
            </w:pPr>
            <w:r w:rsidRPr="00D8630C">
              <w:t>Anil Sharma</w:t>
            </w:r>
          </w:p>
          <w:p w:rsidR="00FC75F9" w:rsidP="00E35DB0" w:rsidRDefault="00FC75F9" w14:paraId="29FEF772" w14:textId="77777777">
            <w:pPr>
              <w:jc w:val="right"/>
            </w:pPr>
            <w:r w:rsidRPr="00D8630C">
              <w:t>Karthik Iyer</w:t>
            </w:r>
          </w:p>
          <w:p w:rsidR="00FC75F9" w:rsidP="00E35DB0" w:rsidRDefault="00FC75F9" w14:paraId="356793A0" w14:textId="77777777">
            <w:pPr>
              <w:jc w:val="right"/>
            </w:pPr>
            <w:r w:rsidRPr="00D8630C">
              <w:t>Prakash Rao</w:t>
            </w:r>
          </w:p>
        </w:tc>
      </w:tr>
      <w:tr w:rsidR="00FC75F9" w:rsidTr="00E35DB0" w14:paraId="59C2B9A2" w14:textId="77777777">
        <w:tc>
          <w:tcPr>
            <w:tcW w:w="9016" w:type="dxa"/>
            <w:gridSpan w:val="3"/>
          </w:tcPr>
          <w:p w:rsidRPr="00FC75F9" w:rsidR="00FC75F9" w:rsidP="00E35DB0" w:rsidRDefault="00FC75F9" w14:paraId="01594BEF" w14:textId="77777777">
            <w:pPr>
              <w:jc w:val="center"/>
              <w:rPr>
                <w:b/>
                <w:bCs/>
                <w:i/>
                <w:iCs/>
              </w:rPr>
            </w:pPr>
            <w:r w:rsidRPr="00FC75F9">
              <w:rPr>
                <w:b/>
                <w:bCs/>
                <w:i/>
                <w:iCs/>
              </w:rPr>
              <w:t>Agenda Topics</w:t>
            </w:r>
          </w:p>
        </w:tc>
      </w:tr>
      <w:tr w:rsidR="00FC75F9" w:rsidTr="00E35DB0" w14:paraId="1E127E3C" w14:textId="77777777">
        <w:tc>
          <w:tcPr>
            <w:tcW w:w="3005" w:type="dxa"/>
          </w:tcPr>
          <w:p w:rsidRPr="00FC75F9" w:rsidR="00FC75F9" w:rsidP="00E35DB0" w:rsidRDefault="00FC75F9" w14:paraId="1E586355" w14:textId="77777777">
            <w:pPr>
              <w:jc w:val="center"/>
              <w:rPr>
                <w:b/>
                <w:bCs/>
                <w:i/>
                <w:iCs/>
              </w:rPr>
            </w:pPr>
            <w:r w:rsidRPr="00FC75F9">
              <w:rPr>
                <w:b/>
                <w:bCs/>
                <w:i/>
                <w:iCs/>
              </w:rPr>
              <w:t>Topic</w:t>
            </w:r>
          </w:p>
        </w:tc>
        <w:tc>
          <w:tcPr>
            <w:tcW w:w="3005" w:type="dxa"/>
          </w:tcPr>
          <w:p w:rsidRPr="00FC75F9" w:rsidR="00FC75F9" w:rsidP="00E35DB0" w:rsidRDefault="00FC75F9" w14:paraId="3FE76CE6" w14:textId="77777777">
            <w:pPr>
              <w:jc w:val="center"/>
              <w:rPr>
                <w:b/>
                <w:bCs/>
                <w:i/>
                <w:iCs/>
              </w:rPr>
            </w:pPr>
            <w:r w:rsidRPr="00FC75F9">
              <w:rPr>
                <w:b/>
                <w:bCs/>
                <w:i/>
                <w:iCs/>
              </w:rPr>
              <w:t>Presenter</w:t>
            </w:r>
          </w:p>
        </w:tc>
        <w:tc>
          <w:tcPr>
            <w:tcW w:w="3006" w:type="dxa"/>
          </w:tcPr>
          <w:p w:rsidRPr="00FC75F9" w:rsidR="00FC75F9" w:rsidP="00E35DB0" w:rsidRDefault="00FC75F9" w14:paraId="2C499629" w14:textId="77777777">
            <w:pPr>
              <w:jc w:val="center"/>
              <w:rPr>
                <w:b/>
                <w:bCs/>
                <w:i/>
                <w:iCs/>
              </w:rPr>
            </w:pPr>
            <w:r w:rsidRPr="00FC75F9">
              <w:rPr>
                <w:b/>
                <w:bCs/>
                <w:i/>
                <w:iCs/>
              </w:rPr>
              <w:t>Time allotted</w:t>
            </w:r>
          </w:p>
        </w:tc>
      </w:tr>
      <w:tr w:rsidR="00FC75F9" w:rsidTr="00E35DB0" w14:paraId="37AC9B90" w14:textId="77777777">
        <w:tc>
          <w:tcPr>
            <w:tcW w:w="3005" w:type="dxa"/>
          </w:tcPr>
          <w:p w:rsidRPr="00D8630C" w:rsidR="00FC75F9" w:rsidP="00E35DB0" w:rsidRDefault="00FC75F9" w14:paraId="46818762" w14:textId="76CDC190">
            <w:r w:rsidRPr="00FC75F9">
              <w:t>Analyze Sprint Metrics</w:t>
            </w:r>
          </w:p>
        </w:tc>
        <w:tc>
          <w:tcPr>
            <w:tcW w:w="3005" w:type="dxa"/>
          </w:tcPr>
          <w:p w:rsidRPr="00D8630C" w:rsidR="00FC75F9" w:rsidP="00E35DB0" w:rsidRDefault="00FC75F9" w14:paraId="72338E4B" w14:textId="0DF29DDF">
            <w:r w:rsidRPr="00FC75F9">
              <w:t>Barath Narayanan</w:t>
            </w:r>
          </w:p>
        </w:tc>
        <w:tc>
          <w:tcPr>
            <w:tcW w:w="3006" w:type="dxa"/>
          </w:tcPr>
          <w:p w:rsidRPr="00D8630C" w:rsidR="00FC75F9" w:rsidP="00E35DB0" w:rsidRDefault="00FC75F9" w14:paraId="3EE6CF54" w14:textId="77777777">
            <w:pPr>
              <w:jc w:val="right"/>
            </w:pPr>
            <w:r w:rsidRPr="00FC75F9">
              <w:t>15 mins</w:t>
            </w:r>
          </w:p>
        </w:tc>
      </w:tr>
      <w:tr w:rsidR="00FC75F9" w:rsidTr="00E35DB0" w14:paraId="798AAA7C" w14:textId="77777777">
        <w:tc>
          <w:tcPr>
            <w:tcW w:w="3005" w:type="dxa"/>
          </w:tcPr>
          <w:p w:rsidRPr="00D8630C" w:rsidR="00FC75F9" w:rsidP="00E35DB0" w:rsidRDefault="00FC75F9" w14:paraId="73D8B92D" w14:textId="1266854D">
            <w:r w:rsidRPr="00FC75F9">
              <w:t>Reprioritize Backlog</w:t>
            </w:r>
          </w:p>
        </w:tc>
        <w:tc>
          <w:tcPr>
            <w:tcW w:w="3005" w:type="dxa"/>
          </w:tcPr>
          <w:p w:rsidRPr="00D8630C" w:rsidR="00FC75F9" w:rsidP="00E35DB0" w:rsidRDefault="00FC75F9" w14:paraId="5C44F9B1" w14:textId="77777777">
            <w:r w:rsidRPr="00FC75F9">
              <w:t>Mr. Ramesh</w:t>
            </w:r>
          </w:p>
        </w:tc>
        <w:tc>
          <w:tcPr>
            <w:tcW w:w="3006" w:type="dxa"/>
          </w:tcPr>
          <w:p w:rsidRPr="00D8630C" w:rsidR="00FC75F9" w:rsidP="00E35DB0" w:rsidRDefault="00FC75F9" w14:paraId="5D2BEF5D" w14:textId="77777777">
            <w:pPr>
              <w:jc w:val="right"/>
            </w:pPr>
            <w:r w:rsidRPr="00FC75F9">
              <w:t>20 mins</w:t>
            </w:r>
          </w:p>
        </w:tc>
      </w:tr>
      <w:tr w:rsidR="00FC75F9" w:rsidTr="00E35DB0" w14:paraId="3C049A7A" w14:textId="77777777">
        <w:tc>
          <w:tcPr>
            <w:tcW w:w="3005" w:type="dxa"/>
          </w:tcPr>
          <w:p w:rsidRPr="00D8630C" w:rsidR="00FC75F9" w:rsidP="00E35DB0" w:rsidRDefault="00FC75F9" w14:paraId="57BB3FDF" w14:textId="77777777">
            <w:r w:rsidRPr="00FC75F9">
              <w:t>Select User Stories</w:t>
            </w:r>
          </w:p>
        </w:tc>
        <w:tc>
          <w:tcPr>
            <w:tcW w:w="3005" w:type="dxa"/>
          </w:tcPr>
          <w:p w:rsidRPr="00D8630C" w:rsidR="00FC75F9" w:rsidP="00E35DB0" w:rsidRDefault="00FC75F9" w14:paraId="458E2C59" w14:textId="77777777">
            <w:r w:rsidRPr="00FC75F9">
              <w:t>Team</w:t>
            </w:r>
          </w:p>
        </w:tc>
        <w:tc>
          <w:tcPr>
            <w:tcW w:w="3006" w:type="dxa"/>
          </w:tcPr>
          <w:p w:rsidRPr="00D8630C" w:rsidR="00FC75F9" w:rsidP="00E35DB0" w:rsidRDefault="00FC75F9" w14:paraId="7A48201B" w14:textId="77777777">
            <w:pPr>
              <w:jc w:val="right"/>
            </w:pPr>
            <w:r w:rsidRPr="00FC75F9">
              <w:t>30 mins</w:t>
            </w:r>
          </w:p>
        </w:tc>
      </w:tr>
      <w:tr w:rsidR="00FC75F9" w:rsidTr="00E35DB0" w14:paraId="3F816602" w14:textId="77777777">
        <w:tc>
          <w:tcPr>
            <w:tcW w:w="3005" w:type="dxa"/>
          </w:tcPr>
          <w:p w:rsidRPr="00D8630C" w:rsidR="00FC75F9" w:rsidP="00E35DB0" w:rsidRDefault="00185504" w14:paraId="17A71F1A" w14:textId="10DDCD93">
            <w:r w:rsidRPr="00185504">
              <w:t>Breakdown into Tasks</w:t>
            </w:r>
          </w:p>
        </w:tc>
        <w:tc>
          <w:tcPr>
            <w:tcW w:w="3005" w:type="dxa"/>
          </w:tcPr>
          <w:p w:rsidRPr="00D8630C" w:rsidR="00FC75F9" w:rsidP="00E35DB0" w:rsidRDefault="00FC75F9" w14:paraId="0160E7B0" w14:textId="77777777">
            <w:r w:rsidRPr="00D8630C">
              <w:t>Team</w:t>
            </w:r>
          </w:p>
        </w:tc>
        <w:tc>
          <w:tcPr>
            <w:tcW w:w="3006" w:type="dxa"/>
          </w:tcPr>
          <w:p w:rsidRPr="00D8630C" w:rsidR="00FC75F9" w:rsidP="00E35DB0" w:rsidRDefault="00FC75F9" w14:paraId="7DA50A19" w14:textId="77777777">
            <w:pPr>
              <w:jc w:val="right"/>
            </w:pPr>
            <w:r w:rsidRPr="00D8630C">
              <w:t>45 mins</w:t>
            </w:r>
          </w:p>
        </w:tc>
      </w:tr>
      <w:tr w:rsidR="00FC75F9" w:rsidTr="00E35DB0" w14:paraId="4A3659C5" w14:textId="77777777">
        <w:tc>
          <w:tcPr>
            <w:tcW w:w="3005" w:type="dxa"/>
          </w:tcPr>
          <w:p w:rsidRPr="00D8630C" w:rsidR="00FC75F9" w:rsidP="00E35DB0" w:rsidRDefault="00185504" w14:paraId="62332295" w14:textId="4567A84B">
            <w:r w:rsidRPr="00185504">
              <w:t>Final Approval</w:t>
            </w:r>
          </w:p>
        </w:tc>
        <w:tc>
          <w:tcPr>
            <w:tcW w:w="3005" w:type="dxa"/>
          </w:tcPr>
          <w:p w:rsidRPr="00D8630C" w:rsidR="00FC75F9" w:rsidP="00E35DB0" w:rsidRDefault="00FC75F9" w14:paraId="5EC28F62" w14:textId="77777777">
            <w:r w:rsidRPr="00D8630C">
              <w:t>Barath Narayanan</w:t>
            </w:r>
          </w:p>
        </w:tc>
        <w:tc>
          <w:tcPr>
            <w:tcW w:w="3006" w:type="dxa"/>
          </w:tcPr>
          <w:p w:rsidRPr="00D8630C" w:rsidR="00FC75F9" w:rsidP="00E35DB0" w:rsidRDefault="00FC75F9" w14:paraId="690399F6" w14:textId="77777777">
            <w:pPr>
              <w:jc w:val="right"/>
            </w:pPr>
            <w:r w:rsidRPr="00D8630C">
              <w:t>10 mins</w:t>
            </w:r>
          </w:p>
        </w:tc>
      </w:tr>
      <w:tr w:rsidR="00FC75F9" w:rsidTr="00E35DB0" w14:paraId="0D0D61B3" w14:textId="77777777">
        <w:tc>
          <w:tcPr>
            <w:tcW w:w="9016" w:type="dxa"/>
            <w:gridSpan w:val="3"/>
          </w:tcPr>
          <w:p w:rsidRPr="00FC75F9" w:rsidR="00FC75F9" w:rsidP="00E35DB0" w:rsidRDefault="00FC75F9" w14:paraId="221EA785" w14:textId="77777777">
            <w:pPr>
              <w:jc w:val="center"/>
              <w:rPr>
                <w:b/>
                <w:bCs/>
                <w:i/>
                <w:iCs/>
              </w:rPr>
            </w:pPr>
            <w:r w:rsidRPr="00FC75F9">
              <w:rPr>
                <w:b/>
                <w:bCs/>
                <w:i/>
                <w:iCs/>
              </w:rPr>
              <w:t>Other Information</w:t>
            </w:r>
          </w:p>
        </w:tc>
      </w:tr>
      <w:tr w:rsidRPr="00FC75F9" w:rsidR="00FC75F9" w:rsidTr="00E35DB0" w14:paraId="62406560" w14:textId="77777777">
        <w:tc>
          <w:tcPr>
            <w:tcW w:w="3005" w:type="dxa"/>
          </w:tcPr>
          <w:p w:rsidRPr="00FC75F9" w:rsidR="00FC75F9" w:rsidP="00E35DB0" w:rsidRDefault="00FC75F9" w14:paraId="5569D556" w14:textId="77777777">
            <w:pPr>
              <w:rPr>
                <w:b/>
                <w:bCs/>
                <w:i/>
                <w:iCs/>
              </w:rPr>
            </w:pPr>
            <w:r w:rsidRPr="00FC75F9">
              <w:rPr>
                <w:b/>
                <w:bCs/>
                <w:i/>
                <w:iCs/>
              </w:rPr>
              <w:t>Observers</w:t>
            </w:r>
          </w:p>
        </w:tc>
        <w:tc>
          <w:tcPr>
            <w:tcW w:w="3005" w:type="dxa"/>
          </w:tcPr>
          <w:p w:rsidRPr="00FC75F9" w:rsidR="00FC75F9" w:rsidP="00E35DB0" w:rsidRDefault="00FC75F9" w14:paraId="582A1EC1" w14:textId="77777777">
            <w:pPr>
              <w:rPr>
                <w:b/>
                <w:bCs/>
                <w:i/>
                <w:iCs/>
              </w:rPr>
            </w:pPr>
            <w:r w:rsidRPr="00FC75F9">
              <w:rPr>
                <w:b/>
                <w:bCs/>
                <w:i/>
                <w:iCs/>
              </w:rPr>
              <w:t>Resources</w:t>
            </w:r>
          </w:p>
        </w:tc>
        <w:tc>
          <w:tcPr>
            <w:tcW w:w="3006" w:type="dxa"/>
          </w:tcPr>
          <w:p w:rsidRPr="00FC75F9" w:rsidR="00FC75F9" w:rsidP="00E35DB0" w:rsidRDefault="00FC75F9" w14:paraId="62EABC23" w14:textId="77777777">
            <w:pPr>
              <w:rPr>
                <w:b/>
                <w:bCs/>
                <w:i/>
                <w:iCs/>
              </w:rPr>
            </w:pPr>
            <w:r w:rsidRPr="00FC75F9">
              <w:rPr>
                <w:b/>
                <w:bCs/>
                <w:i/>
                <w:iCs/>
              </w:rPr>
              <w:t>Special Notes</w:t>
            </w:r>
          </w:p>
        </w:tc>
      </w:tr>
      <w:tr w:rsidR="00FC75F9" w:rsidTr="00E35DB0" w14:paraId="3104C9B0" w14:textId="77777777">
        <w:tc>
          <w:tcPr>
            <w:tcW w:w="3005" w:type="dxa"/>
          </w:tcPr>
          <w:p w:rsidRPr="00FC75F9" w:rsidR="00FC75F9" w:rsidP="00E35DB0" w:rsidRDefault="00185504" w14:paraId="5B7E0BD5" w14:textId="01A897D1">
            <w:r w:rsidRPr="00185504">
              <w:t>Business Analyst</w:t>
            </w:r>
          </w:p>
        </w:tc>
        <w:tc>
          <w:tcPr>
            <w:tcW w:w="3005" w:type="dxa"/>
          </w:tcPr>
          <w:p w:rsidRPr="00FC75F9" w:rsidR="00FC75F9" w:rsidP="00E35DB0" w:rsidRDefault="00185504" w14:paraId="0D98E32B" w14:textId="712E6DAE">
            <w:r w:rsidRPr="00185504">
              <w:t>Jira Board, Sprint Reports</w:t>
            </w:r>
          </w:p>
        </w:tc>
        <w:tc>
          <w:tcPr>
            <w:tcW w:w="3006" w:type="dxa"/>
          </w:tcPr>
          <w:p w:rsidRPr="00FC75F9" w:rsidR="00FC75F9" w:rsidP="00E35DB0" w:rsidRDefault="00185504" w14:paraId="3D4F949B" w14:textId="2543CCEA">
            <w:r w:rsidRPr="00185504">
              <w:t>Introduce new UI features</w:t>
            </w:r>
          </w:p>
        </w:tc>
      </w:tr>
    </w:tbl>
    <w:p w:rsidR="00FC75F9" w:rsidP="00FC75F9" w:rsidRDefault="00FC75F9" w14:paraId="0767CC48" w14:textId="77777777"/>
    <w:p w:rsidR="00185504" w:rsidP="00185504" w:rsidRDefault="00185504" w14:paraId="70FE5DB3" w14:textId="0C31D95F">
      <w:pPr>
        <w:pStyle w:val="Heading2"/>
      </w:pPr>
      <w:r>
        <w:t>Sprint 4</w:t>
      </w:r>
    </w:p>
    <w:tbl>
      <w:tblPr>
        <w:tblStyle w:val="TableGrid"/>
        <w:tblW w:w="0" w:type="auto"/>
        <w:tblLook w:val="04A0" w:firstRow="1" w:lastRow="0" w:firstColumn="1" w:lastColumn="0" w:noHBand="0" w:noVBand="1"/>
      </w:tblPr>
      <w:tblGrid>
        <w:gridCol w:w="3005"/>
        <w:gridCol w:w="3005"/>
        <w:gridCol w:w="3006"/>
      </w:tblGrid>
      <w:tr w:rsidR="00185504" w:rsidTr="00E35DB0" w14:paraId="01D43CBD" w14:textId="77777777">
        <w:tc>
          <w:tcPr>
            <w:tcW w:w="3005" w:type="dxa"/>
          </w:tcPr>
          <w:p w:rsidRPr="00FC75F9" w:rsidR="00185504" w:rsidP="00E35DB0" w:rsidRDefault="00185504" w14:paraId="51D043E7" w14:textId="77777777">
            <w:pPr>
              <w:rPr>
                <w:b/>
                <w:bCs/>
                <w:i/>
                <w:iCs/>
              </w:rPr>
            </w:pPr>
            <w:r w:rsidRPr="00FC75F9">
              <w:rPr>
                <w:b/>
                <w:bCs/>
                <w:i/>
                <w:iCs/>
              </w:rPr>
              <w:t>Date</w:t>
            </w:r>
          </w:p>
        </w:tc>
        <w:tc>
          <w:tcPr>
            <w:tcW w:w="6011" w:type="dxa"/>
            <w:gridSpan w:val="2"/>
          </w:tcPr>
          <w:p w:rsidR="00185504" w:rsidP="00E35DB0" w:rsidRDefault="00185504" w14:paraId="3DC9CD42" w14:textId="5649FE0D">
            <w:pPr>
              <w:jc w:val="right"/>
            </w:pPr>
            <w:r w:rsidRPr="00185504">
              <w:t>13/10/2025</w:t>
            </w:r>
          </w:p>
        </w:tc>
      </w:tr>
      <w:tr w:rsidR="00185504" w:rsidTr="00E35DB0" w14:paraId="28F56CB5" w14:textId="77777777">
        <w:tc>
          <w:tcPr>
            <w:tcW w:w="3005" w:type="dxa"/>
          </w:tcPr>
          <w:p w:rsidRPr="00FC75F9" w:rsidR="00185504" w:rsidP="00E35DB0" w:rsidRDefault="00185504" w14:paraId="462AD761" w14:textId="77777777">
            <w:pPr>
              <w:rPr>
                <w:b/>
                <w:bCs/>
                <w:i/>
                <w:iCs/>
              </w:rPr>
            </w:pPr>
            <w:r w:rsidRPr="00FC75F9">
              <w:rPr>
                <w:b/>
                <w:bCs/>
                <w:i/>
                <w:iCs/>
              </w:rPr>
              <w:t>Time</w:t>
            </w:r>
          </w:p>
        </w:tc>
        <w:tc>
          <w:tcPr>
            <w:tcW w:w="6011" w:type="dxa"/>
            <w:gridSpan w:val="2"/>
          </w:tcPr>
          <w:p w:rsidR="00185504" w:rsidP="00E35DB0" w:rsidRDefault="00185504" w14:paraId="74959155" w14:textId="61D4F55D">
            <w:pPr>
              <w:jc w:val="right"/>
            </w:pPr>
            <w:r w:rsidRPr="00185504">
              <w:t>10:00 AM – 12:00 PM</w:t>
            </w:r>
          </w:p>
        </w:tc>
      </w:tr>
      <w:tr w:rsidR="00185504" w:rsidTr="00E35DB0" w14:paraId="192380E4" w14:textId="77777777">
        <w:tc>
          <w:tcPr>
            <w:tcW w:w="3005" w:type="dxa"/>
          </w:tcPr>
          <w:p w:rsidRPr="00FC75F9" w:rsidR="00185504" w:rsidP="00E35DB0" w:rsidRDefault="00185504" w14:paraId="6A5814EC" w14:textId="77777777">
            <w:pPr>
              <w:rPr>
                <w:b/>
                <w:bCs/>
                <w:i/>
                <w:iCs/>
              </w:rPr>
            </w:pPr>
            <w:r w:rsidRPr="00FC75F9">
              <w:rPr>
                <w:b/>
                <w:bCs/>
                <w:i/>
                <w:iCs/>
              </w:rPr>
              <w:t>Location</w:t>
            </w:r>
          </w:p>
        </w:tc>
        <w:tc>
          <w:tcPr>
            <w:tcW w:w="6011" w:type="dxa"/>
            <w:gridSpan w:val="2"/>
          </w:tcPr>
          <w:p w:rsidR="00185504" w:rsidP="00E35DB0" w:rsidRDefault="00185504" w14:paraId="50279247" w14:textId="7B64977D">
            <w:pPr>
              <w:jc w:val="right"/>
            </w:pPr>
            <w:r w:rsidRPr="00185504">
              <w:t>Conference Room A</w:t>
            </w:r>
          </w:p>
        </w:tc>
      </w:tr>
      <w:tr w:rsidR="00185504" w:rsidTr="00E35DB0" w14:paraId="4F873F84" w14:textId="77777777">
        <w:tc>
          <w:tcPr>
            <w:tcW w:w="3005" w:type="dxa"/>
          </w:tcPr>
          <w:p w:rsidRPr="00FC75F9" w:rsidR="00185504" w:rsidP="00E35DB0" w:rsidRDefault="00185504" w14:paraId="02146F2B" w14:textId="77777777">
            <w:pPr>
              <w:rPr>
                <w:b/>
                <w:bCs/>
                <w:i/>
                <w:iCs/>
              </w:rPr>
            </w:pPr>
            <w:r w:rsidRPr="00FC75F9">
              <w:rPr>
                <w:b/>
                <w:bCs/>
                <w:i/>
                <w:iCs/>
              </w:rPr>
              <w:t>Prepared By</w:t>
            </w:r>
          </w:p>
        </w:tc>
        <w:tc>
          <w:tcPr>
            <w:tcW w:w="6011" w:type="dxa"/>
            <w:gridSpan w:val="2"/>
          </w:tcPr>
          <w:p w:rsidR="00185504" w:rsidP="00E35DB0" w:rsidRDefault="00185504" w14:paraId="64F96AE8" w14:textId="77777777">
            <w:pPr>
              <w:jc w:val="right"/>
            </w:pPr>
            <w:r w:rsidRPr="00FC75F9">
              <w:t>Mr. Ramesh (Product Owner)</w:t>
            </w:r>
          </w:p>
        </w:tc>
      </w:tr>
      <w:tr w:rsidR="00185504" w:rsidTr="00E35DB0" w14:paraId="05E7AAF2" w14:textId="77777777">
        <w:trPr>
          <w:trHeight w:val="1940"/>
        </w:trPr>
        <w:tc>
          <w:tcPr>
            <w:tcW w:w="3005" w:type="dxa"/>
          </w:tcPr>
          <w:p w:rsidRPr="00FC75F9" w:rsidR="00185504" w:rsidP="00E35DB0" w:rsidRDefault="00185504" w14:paraId="129C97C1" w14:textId="77777777">
            <w:pPr>
              <w:rPr>
                <w:b/>
                <w:bCs/>
                <w:i/>
                <w:iCs/>
              </w:rPr>
            </w:pPr>
            <w:r w:rsidRPr="00FC75F9">
              <w:rPr>
                <w:b/>
                <w:bCs/>
                <w:i/>
                <w:iCs/>
              </w:rPr>
              <w:t>Attendees</w:t>
            </w:r>
          </w:p>
        </w:tc>
        <w:tc>
          <w:tcPr>
            <w:tcW w:w="6011" w:type="dxa"/>
            <w:gridSpan w:val="2"/>
          </w:tcPr>
          <w:p w:rsidR="00185504" w:rsidP="00E35DB0" w:rsidRDefault="00185504" w14:paraId="1C7670B3" w14:textId="77777777">
            <w:pPr>
              <w:jc w:val="right"/>
            </w:pPr>
            <w:r w:rsidRPr="00D8630C">
              <w:t>Barath Narayanan (Scrum Master &amp; Business Analyst)</w:t>
            </w:r>
          </w:p>
          <w:p w:rsidR="00185504" w:rsidP="00E35DB0" w:rsidRDefault="00185504" w14:paraId="06CE559A" w14:textId="77777777">
            <w:pPr>
              <w:jc w:val="right"/>
            </w:pPr>
            <w:r w:rsidRPr="00D8630C">
              <w:t>Mr. Ramesh (Product Owner)</w:t>
            </w:r>
          </w:p>
          <w:p w:rsidR="00185504" w:rsidP="00E35DB0" w:rsidRDefault="00185504" w14:paraId="34B6AEDE" w14:textId="77777777">
            <w:pPr>
              <w:jc w:val="right"/>
            </w:pPr>
            <w:r w:rsidRPr="00D8630C">
              <w:t>Suresh Menon</w:t>
            </w:r>
          </w:p>
          <w:p w:rsidR="00185504" w:rsidP="00E35DB0" w:rsidRDefault="00185504" w14:paraId="5F5F3DC8" w14:textId="77777777">
            <w:pPr>
              <w:jc w:val="right"/>
            </w:pPr>
            <w:r w:rsidRPr="00D8630C">
              <w:t>Vivek Reddy</w:t>
            </w:r>
          </w:p>
          <w:p w:rsidR="00185504" w:rsidP="00E35DB0" w:rsidRDefault="00185504" w14:paraId="63D21844" w14:textId="77777777">
            <w:pPr>
              <w:jc w:val="right"/>
            </w:pPr>
            <w:r w:rsidRPr="00D8630C">
              <w:t>Anil Sharma</w:t>
            </w:r>
          </w:p>
          <w:p w:rsidR="00185504" w:rsidP="00E35DB0" w:rsidRDefault="00185504" w14:paraId="0DF9D727" w14:textId="77777777">
            <w:pPr>
              <w:jc w:val="right"/>
            </w:pPr>
            <w:r w:rsidRPr="00D8630C">
              <w:t>Karthik Iyer</w:t>
            </w:r>
          </w:p>
          <w:p w:rsidR="00185504" w:rsidP="00E35DB0" w:rsidRDefault="00185504" w14:paraId="44BF9C9A" w14:textId="77777777">
            <w:pPr>
              <w:jc w:val="right"/>
            </w:pPr>
            <w:r w:rsidRPr="00D8630C">
              <w:t>Prakash Rao</w:t>
            </w:r>
          </w:p>
        </w:tc>
      </w:tr>
      <w:tr w:rsidR="00185504" w:rsidTr="00E35DB0" w14:paraId="442969A7" w14:textId="77777777">
        <w:tc>
          <w:tcPr>
            <w:tcW w:w="9016" w:type="dxa"/>
            <w:gridSpan w:val="3"/>
          </w:tcPr>
          <w:p w:rsidRPr="00FC75F9" w:rsidR="00185504" w:rsidP="00E35DB0" w:rsidRDefault="00185504" w14:paraId="2395C814" w14:textId="77777777">
            <w:pPr>
              <w:jc w:val="center"/>
              <w:rPr>
                <w:b/>
                <w:bCs/>
                <w:i/>
                <w:iCs/>
              </w:rPr>
            </w:pPr>
            <w:r w:rsidRPr="00FC75F9">
              <w:rPr>
                <w:b/>
                <w:bCs/>
                <w:i/>
                <w:iCs/>
              </w:rPr>
              <w:t>Agenda Topics</w:t>
            </w:r>
          </w:p>
        </w:tc>
      </w:tr>
      <w:tr w:rsidR="00185504" w:rsidTr="00E35DB0" w14:paraId="1761403F" w14:textId="77777777">
        <w:tc>
          <w:tcPr>
            <w:tcW w:w="3005" w:type="dxa"/>
          </w:tcPr>
          <w:p w:rsidRPr="00FC75F9" w:rsidR="00185504" w:rsidP="00E35DB0" w:rsidRDefault="00185504" w14:paraId="03C702F7" w14:textId="77777777">
            <w:pPr>
              <w:jc w:val="center"/>
              <w:rPr>
                <w:b/>
                <w:bCs/>
                <w:i/>
                <w:iCs/>
              </w:rPr>
            </w:pPr>
            <w:r w:rsidRPr="00FC75F9">
              <w:rPr>
                <w:b/>
                <w:bCs/>
                <w:i/>
                <w:iCs/>
              </w:rPr>
              <w:t>Topic</w:t>
            </w:r>
          </w:p>
        </w:tc>
        <w:tc>
          <w:tcPr>
            <w:tcW w:w="3005" w:type="dxa"/>
          </w:tcPr>
          <w:p w:rsidRPr="00FC75F9" w:rsidR="00185504" w:rsidP="00E35DB0" w:rsidRDefault="00185504" w14:paraId="04C9624D" w14:textId="77777777">
            <w:pPr>
              <w:jc w:val="center"/>
              <w:rPr>
                <w:b/>
                <w:bCs/>
                <w:i/>
                <w:iCs/>
              </w:rPr>
            </w:pPr>
            <w:r w:rsidRPr="00FC75F9">
              <w:rPr>
                <w:b/>
                <w:bCs/>
                <w:i/>
                <w:iCs/>
              </w:rPr>
              <w:t>Presenter</w:t>
            </w:r>
          </w:p>
        </w:tc>
        <w:tc>
          <w:tcPr>
            <w:tcW w:w="3006" w:type="dxa"/>
          </w:tcPr>
          <w:p w:rsidRPr="00FC75F9" w:rsidR="00185504" w:rsidP="00E35DB0" w:rsidRDefault="00185504" w14:paraId="3CCCC9AA" w14:textId="77777777">
            <w:pPr>
              <w:jc w:val="center"/>
              <w:rPr>
                <w:b/>
                <w:bCs/>
                <w:i/>
                <w:iCs/>
              </w:rPr>
            </w:pPr>
            <w:r w:rsidRPr="00FC75F9">
              <w:rPr>
                <w:b/>
                <w:bCs/>
                <w:i/>
                <w:iCs/>
              </w:rPr>
              <w:t>Time allotted</w:t>
            </w:r>
          </w:p>
        </w:tc>
      </w:tr>
      <w:tr w:rsidR="00185504" w:rsidTr="00E35DB0" w14:paraId="2EE1C7B0" w14:textId="77777777">
        <w:tc>
          <w:tcPr>
            <w:tcW w:w="3005" w:type="dxa"/>
          </w:tcPr>
          <w:p w:rsidRPr="00D8630C" w:rsidR="00185504" w:rsidP="00E35DB0" w:rsidRDefault="00185504" w14:paraId="08EA814A" w14:textId="7846CBDD">
            <w:r w:rsidRPr="00185504">
              <w:t>Backlog Refinement</w:t>
            </w:r>
          </w:p>
        </w:tc>
        <w:tc>
          <w:tcPr>
            <w:tcW w:w="3005" w:type="dxa"/>
          </w:tcPr>
          <w:p w:rsidRPr="00D8630C" w:rsidR="00185504" w:rsidP="00E35DB0" w:rsidRDefault="00185504" w14:paraId="276EA38A" w14:textId="7E431E6B">
            <w:r w:rsidRPr="00185504">
              <w:t>Mr. Ramesh</w:t>
            </w:r>
          </w:p>
        </w:tc>
        <w:tc>
          <w:tcPr>
            <w:tcW w:w="3006" w:type="dxa"/>
          </w:tcPr>
          <w:p w:rsidRPr="00D8630C" w:rsidR="00185504" w:rsidP="00E35DB0" w:rsidRDefault="00185504" w14:paraId="5A84ACB0" w14:textId="50D0366C">
            <w:pPr>
              <w:jc w:val="right"/>
            </w:pPr>
            <w:r w:rsidRPr="00185504">
              <w:t>20 mins</w:t>
            </w:r>
          </w:p>
        </w:tc>
      </w:tr>
      <w:tr w:rsidR="00185504" w:rsidTr="00E35DB0" w14:paraId="2B45D85B" w14:textId="77777777">
        <w:tc>
          <w:tcPr>
            <w:tcW w:w="3005" w:type="dxa"/>
          </w:tcPr>
          <w:p w:rsidRPr="00D8630C" w:rsidR="00185504" w:rsidP="00E35DB0" w:rsidRDefault="00185504" w14:paraId="26B6660F" w14:textId="5E6C350C">
            <w:r w:rsidRPr="00185504">
              <w:t>Define Sprint Scope</w:t>
            </w:r>
          </w:p>
        </w:tc>
        <w:tc>
          <w:tcPr>
            <w:tcW w:w="3005" w:type="dxa"/>
          </w:tcPr>
          <w:p w:rsidRPr="00D8630C" w:rsidR="00185504" w:rsidP="00E35DB0" w:rsidRDefault="00185504" w14:paraId="3E760CFD" w14:textId="3782D791">
            <w:r w:rsidRPr="00185504">
              <w:t>Barath Narayanan</w:t>
            </w:r>
          </w:p>
        </w:tc>
        <w:tc>
          <w:tcPr>
            <w:tcW w:w="3006" w:type="dxa"/>
          </w:tcPr>
          <w:p w:rsidRPr="00D8630C" w:rsidR="00185504" w:rsidP="00E35DB0" w:rsidRDefault="00185504" w14:paraId="51DD20F3" w14:textId="503010C9">
            <w:pPr>
              <w:jc w:val="right"/>
            </w:pPr>
            <w:r w:rsidRPr="00185504">
              <w:t>15 mins</w:t>
            </w:r>
          </w:p>
        </w:tc>
      </w:tr>
      <w:tr w:rsidR="00185504" w:rsidTr="00E35DB0" w14:paraId="65478841" w14:textId="77777777">
        <w:tc>
          <w:tcPr>
            <w:tcW w:w="3005" w:type="dxa"/>
          </w:tcPr>
          <w:p w:rsidRPr="00D8630C" w:rsidR="00185504" w:rsidP="00E35DB0" w:rsidRDefault="00185504" w14:paraId="3189D8E0" w14:textId="513D9A71">
            <w:r w:rsidRPr="00185504">
              <w:t>Allocate User Stories</w:t>
            </w:r>
          </w:p>
        </w:tc>
        <w:tc>
          <w:tcPr>
            <w:tcW w:w="3005" w:type="dxa"/>
          </w:tcPr>
          <w:p w:rsidRPr="00D8630C" w:rsidR="00185504" w:rsidP="00E35DB0" w:rsidRDefault="00185504" w14:paraId="1051DD99" w14:textId="1AE1A169">
            <w:r w:rsidRPr="00185504">
              <w:t>Team</w:t>
            </w:r>
          </w:p>
        </w:tc>
        <w:tc>
          <w:tcPr>
            <w:tcW w:w="3006" w:type="dxa"/>
          </w:tcPr>
          <w:p w:rsidRPr="00D8630C" w:rsidR="00185504" w:rsidP="00E35DB0" w:rsidRDefault="00185504" w14:paraId="2FAEF05A" w14:textId="77777777">
            <w:pPr>
              <w:jc w:val="right"/>
            </w:pPr>
            <w:r w:rsidRPr="00FC75F9">
              <w:t>30 mins</w:t>
            </w:r>
          </w:p>
        </w:tc>
      </w:tr>
      <w:tr w:rsidR="00185504" w:rsidTr="00E35DB0" w14:paraId="1CED9D09" w14:textId="77777777">
        <w:tc>
          <w:tcPr>
            <w:tcW w:w="3005" w:type="dxa"/>
          </w:tcPr>
          <w:p w:rsidRPr="00D8630C" w:rsidR="00185504" w:rsidP="00E35DB0" w:rsidRDefault="00185504" w14:paraId="04432479" w14:textId="4350254E">
            <w:r w:rsidRPr="00185504">
              <w:t>Task Estimation</w:t>
            </w:r>
          </w:p>
        </w:tc>
        <w:tc>
          <w:tcPr>
            <w:tcW w:w="3005" w:type="dxa"/>
          </w:tcPr>
          <w:p w:rsidRPr="00D8630C" w:rsidR="00185504" w:rsidP="00E35DB0" w:rsidRDefault="00185504" w14:paraId="1EDAD6EE" w14:textId="77777777">
            <w:r w:rsidRPr="00D8630C">
              <w:t>Team</w:t>
            </w:r>
          </w:p>
        </w:tc>
        <w:tc>
          <w:tcPr>
            <w:tcW w:w="3006" w:type="dxa"/>
          </w:tcPr>
          <w:p w:rsidRPr="00D8630C" w:rsidR="00185504" w:rsidP="00E35DB0" w:rsidRDefault="00185504" w14:paraId="4C7418F0" w14:textId="77777777">
            <w:pPr>
              <w:jc w:val="right"/>
            </w:pPr>
            <w:r w:rsidRPr="00D8630C">
              <w:t>45 mins</w:t>
            </w:r>
          </w:p>
        </w:tc>
      </w:tr>
      <w:tr w:rsidR="00185504" w:rsidTr="00E35DB0" w14:paraId="06839DF0" w14:textId="77777777">
        <w:tc>
          <w:tcPr>
            <w:tcW w:w="3005" w:type="dxa"/>
          </w:tcPr>
          <w:p w:rsidRPr="00D8630C" w:rsidR="00185504" w:rsidP="00E35DB0" w:rsidRDefault="00185504" w14:paraId="62AE20AF" w14:textId="51979A06">
            <w:r w:rsidRPr="00185504">
              <w:t>Risk Review</w:t>
            </w:r>
          </w:p>
        </w:tc>
        <w:tc>
          <w:tcPr>
            <w:tcW w:w="3005" w:type="dxa"/>
          </w:tcPr>
          <w:p w:rsidRPr="00D8630C" w:rsidR="00185504" w:rsidP="00E35DB0" w:rsidRDefault="00185504" w14:paraId="4D28BF2D" w14:textId="6C5DB7DA">
            <w:r w:rsidRPr="00185504">
              <w:t>Barath Narayanan</w:t>
            </w:r>
          </w:p>
        </w:tc>
        <w:tc>
          <w:tcPr>
            <w:tcW w:w="3006" w:type="dxa"/>
          </w:tcPr>
          <w:p w:rsidRPr="00D8630C" w:rsidR="00185504" w:rsidP="00E35DB0" w:rsidRDefault="00185504" w14:paraId="2F3B06E0" w14:textId="77777777">
            <w:pPr>
              <w:jc w:val="right"/>
            </w:pPr>
            <w:r w:rsidRPr="00D8630C">
              <w:t>10 mins</w:t>
            </w:r>
          </w:p>
        </w:tc>
      </w:tr>
      <w:tr w:rsidR="00185504" w:rsidTr="00E35DB0" w14:paraId="21A2832C" w14:textId="77777777">
        <w:tc>
          <w:tcPr>
            <w:tcW w:w="9016" w:type="dxa"/>
            <w:gridSpan w:val="3"/>
          </w:tcPr>
          <w:p w:rsidRPr="00FC75F9" w:rsidR="00185504" w:rsidP="00E35DB0" w:rsidRDefault="00185504" w14:paraId="024EBC82" w14:textId="77777777">
            <w:pPr>
              <w:jc w:val="center"/>
              <w:rPr>
                <w:b/>
                <w:bCs/>
                <w:i/>
                <w:iCs/>
              </w:rPr>
            </w:pPr>
            <w:r w:rsidRPr="00FC75F9">
              <w:rPr>
                <w:b/>
                <w:bCs/>
                <w:i/>
                <w:iCs/>
              </w:rPr>
              <w:t>Other Information</w:t>
            </w:r>
          </w:p>
        </w:tc>
      </w:tr>
      <w:tr w:rsidRPr="00FC75F9" w:rsidR="00185504" w:rsidTr="00E35DB0" w14:paraId="314BD4BA" w14:textId="77777777">
        <w:tc>
          <w:tcPr>
            <w:tcW w:w="3005" w:type="dxa"/>
          </w:tcPr>
          <w:p w:rsidRPr="00FC75F9" w:rsidR="00185504" w:rsidP="00E35DB0" w:rsidRDefault="00185504" w14:paraId="728EEE73" w14:textId="77777777">
            <w:pPr>
              <w:rPr>
                <w:b/>
                <w:bCs/>
                <w:i/>
                <w:iCs/>
              </w:rPr>
            </w:pPr>
            <w:r w:rsidRPr="00FC75F9">
              <w:rPr>
                <w:b/>
                <w:bCs/>
                <w:i/>
                <w:iCs/>
              </w:rPr>
              <w:t>Observers</w:t>
            </w:r>
          </w:p>
        </w:tc>
        <w:tc>
          <w:tcPr>
            <w:tcW w:w="3005" w:type="dxa"/>
          </w:tcPr>
          <w:p w:rsidRPr="00FC75F9" w:rsidR="00185504" w:rsidP="00E35DB0" w:rsidRDefault="00185504" w14:paraId="705E9CD9" w14:textId="77777777">
            <w:pPr>
              <w:rPr>
                <w:b/>
                <w:bCs/>
                <w:i/>
                <w:iCs/>
              </w:rPr>
            </w:pPr>
            <w:r w:rsidRPr="00FC75F9">
              <w:rPr>
                <w:b/>
                <w:bCs/>
                <w:i/>
                <w:iCs/>
              </w:rPr>
              <w:t>Resources</w:t>
            </w:r>
          </w:p>
        </w:tc>
        <w:tc>
          <w:tcPr>
            <w:tcW w:w="3006" w:type="dxa"/>
          </w:tcPr>
          <w:p w:rsidRPr="00FC75F9" w:rsidR="00185504" w:rsidP="00E35DB0" w:rsidRDefault="00185504" w14:paraId="78B42066" w14:textId="77777777">
            <w:pPr>
              <w:rPr>
                <w:b/>
                <w:bCs/>
                <w:i/>
                <w:iCs/>
              </w:rPr>
            </w:pPr>
            <w:r w:rsidRPr="00FC75F9">
              <w:rPr>
                <w:b/>
                <w:bCs/>
                <w:i/>
                <w:iCs/>
              </w:rPr>
              <w:t>Special Notes</w:t>
            </w:r>
          </w:p>
        </w:tc>
      </w:tr>
      <w:tr w:rsidR="00185504" w:rsidTr="00E35DB0" w14:paraId="4E8D18AE" w14:textId="77777777">
        <w:tc>
          <w:tcPr>
            <w:tcW w:w="3005" w:type="dxa"/>
          </w:tcPr>
          <w:p w:rsidRPr="00FC75F9" w:rsidR="00185504" w:rsidP="00E35DB0" w:rsidRDefault="00185504" w14:paraId="452CBE29" w14:textId="758F7F91">
            <w:r w:rsidRPr="00185504">
              <w:t>QA Lead</w:t>
            </w:r>
          </w:p>
        </w:tc>
        <w:tc>
          <w:tcPr>
            <w:tcW w:w="3005" w:type="dxa"/>
          </w:tcPr>
          <w:p w:rsidRPr="00FC75F9" w:rsidR="00185504" w:rsidP="00E35DB0" w:rsidRDefault="00185504" w14:paraId="6087F585" w14:textId="37F45C06">
            <w:r w:rsidRPr="00185504">
              <w:t>Jira Board, Risk Register</w:t>
            </w:r>
          </w:p>
        </w:tc>
        <w:tc>
          <w:tcPr>
            <w:tcW w:w="3006" w:type="dxa"/>
          </w:tcPr>
          <w:p w:rsidRPr="00FC75F9" w:rsidR="00185504" w:rsidP="00E35DB0" w:rsidRDefault="00185504" w14:paraId="5AE2EC38" w14:textId="5026525E">
            <w:r w:rsidRPr="00185504">
              <w:t>Include cross-browser testing</w:t>
            </w:r>
          </w:p>
        </w:tc>
      </w:tr>
    </w:tbl>
    <w:p w:rsidR="00185504" w:rsidP="00185504" w:rsidRDefault="00185504" w14:paraId="39891E32" w14:textId="77777777"/>
    <w:p w:rsidR="00185504" w:rsidP="00185504" w:rsidRDefault="00185504" w14:paraId="7A298A2F" w14:textId="2E381D5B">
      <w:pPr>
        <w:pStyle w:val="Heading2"/>
      </w:pPr>
      <w:r>
        <w:t xml:space="preserve">Sprint 5 </w:t>
      </w:r>
    </w:p>
    <w:tbl>
      <w:tblPr>
        <w:tblStyle w:val="TableGrid"/>
        <w:tblW w:w="0" w:type="auto"/>
        <w:tblLook w:val="04A0" w:firstRow="1" w:lastRow="0" w:firstColumn="1" w:lastColumn="0" w:noHBand="0" w:noVBand="1"/>
      </w:tblPr>
      <w:tblGrid>
        <w:gridCol w:w="3005"/>
        <w:gridCol w:w="3005"/>
        <w:gridCol w:w="3006"/>
      </w:tblGrid>
      <w:tr w:rsidR="00185504" w:rsidTr="00E35DB0" w14:paraId="0DBEB101" w14:textId="77777777">
        <w:tc>
          <w:tcPr>
            <w:tcW w:w="3005" w:type="dxa"/>
          </w:tcPr>
          <w:p w:rsidRPr="00FC75F9" w:rsidR="00185504" w:rsidP="00E35DB0" w:rsidRDefault="00185504" w14:paraId="40E2E28C" w14:textId="77777777">
            <w:pPr>
              <w:rPr>
                <w:b/>
                <w:bCs/>
                <w:i/>
                <w:iCs/>
              </w:rPr>
            </w:pPr>
            <w:r w:rsidRPr="00FC75F9">
              <w:rPr>
                <w:b/>
                <w:bCs/>
                <w:i/>
                <w:iCs/>
              </w:rPr>
              <w:t>Date</w:t>
            </w:r>
          </w:p>
        </w:tc>
        <w:tc>
          <w:tcPr>
            <w:tcW w:w="6011" w:type="dxa"/>
            <w:gridSpan w:val="2"/>
          </w:tcPr>
          <w:p w:rsidR="00185504" w:rsidP="00E35DB0" w:rsidRDefault="004044DA" w14:paraId="5B19F451" w14:textId="4C210C2B">
            <w:pPr>
              <w:jc w:val="right"/>
            </w:pPr>
            <w:r w:rsidRPr="004044DA">
              <w:t>27/10/2025</w:t>
            </w:r>
          </w:p>
        </w:tc>
      </w:tr>
      <w:tr w:rsidR="00185504" w:rsidTr="00E35DB0" w14:paraId="58894C82" w14:textId="77777777">
        <w:tc>
          <w:tcPr>
            <w:tcW w:w="3005" w:type="dxa"/>
          </w:tcPr>
          <w:p w:rsidRPr="00FC75F9" w:rsidR="00185504" w:rsidP="00E35DB0" w:rsidRDefault="00185504" w14:paraId="67992437" w14:textId="77777777">
            <w:pPr>
              <w:rPr>
                <w:b/>
                <w:bCs/>
                <w:i/>
                <w:iCs/>
              </w:rPr>
            </w:pPr>
            <w:r w:rsidRPr="00FC75F9">
              <w:rPr>
                <w:b/>
                <w:bCs/>
                <w:i/>
                <w:iCs/>
              </w:rPr>
              <w:t>Time</w:t>
            </w:r>
          </w:p>
        </w:tc>
        <w:tc>
          <w:tcPr>
            <w:tcW w:w="6011" w:type="dxa"/>
            <w:gridSpan w:val="2"/>
          </w:tcPr>
          <w:p w:rsidR="00185504" w:rsidP="00E35DB0" w:rsidRDefault="004044DA" w14:paraId="790F3C4D" w14:textId="34C82CA6">
            <w:pPr>
              <w:jc w:val="right"/>
            </w:pPr>
            <w:r w:rsidRPr="004044DA">
              <w:t>3:00 PM – 5:00 PM</w:t>
            </w:r>
          </w:p>
        </w:tc>
      </w:tr>
      <w:tr w:rsidR="00185504" w:rsidTr="00E35DB0" w14:paraId="325E7C1B" w14:textId="77777777">
        <w:tc>
          <w:tcPr>
            <w:tcW w:w="3005" w:type="dxa"/>
          </w:tcPr>
          <w:p w:rsidRPr="00FC75F9" w:rsidR="00185504" w:rsidP="00E35DB0" w:rsidRDefault="00185504" w14:paraId="2648FEDB" w14:textId="77777777">
            <w:pPr>
              <w:rPr>
                <w:b/>
                <w:bCs/>
                <w:i/>
                <w:iCs/>
              </w:rPr>
            </w:pPr>
            <w:r w:rsidRPr="00FC75F9">
              <w:rPr>
                <w:b/>
                <w:bCs/>
                <w:i/>
                <w:iCs/>
              </w:rPr>
              <w:t>Location</w:t>
            </w:r>
          </w:p>
        </w:tc>
        <w:tc>
          <w:tcPr>
            <w:tcW w:w="6011" w:type="dxa"/>
            <w:gridSpan w:val="2"/>
          </w:tcPr>
          <w:p w:rsidR="00185504" w:rsidP="00E35DB0" w:rsidRDefault="004044DA" w14:paraId="5965D30D" w14:textId="519624FA">
            <w:pPr>
              <w:jc w:val="right"/>
            </w:pPr>
            <w:r w:rsidRPr="004044DA">
              <w:t>Conference Room B</w:t>
            </w:r>
          </w:p>
        </w:tc>
      </w:tr>
      <w:tr w:rsidR="00185504" w:rsidTr="00E35DB0" w14:paraId="13F9B49B" w14:textId="77777777">
        <w:tc>
          <w:tcPr>
            <w:tcW w:w="3005" w:type="dxa"/>
          </w:tcPr>
          <w:p w:rsidRPr="00FC75F9" w:rsidR="00185504" w:rsidP="00E35DB0" w:rsidRDefault="00185504" w14:paraId="6DCBDE3D" w14:textId="77777777">
            <w:pPr>
              <w:rPr>
                <w:b/>
                <w:bCs/>
                <w:i/>
                <w:iCs/>
              </w:rPr>
            </w:pPr>
            <w:r w:rsidRPr="00FC75F9">
              <w:rPr>
                <w:b/>
                <w:bCs/>
                <w:i/>
                <w:iCs/>
              </w:rPr>
              <w:t>Prepared By</w:t>
            </w:r>
          </w:p>
        </w:tc>
        <w:tc>
          <w:tcPr>
            <w:tcW w:w="6011" w:type="dxa"/>
            <w:gridSpan w:val="2"/>
          </w:tcPr>
          <w:p w:rsidR="00185504" w:rsidP="00E35DB0" w:rsidRDefault="00185504" w14:paraId="4119C079" w14:textId="77777777">
            <w:pPr>
              <w:jc w:val="right"/>
            </w:pPr>
            <w:r w:rsidRPr="00FC75F9">
              <w:t>Mr. Ramesh (Product Owner)</w:t>
            </w:r>
          </w:p>
        </w:tc>
      </w:tr>
      <w:tr w:rsidR="00185504" w:rsidTr="00E35DB0" w14:paraId="078EF3E6" w14:textId="77777777">
        <w:trPr>
          <w:trHeight w:val="1940"/>
        </w:trPr>
        <w:tc>
          <w:tcPr>
            <w:tcW w:w="3005" w:type="dxa"/>
          </w:tcPr>
          <w:p w:rsidRPr="00FC75F9" w:rsidR="00185504" w:rsidP="00E35DB0" w:rsidRDefault="00185504" w14:paraId="6D925F32" w14:textId="77777777">
            <w:pPr>
              <w:rPr>
                <w:b/>
                <w:bCs/>
                <w:i/>
                <w:iCs/>
              </w:rPr>
            </w:pPr>
            <w:r w:rsidRPr="00FC75F9">
              <w:rPr>
                <w:b/>
                <w:bCs/>
                <w:i/>
                <w:iCs/>
              </w:rPr>
              <w:t>Attendees</w:t>
            </w:r>
          </w:p>
        </w:tc>
        <w:tc>
          <w:tcPr>
            <w:tcW w:w="6011" w:type="dxa"/>
            <w:gridSpan w:val="2"/>
          </w:tcPr>
          <w:p w:rsidR="00185504" w:rsidP="00E35DB0" w:rsidRDefault="00185504" w14:paraId="235AE68B" w14:textId="77777777">
            <w:pPr>
              <w:jc w:val="right"/>
            </w:pPr>
            <w:r w:rsidRPr="00D8630C">
              <w:t>Barath Narayanan (Scrum Master &amp; Business Analyst)</w:t>
            </w:r>
          </w:p>
          <w:p w:rsidR="00185504" w:rsidP="00E35DB0" w:rsidRDefault="00185504" w14:paraId="714B3331" w14:textId="77777777">
            <w:pPr>
              <w:jc w:val="right"/>
            </w:pPr>
            <w:r w:rsidRPr="00D8630C">
              <w:t>Mr. Ramesh (Product Owner)</w:t>
            </w:r>
          </w:p>
          <w:p w:rsidR="00185504" w:rsidP="00E35DB0" w:rsidRDefault="00185504" w14:paraId="6CF7D0B0" w14:textId="77777777">
            <w:pPr>
              <w:jc w:val="right"/>
            </w:pPr>
            <w:r w:rsidRPr="00D8630C">
              <w:t>Suresh Menon</w:t>
            </w:r>
          </w:p>
          <w:p w:rsidR="00185504" w:rsidP="00E35DB0" w:rsidRDefault="00185504" w14:paraId="7A0DF3BC" w14:textId="77777777">
            <w:pPr>
              <w:jc w:val="right"/>
            </w:pPr>
            <w:r w:rsidRPr="00D8630C">
              <w:t>Vivek Reddy</w:t>
            </w:r>
          </w:p>
          <w:p w:rsidR="00185504" w:rsidP="00E35DB0" w:rsidRDefault="00185504" w14:paraId="044C609F" w14:textId="77777777">
            <w:pPr>
              <w:jc w:val="right"/>
            </w:pPr>
            <w:r w:rsidRPr="00D8630C">
              <w:t>Anil Sharma</w:t>
            </w:r>
          </w:p>
          <w:p w:rsidR="00185504" w:rsidP="00E35DB0" w:rsidRDefault="00185504" w14:paraId="012367D7" w14:textId="77777777">
            <w:pPr>
              <w:jc w:val="right"/>
            </w:pPr>
            <w:r w:rsidRPr="00D8630C">
              <w:t>Karthik Iyer</w:t>
            </w:r>
          </w:p>
          <w:p w:rsidR="00185504" w:rsidP="00E35DB0" w:rsidRDefault="00185504" w14:paraId="46535FCC" w14:textId="77777777">
            <w:pPr>
              <w:jc w:val="right"/>
            </w:pPr>
            <w:r w:rsidRPr="00D8630C">
              <w:t>Prakash Rao</w:t>
            </w:r>
          </w:p>
        </w:tc>
      </w:tr>
      <w:tr w:rsidR="00185504" w:rsidTr="00E35DB0" w14:paraId="41A3A9AA" w14:textId="77777777">
        <w:tc>
          <w:tcPr>
            <w:tcW w:w="9016" w:type="dxa"/>
            <w:gridSpan w:val="3"/>
          </w:tcPr>
          <w:p w:rsidRPr="00FC75F9" w:rsidR="00185504" w:rsidP="00E35DB0" w:rsidRDefault="00185504" w14:paraId="122F74E1" w14:textId="77777777">
            <w:pPr>
              <w:jc w:val="center"/>
              <w:rPr>
                <w:b/>
                <w:bCs/>
                <w:i/>
                <w:iCs/>
              </w:rPr>
            </w:pPr>
            <w:r w:rsidRPr="00FC75F9">
              <w:rPr>
                <w:b/>
                <w:bCs/>
                <w:i/>
                <w:iCs/>
              </w:rPr>
              <w:t>Agenda Topics</w:t>
            </w:r>
          </w:p>
        </w:tc>
      </w:tr>
      <w:tr w:rsidR="00185504" w:rsidTr="00E35DB0" w14:paraId="53A454DB" w14:textId="77777777">
        <w:tc>
          <w:tcPr>
            <w:tcW w:w="3005" w:type="dxa"/>
          </w:tcPr>
          <w:p w:rsidRPr="00FC75F9" w:rsidR="00185504" w:rsidP="00E35DB0" w:rsidRDefault="00185504" w14:paraId="3EB0B500" w14:textId="77777777">
            <w:pPr>
              <w:jc w:val="center"/>
              <w:rPr>
                <w:b/>
                <w:bCs/>
                <w:i/>
                <w:iCs/>
              </w:rPr>
            </w:pPr>
            <w:r w:rsidRPr="00FC75F9">
              <w:rPr>
                <w:b/>
                <w:bCs/>
                <w:i/>
                <w:iCs/>
              </w:rPr>
              <w:t>Topic</w:t>
            </w:r>
          </w:p>
        </w:tc>
        <w:tc>
          <w:tcPr>
            <w:tcW w:w="3005" w:type="dxa"/>
          </w:tcPr>
          <w:p w:rsidRPr="00FC75F9" w:rsidR="00185504" w:rsidP="00E35DB0" w:rsidRDefault="00185504" w14:paraId="1C1C9D77" w14:textId="77777777">
            <w:pPr>
              <w:jc w:val="center"/>
              <w:rPr>
                <w:b/>
                <w:bCs/>
                <w:i/>
                <w:iCs/>
              </w:rPr>
            </w:pPr>
            <w:r w:rsidRPr="00FC75F9">
              <w:rPr>
                <w:b/>
                <w:bCs/>
                <w:i/>
                <w:iCs/>
              </w:rPr>
              <w:t>Presenter</w:t>
            </w:r>
          </w:p>
        </w:tc>
        <w:tc>
          <w:tcPr>
            <w:tcW w:w="3006" w:type="dxa"/>
          </w:tcPr>
          <w:p w:rsidRPr="00FC75F9" w:rsidR="00185504" w:rsidP="00E35DB0" w:rsidRDefault="00185504" w14:paraId="10D19741" w14:textId="77777777">
            <w:pPr>
              <w:jc w:val="center"/>
              <w:rPr>
                <w:b/>
                <w:bCs/>
                <w:i/>
                <w:iCs/>
              </w:rPr>
            </w:pPr>
            <w:r w:rsidRPr="00FC75F9">
              <w:rPr>
                <w:b/>
                <w:bCs/>
                <w:i/>
                <w:iCs/>
              </w:rPr>
              <w:t>Time allotted</w:t>
            </w:r>
          </w:p>
        </w:tc>
      </w:tr>
      <w:tr w:rsidR="00185504" w:rsidTr="00E35DB0" w14:paraId="41F61CB9" w14:textId="77777777">
        <w:tc>
          <w:tcPr>
            <w:tcW w:w="3005" w:type="dxa"/>
          </w:tcPr>
          <w:p w:rsidRPr="00D8630C" w:rsidR="00185504" w:rsidP="00E35DB0" w:rsidRDefault="004044DA" w14:paraId="625830E5" w14:textId="02DDC8E4">
            <w:r w:rsidRPr="004044DA">
              <w:t>Review Stakeholder Feedback</w:t>
            </w:r>
          </w:p>
        </w:tc>
        <w:tc>
          <w:tcPr>
            <w:tcW w:w="3005" w:type="dxa"/>
          </w:tcPr>
          <w:p w:rsidRPr="00D8630C" w:rsidR="00185504" w:rsidP="00E35DB0" w:rsidRDefault="00185504" w14:paraId="6C58AB23" w14:textId="77777777">
            <w:r w:rsidRPr="00185504">
              <w:t>Mr. Ramesh</w:t>
            </w:r>
          </w:p>
        </w:tc>
        <w:tc>
          <w:tcPr>
            <w:tcW w:w="3006" w:type="dxa"/>
          </w:tcPr>
          <w:p w:rsidRPr="00D8630C" w:rsidR="00185504" w:rsidP="00E35DB0" w:rsidRDefault="00185504" w14:paraId="20AA57C6" w14:textId="77777777">
            <w:pPr>
              <w:jc w:val="right"/>
            </w:pPr>
            <w:r w:rsidRPr="00185504">
              <w:t>20 mins</w:t>
            </w:r>
          </w:p>
        </w:tc>
      </w:tr>
      <w:tr w:rsidR="00185504" w:rsidTr="00E35DB0" w14:paraId="0EA6E49C" w14:textId="77777777">
        <w:tc>
          <w:tcPr>
            <w:tcW w:w="3005" w:type="dxa"/>
          </w:tcPr>
          <w:p w:rsidRPr="00D8630C" w:rsidR="00185504" w:rsidP="00E35DB0" w:rsidRDefault="004044DA" w14:paraId="19B8BE39" w14:textId="04B3281A">
            <w:r w:rsidRPr="004044DA">
              <w:t>Backlog Grooming</w:t>
            </w:r>
          </w:p>
        </w:tc>
        <w:tc>
          <w:tcPr>
            <w:tcW w:w="3005" w:type="dxa"/>
          </w:tcPr>
          <w:p w:rsidRPr="00D8630C" w:rsidR="00185504" w:rsidP="00E35DB0" w:rsidRDefault="00185504" w14:paraId="5F666274" w14:textId="77777777">
            <w:r w:rsidRPr="00185504">
              <w:t>Barath Narayanan</w:t>
            </w:r>
          </w:p>
        </w:tc>
        <w:tc>
          <w:tcPr>
            <w:tcW w:w="3006" w:type="dxa"/>
          </w:tcPr>
          <w:p w:rsidRPr="00D8630C" w:rsidR="00185504" w:rsidP="00E35DB0" w:rsidRDefault="00185504" w14:paraId="75DBDC7F" w14:textId="77777777">
            <w:pPr>
              <w:jc w:val="right"/>
            </w:pPr>
            <w:r w:rsidRPr="00185504">
              <w:t>15 mins</w:t>
            </w:r>
          </w:p>
        </w:tc>
      </w:tr>
      <w:tr w:rsidR="00185504" w:rsidTr="00E35DB0" w14:paraId="34AC6F71" w14:textId="77777777">
        <w:tc>
          <w:tcPr>
            <w:tcW w:w="3005" w:type="dxa"/>
          </w:tcPr>
          <w:p w:rsidRPr="00D8630C" w:rsidR="00185504" w:rsidP="00E35DB0" w:rsidRDefault="004044DA" w14:paraId="339CDA83" w14:textId="74891996">
            <w:r w:rsidRPr="004044DA">
              <w:t>Pick High ROI Features</w:t>
            </w:r>
          </w:p>
        </w:tc>
        <w:tc>
          <w:tcPr>
            <w:tcW w:w="3005" w:type="dxa"/>
          </w:tcPr>
          <w:p w:rsidRPr="00D8630C" w:rsidR="00185504" w:rsidP="00E35DB0" w:rsidRDefault="00185504" w14:paraId="2377A304" w14:textId="77777777">
            <w:r w:rsidRPr="00185504">
              <w:t>Team</w:t>
            </w:r>
          </w:p>
        </w:tc>
        <w:tc>
          <w:tcPr>
            <w:tcW w:w="3006" w:type="dxa"/>
          </w:tcPr>
          <w:p w:rsidRPr="00D8630C" w:rsidR="00185504" w:rsidP="00E35DB0" w:rsidRDefault="00185504" w14:paraId="3FB5989C" w14:textId="77777777">
            <w:pPr>
              <w:jc w:val="right"/>
            </w:pPr>
            <w:r w:rsidRPr="00FC75F9">
              <w:t>30 mins</w:t>
            </w:r>
          </w:p>
        </w:tc>
      </w:tr>
      <w:tr w:rsidR="00185504" w:rsidTr="00E35DB0" w14:paraId="4D4E0285" w14:textId="77777777">
        <w:tc>
          <w:tcPr>
            <w:tcW w:w="3005" w:type="dxa"/>
          </w:tcPr>
          <w:p w:rsidRPr="00D8630C" w:rsidR="00185504" w:rsidP="00E35DB0" w:rsidRDefault="004044DA" w14:paraId="563C0290" w14:textId="6C6811CF">
            <w:r w:rsidRPr="004044DA">
              <w:t>Task Assignments</w:t>
            </w:r>
          </w:p>
        </w:tc>
        <w:tc>
          <w:tcPr>
            <w:tcW w:w="3005" w:type="dxa"/>
          </w:tcPr>
          <w:p w:rsidRPr="00D8630C" w:rsidR="00185504" w:rsidP="00E35DB0" w:rsidRDefault="00185504" w14:paraId="573B3736" w14:textId="77777777">
            <w:r w:rsidRPr="00D8630C">
              <w:t>Team</w:t>
            </w:r>
          </w:p>
        </w:tc>
        <w:tc>
          <w:tcPr>
            <w:tcW w:w="3006" w:type="dxa"/>
          </w:tcPr>
          <w:p w:rsidRPr="00D8630C" w:rsidR="00185504" w:rsidP="00E35DB0" w:rsidRDefault="00185504" w14:paraId="15C1F7D9" w14:textId="77777777">
            <w:pPr>
              <w:jc w:val="right"/>
            </w:pPr>
            <w:r w:rsidRPr="00D8630C">
              <w:t>45 mins</w:t>
            </w:r>
          </w:p>
        </w:tc>
      </w:tr>
      <w:tr w:rsidR="00185504" w:rsidTr="00E35DB0" w14:paraId="54C78319" w14:textId="77777777">
        <w:tc>
          <w:tcPr>
            <w:tcW w:w="3005" w:type="dxa"/>
          </w:tcPr>
          <w:p w:rsidRPr="00D8630C" w:rsidR="00185504" w:rsidP="00E35DB0" w:rsidRDefault="004044DA" w14:paraId="44C3751E" w14:textId="6FB5A661">
            <w:r w:rsidRPr="004044DA">
              <w:t>Sprint Commitment</w:t>
            </w:r>
          </w:p>
        </w:tc>
        <w:tc>
          <w:tcPr>
            <w:tcW w:w="3005" w:type="dxa"/>
          </w:tcPr>
          <w:p w:rsidRPr="00D8630C" w:rsidR="00185504" w:rsidP="00E35DB0" w:rsidRDefault="00185504" w14:paraId="1970E0B5" w14:textId="77777777">
            <w:r w:rsidRPr="00185504">
              <w:t>Barath Narayanan</w:t>
            </w:r>
          </w:p>
        </w:tc>
        <w:tc>
          <w:tcPr>
            <w:tcW w:w="3006" w:type="dxa"/>
          </w:tcPr>
          <w:p w:rsidRPr="00D8630C" w:rsidR="00185504" w:rsidP="00E35DB0" w:rsidRDefault="00185504" w14:paraId="1A694D4F" w14:textId="77777777">
            <w:pPr>
              <w:jc w:val="right"/>
            </w:pPr>
            <w:r w:rsidRPr="00D8630C">
              <w:t>10 mins</w:t>
            </w:r>
          </w:p>
        </w:tc>
      </w:tr>
      <w:tr w:rsidR="00185504" w:rsidTr="00E35DB0" w14:paraId="039F5A52" w14:textId="77777777">
        <w:tc>
          <w:tcPr>
            <w:tcW w:w="9016" w:type="dxa"/>
            <w:gridSpan w:val="3"/>
          </w:tcPr>
          <w:p w:rsidRPr="00FC75F9" w:rsidR="00185504" w:rsidP="00E35DB0" w:rsidRDefault="00185504" w14:paraId="04FD4727" w14:textId="77777777">
            <w:pPr>
              <w:jc w:val="center"/>
              <w:rPr>
                <w:b/>
                <w:bCs/>
                <w:i/>
                <w:iCs/>
              </w:rPr>
            </w:pPr>
            <w:r w:rsidRPr="00FC75F9">
              <w:rPr>
                <w:b/>
                <w:bCs/>
                <w:i/>
                <w:iCs/>
              </w:rPr>
              <w:t>Other Information</w:t>
            </w:r>
          </w:p>
        </w:tc>
      </w:tr>
      <w:tr w:rsidRPr="00FC75F9" w:rsidR="00185504" w:rsidTr="00E35DB0" w14:paraId="152FA77D" w14:textId="77777777">
        <w:tc>
          <w:tcPr>
            <w:tcW w:w="3005" w:type="dxa"/>
          </w:tcPr>
          <w:p w:rsidRPr="00FC75F9" w:rsidR="00185504" w:rsidP="00E35DB0" w:rsidRDefault="00185504" w14:paraId="1358A348" w14:textId="77777777">
            <w:pPr>
              <w:rPr>
                <w:b/>
                <w:bCs/>
                <w:i/>
                <w:iCs/>
              </w:rPr>
            </w:pPr>
            <w:r w:rsidRPr="00FC75F9">
              <w:rPr>
                <w:b/>
                <w:bCs/>
                <w:i/>
                <w:iCs/>
              </w:rPr>
              <w:t>Observers</w:t>
            </w:r>
          </w:p>
        </w:tc>
        <w:tc>
          <w:tcPr>
            <w:tcW w:w="3005" w:type="dxa"/>
          </w:tcPr>
          <w:p w:rsidRPr="00FC75F9" w:rsidR="00185504" w:rsidP="00E35DB0" w:rsidRDefault="00185504" w14:paraId="4A7CAA11" w14:textId="77777777">
            <w:pPr>
              <w:rPr>
                <w:b/>
                <w:bCs/>
                <w:i/>
                <w:iCs/>
              </w:rPr>
            </w:pPr>
            <w:r w:rsidRPr="00FC75F9">
              <w:rPr>
                <w:b/>
                <w:bCs/>
                <w:i/>
                <w:iCs/>
              </w:rPr>
              <w:t>Resources</w:t>
            </w:r>
          </w:p>
        </w:tc>
        <w:tc>
          <w:tcPr>
            <w:tcW w:w="3006" w:type="dxa"/>
          </w:tcPr>
          <w:p w:rsidRPr="00FC75F9" w:rsidR="00185504" w:rsidP="00E35DB0" w:rsidRDefault="00185504" w14:paraId="2B952EC3" w14:textId="77777777">
            <w:pPr>
              <w:rPr>
                <w:b/>
                <w:bCs/>
                <w:i/>
                <w:iCs/>
              </w:rPr>
            </w:pPr>
            <w:r w:rsidRPr="00FC75F9">
              <w:rPr>
                <w:b/>
                <w:bCs/>
                <w:i/>
                <w:iCs/>
              </w:rPr>
              <w:t>Special Notes</w:t>
            </w:r>
          </w:p>
        </w:tc>
      </w:tr>
      <w:tr w:rsidR="00185504" w:rsidTr="00E35DB0" w14:paraId="6A807649" w14:textId="77777777">
        <w:tc>
          <w:tcPr>
            <w:tcW w:w="3005" w:type="dxa"/>
          </w:tcPr>
          <w:p w:rsidRPr="00FC75F9" w:rsidR="00185504" w:rsidP="00E35DB0" w:rsidRDefault="004044DA" w14:paraId="6039262C" w14:textId="034A05A8">
            <w:r w:rsidRPr="004044DA">
              <w:t>UX Designer</w:t>
            </w:r>
          </w:p>
        </w:tc>
        <w:tc>
          <w:tcPr>
            <w:tcW w:w="3005" w:type="dxa"/>
          </w:tcPr>
          <w:p w:rsidRPr="00FC75F9" w:rsidR="00185504" w:rsidP="00E35DB0" w:rsidRDefault="004044DA" w14:paraId="0B7A55EE" w14:textId="3FE261E6">
            <w:r w:rsidRPr="004044DA">
              <w:t>Jira Board, Feedback Docs</w:t>
            </w:r>
          </w:p>
        </w:tc>
        <w:tc>
          <w:tcPr>
            <w:tcW w:w="3006" w:type="dxa"/>
          </w:tcPr>
          <w:p w:rsidRPr="00FC75F9" w:rsidR="00185504" w:rsidP="00E35DB0" w:rsidRDefault="004044DA" w14:paraId="6F3F4D2C" w14:textId="78204434">
            <w:r w:rsidRPr="004044DA">
              <w:t>Improve dashboard performance</w:t>
            </w:r>
          </w:p>
        </w:tc>
      </w:tr>
    </w:tbl>
    <w:p w:rsidR="00185504" w:rsidP="00185504" w:rsidRDefault="00185504" w14:paraId="3963E01F" w14:textId="77777777"/>
    <w:p w:rsidR="004044DA" w:rsidP="004044DA" w:rsidRDefault="004044DA" w14:paraId="03C2F1AD" w14:textId="0E9F669A">
      <w:pPr>
        <w:pStyle w:val="Heading2"/>
      </w:pPr>
      <w:r>
        <w:t>Sprint 6</w:t>
      </w:r>
    </w:p>
    <w:tbl>
      <w:tblPr>
        <w:tblStyle w:val="TableGrid"/>
        <w:tblW w:w="0" w:type="auto"/>
        <w:tblLook w:val="04A0" w:firstRow="1" w:lastRow="0" w:firstColumn="1" w:lastColumn="0" w:noHBand="0" w:noVBand="1"/>
      </w:tblPr>
      <w:tblGrid>
        <w:gridCol w:w="3005"/>
        <w:gridCol w:w="3005"/>
        <w:gridCol w:w="3006"/>
      </w:tblGrid>
      <w:tr w:rsidR="004044DA" w:rsidTr="00E35DB0" w14:paraId="5BD8CA69" w14:textId="77777777">
        <w:tc>
          <w:tcPr>
            <w:tcW w:w="3005" w:type="dxa"/>
          </w:tcPr>
          <w:p w:rsidRPr="00FC75F9" w:rsidR="004044DA" w:rsidP="00E35DB0" w:rsidRDefault="004044DA" w14:paraId="2DB255F8" w14:textId="77777777">
            <w:pPr>
              <w:rPr>
                <w:b/>
                <w:bCs/>
                <w:i/>
                <w:iCs/>
              </w:rPr>
            </w:pPr>
            <w:r w:rsidRPr="00FC75F9">
              <w:rPr>
                <w:b/>
                <w:bCs/>
                <w:i/>
                <w:iCs/>
              </w:rPr>
              <w:t>Date</w:t>
            </w:r>
          </w:p>
        </w:tc>
        <w:tc>
          <w:tcPr>
            <w:tcW w:w="6011" w:type="dxa"/>
            <w:gridSpan w:val="2"/>
          </w:tcPr>
          <w:p w:rsidR="004044DA" w:rsidP="00E35DB0" w:rsidRDefault="004044DA" w14:paraId="2D98D965" w14:textId="2C1ADBD9">
            <w:pPr>
              <w:jc w:val="right"/>
            </w:pPr>
            <w:r w:rsidRPr="004044DA">
              <w:t>10/11/2025</w:t>
            </w:r>
          </w:p>
        </w:tc>
      </w:tr>
      <w:tr w:rsidR="004044DA" w:rsidTr="00E35DB0" w14:paraId="5EE1CFFE" w14:textId="77777777">
        <w:tc>
          <w:tcPr>
            <w:tcW w:w="3005" w:type="dxa"/>
          </w:tcPr>
          <w:p w:rsidRPr="00FC75F9" w:rsidR="004044DA" w:rsidP="00E35DB0" w:rsidRDefault="004044DA" w14:paraId="26DA0C5E" w14:textId="77777777">
            <w:pPr>
              <w:rPr>
                <w:b/>
                <w:bCs/>
                <w:i/>
                <w:iCs/>
              </w:rPr>
            </w:pPr>
            <w:r w:rsidRPr="00FC75F9">
              <w:rPr>
                <w:b/>
                <w:bCs/>
                <w:i/>
                <w:iCs/>
              </w:rPr>
              <w:t>Time</w:t>
            </w:r>
          </w:p>
        </w:tc>
        <w:tc>
          <w:tcPr>
            <w:tcW w:w="6011" w:type="dxa"/>
            <w:gridSpan w:val="2"/>
          </w:tcPr>
          <w:p w:rsidR="004044DA" w:rsidP="00E35DB0" w:rsidRDefault="004044DA" w14:paraId="16192D0C" w14:textId="2C903195">
            <w:pPr>
              <w:jc w:val="right"/>
            </w:pPr>
            <w:r w:rsidRPr="004044DA">
              <w:t>10:00 AM – 12:00 PM</w:t>
            </w:r>
          </w:p>
        </w:tc>
      </w:tr>
      <w:tr w:rsidR="004044DA" w:rsidTr="00E35DB0" w14:paraId="5D32AFDA" w14:textId="77777777">
        <w:tc>
          <w:tcPr>
            <w:tcW w:w="3005" w:type="dxa"/>
          </w:tcPr>
          <w:p w:rsidRPr="00FC75F9" w:rsidR="004044DA" w:rsidP="00E35DB0" w:rsidRDefault="004044DA" w14:paraId="17F52AAD" w14:textId="77777777">
            <w:pPr>
              <w:rPr>
                <w:b/>
                <w:bCs/>
                <w:i/>
                <w:iCs/>
              </w:rPr>
            </w:pPr>
            <w:r w:rsidRPr="00FC75F9">
              <w:rPr>
                <w:b/>
                <w:bCs/>
                <w:i/>
                <w:iCs/>
              </w:rPr>
              <w:t>Location</w:t>
            </w:r>
          </w:p>
        </w:tc>
        <w:tc>
          <w:tcPr>
            <w:tcW w:w="6011" w:type="dxa"/>
            <w:gridSpan w:val="2"/>
          </w:tcPr>
          <w:p w:rsidR="004044DA" w:rsidP="00E35DB0" w:rsidRDefault="004044DA" w14:paraId="3372FBCD" w14:textId="15129953">
            <w:pPr>
              <w:jc w:val="right"/>
            </w:pPr>
            <w:r w:rsidRPr="004044DA">
              <w:t>Conference Room C</w:t>
            </w:r>
          </w:p>
        </w:tc>
      </w:tr>
      <w:tr w:rsidR="004044DA" w:rsidTr="00E35DB0" w14:paraId="63AC82EB" w14:textId="77777777">
        <w:tc>
          <w:tcPr>
            <w:tcW w:w="3005" w:type="dxa"/>
          </w:tcPr>
          <w:p w:rsidRPr="00FC75F9" w:rsidR="004044DA" w:rsidP="00E35DB0" w:rsidRDefault="004044DA" w14:paraId="7C9129DD" w14:textId="77777777">
            <w:pPr>
              <w:rPr>
                <w:b/>
                <w:bCs/>
                <w:i/>
                <w:iCs/>
              </w:rPr>
            </w:pPr>
            <w:r w:rsidRPr="00FC75F9">
              <w:rPr>
                <w:b/>
                <w:bCs/>
                <w:i/>
                <w:iCs/>
              </w:rPr>
              <w:t>Prepared By</w:t>
            </w:r>
          </w:p>
        </w:tc>
        <w:tc>
          <w:tcPr>
            <w:tcW w:w="6011" w:type="dxa"/>
            <w:gridSpan w:val="2"/>
          </w:tcPr>
          <w:p w:rsidR="004044DA" w:rsidP="00E35DB0" w:rsidRDefault="004044DA" w14:paraId="68000429" w14:textId="77777777">
            <w:pPr>
              <w:jc w:val="right"/>
            </w:pPr>
            <w:r w:rsidRPr="00FC75F9">
              <w:t>Mr. Ramesh (Product Owner)</w:t>
            </w:r>
          </w:p>
        </w:tc>
      </w:tr>
      <w:tr w:rsidR="004044DA" w:rsidTr="00E35DB0" w14:paraId="510F4151" w14:textId="77777777">
        <w:trPr>
          <w:trHeight w:val="1940"/>
        </w:trPr>
        <w:tc>
          <w:tcPr>
            <w:tcW w:w="3005" w:type="dxa"/>
          </w:tcPr>
          <w:p w:rsidRPr="00FC75F9" w:rsidR="004044DA" w:rsidP="00E35DB0" w:rsidRDefault="004044DA" w14:paraId="6C274C08" w14:textId="77777777">
            <w:pPr>
              <w:rPr>
                <w:b/>
                <w:bCs/>
                <w:i/>
                <w:iCs/>
              </w:rPr>
            </w:pPr>
            <w:r w:rsidRPr="00FC75F9">
              <w:rPr>
                <w:b/>
                <w:bCs/>
                <w:i/>
                <w:iCs/>
              </w:rPr>
              <w:t>Attendees</w:t>
            </w:r>
          </w:p>
        </w:tc>
        <w:tc>
          <w:tcPr>
            <w:tcW w:w="6011" w:type="dxa"/>
            <w:gridSpan w:val="2"/>
          </w:tcPr>
          <w:p w:rsidR="004044DA" w:rsidP="00E35DB0" w:rsidRDefault="004044DA" w14:paraId="3A9CC6DE" w14:textId="77777777">
            <w:pPr>
              <w:jc w:val="right"/>
            </w:pPr>
            <w:r w:rsidRPr="00D8630C">
              <w:t>Barath Narayanan (Scrum Master &amp; Business Analyst)</w:t>
            </w:r>
          </w:p>
          <w:p w:rsidR="004044DA" w:rsidP="00E35DB0" w:rsidRDefault="004044DA" w14:paraId="2B860525" w14:textId="77777777">
            <w:pPr>
              <w:jc w:val="right"/>
            </w:pPr>
            <w:r w:rsidRPr="00D8630C">
              <w:t>Mr. Ramesh (Product Owner)</w:t>
            </w:r>
          </w:p>
          <w:p w:rsidR="004044DA" w:rsidP="00E35DB0" w:rsidRDefault="004044DA" w14:paraId="4F8035C1" w14:textId="77777777">
            <w:pPr>
              <w:jc w:val="right"/>
            </w:pPr>
            <w:r w:rsidRPr="00D8630C">
              <w:t>Suresh Menon</w:t>
            </w:r>
          </w:p>
          <w:p w:rsidR="004044DA" w:rsidP="00E35DB0" w:rsidRDefault="004044DA" w14:paraId="049B1ABD" w14:textId="77777777">
            <w:pPr>
              <w:jc w:val="right"/>
            </w:pPr>
            <w:r w:rsidRPr="00D8630C">
              <w:t>Vivek Reddy</w:t>
            </w:r>
          </w:p>
          <w:p w:rsidR="004044DA" w:rsidP="00E35DB0" w:rsidRDefault="004044DA" w14:paraId="4D5D6E2C" w14:textId="77777777">
            <w:pPr>
              <w:jc w:val="right"/>
            </w:pPr>
            <w:r w:rsidRPr="00D8630C">
              <w:t>Anil Sharma</w:t>
            </w:r>
          </w:p>
          <w:p w:rsidR="004044DA" w:rsidP="00E35DB0" w:rsidRDefault="004044DA" w14:paraId="14585997" w14:textId="77777777">
            <w:pPr>
              <w:jc w:val="right"/>
            </w:pPr>
            <w:r w:rsidRPr="00D8630C">
              <w:t>Karthik Iyer</w:t>
            </w:r>
          </w:p>
          <w:p w:rsidR="004044DA" w:rsidP="00E35DB0" w:rsidRDefault="004044DA" w14:paraId="1C71B3E6" w14:textId="77777777">
            <w:pPr>
              <w:jc w:val="right"/>
            </w:pPr>
            <w:r w:rsidRPr="00D8630C">
              <w:t>Prakash Rao</w:t>
            </w:r>
          </w:p>
        </w:tc>
      </w:tr>
      <w:tr w:rsidR="004044DA" w:rsidTr="00E35DB0" w14:paraId="0EC71EDB" w14:textId="77777777">
        <w:tc>
          <w:tcPr>
            <w:tcW w:w="9016" w:type="dxa"/>
            <w:gridSpan w:val="3"/>
          </w:tcPr>
          <w:p w:rsidRPr="00FC75F9" w:rsidR="004044DA" w:rsidP="00E35DB0" w:rsidRDefault="004044DA" w14:paraId="51499432" w14:textId="77777777">
            <w:pPr>
              <w:jc w:val="center"/>
              <w:rPr>
                <w:b/>
                <w:bCs/>
                <w:i/>
                <w:iCs/>
              </w:rPr>
            </w:pPr>
            <w:r w:rsidRPr="00FC75F9">
              <w:rPr>
                <w:b/>
                <w:bCs/>
                <w:i/>
                <w:iCs/>
              </w:rPr>
              <w:t>Agenda Topics</w:t>
            </w:r>
          </w:p>
        </w:tc>
      </w:tr>
      <w:tr w:rsidR="004044DA" w:rsidTr="00E35DB0" w14:paraId="61A68A89" w14:textId="77777777">
        <w:tc>
          <w:tcPr>
            <w:tcW w:w="3005" w:type="dxa"/>
          </w:tcPr>
          <w:p w:rsidRPr="00FC75F9" w:rsidR="004044DA" w:rsidP="00E35DB0" w:rsidRDefault="004044DA" w14:paraId="07F75F20" w14:textId="77777777">
            <w:pPr>
              <w:jc w:val="center"/>
              <w:rPr>
                <w:b/>
                <w:bCs/>
                <w:i/>
                <w:iCs/>
              </w:rPr>
            </w:pPr>
            <w:r w:rsidRPr="00FC75F9">
              <w:rPr>
                <w:b/>
                <w:bCs/>
                <w:i/>
                <w:iCs/>
              </w:rPr>
              <w:t>Topic</w:t>
            </w:r>
          </w:p>
        </w:tc>
        <w:tc>
          <w:tcPr>
            <w:tcW w:w="3005" w:type="dxa"/>
          </w:tcPr>
          <w:p w:rsidRPr="00FC75F9" w:rsidR="004044DA" w:rsidP="00E35DB0" w:rsidRDefault="004044DA" w14:paraId="3808FE81" w14:textId="77777777">
            <w:pPr>
              <w:jc w:val="center"/>
              <w:rPr>
                <w:b/>
                <w:bCs/>
                <w:i/>
                <w:iCs/>
              </w:rPr>
            </w:pPr>
            <w:r w:rsidRPr="00FC75F9">
              <w:rPr>
                <w:b/>
                <w:bCs/>
                <w:i/>
                <w:iCs/>
              </w:rPr>
              <w:t>Presenter</w:t>
            </w:r>
          </w:p>
        </w:tc>
        <w:tc>
          <w:tcPr>
            <w:tcW w:w="3006" w:type="dxa"/>
          </w:tcPr>
          <w:p w:rsidRPr="00FC75F9" w:rsidR="004044DA" w:rsidP="00E35DB0" w:rsidRDefault="004044DA" w14:paraId="4C187753" w14:textId="77777777">
            <w:pPr>
              <w:jc w:val="center"/>
              <w:rPr>
                <w:b/>
                <w:bCs/>
                <w:i/>
                <w:iCs/>
              </w:rPr>
            </w:pPr>
            <w:r w:rsidRPr="00FC75F9">
              <w:rPr>
                <w:b/>
                <w:bCs/>
                <w:i/>
                <w:iCs/>
              </w:rPr>
              <w:t>Time allotted</w:t>
            </w:r>
          </w:p>
        </w:tc>
      </w:tr>
      <w:tr w:rsidR="004044DA" w:rsidTr="00E35DB0" w14:paraId="3207555F" w14:textId="77777777">
        <w:tc>
          <w:tcPr>
            <w:tcW w:w="3005" w:type="dxa"/>
          </w:tcPr>
          <w:p w:rsidRPr="00D8630C" w:rsidR="004044DA" w:rsidP="00E35DB0" w:rsidRDefault="004044DA" w14:paraId="4D1D8C60" w14:textId="6754C6E0">
            <w:r w:rsidRPr="004044DA">
              <w:t>Sprint Review Outcomes</w:t>
            </w:r>
          </w:p>
        </w:tc>
        <w:tc>
          <w:tcPr>
            <w:tcW w:w="3005" w:type="dxa"/>
          </w:tcPr>
          <w:p w:rsidRPr="00D8630C" w:rsidR="004044DA" w:rsidP="00E35DB0" w:rsidRDefault="004044DA" w14:paraId="019F1A37" w14:textId="7E9493C8">
            <w:r w:rsidRPr="004044DA">
              <w:t>Barath Narayanan</w:t>
            </w:r>
          </w:p>
        </w:tc>
        <w:tc>
          <w:tcPr>
            <w:tcW w:w="3006" w:type="dxa"/>
          </w:tcPr>
          <w:p w:rsidRPr="00D8630C" w:rsidR="004044DA" w:rsidP="00E35DB0" w:rsidRDefault="004044DA" w14:paraId="4FBD7391" w14:textId="5D89617E">
            <w:pPr>
              <w:jc w:val="right"/>
            </w:pPr>
            <w:r w:rsidRPr="004044DA">
              <w:t>15 mins</w:t>
            </w:r>
          </w:p>
        </w:tc>
      </w:tr>
      <w:tr w:rsidR="004044DA" w:rsidTr="00E35DB0" w14:paraId="59BF143A" w14:textId="77777777">
        <w:tc>
          <w:tcPr>
            <w:tcW w:w="3005" w:type="dxa"/>
          </w:tcPr>
          <w:p w:rsidRPr="00D8630C" w:rsidR="004044DA" w:rsidP="00E35DB0" w:rsidRDefault="004044DA" w14:paraId="5E62FEB1" w14:textId="60FE1D58">
            <w:r w:rsidRPr="004044DA">
              <w:t>Update Priorities</w:t>
            </w:r>
          </w:p>
        </w:tc>
        <w:tc>
          <w:tcPr>
            <w:tcW w:w="3005" w:type="dxa"/>
          </w:tcPr>
          <w:p w:rsidRPr="00D8630C" w:rsidR="004044DA" w:rsidP="00E35DB0" w:rsidRDefault="004044DA" w14:paraId="16D1BCB2" w14:textId="5A5F15CE">
            <w:r w:rsidRPr="004044DA">
              <w:t>Mr. Ramesh</w:t>
            </w:r>
          </w:p>
        </w:tc>
        <w:tc>
          <w:tcPr>
            <w:tcW w:w="3006" w:type="dxa"/>
          </w:tcPr>
          <w:p w:rsidRPr="00D8630C" w:rsidR="004044DA" w:rsidP="00E35DB0" w:rsidRDefault="004044DA" w14:paraId="0740BDD4" w14:textId="44ECA07F">
            <w:pPr>
              <w:jc w:val="right"/>
            </w:pPr>
            <w:r w:rsidRPr="004044DA">
              <w:t>20 mins</w:t>
            </w:r>
          </w:p>
        </w:tc>
      </w:tr>
      <w:tr w:rsidR="004044DA" w:rsidTr="00E35DB0" w14:paraId="75637040" w14:textId="77777777">
        <w:tc>
          <w:tcPr>
            <w:tcW w:w="3005" w:type="dxa"/>
          </w:tcPr>
          <w:p w:rsidRPr="00D8630C" w:rsidR="004044DA" w:rsidP="00E35DB0" w:rsidRDefault="004044DA" w14:paraId="1277E757" w14:textId="1D41A38D">
            <w:r w:rsidRPr="004044DA">
              <w:t>Select Key Stories</w:t>
            </w:r>
          </w:p>
        </w:tc>
        <w:tc>
          <w:tcPr>
            <w:tcW w:w="3005" w:type="dxa"/>
          </w:tcPr>
          <w:p w:rsidRPr="00D8630C" w:rsidR="004044DA" w:rsidP="00E35DB0" w:rsidRDefault="004044DA" w14:paraId="1CF2A829" w14:textId="77777777">
            <w:r w:rsidRPr="00185504">
              <w:t>Team</w:t>
            </w:r>
          </w:p>
        </w:tc>
        <w:tc>
          <w:tcPr>
            <w:tcW w:w="3006" w:type="dxa"/>
          </w:tcPr>
          <w:p w:rsidRPr="00D8630C" w:rsidR="004044DA" w:rsidP="00E35DB0" w:rsidRDefault="004044DA" w14:paraId="2429DF2C" w14:textId="77777777">
            <w:pPr>
              <w:jc w:val="right"/>
            </w:pPr>
            <w:r w:rsidRPr="00FC75F9">
              <w:t>30 mins</w:t>
            </w:r>
          </w:p>
        </w:tc>
      </w:tr>
      <w:tr w:rsidR="004044DA" w:rsidTr="00E35DB0" w14:paraId="205AC36C" w14:textId="77777777">
        <w:tc>
          <w:tcPr>
            <w:tcW w:w="3005" w:type="dxa"/>
          </w:tcPr>
          <w:p w:rsidRPr="00D8630C" w:rsidR="004044DA" w:rsidP="00E35DB0" w:rsidRDefault="004044DA" w14:paraId="02D63C38" w14:textId="138ADD8F">
            <w:r w:rsidRPr="004044DA">
              <w:t>Create Task Breakdown</w:t>
            </w:r>
          </w:p>
        </w:tc>
        <w:tc>
          <w:tcPr>
            <w:tcW w:w="3005" w:type="dxa"/>
          </w:tcPr>
          <w:p w:rsidRPr="00D8630C" w:rsidR="004044DA" w:rsidP="00E35DB0" w:rsidRDefault="004044DA" w14:paraId="6FD0D249" w14:textId="77777777">
            <w:r w:rsidRPr="00D8630C">
              <w:t>Team</w:t>
            </w:r>
          </w:p>
        </w:tc>
        <w:tc>
          <w:tcPr>
            <w:tcW w:w="3006" w:type="dxa"/>
          </w:tcPr>
          <w:p w:rsidRPr="00D8630C" w:rsidR="004044DA" w:rsidP="00E35DB0" w:rsidRDefault="004044DA" w14:paraId="39201F3A" w14:textId="77777777">
            <w:pPr>
              <w:jc w:val="right"/>
            </w:pPr>
            <w:r w:rsidRPr="00D8630C">
              <w:t>45 mins</w:t>
            </w:r>
          </w:p>
        </w:tc>
      </w:tr>
      <w:tr w:rsidR="004044DA" w:rsidTr="00E35DB0" w14:paraId="7CF96142" w14:textId="77777777">
        <w:tc>
          <w:tcPr>
            <w:tcW w:w="3005" w:type="dxa"/>
          </w:tcPr>
          <w:p w:rsidRPr="00D8630C" w:rsidR="004044DA" w:rsidP="00E35DB0" w:rsidRDefault="004044DA" w14:paraId="5507C76C" w14:textId="4AA0FC9B">
            <w:r w:rsidRPr="004044DA">
              <w:t>Approve Sprint Plan</w:t>
            </w:r>
          </w:p>
        </w:tc>
        <w:tc>
          <w:tcPr>
            <w:tcW w:w="3005" w:type="dxa"/>
          </w:tcPr>
          <w:p w:rsidRPr="00D8630C" w:rsidR="004044DA" w:rsidP="00E35DB0" w:rsidRDefault="004044DA" w14:paraId="267A5520" w14:textId="77777777">
            <w:r w:rsidRPr="00185504">
              <w:t>Barath Narayanan</w:t>
            </w:r>
          </w:p>
        </w:tc>
        <w:tc>
          <w:tcPr>
            <w:tcW w:w="3006" w:type="dxa"/>
          </w:tcPr>
          <w:p w:rsidRPr="00D8630C" w:rsidR="004044DA" w:rsidP="00E35DB0" w:rsidRDefault="004044DA" w14:paraId="3E206CC4" w14:textId="77777777">
            <w:pPr>
              <w:jc w:val="right"/>
            </w:pPr>
            <w:r w:rsidRPr="00D8630C">
              <w:t>10 mins</w:t>
            </w:r>
          </w:p>
        </w:tc>
      </w:tr>
      <w:tr w:rsidR="004044DA" w:rsidTr="00E35DB0" w14:paraId="72B25E86" w14:textId="77777777">
        <w:tc>
          <w:tcPr>
            <w:tcW w:w="9016" w:type="dxa"/>
            <w:gridSpan w:val="3"/>
          </w:tcPr>
          <w:p w:rsidRPr="00FC75F9" w:rsidR="004044DA" w:rsidP="00E35DB0" w:rsidRDefault="004044DA" w14:paraId="06151AD0" w14:textId="77777777">
            <w:pPr>
              <w:jc w:val="center"/>
              <w:rPr>
                <w:b/>
                <w:bCs/>
                <w:i/>
                <w:iCs/>
              </w:rPr>
            </w:pPr>
            <w:r w:rsidRPr="00FC75F9">
              <w:rPr>
                <w:b/>
                <w:bCs/>
                <w:i/>
                <w:iCs/>
              </w:rPr>
              <w:t>Other Information</w:t>
            </w:r>
          </w:p>
        </w:tc>
      </w:tr>
      <w:tr w:rsidRPr="00FC75F9" w:rsidR="004044DA" w:rsidTr="00E35DB0" w14:paraId="1E67C011" w14:textId="77777777">
        <w:tc>
          <w:tcPr>
            <w:tcW w:w="3005" w:type="dxa"/>
          </w:tcPr>
          <w:p w:rsidRPr="00FC75F9" w:rsidR="004044DA" w:rsidP="00E35DB0" w:rsidRDefault="004044DA" w14:paraId="3FE12707" w14:textId="77777777">
            <w:pPr>
              <w:rPr>
                <w:b/>
                <w:bCs/>
                <w:i/>
                <w:iCs/>
              </w:rPr>
            </w:pPr>
            <w:r w:rsidRPr="00FC75F9">
              <w:rPr>
                <w:b/>
                <w:bCs/>
                <w:i/>
                <w:iCs/>
              </w:rPr>
              <w:t>Observers</w:t>
            </w:r>
          </w:p>
        </w:tc>
        <w:tc>
          <w:tcPr>
            <w:tcW w:w="3005" w:type="dxa"/>
          </w:tcPr>
          <w:p w:rsidRPr="00FC75F9" w:rsidR="004044DA" w:rsidP="00E35DB0" w:rsidRDefault="004044DA" w14:paraId="3BA30432" w14:textId="77777777">
            <w:pPr>
              <w:rPr>
                <w:b/>
                <w:bCs/>
                <w:i/>
                <w:iCs/>
              </w:rPr>
            </w:pPr>
            <w:r w:rsidRPr="00FC75F9">
              <w:rPr>
                <w:b/>
                <w:bCs/>
                <w:i/>
                <w:iCs/>
              </w:rPr>
              <w:t>Resources</w:t>
            </w:r>
          </w:p>
        </w:tc>
        <w:tc>
          <w:tcPr>
            <w:tcW w:w="3006" w:type="dxa"/>
          </w:tcPr>
          <w:p w:rsidRPr="00FC75F9" w:rsidR="004044DA" w:rsidP="00E35DB0" w:rsidRDefault="004044DA" w14:paraId="77E4C508" w14:textId="77777777">
            <w:pPr>
              <w:rPr>
                <w:b/>
                <w:bCs/>
                <w:i/>
                <w:iCs/>
              </w:rPr>
            </w:pPr>
            <w:r w:rsidRPr="00FC75F9">
              <w:rPr>
                <w:b/>
                <w:bCs/>
                <w:i/>
                <w:iCs/>
              </w:rPr>
              <w:t>Special Notes</w:t>
            </w:r>
          </w:p>
        </w:tc>
      </w:tr>
      <w:tr w:rsidR="004044DA" w:rsidTr="00E35DB0" w14:paraId="01D18FEA" w14:textId="77777777">
        <w:tc>
          <w:tcPr>
            <w:tcW w:w="3005" w:type="dxa"/>
          </w:tcPr>
          <w:p w:rsidRPr="00FC75F9" w:rsidR="004044DA" w:rsidP="00E35DB0" w:rsidRDefault="004044DA" w14:paraId="0D3FFEE8" w14:textId="462C4074">
            <w:r>
              <w:t>Sales team Rep</w:t>
            </w:r>
          </w:p>
        </w:tc>
        <w:tc>
          <w:tcPr>
            <w:tcW w:w="3005" w:type="dxa"/>
          </w:tcPr>
          <w:p w:rsidRPr="00FC75F9" w:rsidR="004044DA" w:rsidP="00E35DB0" w:rsidRDefault="004044DA" w14:paraId="6B22BCA1" w14:textId="021D7181">
            <w:r w:rsidRPr="004044DA">
              <w:t>Jira Board, Design Assets</w:t>
            </w:r>
          </w:p>
        </w:tc>
        <w:tc>
          <w:tcPr>
            <w:tcW w:w="3006" w:type="dxa"/>
          </w:tcPr>
          <w:p w:rsidRPr="00FC75F9" w:rsidR="004044DA" w:rsidP="00E35DB0" w:rsidRDefault="004044DA" w14:paraId="2EAB6F17" w14:textId="31016484">
            <w:r>
              <w:t xml:space="preserve">Launch ticket request feature </w:t>
            </w:r>
          </w:p>
        </w:tc>
      </w:tr>
    </w:tbl>
    <w:p w:rsidR="004044DA" w:rsidP="004044DA" w:rsidRDefault="004044DA" w14:paraId="0B5D536D" w14:textId="77777777"/>
    <w:p w:rsidR="004044DA" w:rsidP="004044DA" w:rsidRDefault="004044DA" w14:paraId="6A3645A8" w14:textId="2E4E8B6D">
      <w:pPr>
        <w:pStyle w:val="Heading2"/>
      </w:pPr>
      <w:r>
        <w:t>Sprint 7</w:t>
      </w:r>
    </w:p>
    <w:tbl>
      <w:tblPr>
        <w:tblStyle w:val="TableGrid"/>
        <w:tblW w:w="0" w:type="auto"/>
        <w:tblLook w:val="04A0" w:firstRow="1" w:lastRow="0" w:firstColumn="1" w:lastColumn="0" w:noHBand="0" w:noVBand="1"/>
      </w:tblPr>
      <w:tblGrid>
        <w:gridCol w:w="3005"/>
        <w:gridCol w:w="3005"/>
        <w:gridCol w:w="3006"/>
      </w:tblGrid>
      <w:tr w:rsidR="004044DA" w:rsidTr="00E35DB0" w14:paraId="33D703D4" w14:textId="77777777">
        <w:tc>
          <w:tcPr>
            <w:tcW w:w="3005" w:type="dxa"/>
          </w:tcPr>
          <w:p w:rsidRPr="00FC75F9" w:rsidR="004044DA" w:rsidP="00E35DB0" w:rsidRDefault="004044DA" w14:paraId="565459AE" w14:textId="77777777">
            <w:pPr>
              <w:rPr>
                <w:b/>
                <w:bCs/>
                <w:i/>
                <w:iCs/>
              </w:rPr>
            </w:pPr>
            <w:r w:rsidRPr="00FC75F9">
              <w:rPr>
                <w:b/>
                <w:bCs/>
                <w:i/>
                <w:iCs/>
              </w:rPr>
              <w:t>Date</w:t>
            </w:r>
          </w:p>
        </w:tc>
        <w:tc>
          <w:tcPr>
            <w:tcW w:w="6011" w:type="dxa"/>
            <w:gridSpan w:val="2"/>
          </w:tcPr>
          <w:p w:rsidR="004044DA" w:rsidP="00E35DB0" w:rsidRDefault="00D63ADC" w14:paraId="7D013EE6" w14:textId="3EF525CC">
            <w:pPr>
              <w:jc w:val="right"/>
            </w:pPr>
            <w:r w:rsidRPr="00D63ADC">
              <w:t>24/11/2025</w:t>
            </w:r>
          </w:p>
        </w:tc>
      </w:tr>
      <w:tr w:rsidR="004044DA" w:rsidTr="00E35DB0" w14:paraId="19AB20D1" w14:textId="77777777">
        <w:tc>
          <w:tcPr>
            <w:tcW w:w="3005" w:type="dxa"/>
          </w:tcPr>
          <w:p w:rsidRPr="00FC75F9" w:rsidR="004044DA" w:rsidP="00E35DB0" w:rsidRDefault="004044DA" w14:paraId="5ABAA2AC" w14:textId="77777777">
            <w:pPr>
              <w:rPr>
                <w:b/>
                <w:bCs/>
                <w:i/>
                <w:iCs/>
              </w:rPr>
            </w:pPr>
            <w:r w:rsidRPr="00FC75F9">
              <w:rPr>
                <w:b/>
                <w:bCs/>
                <w:i/>
                <w:iCs/>
              </w:rPr>
              <w:t>Time</w:t>
            </w:r>
          </w:p>
        </w:tc>
        <w:tc>
          <w:tcPr>
            <w:tcW w:w="6011" w:type="dxa"/>
            <w:gridSpan w:val="2"/>
          </w:tcPr>
          <w:p w:rsidR="004044DA" w:rsidP="00E35DB0" w:rsidRDefault="00D63ADC" w14:paraId="44FF8556" w14:textId="1E972FF8">
            <w:pPr>
              <w:jc w:val="right"/>
            </w:pPr>
            <w:r w:rsidRPr="00D63ADC">
              <w:t>2:00 PM – 4:00 PM</w:t>
            </w:r>
          </w:p>
        </w:tc>
      </w:tr>
      <w:tr w:rsidR="004044DA" w:rsidTr="00E35DB0" w14:paraId="495A3CB4" w14:textId="77777777">
        <w:tc>
          <w:tcPr>
            <w:tcW w:w="3005" w:type="dxa"/>
          </w:tcPr>
          <w:p w:rsidRPr="00FC75F9" w:rsidR="004044DA" w:rsidP="00E35DB0" w:rsidRDefault="004044DA" w14:paraId="5516ACF8" w14:textId="77777777">
            <w:pPr>
              <w:rPr>
                <w:b/>
                <w:bCs/>
                <w:i/>
                <w:iCs/>
              </w:rPr>
            </w:pPr>
            <w:r w:rsidRPr="00FC75F9">
              <w:rPr>
                <w:b/>
                <w:bCs/>
                <w:i/>
                <w:iCs/>
              </w:rPr>
              <w:t>Location</w:t>
            </w:r>
          </w:p>
        </w:tc>
        <w:tc>
          <w:tcPr>
            <w:tcW w:w="6011" w:type="dxa"/>
            <w:gridSpan w:val="2"/>
          </w:tcPr>
          <w:p w:rsidR="004044DA" w:rsidP="00E35DB0" w:rsidRDefault="00D63ADC" w14:paraId="61F68507" w14:textId="65C6FA03">
            <w:pPr>
              <w:jc w:val="right"/>
            </w:pPr>
            <w:r w:rsidRPr="00D63ADC">
              <w:t>Conference Room A</w:t>
            </w:r>
          </w:p>
        </w:tc>
      </w:tr>
      <w:tr w:rsidR="004044DA" w:rsidTr="00E35DB0" w14:paraId="68251EE9" w14:textId="77777777">
        <w:tc>
          <w:tcPr>
            <w:tcW w:w="3005" w:type="dxa"/>
          </w:tcPr>
          <w:p w:rsidRPr="00FC75F9" w:rsidR="004044DA" w:rsidP="00E35DB0" w:rsidRDefault="004044DA" w14:paraId="25D79318" w14:textId="77777777">
            <w:pPr>
              <w:rPr>
                <w:b/>
                <w:bCs/>
                <w:i/>
                <w:iCs/>
              </w:rPr>
            </w:pPr>
            <w:r w:rsidRPr="00FC75F9">
              <w:rPr>
                <w:b/>
                <w:bCs/>
                <w:i/>
                <w:iCs/>
              </w:rPr>
              <w:t>Prepared By</w:t>
            </w:r>
          </w:p>
        </w:tc>
        <w:tc>
          <w:tcPr>
            <w:tcW w:w="6011" w:type="dxa"/>
            <w:gridSpan w:val="2"/>
          </w:tcPr>
          <w:p w:rsidR="004044DA" w:rsidP="00E35DB0" w:rsidRDefault="004044DA" w14:paraId="5A32C10E" w14:textId="77777777">
            <w:pPr>
              <w:jc w:val="right"/>
            </w:pPr>
            <w:r w:rsidRPr="00FC75F9">
              <w:t>Mr. Ramesh (Product Owner)</w:t>
            </w:r>
          </w:p>
        </w:tc>
      </w:tr>
      <w:tr w:rsidR="004044DA" w:rsidTr="00E35DB0" w14:paraId="4AF42691" w14:textId="77777777">
        <w:trPr>
          <w:trHeight w:val="1940"/>
        </w:trPr>
        <w:tc>
          <w:tcPr>
            <w:tcW w:w="3005" w:type="dxa"/>
          </w:tcPr>
          <w:p w:rsidRPr="00FC75F9" w:rsidR="004044DA" w:rsidP="00E35DB0" w:rsidRDefault="004044DA" w14:paraId="731FAEE7" w14:textId="77777777">
            <w:pPr>
              <w:rPr>
                <w:b/>
                <w:bCs/>
                <w:i/>
                <w:iCs/>
              </w:rPr>
            </w:pPr>
            <w:r w:rsidRPr="00FC75F9">
              <w:rPr>
                <w:b/>
                <w:bCs/>
                <w:i/>
                <w:iCs/>
              </w:rPr>
              <w:t>Attendees</w:t>
            </w:r>
          </w:p>
        </w:tc>
        <w:tc>
          <w:tcPr>
            <w:tcW w:w="6011" w:type="dxa"/>
            <w:gridSpan w:val="2"/>
          </w:tcPr>
          <w:p w:rsidR="004044DA" w:rsidP="00E35DB0" w:rsidRDefault="004044DA" w14:paraId="2185C117" w14:textId="77777777">
            <w:pPr>
              <w:jc w:val="right"/>
            </w:pPr>
            <w:r w:rsidRPr="00D8630C">
              <w:t>Barath Narayanan (Scrum Master &amp; Business Analyst)</w:t>
            </w:r>
          </w:p>
          <w:p w:rsidR="004044DA" w:rsidP="00E35DB0" w:rsidRDefault="004044DA" w14:paraId="234D5BDC" w14:textId="77777777">
            <w:pPr>
              <w:jc w:val="right"/>
            </w:pPr>
            <w:r w:rsidRPr="00D8630C">
              <w:t>Mr. Ramesh (Product Owner)</w:t>
            </w:r>
          </w:p>
          <w:p w:rsidR="004044DA" w:rsidP="00E35DB0" w:rsidRDefault="004044DA" w14:paraId="69C9CBDB" w14:textId="77777777">
            <w:pPr>
              <w:jc w:val="right"/>
            </w:pPr>
            <w:r w:rsidRPr="00D8630C">
              <w:t>Suresh Menon</w:t>
            </w:r>
          </w:p>
          <w:p w:rsidR="004044DA" w:rsidP="00E35DB0" w:rsidRDefault="004044DA" w14:paraId="7D9E6E97" w14:textId="77777777">
            <w:pPr>
              <w:jc w:val="right"/>
            </w:pPr>
            <w:r w:rsidRPr="00D8630C">
              <w:t>Vivek Reddy</w:t>
            </w:r>
          </w:p>
          <w:p w:rsidR="004044DA" w:rsidP="00E35DB0" w:rsidRDefault="004044DA" w14:paraId="4205957C" w14:textId="77777777">
            <w:pPr>
              <w:jc w:val="right"/>
            </w:pPr>
            <w:r w:rsidRPr="00D8630C">
              <w:t>Anil Sharma</w:t>
            </w:r>
          </w:p>
          <w:p w:rsidR="004044DA" w:rsidP="00E35DB0" w:rsidRDefault="004044DA" w14:paraId="6B448EFC" w14:textId="77777777">
            <w:pPr>
              <w:jc w:val="right"/>
            </w:pPr>
            <w:r w:rsidRPr="00D8630C">
              <w:t>Karthik Iyer</w:t>
            </w:r>
          </w:p>
          <w:p w:rsidR="004044DA" w:rsidP="00E35DB0" w:rsidRDefault="004044DA" w14:paraId="402E4AB0" w14:textId="77777777">
            <w:pPr>
              <w:jc w:val="right"/>
            </w:pPr>
            <w:r w:rsidRPr="00D8630C">
              <w:t>Prakash Rao</w:t>
            </w:r>
          </w:p>
        </w:tc>
      </w:tr>
      <w:tr w:rsidR="004044DA" w:rsidTr="00E35DB0" w14:paraId="0C14D761" w14:textId="77777777">
        <w:tc>
          <w:tcPr>
            <w:tcW w:w="9016" w:type="dxa"/>
            <w:gridSpan w:val="3"/>
          </w:tcPr>
          <w:p w:rsidRPr="00FC75F9" w:rsidR="004044DA" w:rsidP="00E35DB0" w:rsidRDefault="004044DA" w14:paraId="13786058" w14:textId="77777777">
            <w:pPr>
              <w:jc w:val="center"/>
              <w:rPr>
                <w:b/>
                <w:bCs/>
                <w:i/>
                <w:iCs/>
              </w:rPr>
            </w:pPr>
            <w:r w:rsidRPr="00FC75F9">
              <w:rPr>
                <w:b/>
                <w:bCs/>
                <w:i/>
                <w:iCs/>
              </w:rPr>
              <w:t>Agenda Topics</w:t>
            </w:r>
          </w:p>
        </w:tc>
      </w:tr>
      <w:tr w:rsidR="004044DA" w:rsidTr="00E35DB0" w14:paraId="124A84ED" w14:textId="77777777">
        <w:tc>
          <w:tcPr>
            <w:tcW w:w="3005" w:type="dxa"/>
          </w:tcPr>
          <w:p w:rsidRPr="00FC75F9" w:rsidR="004044DA" w:rsidP="00E35DB0" w:rsidRDefault="004044DA" w14:paraId="16975BB0" w14:textId="77777777">
            <w:pPr>
              <w:jc w:val="center"/>
              <w:rPr>
                <w:b/>
                <w:bCs/>
                <w:i/>
                <w:iCs/>
              </w:rPr>
            </w:pPr>
            <w:r w:rsidRPr="00FC75F9">
              <w:rPr>
                <w:b/>
                <w:bCs/>
                <w:i/>
                <w:iCs/>
              </w:rPr>
              <w:t>Topic</w:t>
            </w:r>
          </w:p>
        </w:tc>
        <w:tc>
          <w:tcPr>
            <w:tcW w:w="3005" w:type="dxa"/>
          </w:tcPr>
          <w:p w:rsidRPr="00FC75F9" w:rsidR="004044DA" w:rsidP="00E35DB0" w:rsidRDefault="004044DA" w14:paraId="47A5324C" w14:textId="77777777">
            <w:pPr>
              <w:jc w:val="center"/>
              <w:rPr>
                <w:b/>
                <w:bCs/>
                <w:i/>
                <w:iCs/>
              </w:rPr>
            </w:pPr>
            <w:r w:rsidRPr="00FC75F9">
              <w:rPr>
                <w:b/>
                <w:bCs/>
                <w:i/>
                <w:iCs/>
              </w:rPr>
              <w:t>Presenter</w:t>
            </w:r>
          </w:p>
        </w:tc>
        <w:tc>
          <w:tcPr>
            <w:tcW w:w="3006" w:type="dxa"/>
          </w:tcPr>
          <w:p w:rsidRPr="00FC75F9" w:rsidR="004044DA" w:rsidP="00E35DB0" w:rsidRDefault="004044DA" w14:paraId="278772C4" w14:textId="77777777">
            <w:pPr>
              <w:jc w:val="center"/>
              <w:rPr>
                <w:b/>
                <w:bCs/>
                <w:i/>
                <w:iCs/>
              </w:rPr>
            </w:pPr>
            <w:r w:rsidRPr="00FC75F9">
              <w:rPr>
                <w:b/>
                <w:bCs/>
                <w:i/>
                <w:iCs/>
              </w:rPr>
              <w:t>Time allotted</w:t>
            </w:r>
          </w:p>
        </w:tc>
      </w:tr>
      <w:tr w:rsidR="004044DA" w:rsidTr="00E35DB0" w14:paraId="1D2AA57F" w14:textId="77777777">
        <w:tc>
          <w:tcPr>
            <w:tcW w:w="3005" w:type="dxa"/>
          </w:tcPr>
          <w:p w:rsidRPr="00D8630C" w:rsidR="004044DA" w:rsidP="00E35DB0" w:rsidRDefault="00D63ADC" w14:paraId="4FDA22A8" w14:textId="60C10493">
            <w:r w:rsidRPr="00D63ADC">
              <w:t>Discuss New Requirements</w:t>
            </w:r>
          </w:p>
        </w:tc>
        <w:tc>
          <w:tcPr>
            <w:tcW w:w="3005" w:type="dxa"/>
          </w:tcPr>
          <w:p w:rsidRPr="00D8630C" w:rsidR="004044DA" w:rsidP="00E35DB0" w:rsidRDefault="00D63ADC" w14:paraId="7E706776" w14:textId="0BD9EB97">
            <w:r w:rsidRPr="00D63ADC">
              <w:t>Mr. Ramesh</w:t>
            </w:r>
          </w:p>
        </w:tc>
        <w:tc>
          <w:tcPr>
            <w:tcW w:w="3006" w:type="dxa"/>
          </w:tcPr>
          <w:p w:rsidRPr="00D8630C" w:rsidR="004044DA" w:rsidP="00E35DB0" w:rsidRDefault="00D63ADC" w14:paraId="393E114E" w14:textId="3732C6E1">
            <w:pPr>
              <w:jc w:val="right"/>
            </w:pPr>
            <w:r w:rsidRPr="00D63ADC">
              <w:t>20 mins</w:t>
            </w:r>
          </w:p>
        </w:tc>
      </w:tr>
      <w:tr w:rsidR="004044DA" w:rsidTr="00E35DB0" w14:paraId="37C06A5B" w14:textId="77777777">
        <w:tc>
          <w:tcPr>
            <w:tcW w:w="3005" w:type="dxa"/>
          </w:tcPr>
          <w:p w:rsidRPr="00D8630C" w:rsidR="004044DA" w:rsidP="00E35DB0" w:rsidRDefault="00D63ADC" w14:paraId="081BA98B" w14:textId="50DEF77B">
            <w:r w:rsidRPr="00D63ADC">
              <w:t>Prioritize Stories</w:t>
            </w:r>
          </w:p>
        </w:tc>
        <w:tc>
          <w:tcPr>
            <w:tcW w:w="3005" w:type="dxa"/>
          </w:tcPr>
          <w:p w:rsidRPr="00D8630C" w:rsidR="004044DA" w:rsidP="00E35DB0" w:rsidRDefault="00D63ADC" w14:paraId="2843FA03" w14:textId="4F7623C6">
            <w:r w:rsidRPr="00D63ADC">
              <w:t>Barath Narayanan</w:t>
            </w:r>
          </w:p>
        </w:tc>
        <w:tc>
          <w:tcPr>
            <w:tcW w:w="3006" w:type="dxa"/>
          </w:tcPr>
          <w:p w:rsidRPr="00D8630C" w:rsidR="004044DA" w:rsidP="00E35DB0" w:rsidRDefault="00D63ADC" w14:paraId="52DB07A0" w14:textId="28E9E02A">
            <w:pPr>
              <w:jc w:val="right"/>
            </w:pPr>
            <w:r w:rsidRPr="00D63ADC">
              <w:t>15 mins</w:t>
            </w:r>
          </w:p>
        </w:tc>
      </w:tr>
      <w:tr w:rsidR="004044DA" w:rsidTr="00E35DB0" w14:paraId="7C79F74E" w14:textId="77777777">
        <w:tc>
          <w:tcPr>
            <w:tcW w:w="3005" w:type="dxa"/>
          </w:tcPr>
          <w:p w:rsidRPr="00D8630C" w:rsidR="004044DA" w:rsidP="00E35DB0" w:rsidRDefault="00D63ADC" w14:paraId="6BBCE7BE" w14:textId="5C74242B">
            <w:r w:rsidRPr="00D63ADC">
              <w:t>Allocate Work</w:t>
            </w:r>
          </w:p>
        </w:tc>
        <w:tc>
          <w:tcPr>
            <w:tcW w:w="3005" w:type="dxa"/>
          </w:tcPr>
          <w:p w:rsidRPr="00D8630C" w:rsidR="004044DA" w:rsidP="00E35DB0" w:rsidRDefault="004044DA" w14:paraId="49135730" w14:textId="77777777">
            <w:r w:rsidRPr="00185504">
              <w:t>Team</w:t>
            </w:r>
          </w:p>
        </w:tc>
        <w:tc>
          <w:tcPr>
            <w:tcW w:w="3006" w:type="dxa"/>
          </w:tcPr>
          <w:p w:rsidRPr="00D8630C" w:rsidR="004044DA" w:rsidP="00E35DB0" w:rsidRDefault="004044DA" w14:paraId="0604AD53" w14:textId="77777777">
            <w:pPr>
              <w:jc w:val="right"/>
            </w:pPr>
            <w:r w:rsidRPr="00FC75F9">
              <w:t>30 mins</w:t>
            </w:r>
          </w:p>
        </w:tc>
      </w:tr>
      <w:tr w:rsidR="004044DA" w:rsidTr="00E35DB0" w14:paraId="68DDE3B3" w14:textId="77777777">
        <w:tc>
          <w:tcPr>
            <w:tcW w:w="3005" w:type="dxa"/>
          </w:tcPr>
          <w:p w:rsidRPr="00D8630C" w:rsidR="004044DA" w:rsidP="00E35DB0" w:rsidRDefault="00D63ADC" w14:paraId="6E116757" w14:textId="19D0389F">
            <w:r w:rsidRPr="00D63ADC">
              <w:t>Define Test Strategy</w:t>
            </w:r>
          </w:p>
        </w:tc>
        <w:tc>
          <w:tcPr>
            <w:tcW w:w="3005" w:type="dxa"/>
          </w:tcPr>
          <w:p w:rsidRPr="00D8630C" w:rsidR="004044DA" w:rsidP="00E35DB0" w:rsidRDefault="004044DA" w14:paraId="2CB66620" w14:textId="77777777">
            <w:r w:rsidRPr="00D8630C">
              <w:t>Team</w:t>
            </w:r>
          </w:p>
        </w:tc>
        <w:tc>
          <w:tcPr>
            <w:tcW w:w="3006" w:type="dxa"/>
          </w:tcPr>
          <w:p w:rsidRPr="00D8630C" w:rsidR="004044DA" w:rsidP="00E35DB0" w:rsidRDefault="004044DA" w14:paraId="6C78944B" w14:textId="77777777">
            <w:pPr>
              <w:jc w:val="right"/>
            </w:pPr>
            <w:r w:rsidRPr="00D8630C">
              <w:t>45 mins</w:t>
            </w:r>
          </w:p>
        </w:tc>
      </w:tr>
      <w:tr w:rsidR="004044DA" w:rsidTr="00E35DB0" w14:paraId="7F33657F" w14:textId="77777777">
        <w:tc>
          <w:tcPr>
            <w:tcW w:w="3005" w:type="dxa"/>
          </w:tcPr>
          <w:p w:rsidRPr="00D8630C" w:rsidR="004044DA" w:rsidP="00E35DB0" w:rsidRDefault="00D63ADC" w14:paraId="23753DF2" w14:textId="0EF57074">
            <w:r w:rsidRPr="00D63ADC">
              <w:t>Confirm Sprint Goal</w:t>
            </w:r>
          </w:p>
        </w:tc>
        <w:tc>
          <w:tcPr>
            <w:tcW w:w="3005" w:type="dxa"/>
          </w:tcPr>
          <w:p w:rsidRPr="00D8630C" w:rsidR="004044DA" w:rsidP="00E35DB0" w:rsidRDefault="004044DA" w14:paraId="63D62050" w14:textId="77777777">
            <w:r w:rsidRPr="00185504">
              <w:t>Barath Narayanan</w:t>
            </w:r>
          </w:p>
        </w:tc>
        <w:tc>
          <w:tcPr>
            <w:tcW w:w="3006" w:type="dxa"/>
          </w:tcPr>
          <w:p w:rsidRPr="00D8630C" w:rsidR="004044DA" w:rsidP="00E35DB0" w:rsidRDefault="004044DA" w14:paraId="28A28E22" w14:textId="77777777">
            <w:pPr>
              <w:jc w:val="right"/>
            </w:pPr>
            <w:r w:rsidRPr="00D8630C">
              <w:t>10 mins</w:t>
            </w:r>
          </w:p>
        </w:tc>
      </w:tr>
      <w:tr w:rsidR="004044DA" w:rsidTr="00E35DB0" w14:paraId="610C250B" w14:textId="77777777">
        <w:tc>
          <w:tcPr>
            <w:tcW w:w="9016" w:type="dxa"/>
            <w:gridSpan w:val="3"/>
          </w:tcPr>
          <w:p w:rsidRPr="00FC75F9" w:rsidR="004044DA" w:rsidP="00E35DB0" w:rsidRDefault="004044DA" w14:paraId="71C9AD59" w14:textId="77777777">
            <w:pPr>
              <w:jc w:val="center"/>
              <w:rPr>
                <w:b/>
                <w:bCs/>
                <w:i/>
                <w:iCs/>
              </w:rPr>
            </w:pPr>
            <w:r w:rsidRPr="00FC75F9">
              <w:rPr>
                <w:b/>
                <w:bCs/>
                <w:i/>
                <w:iCs/>
              </w:rPr>
              <w:t>Other Information</w:t>
            </w:r>
          </w:p>
        </w:tc>
      </w:tr>
      <w:tr w:rsidRPr="00FC75F9" w:rsidR="004044DA" w:rsidTr="00E35DB0" w14:paraId="335DC517" w14:textId="77777777">
        <w:tc>
          <w:tcPr>
            <w:tcW w:w="3005" w:type="dxa"/>
          </w:tcPr>
          <w:p w:rsidRPr="00FC75F9" w:rsidR="004044DA" w:rsidP="00E35DB0" w:rsidRDefault="004044DA" w14:paraId="29F5FEA0" w14:textId="77777777">
            <w:pPr>
              <w:rPr>
                <w:b/>
                <w:bCs/>
                <w:i/>
                <w:iCs/>
              </w:rPr>
            </w:pPr>
            <w:r w:rsidRPr="00FC75F9">
              <w:rPr>
                <w:b/>
                <w:bCs/>
                <w:i/>
                <w:iCs/>
              </w:rPr>
              <w:t>Observers</w:t>
            </w:r>
          </w:p>
        </w:tc>
        <w:tc>
          <w:tcPr>
            <w:tcW w:w="3005" w:type="dxa"/>
          </w:tcPr>
          <w:p w:rsidRPr="00FC75F9" w:rsidR="004044DA" w:rsidP="00E35DB0" w:rsidRDefault="004044DA" w14:paraId="5D35FB9E" w14:textId="77777777">
            <w:pPr>
              <w:rPr>
                <w:b/>
                <w:bCs/>
                <w:i/>
                <w:iCs/>
              </w:rPr>
            </w:pPr>
            <w:r w:rsidRPr="00FC75F9">
              <w:rPr>
                <w:b/>
                <w:bCs/>
                <w:i/>
                <w:iCs/>
              </w:rPr>
              <w:t>Resources</w:t>
            </w:r>
          </w:p>
        </w:tc>
        <w:tc>
          <w:tcPr>
            <w:tcW w:w="3006" w:type="dxa"/>
          </w:tcPr>
          <w:p w:rsidRPr="00FC75F9" w:rsidR="004044DA" w:rsidP="00E35DB0" w:rsidRDefault="004044DA" w14:paraId="7B02BEC7" w14:textId="77777777">
            <w:pPr>
              <w:rPr>
                <w:b/>
                <w:bCs/>
                <w:i/>
                <w:iCs/>
              </w:rPr>
            </w:pPr>
            <w:r w:rsidRPr="00FC75F9">
              <w:rPr>
                <w:b/>
                <w:bCs/>
                <w:i/>
                <w:iCs/>
              </w:rPr>
              <w:t>Special Notes</w:t>
            </w:r>
          </w:p>
        </w:tc>
      </w:tr>
      <w:tr w:rsidR="004044DA" w:rsidTr="00E35DB0" w14:paraId="54B342D0" w14:textId="77777777">
        <w:tc>
          <w:tcPr>
            <w:tcW w:w="3005" w:type="dxa"/>
          </w:tcPr>
          <w:p w:rsidRPr="00FC75F9" w:rsidR="004044DA" w:rsidP="00E35DB0" w:rsidRDefault="00D63ADC" w14:paraId="2F5ED34E" w14:textId="5A7AC8AC">
            <w:r w:rsidRPr="00D63ADC">
              <w:t>QA Lead</w:t>
            </w:r>
          </w:p>
        </w:tc>
        <w:tc>
          <w:tcPr>
            <w:tcW w:w="3005" w:type="dxa"/>
          </w:tcPr>
          <w:p w:rsidRPr="00FC75F9" w:rsidR="004044DA" w:rsidP="00E35DB0" w:rsidRDefault="00D63ADC" w14:paraId="63DD29E8" w14:textId="2DB9C910">
            <w:r w:rsidRPr="00D63ADC">
              <w:t>Jira Board, Test Cases</w:t>
            </w:r>
          </w:p>
        </w:tc>
        <w:tc>
          <w:tcPr>
            <w:tcW w:w="3006" w:type="dxa"/>
          </w:tcPr>
          <w:p w:rsidRPr="00FC75F9" w:rsidR="004044DA" w:rsidP="00E35DB0" w:rsidRDefault="00D63ADC" w14:paraId="369D8991" w14:textId="7C171B22">
            <w:r w:rsidRPr="00D63ADC">
              <w:t>Emphasis on security testing</w:t>
            </w:r>
          </w:p>
        </w:tc>
      </w:tr>
    </w:tbl>
    <w:p w:rsidR="004044DA" w:rsidP="004044DA" w:rsidRDefault="004044DA" w14:paraId="39BB024F" w14:textId="77777777"/>
    <w:p w:rsidR="00D63ADC" w:rsidP="00D63ADC" w:rsidRDefault="00D63ADC" w14:paraId="5F952EB0" w14:textId="1A4B4ACA">
      <w:pPr>
        <w:pStyle w:val="Heading2"/>
      </w:pPr>
      <w:r>
        <w:t>Sprint 8</w:t>
      </w:r>
    </w:p>
    <w:tbl>
      <w:tblPr>
        <w:tblStyle w:val="TableGrid"/>
        <w:tblW w:w="0" w:type="auto"/>
        <w:tblLook w:val="04A0" w:firstRow="1" w:lastRow="0" w:firstColumn="1" w:lastColumn="0" w:noHBand="0" w:noVBand="1"/>
      </w:tblPr>
      <w:tblGrid>
        <w:gridCol w:w="3005"/>
        <w:gridCol w:w="3005"/>
        <w:gridCol w:w="3006"/>
      </w:tblGrid>
      <w:tr w:rsidR="00D63ADC" w:rsidTr="00E35DB0" w14:paraId="71F7902B" w14:textId="77777777">
        <w:tc>
          <w:tcPr>
            <w:tcW w:w="3005" w:type="dxa"/>
          </w:tcPr>
          <w:p w:rsidRPr="00FC75F9" w:rsidR="00D63ADC" w:rsidP="00E35DB0" w:rsidRDefault="00D63ADC" w14:paraId="4C324E99" w14:textId="77777777">
            <w:pPr>
              <w:rPr>
                <w:b/>
                <w:bCs/>
                <w:i/>
                <w:iCs/>
              </w:rPr>
            </w:pPr>
            <w:r w:rsidRPr="00FC75F9">
              <w:rPr>
                <w:b/>
                <w:bCs/>
                <w:i/>
                <w:iCs/>
              </w:rPr>
              <w:t>Date</w:t>
            </w:r>
          </w:p>
        </w:tc>
        <w:tc>
          <w:tcPr>
            <w:tcW w:w="6011" w:type="dxa"/>
            <w:gridSpan w:val="2"/>
          </w:tcPr>
          <w:p w:rsidR="00D63ADC" w:rsidP="00E35DB0" w:rsidRDefault="00D63ADC" w14:paraId="40FE2C55" w14:textId="1C163CBF">
            <w:pPr>
              <w:jc w:val="right"/>
            </w:pPr>
            <w:r w:rsidRPr="00D63ADC">
              <w:t>08/12/2025</w:t>
            </w:r>
          </w:p>
        </w:tc>
      </w:tr>
      <w:tr w:rsidR="00D63ADC" w:rsidTr="00E35DB0" w14:paraId="1828324D" w14:textId="77777777">
        <w:tc>
          <w:tcPr>
            <w:tcW w:w="3005" w:type="dxa"/>
          </w:tcPr>
          <w:p w:rsidRPr="00FC75F9" w:rsidR="00D63ADC" w:rsidP="00E35DB0" w:rsidRDefault="00D63ADC" w14:paraId="4162B2EA" w14:textId="77777777">
            <w:pPr>
              <w:rPr>
                <w:b/>
                <w:bCs/>
                <w:i/>
                <w:iCs/>
              </w:rPr>
            </w:pPr>
            <w:r w:rsidRPr="00FC75F9">
              <w:rPr>
                <w:b/>
                <w:bCs/>
                <w:i/>
                <w:iCs/>
              </w:rPr>
              <w:t>Time</w:t>
            </w:r>
          </w:p>
        </w:tc>
        <w:tc>
          <w:tcPr>
            <w:tcW w:w="6011" w:type="dxa"/>
            <w:gridSpan w:val="2"/>
          </w:tcPr>
          <w:p w:rsidR="00D63ADC" w:rsidP="00E35DB0" w:rsidRDefault="00D63ADC" w14:paraId="02768710" w14:textId="2C803A43">
            <w:pPr>
              <w:jc w:val="right"/>
            </w:pPr>
            <w:r w:rsidRPr="00D63ADC">
              <w:t>10:00 AM – 12:00 PM</w:t>
            </w:r>
          </w:p>
        </w:tc>
      </w:tr>
      <w:tr w:rsidR="00D63ADC" w:rsidTr="00E35DB0" w14:paraId="787ECF42" w14:textId="77777777">
        <w:tc>
          <w:tcPr>
            <w:tcW w:w="3005" w:type="dxa"/>
          </w:tcPr>
          <w:p w:rsidRPr="00FC75F9" w:rsidR="00D63ADC" w:rsidP="00E35DB0" w:rsidRDefault="00D63ADC" w14:paraId="591E845F" w14:textId="77777777">
            <w:pPr>
              <w:rPr>
                <w:b/>
                <w:bCs/>
                <w:i/>
                <w:iCs/>
              </w:rPr>
            </w:pPr>
            <w:r w:rsidRPr="00FC75F9">
              <w:rPr>
                <w:b/>
                <w:bCs/>
                <w:i/>
                <w:iCs/>
              </w:rPr>
              <w:t>Location</w:t>
            </w:r>
          </w:p>
        </w:tc>
        <w:tc>
          <w:tcPr>
            <w:tcW w:w="6011" w:type="dxa"/>
            <w:gridSpan w:val="2"/>
          </w:tcPr>
          <w:p w:rsidR="00D63ADC" w:rsidP="00E35DB0" w:rsidRDefault="00D63ADC" w14:paraId="02C91D89" w14:textId="0829EBBB">
            <w:pPr>
              <w:jc w:val="right"/>
            </w:pPr>
            <w:r w:rsidRPr="00D63ADC">
              <w:t>Conference Room B</w:t>
            </w:r>
          </w:p>
        </w:tc>
      </w:tr>
      <w:tr w:rsidR="00D63ADC" w:rsidTr="00E35DB0" w14:paraId="5629CEEF" w14:textId="77777777">
        <w:tc>
          <w:tcPr>
            <w:tcW w:w="3005" w:type="dxa"/>
          </w:tcPr>
          <w:p w:rsidRPr="00FC75F9" w:rsidR="00D63ADC" w:rsidP="00E35DB0" w:rsidRDefault="00D63ADC" w14:paraId="33E2038D" w14:textId="77777777">
            <w:pPr>
              <w:rPr>
                <w:b/>
                <w:bCs/>
                <w:i/>
                <w:iCs/>
              </w:rPr>
            </w:pPr>
            <w:r w:rsidRPr="00FC75F9">
              <w:rPr>
                <w:b/>
                <w:bCs/>
                <w:i/>
                <w:iCs/>
              </w:rPr>
              <w:t>Prepared By</w:t>
            </w:r>
          </w:p>
        </w:tc>
        <w:tc>
          <w:tcPr>
            <w:tcW w:w="6011" w:type="dxa"/>
            <w:gridSpan w:val="2"/>
          </w:tcPr>
          <w:p w:rsidR="00D63ADC" w:rsidP="00E35DB0" w:rsidRDefault="00D63ADC" w14:paraId="00AF0A46" w14:textId="462AA5DA">
            <w:pPr>
              <w:jc w:val="right"/>
            </w:pPr>
            <w:r w:rsidRPr="00D63ADC">
              <w:t>Mr. Ramesh (Product Owner)</w:t>
            </w:r>
          </w:p>
        </w:tc>
      </w:tr>
      <w:tr w:rsidR="00D63ADC" w:rsidTr="00E35DB0" w14:paraId="6B9913FE" w14:textId="77777777">
        <w:trPr>
          <w:trHeight w:val="1940"/>
        </w:trPr>
        <w:tc>
          <w:tcPr>
            <w:tcW w:w="3005" w:type="dxa"/>
          </w:tcPr>
          <w:p w:rsidRPr="00FC75F9" w:rsidR="00D63ADC" w:rsidP="00E35DB0" w:rsidRDefault="00D63ADC" w14:paraId="1CF486D0" w14:textId="77777777">
            <w:pPr>
              <w:rPr>
                <w:b/>
                <w:bCs/>
                <w:i/>
                <w:iCs/>
              </w:rPr>
            </w:pPr>
            <w:r w:rsidRPr="00FC75F9">
              <w:rPr>
                <w:b/>
                <w:bCs/>
                <w:i/>
                <w:iCs/>
              </w:rPr>
              <w:t>Attendees</w:t>
            </w:r>
          </w:p>
        </w:tc>
        <w:tc>
          <w:tcPr>
            <w:tcW w:w="6011" w:type="dxa"/>
            <w:gridSpan w:val="2"/>
          </w:tcPr>
          <w:p w:rsidR="00D63ADC" w:rsidP="00E35DB0" w:rsidRDefault="00D63ADC" w14:paraId="6BE48C49" w14:textId="77777777">
            <w:pPr>
              <w:jc w:val="right"/>
            </w:pPr>
            <w:r w:rsidRPr="00D8630C">
              <w:t>Barath Narayanan (Scrum Master &amp; Business Analyst)</w:t>
            </w:r>
          </w:p>
          <w:p w:rsidR="00D63ADC" w:rsidP="00E35DB0" w:rsidRDefault="00D63ADC" w14:paraId="39E6CB99" w14:textId="77777777">
            <w:pPr>
              <w:jc w:val="right"/>
            </w:pPr>
            <w:r w:rsidRPr="00D8630C">
              <w:t>Mr. Ramesh (Product Owner)</w:t>
            </w:r>
          </w:p>
          <w:p w:rsidR="00D63ADC" w:rsidP="00E35DB0" w:rsidRDefault="00D63ADC" w14:paraId="661D88D1" w14:textId="77777777">
            <w:pPr>
              <w:jc w:val="right"/>
            </w:pPr>
            <w:r w:rsidRPr="00D8630C">
              <w:t>Suresh Menon</w:t>
            </w:r>
          </w:p>
          <w:p w:rsidR="00D63ADC" w:rsidP="00E35DB0" w:rsidRDefault="00D63ADC" w14:paraId="1616AAC5" w14:textId="77777777">
            <w:pPr>
              <w:jc w:val="right"/>
            </w:pPr>
            <w:r w:rsidRPr="00D8630C">
              <w:t>Vivek Reddy</w:t>
            </w:r>
          </w:p>
          <w:p w:rsidR="00D63ADC" w:rsidP="00E35DB0" w:rsidRDefault="00D63ADC" w14:paraId="7EA2102B" w14:textId="77777777">
            <w:pPr>
              <w:jc w:val="right"/>
            </w:pPr>
            <w:r w:rsidRPr="00D8630C">
              <w:t>Anil Sharma</w:t>
            </w:r>
          </w:p>
          <w:p w:rsidR="00D63ADC" w:rsidP="00E35DB0" w:rsidRDefault="00D63ADC" w14:paraId="2A534233" w14:textId="77777777">
            <w:pPr>
              <w:jc w:val="right"/>
            </w:pPr>
            <w:r w:rsidRPr="00D8630C">
              <w:t>Karthik Iyer</w:t>
            </w:r>
          </w:p>
          <w:p w:rsidR="00D63ADC" w:rsidP="00E35DB0" w:rsidRDefault="00D63ADC" w14:paraId="571F6CAD" w14:textId="77777777">
            <w:pPr>
              <w:jc w:val="right"/>
            </w:pPr>
            <w:r w:rsidRPr="00D8630C">
              <w:t>Prakash Rao</w:t>
            </w:r>
          </w:p>
        </w:tc>
      </w:tr>
      <w:tr w:rsidR="00D63ADC" w:rsidTr="00E35DB0" w14:paraId="3ACD25E1" w14:textId="77777777">
        <w:tc>
          <w:tcPr>
            <w:tcW w:w="9016" w:type="dxa"/>
            <w:gridSpan w:val="3"/>
          </w:tcPr>
          <w:p w:rsidRPr="00FC75F9" w:rsidR="00D63ADC" w:rsidP="00E35DB0" w:rsidRDefault="00D63ADC" w14:paraId="6AA0EDBC" w14:textId="77777777">
            <w:pPr>
              <w:jc w:val="center"/>
              <w:rPr>
                <w:b/>
                <w:bCs/>
                <w:i/>
                <w:iCs/>
              </w:rPr>
            </w:pPr>
            <w:r w:rsidRPr="00FC75F9">
              <w:rPr>
                <w:b/>
                <w:bCs/>
                <w:i/>
                <w:iCs/>
              </w:rPr>
              <w:t>Agenda Topics</w:t>
            </w:r>
          </w:p>
        </w:tc>
      </w:tr>
      <w:tr w:rsidR="00D63ADC" w:rsidTr="00E35DB0" w14:paraId="3BC0665A" w14:textId="77777777">
        <w:tc>
          <w:tcPr>
            <w:tcW w:w="3005" w:type="dxa"/>
          </w:tcPr>
          <w:p w:rsidRPr="00FC75F9" w:rsidR="00D63ADC" w:rsidP="00E35DB0" w:rsidRDefault="00D63ADC" w14:paraId="6B3307BF" w14:textId="77777777">
            <w:pPr>
              <w:jc w:val="center"/>
              <w:rPr>
                <w:b/>
                <w:bCs/>
                <w:i/>
                <w:iCs/>
              </w:rPr>
            </w:pPr>
            <w:r w:rsidRPr="00FC75F9">
              <w:rPr>
                <w:b/>
                <w:bCs/>
                <w:i/>
                <w:iCs/>
              </w:rPr>
              <w:t>Topic</w:t>
            </w:r>
          </w:p>
        </w:tc>
        <w:tc>
          <w:tcPr>
            <w:tcW w:w="3005" w:type="dxa"/>
          </w:tcPr>
          <w:p w:rsidRPr="00FC75F9" w:rsidR="00D63ADC" w:rsidP="00E35DB0" w:rsidRDefault="00D63ADC" w14:paraId="1FBD1084" w14:textId="77777777">
            <w:pPr>
              <w:jc w:val="center"/>
              <w:rPr>
                <w:b/>
                <w:bCs/>
                <w:i/>
                <w:iCs/>
              </w:rPr>
            </w:pPr>
            <w:r w:rsidRPr="00FC75F9">
              <w:rPr>
                <w:b/>
                <w:bCs/>
                <w:i/>
                <w:iCs/>
              </w:rPr>
              <w:t>Presenter</w:t>
            </w:r>
          </w:p>
        </w:tc>
        <w:tc>
          <w:tcPr>
            <w:tcW w:w="3006" w:type="dxa"/>
          </w:tcPr>
          <w:p w:rsidRPr="00FC75F9" w:rsidR="00D63ADC" w:rsidP="00E35DB0" w:rsidRDefault="00D63ADC" w14:paraId="332F619C" w14:textId="77777777">
            <w:pPr>
              <w:jc w:val="center"/>
              <w:rPr>
                <w:b/>
                <w:bCs/>
                <w:i/>
                <w:iCs/>
              </w:rPr>
            </w:pPr>
            <w:r w:rsidRPr="00FC75F9">
              <w:rPr>
                <w:b/>
                <w:bCs/>
                <w:i/>
                <w:iCs/>
              </w:rPr>
              <w:t>Time allotted</w:t>
            </w:r>
          </w:p>
        </w:tc>
      </w:tr>
      <w:tr w:rsidR="00D63ADC" w:rsidTr="00E35DB0" w14:paraId="648AEE38" w14:textId="77777777">
        <w:tc>
          <w:tcPr>
            <w:tcW w:w="3005" w:type="dxa"/>
          </w:tcPr>
          <w:p w:rsidRPr="00D8630C" w:rsidR="00D63ADC" w:rsidP="00E35DB0" w:rsidRDefault="00D63ADC" w14:paraId="5F236BE0" w14:textId="78C78D4F">
            <w:r w:rsidRPr="00D63ADC">
              <w:t>Backlog Grooming</w:t>
            </w:r>
          </w:p>
        </w:tc>
        <w:tc>
          <w:tcPr>
            <w:tcW w:w="3005" w:type="dxa"/>
          </w:tcPr>
          <w:p w:rsidRPr="00D8630C" w:rsidR="00D63ADC" w:rsidP="00E35DB0" w:rsidRDefault="00D63ADC" w14:paraId="6CEE60C4" w14:textId="77777777">
            <w:r w:rsidRPr="00D63ADC">
              <w:t>Mr. Ramesh</w:t>
            </w:r>
          </w:p>
        </w:tc>
        <w:tc>
          <w:tcPr>
            <w:tcW w:w="3006" w:type="dxa"/>
          </w:tcPr>
          <w:p w:rsidRPr="00D8630C" w:rsidR="00D63ADC" w:rsidP="00E35DB0" w:rsidRDefault="00D63ADC" w14:paraId="10032ABA" w14:textId="77777777">
            <w:pPr>
              <w:jc w:val="right"/>
            </w:pPr>
            <w:r w:rsidRPr="00D63ADC">
              <w:t>20 mins</w:t>
            </w:r>
          </w:p>
        </w:tc>
      </w:tr>
      <w:tr w:rsidR="00D63ADC" w:rsidTr="00E35DB0" w14:paraId="0BFEBD7B" w14:textId="77777777">
        <w:tc>
          <w:tcPr>
            <w:tcW w:w="3005" w:type="dxa"/>
          </w:tcPr>
          <w:p w:rsidRPr="00D8630C" w:rsidR="00D63ADC" w:rsidP="00E35DB0" w:rsidRDefault="00D63ADC" w14:paraId="40E1D394" w14:textId="70922B8D">
            <w:r w:rsidRPr="00D63ADC">
              <w:t>Feature Selection</w:t>
            </w:r>
          </w:p>
        </w:tc>
        <w:tc>
          <w:tcPr>
            <w:tcW w:w="3005" w:type="dxa"/>
          </w:tcPr>
          <w:p w:rsidRPr="00D8630C" w:rsidR="00D63ADC" w:rsidP="00E35DB0" w:rsidRDefault="00D63ADC" w14:paraId="327EAA8F" w14:textId="77777777">
            <w:r w:rsidRPr="00D63ADC">
              <w:t>Barath Narayanan</w:t>
            </w:r>
          </w:p>
        </w:tc>
        <w:tc>
          <w:tcPr>
            <w:tcW w:w="3006" w:type="dxa"/>
          </w:tcPr>
          <w:p w:rsidRPr="00D8630C" w:rsidR="00D63ADC" w:rsidP="00E35DB0" w:rsidRDefault="00D63ADC" w14:paraId="406208F7" w14:textId="77777777">
            <w:pPr>
              <w:jc w:val="right"/>
            </w:pPr>
            <w:r w:rsidRPr="00D63ADC">
              <w:t>15 mins</w:t>
            </w:r>
          </w:p>
        </w:tc>
      </w:tr>
      <w:tr w:rsidR="00D63ADC" w:rsidTr="00E35DB0" w14:paraId="4C367D0B" w14:textId="77777777">
        <w:tc>
          <w:tcPr>
            <w:tcW w:w="3005" w:type="dxa"/>
          </w:tcPr>
          <w:p w:rsidRPr="00D8630C" w:rsidR="00D63ADC" w:rsidP="00E35DB0" w:rsidRDefault="00D63ADC" w14:paraId="46B7D1AE" w14:textId="376F853B">
            <w:r w:rsidRPr="00D63ADC">
              <w:t>Assign Stories</w:t>
            </w:r>
          </w:p>
        </w:tc>
        <w:tc>
          <w:tcPr>
            <w:tcW w:w="3005" w:type="dxa"/>
          </w:tcPr>
          <w:p w:rsidRPr="00D8630C" w:rsidR="00D63ADC" w:rsidP="00E35DB0" w:rsidRDefault="00D63ADC" w14:paraId="14F3CA51" w14:textId="77777777">
            <w:r w:rsidRPr="00185504">
              <w:t>Team</w:t>
            </w:r>
          </w:p>
        </w:tc>
        <w:tc>
          <w:tcPr>
            <w:tcW w:w="3006" w:type="dxa"/>
          </w:tcPr>
          <w:p w:rsidRPr="00D8630C" w:rsidR="00D63ADC" w:rsidP="00E35DB0" w:rsidRDefault="00D63ADC" w14:paraId="67A5518D" w14:textId="77777777">
            <w:pPr>
              <w:jc w:val="right"/>
            </w:pPr>
            <w:r w:rsidRPr="00FC75F9">
              <w:t>30 mins</w:t>
            </w:r>
          </w:p>
        </w:tc>
      </w:tr>
      <w:tr w:rsidR="00D63ADC" w:rsidTr="00E35DB0" w14:paraId="06894315" w14:textId="77777777">
        <w:tc>
          <w:tcPr>
            <w:tcW w:w="3005" w:type="dxa"/>
          </w:tcPr>
          <w:p w:rsidRPr="00D8630C" w:rsidR="00D63ADC" w:rsidP="00E35DB0" w:rsidRDefault="00D63ADC" w14:paraId="6167DB45" w14:textId="434B68EB">
            <w:r w:rsidRPr="00D63ADC">
              <w:t>Estimate Workload</w:t>
            </w:r>
          </w:p>
        </w:tc>
        <w:tc>
          <w:tcPr>
            <w:tcW w:w="3005" w:type="dxa"/>
          </w:tcPr>
          <w:p w:rsidRPr="00D8630C" w:rsidR="00D63ADC" w:rsidP="00E35DB0" w:rsidRDefault="00D63ADC" w14:paraId="6853E2D2" w14:textId="77777777">
            <w:r w:rsidRPr="00D8630C">
              <w:t>Team</w:t>
            </w:r>
          </w:p>
        </w:tc>
        <w:tc>
          <w:tcPr>
            <w:tcW w:w="3006" w:type="dxa"/>
          </w:tcPr>
          <w:p w:rsidRPr="00D8630C" w:rsidR="00D63ADC" w:rsidP="00E35DB0" w:rsidRDefault="00D63ADC" w14:paraId="75317CAF" w14:textId="77777777">
            <w:pPr>
              <w:jc w:val="right"/>
            </w:pPr>
            <w:r w:rsidRPr="00D8630C">
              <w:t>45 mins</w:t>
            </w:r>
          </w:p>
        </w:tc>
      </w:tr>
      <w:tr w:rsidR="00D63ADC" w:rsidTr="00E35DB0" w14:paraId="0A875E16" w14:textId="77777777">
        <w:tc>
          <w:tcPr>
            <w:tcW w:w="3005" w:type="dxa"/>
          </w:tcPr>
          <w:p w:rsidRPr="00D8630C" w:rsidR="00D63ADC" w:rsidP="00E35DB0" w:rsidRDefault="00D63ADC" w14:paraId="5ADF39B2" w14:textId="1AD49D1C">
            <w:r w:rsidRPr="00D63ADC">
              <w:t>Lock Sprint Scope</w:t>
            </w:r>
          </w:p>
        </w:tc>
        <w:tc>
          <w:tcPr>
            <w:tcW w:w="3005" w:type="dxa"/>
          </w:tcPr>
          <w:p w:rsidRPr="00D8630C" w:rsidR="00D63ADC" w:rsidP="00E35DB0" w:rsidRDefault="00D63ADC" w14:paraId="40B53CED" w14:textId="77777777">
            <w:r w:rsidRPr="00185504">
              <w:t>Barath Narayanan</w:t>
            </w:r>
          </w:p>
        </w:tc>
        <w:tc>
          <w:tcPr>
            <w:tcW w:w="3006" w:type="dxa"/>
          </w:tcPr>
          <w:p w:rsidRPr="00D8630C" w:rsidR="00D63ADC" w:rsidP="00E35DB0" w:rsidRDefault="00D63ADC" w14:paraId="03EF3315" w14:textId="77777777">
            <w:pPr>
              <w:jc w:val="right"/>
            </w:pPr>
            <w:r w:rsidRPr="00D8630C">
              <w:t>10 mins</w:t>
            </w:r>
          </w:p>
        </w:tc>
      </w:tr>
      <w:tr w:rsidR="00D63ADC" w:rsidTr="00E35DB0" w14:paraId="25CAC607" w14:textId="77777777">
        <w:tc>
          <w:tcPr>
            <w:tcW w:w="9016" w:type="dxa"/>
            <w:gridSpan w:val="3"/>
          </w:tcPr>
          <w:p w:rsidRPr="00FC75F9" w:rsidR="00D63ADC" w:rsidP="00E35DB0" w:rsidRDefault="00D63ADC" w14:paraId="063120FA" w14:textId="77777777">
            <w:pPr>
              <w:jc w:val="center"/>
              <w:rPr>
                <w:b/>
                <w:bCs/>
                <w:i/>
                <w:iCs/>
              </w:rPr>
            </w:pPr>
            <w:r w:rsidRPr="00FC75F9">
              <w:rPr>
                <w:b/>
                <w:bCs/>
                <w:i/>
                <w:iCs/>
              </w:rPr>
              <w:t>Other Information</w:t>
            </w:r>
          </w:p>
        </w:tc>
      </w:tr>
      <w:tr w:rsidRPr="00FC75F9" w:rsidR="00D63ADC" w:rsidTr="00E35DB0" w14:paraId="27F816B7" w14:textId="77777777">
        <w:tc>
          <w:tcPr>
            <w:tcW w:w="3005" w:type="dxa"/>
          </w:tcPr>
          <w:p w:rsidRPr="00FC75F9" w:rsidR="00D63ADC" w:rsidP="00E35DB0" w:rsidRDefault="00D63ADC" w14:paraId="6F1BBEA6" w14:textId="77777777">
            <w:pPr>
              <w:rPr>
                <w:b/>
                <w:bCs/>
                <w:i/>
                <w:iCs/>
              </w:rPr>
            </w:pPr>
            <w:r w:rsidRPr="00FC75F9">
              <w:rPr>
                <w:b/>
                <w:bCs/>
                <w:i/>
                <w:iCs/>
              </w:rPr>
              <w:t>Observers</w:t>
            </w:r>
          </w:p>
        </w:tc>
        <w:tc>
          <w:tcPr>
            <w:tcW w:w="3005" w:type="dxa"/>
          </w:tcPr>
          <w:p w:rsidRPr="00FC75F9" w:rsidR="00D63ADC" w:rsidP="00E35DB0" w:rsidRDefault="00D63ADC" w14:paraId="166DEAC8" w14:textId="77777777">
            <w:pPr>
              <w:rPr>
                <w:b/>
                <w:bCs/>
                <w:i/>
                <w:iCs/>
              </w:rPr>
            </w:pPr>
            <w:r w:rsidRPr="00FC75F9">
              <w:rPr>
                <w:b/>
                <w:bCs/>
                <w:i/>
                <w:iCs/>
              </w:rPr>
              <w:t>Resources</w:t>
            </w:r>
          </w:p>
        </w:tc>
        <w:tc>
          <w:tcPr>
            <w:tcW w:w="3006" w:type="dxa"/>
          </w:tcPr>
          <w:p w:rsidRPr="00FC75F9" w:rsidR="00D63ADC" w:rsidP="00E35DB0" w:rsidRDefault="00D63ADC" w14:paraId="11D4B388" w14:textId="77777777">
            <w:pPr>
              <w:rPr>
                <w:b/>
                <w:bCs/>
                <w:i/>
                <w:iCs/>
              </w:rPr>
            </w:pPr>
            <w:r w:rsidRPr="00FC75F9">
              <w:rPr>
                <w:b/>
                <w:bCs/>
                <w:i/>
                <w:iCs/>
              </w:rPr>
              <w:t>Special Notes</w:t>
            </w:r>
          </w:p>
        </w:tc>
      </w:tr>
      <w:tr w:rsidR="00D63ADC" w:rsidTr="00E35DB0" w14:paraId="6900F3BE" w14:textId="77777777">
        <w:tc>
          <w:tcPr>
            <w:tcW w:w="3005" w:type="dxa"/>
          </w:tcPr>
          <w:p w:rsidRPr="00FC75F9" w:rsidR="00D63ADC" w:rsidP="00E35DB0" w:rsidRDefault="00D63ADC" w14:paraId="738C27B2" w14:textId="56BAA2AF">
            <w:r w:rsidRPr="00D63ADC">
              <w:t>UX Designer</w:t>
            </w:r>
          </w:p>
        </w:tc>
        <w:tc>
          <w:tcPr>
            <w:tcW w:w="3005" w:type="dxa"/>
          </w:tcPr>
          <w:p w:rsidRPr="00FC75F9" w:rsidR="00D63ADC" w:rsidP="00E35DB0" w:rsidRDefault="00D63ADC" w14:paraId="62DBC0DD" w14:textId="53ADAE7A">
            <w:r w:rsidRPr="00D63ADC">
              <w:t>Jira Board, Product Docs</w:t>
            </w:r>
          </w:p>
        </w:tc>
        <w:tc>
          <w:tcPr>
            <w:tcW w:w="3006" w:type="dxa"/>
          </w:tcPr>
          <w:p w:rsidRPr="00FC75F9" w:rsidR="00D63ADC" w:rsidP="00E35DB0" w:rsidRDefault="00D63ADC" w14:paraId="2382B906" w14:textId="292E03E4">
            <w:r w:rsidRPr="00D63ADC">
              <w:t>Introduce mobile app optimization</w:t>
            </w:r>
          </w:p>
        </w:tc>
      </w:tr>
    </w:tbl>
    <w:p w:rsidR="00D63ADC" w:rsidP="00D63ADC" w:rsidRDefault="00D63ADC" w14:paraId="4F6F4C85" w14:textId="0A2A4E64">
      <w:r>
        <w:tab/>
      </w:r>
    </w:p>
    <w:p w:rsidR="00D63ADC" w:rsidP="00D63ADC" w:rsidRDefault="00D63ADC" w14:paraId="50EC7546" w14:textId="4102E99C">
      <w:pPr>
        <w:pStyle w:val="Heading2"/>
      </w:pPr>
      <w:r>
        <w:t>Sprint 9</w:t>
      </w:r>
    </w:p>
    <w:tbl>
      <w:tblPr>
        <w:tblStyle w:val="TableGrid"/>
        <w:tblW w:w="0" w:type="auto"/>
        <w:tblLook w:val="04A0" w:firstRow="1" w:lastRow="0" w:firstColumn="1" w:lastColumn="0" w:noHBand="0" w:noVBand="1"/>
      </w:tblPr>
      <w:tblGrid>
        <w:gridCol w:w="3005"/>
        <w:gridCol w:w="3005"/>
        <w:gridCol w:w="3006"/>
      </w:tblGrid>
      <w:tr w:rsidR="00D63ADC" w:rsidTr="00E35DB0" w14:paraId="45141FAC" w14:textId="77777777">
        <w:tc>
          <w:tcPr>
            <w:tcW w:w="3005" w:type="dxa"/>
          </w:tcPr>
          <w:p w:rsidRPr="00FC75F9" w:rsidR="00D63ADC" w:rsidP="00E35DB0" w:rsidRDefault="00D63ADC" w14:paraId="20FBF90B" w14:textId="77777777">
            <w:pPr>
              <w:rPr>
                <w:b/>
                <w:bCs/>
                <w:i/>
                <w:iCs/>
              </w:rPr>
            </w:pPr>
            <w:r w:rsidRPr="00FC75F9">
              <w:rPr>
                <w:b/>
                <w:bCs/>
                <w:i/>
                <w:iCs/>
              </w:rPr>
              <w:t>Date</w:t>
            </w:r>
          </w:p>
        </w:tc>
        <w:tc>
          <w:tcPr>
            <w:tcW w:w="6011" w:type="dxa"/>
            <w:gridSpan w:val="2"/>
          </w:tcPr>
          <w:p w:rsidR="00D63ADC" w:rsidP="00E35DB0" w:rsidRDefault="00D63ADC" w14:paraId="7D8DD43D" w14:textId="05BE55BC">
            <w:pPr>
              <w:jc w:val="right"/>
            </w:pPr>
            <w:r w:rsidRPr="00D63ADC">
              <w:t>22/12/2025</w:t>
            </w:r>
          </w:p>
        </w:tc>
      </w:tr>
      <w:tr w:rsidR="00D63ADC" w:rsidTr="00E35DB0" w14:paraId="7F73BFC8" w14:textId="77777777">
        <w:tc>
          <w:tcPr>
            <w:tcW w:w="3005" w:type="dxa"/>
          </w:tcPr>
          <w:p w:rsidRPr="00FC75F9" w:rsidR="00D63ADC" w:rsidP="00E35DB0" w:rsidRDefault="00D63ADC" w14:paraId="300FD889" w14:textId="77777777">
            <w:pPr>
              <w:rPr>
                <w:b/>
                <w:bCs/>
                <w:i/>
                <w:iCs/>
              </w:rPr>
            </w:pPr>
            <w:r w:rsidRPr="00FC75F9">
              <w:rPr>
                <w:b/>
                <w:bCs/>
                <w:i/>
                <w:iCs/>
              </w:rPr>
              <w:t>Time</w:t>
            </w:r>
          </w:p>
        </w:tc>
        <w:tc>
          <w:tcPr>
            <w:tcW w:w="6011" w:type="dxa"/>
            <w:gridSpan w:val="2"/>
          </w:tcPr>
          <w:p w:rsidR="00D63ADC" w:rsidP="00E35DB0" w:rsidRDefault="00D63ADC" w14:paraId="6AF2CB72" w14:textId="1B7276C3">
            <w:pPr>
              <w:jc w:val="right"/>
            </w:pPr>
            <w:r w:rsidRPr="00D63ADC">
              <w:t>3:00 PM – 5:00 PM</w:t>
            </w:r>
          </w:p>
        </w:tc>
      </w:tr>
      <w:tr w:rsidR="00D63ADC" w:rsidTr="00E35DB0" w14:paraId="51300414" w14:textId="77777777">
        <w:tc>
          <w:tcPr>
            <w:tcW w:w="3005" w:type="dxa"/>
          </w:tcPr>
          <w:p w:rsidRPr="00FC75F9" w:rsidR="00D63ADC" w:rsidP="00E35DB0" w:rsidRDefault="00D63ADC" w14:paraId="1691671A" w14:textId="77777777">
            <w:pPr>
              <w:rPr>
                <w:b/>
                <w:bCs/>
                <w:i/>
                <w:iCs/>
              </w:rPr>
            </w:pPr>
            <w:r w:rsidRPr="00FC75F9">
              <w:rPr>
                <w:b/>
                <w:bCs/>
                <w:i/>
                <w:iCs/>
              </w:rPr>
              <w:t>Location</w:t>
            </w:r>
          </w:p>
        </w:tc>
        <w:tc>
          <w:tcPr>
            <w:tcW w:w="6011" w:type="dxa"/>
            <w:gridSpan w:val="2"/>
          </w:tcPr>
          <w:p w:rsidR="00D63ADC" w:rsidP="00E35DB0" w:rsidRDefault="00D63ADC" w14:paraId="632D0545" w14:textId="22BB4871">
            <w:pPr>
              <w:jc w:val="right"/>
            </w:pPr>
            <w:r w:rsidRPr="00D63ADC">
              <w:t>Conference Room C</w:t>
            </w:r>
          </w:p>
        </w:tc>
      </w:tr>
      <w:tr w:rsidR="00D63ADC" w:rsidTr="00E35DB0" w14:paraId="3F779B03" w14:textId="77777777">
        <w:tc>
          <w:tcPr>
            <w:tcW w:w="3005" w:type="dxa"/>
          </w:tcPr>
          <w:p w:rsidRPr="00FC75F9" w:rsidR="00D63ADC" w:rsidP="00E35DB0" w:rsidRDefault="00D63ADC" w14:paraId="3A194F34" w14:textId="77777777">
            <w:pPr>
              <w:rPr>
                <w:b/>
                <w:bCs/>
                <w:i/>
                <w:iCs/>
              </w:rPr>
            </w:pPr>
            <w:r w:rsidRPr="00FC75F9">
              <w:rPr>
                <w:b/>
                <w:bCs/>
                <w:i/>
                <w:iCs/>
              </w:rPr>
              <w:t>Prepared By</w:t>
            </w:r>
          </w:p>
        </w:tc>
        <w:tc>
          <w:tcPr>
            <w:tcW w:w="6011" w:type="dxa"/>
            <w:gridSpan w:val="2"/>
          </w:tcPr>
          <w:p w:rsidR="00D63ADC" w:rsidP="00E35DB0" w:rsidRDefault="00D63ADC" w14:paraId="780052DB" w14:textId="77777777">
            <w:pPr>
              <w:jc w:val="right"/>
            </w:pPr>
            <w:r w:rsidRPr="00D63ADC">
              <w:t>Mr. Ramesh (Product Owner)</w:t>
            </w:r>
          </w:p>
        </w:tc>
      </w:tr>
      <w:tr w:rsidR="00D63ADC" w:rsidTr="00E35DB0" w14:paraId="53B56423" w14:textId="77777777">
        <w:trPr>
          <w:trHeight w:val="1940"/>
        </w:trPr>
        <w:tc>
          <w:tcPr>
            <w:tcW w:w="3005" w:type="dxa"/>
          </w:tcPr>
          <w:p w:rsidRPr="00FC75F9" w:rsidR="00D63ADC" w:rsidP="00E35DB0" w:rsidRDefault="00D63ADC" w14:paraId="6A829AE1" w14:textId="77777777">
            <w:pPr>
              <w:rPr>
                <w:b/>
                <w:bCs/>
                <w:i/>
                <w:iCs/>
              </w:rPr>
            </w:pPr>
            <w:r w:rsidRPr="00FC75F9">
              <w:rPr>
                <w:b/>
                <w:bCs/>
                <w:i/>
                <w:iCs/>
              </w:rPr>
              <w:t>Attendees</w:t>
            </w:r>
          </w:p>
        </w:tc>
        <w:tc>
          <w:tcPr>
            <w:tcW w:w="6011" w:type="dxa"/>
            <w:gridSpan w:val="2"/>
          </w:tcPr>
          <w:p w:rsidR="00D63ADC" w:rsidP="00E35DB0" w:rsidRDefault="00D63ADC" w14:paraId="2F7C8CF2" w14:textId="77777777">
            <w:pPr>
              <w:jc w:val="right"/>
            </w:pPr>
            <w:r w:rsidRPr="00D8630C">
              <w:t>Barath Narayanan (Scrum Master &amp; Business Analyst)</w:t>
            </w:r>
          </w:p>
          <w:p w:rsidR="00D63ADC" w:rsidP="00E35DB0" w:rsidRDefault="00D63ADC" w14:paraId="5837E645" w14:textId="77777777">
            <w:pPr>
              <w:jc w:val="right"/>
            </w:pPr>
            <w:r w:rsidRPr="00D8630C">
              <w:t>Mr. Ramesh (Product Owner)</w:t>
            </w:r>
          </w:p>
          <w:p w:rsidR="00D63ADC" w:rsidP="00E35DB0" w:rsidRDefault="00D63ADC" w14:paraId="7389D468" w14:textId="77777777">
            <w:pPr>
              <w:jc w:val="right"/>
            </w:pPr>
            <w:r w:rsidRPr="00D8630C">
              <w:t>Suresh Menon</w:t>
            </w:r>
          </w:p>
          <w:p w:rsidR="00D63ADC" w:rsidP="00E35DB0" w:rsidRDefault="00D63ADC" w14:paraId="09A696D7" w14:textId="77777777">
            <w:pPr>
              <w:jc w:val="right"/>
            </w:pPr>
            <w:r w:rsidRPr="00D8630C">
              <w:t>Vivek Reddy</w:t>
            </w:r>
          </w:p>
          <w:p w:rsidR="00D63ADC" w:rsidP="00E35DB0" w:rsidRDefault="00D63ADC" w14:paraId="56F56FB9" w14:textId="77777777">
            <w:pPr>
              <w:jc w:val="right"/>
            </w:pPr>
            <w:r w:rsidRPr="00D8630C">
              <w:t>Anil Sharma</w:t>
            </w:r>
          </w:p>
          <w:p w:rsidR="00D63ADC" w:rsidP="00E35DB0" w:rsidRDefault="00D63ADC" w14:paraId="20CC0033" w14:textId="77777777">
            <w:pPr>
              <w:jc w:val="right"/>
            </w:pPr>
            <w:r w:rsidRPr="00D8630C">
              <w:t>Karthik Iyer</w:t>
            </w:r>
          </w:p>
          <w:p w:rsidR="00D63ADC" w:rsidP="00E35DB0" w:rsidRDefault="00D63ADC" w14:paraId="4D305EE5" w14:textId="77777777">
            <w:pPr>
              <w:jc w:val="right"/>
            </w:pPr>
            <w:r w:rsidRPr="00D8630C">
              <w:t>Prakash Rao</w:t>
            </w:r>
          </w:p>
        </w:tc>
      </w:tr>
      <w:tr w:rsidR="00D63ADC" w:rsidTr="00E35DB0" w14:paraId="611F8E46" w14:textId="77777777">
        <w:tc>
          <w:tcPr>
            <w:tcW w:w="9016" w:type="dxa"/>
            <w:gridSpan w:val="3"/>
          </w:tcPr>
          <w:p w:rsidRPr="00FC75F9" w:rsidR="00D63ADC" w:rsidP="00E35DB0" w:rsidRDefault="00D63ADC" w14:paraId="70CF7099" w14:textId="77777777">
            <w:pPr>
              <w:jc w:val="center"/>
              <w:rPr>
                <w:b/>
                <w:bCs/>
                <w:i/>
                <w:iCs/>
              </w:rPr>
            </w:pPr>
            <w:r w:rsidRPr="00FC75F9">
              <w:rPr>
                <w:b/>
                <w:bCs/>
                <w:i/>
                <w:iCs/>
              </w:rPr>
              <w:t>Agenda Topics</w:t>
            </w:r>
          </w:p>
        </w:tc>
      </w:tr>
      <w:tr w:rsidR="00D63ADC" w:rsidTr="00E35DB0" w14:paraId="3D31D96A" w14:textId="77777777">
        <w:tc>
          <w:tcPr>
            <w:tcW w:w="3005" w:type="dxa"/>
          </w:tcPr>
          <w:p w:rsidRPr="00FC75F9" w:rsidR="00D63ADC" w:rsidP="00E35DB0" w:rsidRDefault="00D63ADC" w14:paraId="12A1F477" w14:textId="77777777">
            <w:pPr>
              <w:jc w:val="center"/>
              <w:rPr>
                <w:b/>
                <w:bCs/>
                <w:i/>
                <w:iCs/>
              </w:rPr>
            </w:pPr>
            <w:r w:rsidRPr="00FC75F9">
              <w:rPr>
                <w:b/>
                <w:bCs/>
                <w:i/>
                <w:iCs/>
              </w:rPr>
              <w:t>Topic</w:t>
            </w:r>
          </w:p>
        </w:tc>
        <w:tc>
          <w:tcPr>
            <w:tcW w:w="3005" w:type="dxa"/>
          </w:tcPr>
          <w:p w:rsidRPr="00FC75F9" w:rsidR="00D63ADC" w:rsidP="00E35DB0" w:rsidRDefault="00D63ADC" w14:paraId="6A2C3552" w14:textId="77777777">
            <w:pPr>
              <w:jc w:val="center"/>
              <w:rPr>
                <w:b/>
                <w:bCs/>
                <w:i/>
                <w:iCs/>
              </w:rPr>
            </w:pPr>
            <w:r w:rsidRPr="00FC75F9">
              <w:rPr>
                <w:b/>
                <w:bCs/>
                <w:i/>
                <w:iCs/>
              </w:rPr>
              <w:t>Presenter</w:t>
            </w:r>
          </w:p>
        </w:tc>
        <w:tc>
          <w:tcPr>
            <w:tcW w:w="3006" w:type="dxa"/>
          </w:tcPr>
          <w:p w:rsidRPr="00FC75F9" w:rsidR="00D63ADC" w:rsidP="00E35DB0" w:rsidRDefault="00D63ADC" w14:paraId="3D067E8E" w14:textId="77777777">
            <w:pPr>
              <w:jc w:val="center"/>
              <w:rPr>
                <w:b/>
                <w:bCs/>
                <w:i/>
                <w:iCs/>
              </w:rPr>
            </w:pPr>
            <w:r w:rsidRPr="00FC75F9">
              <w:rPr>
                <w:b/>
                <w:bCs/>
                <w:i/>
                <w:iCs/>
              </w:rPr>
              <w:t>Time allotted</w:t>
            </w:r>
          </w:p>
        </w:tc>
      </w:tr>
      <w:tr w:rsidR="00D63ADC" w:rsidTr="00E35DB0" w14:paraId="2ED1C7C3" w14:textId="77777777">
        <w:tc>
          <w:tcPr>
            <w:tcW w:w="3005" w:type="dxa"/>
          </w:tcPr>
          <w:p w:rsidRPr="00D8630C" w:rsidR="00D63ADC" w:rsidP="00E35DB0" w:rsidRDefault="00D63ADC" w14:paraId="3C6E8A74" w14:textId="2BB0C2B3">
            <w:r w:rsidRPr="00D63ADC">
              <w:t>Review Product Milestones</w:t>
            </w:r>
          </w:p>
        </w:tc>
        <w:tc>
          <w:tcPr>
            <w:tcW w:w="3005" w:type="dxa"/>
          </w:tcPr>
          <w:p w:rsidRPr="00D8630C" w:rsidR="00D63ADC" w:rsidP="00E35DB0" w:rsidRDefault="00D63ADC" w14:paraId="77C260E6" w14:textId="77777777">
            <w:r w:rsidRPr="00D63ADC">
              <w:t>Mr. Ramesh</w:t>
            </w:r>
          </w:p>
        </w:tc>
        <w:tc>
          <w:tcPr>
            <w:tcW w:w="3006" w:type="dxa"/>
          </w:tcPr>
          <w:p w:rsidRPr="00D8630C" w:rsidR="00D63ADC" w:rsidP="00E35DB0" w:rsidRDefault="00D63ADC" w14:paraId="770C52CF" w14:textId="77777777">
            <w:pPr>
              <w:jc w:val="right"/>
            </w:pPr>
            <w:r w:rsidRPr="00D63ADC">
              <w:t>20 mins</w:t>
            </w:r>
          </w:p>
        </w:tc>
      </w:tr>
      <w:tr w:rsidR="00D63ADC" w:rsidTr="00E35DB0" w14:paraId="6BA7935A" w14:textId="77777777">
        <w:tc>
          <w:tcPr>
            <w:tcW w:w="3005" w:type="dxa"/>
          </w:tcPr>
          <w:p w:rsidRPr="00D8630C" w:rsidR="00D63ADC" w:rsidP="00E35DB0" w:rsidRDefault="00D63ADC" w14:paraId="40E9415B" w14:textId="20939496">
            <w:r w:rsidRPr="00D63ADC">
              <w:t>Prioritize Critical Features</w:t>
            </w:r>
          </w:p>
        </w:tc>
        <w:tc>
          <w:tcPr>
            <w:tcW w:w="3005" w:type="dxa"/>
          </w:tcPr>
          <w:p w:rsidRPr="00D8630C" w:rsidR="00D63ADC" w:rsidP="00E35DB0" w:rsidRDefault="00D63ADC" w14:paraId="4F7D1EC4" w14:textId="77777777">
            <w:r w:rsidRPr="00D63ADC">
              <w:t>Barath Narayanan</w:t>
            </w:r>
          </w:p>
        </w:tc>
        <w:tc>
          <w:tcPr>
            <w:tcW w:w="3006" w:type="dxa"/>
          </w:tcPr>
          <w:p w:rsidRPr="00D8630C" w:rsidR="00D63ADC" w:rsidP="00E35DB0" w:rsidRDefault="00D63ADC" w14:paraId="0E1235D3" w14:textId="77777777">
            <w:pPr>
              <w:jc w:val="right"/>
            </w:pPr>
            <w:r w:rsidRPr="00D63ADC">
              <w:t>15 mins</w:t>
            </w:r>
          </w:p>
        </w:tc>
      </w:tr>
      <w:tr w:rsidR="00D63ADC" w:rsidTr="00E35DB0" w14:paraId="7F1EA3A2" w14:textId="77777777">
        <w:tc>
          <w:tcPr>
            <w:tcW w:w="3005" w:type="dxa"/>
          </w:tcPr>
          <w:p w:rsidRPr="00D8630C" w:rsidR="00D63ADC" w:rsidP="00E35DB0" w:rsidRDefault="00D63ADC" w14:paraId="16CCCA46" w14:textId="1F0D5D6D">
            <w:r w:rsidRPr="00D63ADC">
              <w:t>Allocate Stories</w:t>
            </w:r>
          </w:p>
        </w:tc>
        <w:tc>
          <w:tcPr>
            <w:tcW w:w="3005" w:type="dxa"/>
          </w:tcPr>
          <w:p w:rsidRPr="00D8630C" w:rsidR="00D63ADC" w:rsidP="00E35DB0" w:rsidRDefault="00D63ADC" w14:paraId="4978AC88" w14:textId="77777777">
            <w:r w:rsidRPr="00185504">
              <w:t>Team</w:t>
            </w:r>
          </w:p>
        </w:tc>
        <w:tc>
          <w:tcPr>
            <w:tcW w:w="3006" w:type="dxa"/>
          </w:tcPr>
          <w:p w:rsidRPr="00D8630C" w:rsidR="00D63ADC" w:rsidP="00E35DB0" w:rsidRDefault="00D63ADC" w14:paraId="357FB3BA" w14:textId="77777777">
            <w:pPr>
              <w:jc w:val="right"/>
            </w:pPr>
            <w:r w:rsidRPr="00FC75F9">
              <w:t>30 mins</w:t>
            </w:r>
          </w:p>
        </w:tc>
      </w:tr>
      <w:tr w:rsidR="00D63ADC" w:rsidTr="00E35DB0" w14:paraId="4CC36982" w14:textId="77777777">
        <w:tc>
          <w:tcPr>
            <w:tcW w:w="3005" w:type="dxa"/>
          </w:tcPr>
          <w:p w:rsidRPr="00D8630C" w:rsidR="00D63ADC" w:rsidP="00E35DB0" w:rsidRDefault="00D63ADC" w14:paraId="55787F7A" w14:textId="2538AA00">
            <w:r w:rsidRPr="00D63ADC">
              <w:t>Plan Test Execution</w:t>
            </w:r>
          </w:p>
        </w:tc>
        <w:tc>
          <w:tcPr>
            <w:tcW w:w="3005" w:type="dxa"/>
          </w:tcPr>
          <w:p w:rsidRPr="00D8630C" w:rsidR="00D63ADC" w:rsidP="00E35DB0" w:rsidRDefault="00D63ADC" w14:paraId="0ABF4E74" w14:textId="77777777">
            <w:r w:rsidRPr="00D8630C">
              <w:t>Team</w:t>
            </w:r>
          </w:p>
        </w:tc>
        <w:tc>
          <w:tcPr>
            <w:tcW w:w="3006" w:type="dxa"/>
          </w:tcPr>
          <w:p w:rsidRPr="00D8630C" w:rsidR="00D63ADC" w:rsidP="00E35DB0" w:rsidRDefault="00D63ADC" w14:paraId="68317787" w14:textId="77777777">
            <w:pPr>
              <w:jc w:val="right"/>
            </w:pPr>
            <w:r w:rsidRPr="00D8630C">
              <w:t>45 mins</w:t>
            </w:r>
          </w:p>
        </w:tc>
      </w:tr>
      <w:tr w:rsidR="00D63ADC" w:rsidTr="00E35DB0" w14:paraId="590F0C46" w14:textId="77777777">
        <w:tc>
          <w:tcPr>
            <w:tcW w:w="3005" w:type="dxa"/>
          </w:tcPr>
          <w:p w:rsidRPr="00D8630C" w:rsidR="00D63ADC" w:rsidP="00E35DB0" w:rsidRDefault="00D63ADC" w14:paraId="7FB3768A" w14:textId="27816192">
            <w:r w:rsidRPr="00D63ADC">
              <w:t>Confirm Delivery Timeline</w:t>
            </w:r>
          </w:p>
        </w:tc>
        <w:tc>
          <w:tcPr>
            <w:tcW w:w="3005" w:type="dxa"/>
          </w:tcPr>
          <w:p w:rsidRPr="00D8630C" w:rsidR="00D63ADC" w:rsidP="00E35DB0" w:rsidRDefault="00D63ADC" w14:paraId="22D795EE" w14:textId="77777777">
            <w:r w:rsidRPr="00185504">
              <w:t>Barath Narayanan</w:t>
            </w:r>
          </w:p>
        </w:tc>
        <w:tc>
          <w:tcPr>
            <w:tcW w:w="3006" w:type="dxa"/>
          </w:tcPr>
          <w:p w:rsidRPr="00D8630C" w:rsidR="00D63ADC" w:rsidP="00E35DB0" w:rsidRDefault="00D63ADC" w14:paraId="439F806F" w14:textId="77777777">
            <w:pPr>
              <w:jc w:val="right"/>
            </w:pPr>
            <w:r w:rsidRPr="00D8630C">
              <w:t>10 mins</w:t>
            </w:r>
          </w:p>
        </w:tc>
      </w:tr>
      <w:tr w:rsidR="00D63ADC" w:rsidTr="00E35DB0" w14:paraId="653C7A57" w14:textId="77777777">
        <w:tc>
          <w:tcPr>
            <w:tcW w:w="9016" w:type="dxa"/>
            <w:gridSpan w:val="3"/>
          </w:tcPr>
          <w:p w:rsidRPr="00FC75F9" w:rsidR="00D63ADC" w:rsidP="00E35DB0" w:rsidRDefault="00D63ADC" w14:paraId="3156AD20" w14:textId="77777777">
            <w:pPr>
              <w:jc w:val="center"/>
              <w:rPr>
                <w:b/>
                <w:bCs/>
                <w:i/>
                <w:iCs/>
              </w:rPr>
            </w:pPr>
            <w:r w:rsidRPr="00FC75F9">
              <w:rPr>
                <w:b/>
                <w:bCs/>
                <w:i/>
                <w:iCs/>
              </w:rPr>
              <w:t>Other Information</w:t>
            </w:r>
          </w:p>
        </w:tc>
      </w:tr>
      <w:tr w:rsidRPr="00FC75F9" w:rsidR="00D63ADC" w:rsidTr="00E35DB0" w14:paraId="636B29A1" w14:textId="77777777">
        <w:tc>
          <w:tcPr>
            <w:tcW w:w="3005" w:type="dxa"/>
          </w:tcPr>
          <w:p w:rsidRPr="00FC75F9" w:rsidR="00D63ADC" w:rsidP="00E35DB0" w:rsidRDefault="00D63ADC" w14:paraId="5C2E5404" w14:textId="77777777">
            <w:pPr>
              <w:rPr>
                <w:b/>
                <w:bCs/>
                <w:i/>
                <w:iCs/>
              </w:rPr>
            </w:pPr>
            <w:r w:rsidRPr="00FC75F9">
              <w:rPr>
                <w:b/>
                <w:bCs/>
                <w:i/>
                <w:iCs/>
              </w:rPr>
              <w:t>Observers</w:t>
            </w:r>
          </w:p>
        </w:tc>
        <w:tc>
          <w:tcPr>
            <w:tcW w:w="3005" w:type="dxa"/>
          </w:tcPr>
          <w:p w:rsidRPr="00FC75F9" w:rsidR="00D63ADC" w:rsidP="00E35DB0" w:rsidRDefault="00D63ADC" w14:paraId="7859F351" w14:textId="77777777">
            <w:pPr>
              <w:rPr>
                <w:b/>
                <w:bCs/>
                <w:i/>
                <w:iCs/>
              </w:rPr>
            </w:pPr>
            <w:r w:rsidRPr="00FC75F9">
              <w:rPr>
                <w:b/>
                <w:bCs/>
                <w:i/>
                <w:iCs/>
              </w:rPr>
              <w:t>Resources</w:t>
            </w:r>
          </w:p>
        </w:tc>
        <w:tc>
          <w:tcPr>
            <w:tcW w:w="3006" w:type="dxa"/>
          </w:tcPr>
          <w:p w:rsidRPr="00FC75F9" w:rsidR="00D63ADC" w:rsidP="00E35DB0" w:rsidRDefault="00D63ADC" w14:paraId="2DD870C6" w14:textId="77777777">
            <w:pPr>
              <w:rPr>
                <w:b/>
                <w:bCs/>
                <w:i/>
                <w:iCs/>
              </w:rPr>
            </w:pPr>
            <w:r w:rsidRPr="00FC75F9">
              <w:rPr>
                <w:b/>
                <w:bCs/>
                <w:i/>
                <w:iCs/>
              </w:rPr>
              <w:t>Special Notes</w:t>
            </w:r>
          </w:p>
        </w:tc>
      </w:tr>
      <w:tr w:rsidR="00D63ADC" w:rsidTr="00E35DB0" w14:paraId="4ED52DC1" w14:textId="77777777">
        <w:tc>
          <w:tcPr>
            <w:tcW w:w="3005" w:type="dxa"/>
          </w:tcPr>
          <w:p w:rsidRPr="00FC75F9" w:rsidR="00D63ADC" w:rsidP="00E35DB0" w:rsidRDefault="00D63ADC" w14:paraId="2128ED31" w14:textId="38B8AEE9">
            <w:r w:rsidRPr="00D63ADC">
              <w:t>QA Lead, Client Rep</w:t>
            </w:r>
          </w:p>
        </w:tc>
        <w:tc>
          <w:tcPr>
            <w:tcW w:w="3005" w:type="dxa"/>
          </w:tcPr>
          <w:p w:rsidRPr="00FC75F9" w:rsidR="00D63ADC" w:rsidP="00E35DB0" w:rsidRDefault="00D63ADC" w14:paraId="3A203343" w14:textId="7A22639A">
            <w:r w:rsidRPr="00D63ADC">
              <w:t>Jira Board, Release Plan</w:t>
            </w:r>
          </w:p>
        </w:tc>
        <w:tc>
          <w:tcPr>
            <w:tcW w:w="3006" w:type="dxa"/>
          </w:tcPr>
          <w:p w:rsidRPr="00FC75F9" w:rsidR="00D63ADC" w:rsidP="00E35DB0" w:rsidRDefault="00D63ADC" w14:paraId="005B6F9B" w14:textId="4F5A174B">
            <w:r w:rsidRPr="00D63ADC">
              <w:t>Prepare for UAT phase</w:t>
            </w:r>
          </w:p>
        </w:tc>
      </w:tr>
    </w:tbl>
    <w:p w:rsidR="00D63ADC" w:rsidP="00D63ADC" w:rsidRDefault="00D63ADC" w14:paraId="6110CC4D" w14:textId="77777777"/>
    <w:p w:rsidRPr="00D63ADC" w:rsidR="00D63ADC" w:rsidP="00D63ADC" w:rsidRDefault="00D63ADC" w14:paraId="46417CAE" w14:textId="633CB7A9">
      <w:pPr>
        <w:pStyle w:val="Heading2"/>
      </w:pPr>
      <w:r>
        <w:t>Sprint 10</w:t>
      </w:r>
    </w:p>
    <w:tbl>
      <w:tblPr>
        <w:tblStyle w:val="TableGrid"/>
        <w:tblW w:w="0" w:type="auto"/>
        <w:tblLook w:val="04A0" w:firstRow="1" w:lastRow="0" w:firstColumn="1" w:lastColumn="0" w:noHBand="0" w:noVBand="1"/>
      </w:tblPr>
      <w:tblGrid>
        <w:gridCol w:w="3005"/>
        <w:gridCol w:w="3005"/>
        <w:gridCol w:w="3006"/>
      </w:tblGrid>
      <w:tr w:rsidR="00D63ADC" w:rsidTr="00E35DB0" w14:paraId="155C89C1" w14:textId="77777777">
        <w:tc>
          <w:tcPr>
            <w:tcW w:w="3005" w:type="dxa"/>
          </w:tcPr>
          <w:p w:rsidRPr="00FC75F9" w:rsidR="00D63ADC" w:rsidP="00E35DB0" w:rsidRDefault="00D63ADC" w14:paraId="1278E51D" w14:textId="77777777">
            <w:pPr>
              <w:rPr>
                <w:b/>
                <w:bCs/>
                <w:i/>
                <w:iCs/>
              </w:rPr>
            </w:pPr>
            <w:r w:rsidRPr="00FC75F9">
              <w:rPr>
                <w:b/>
                <w:bCs/>
                <w:i/>
                <w:iCs/>
              </w:rPr>
              <w:t>Date</w:t>
            </w:r>
          </w:p>
        </w:tc>
        <w:tc>
          <w:tcPr>
            <w:tcW w:w="6011" w:type="dxa"/>
            <w:gridSpan w:val="2"/>
          </w:tcPr>
          <w:p w:rsidR="00D63ADC" w:rsidP="00E35DB0" w:rsidRDefault="003C76F3" w14:paraId="42FA3F55" w14:textId="4699F5EC">
            <w:pPr>
              <w:jc w:val="right"/>
            </w:pPr>
            <w:r w:rsidRPr="003C76F3">
              <w:t>05/01/2026</w:t>
            </w:r>
          </w:p>
        </w:tc>
      </w:tr>
      <w:tr w:rsidR="00D63ADC" w:rsidTr="00E35DB0" w14:paraId="34866796" w14:textId="77777777">
        <w:tc>
          <w:tcPr>
            <w:tcW w:w="3005" w:type="dxa"/>
          </w:tcPr>
          <w:p w:rsidRPr="00FC75F9" w:rsidR="00D63ADC" w:rsidP="00E35DB0" w:rsidRDefault="00D63ADC" w14:paraId="1A1D7DD8" w14:textId="77777777">
            <w:pPr>
              <w:rPr>
                <w:b/>
                <w:bCs/>
                <w:i/>
                <w:iCs/>
              </w:rPr>
            </w:pPr>
            <w:r w:rsidRPr="00FC75F9">
              <w:rPr>
                <w:b/>
                <w:bCs/>
                <w:i/>
                <w:iCs/>
              </w:rPr>
              <w:t>Time</w:t>
            </w:r>
          </w:p>
        </w:tc>
        <w:tc>
          <w:tcPr>
            <w:tcW w:w="6011" w:type="dxa"/>
            <w:gridSpan w:val="2"/>
          </w:tcPr>
          <w:p w:rsidR="00D63ADC" w:rsidP="00E35DB0" w:rsidRDefault="002A5F8A" w14:paraId="78717AF1" w14:textId="7F402BBF">
            <w:pPr>
              <w:jc w:val="right"/>
            </w:pPr>
            <w:r w:rsidRPr="002A5F8A">
              <w:t>10:00 AM – 12:00 PM</w:t>
            </w:r>
          </w:p>
        </w:tc>
      </w:tr>
      <w:tr w:rsidR="00D63ADC" w:rsidTr="00E35DB0" w14:paraId="013DE00E" w14:textId="77777777">
        <w:tc>
          <w:tcPr>
            <w:tcW w:w="3005" w:type="dxa"/>
          </w:tcPr>
          <w:p w:rsidRPr="00FC75F9" w:rsidR="00D63ADC" w:rsidP="00E35DB0" w:rsidRDefault="00D63ADC" w14:paraId="2340BF09" w14:textId="77777777">
            <w:pPr>
              <w:rPr>
                <w:b/>
                <w:bCs/>
                <w:i/>
                <w:iCs/>
              </w:rPr>
            </w:pPr>
            <w:r w:rsidRPr="00FC75F9">
              <w:rPr>
                <w:b/>
                <w:bCs/>
                <w:i/>
                <w:iCs/>
              </w:rPr>
              <w:t>Location</w:t>
            </w:r>
          </w:p>
        </w:tc>
        <w:tc>
          <w:tcPr>
            <w:tcW w:w="6011" w:type="dxa"/>
            <w:gridSpan w:val="2"/>
          </w:tcPr>
          <w:p w:rsidR="00D63ADC" w:rsidP="00E35DB0" w:rsidRDefault="002A5F8A" w14:paraId="05ED7212" w14:textId="35A23A8C">
            <w:pPr>
              <w:jc w:val="right"/>
            </w:pPr>
            <w:r w:rsidRPr="002A5F8A">
              <w:t>Conference Room A</w:t>
            </w:r>
          </w:p>
        </w:tc>
      </w:tr>
      <w:tr w:rsidR="00D63ADC" w:rsidTr="00E35DB0" w14:paraId="0BFC828A" w14:textId="77777777">
        <w:tc>
          <w:tcPr>
            <w:tcW w:w="3005" w:type="dxa"/>
          </w:tcPr>
          <w:p w:rsidRPr="00FC75F9" w:rsidR="00D63ADC" w:rsidP="00E35DB0" w:rsidRDefault="00D63ADC" w14:paraId="3DC91F73" w14:textId="77777777">
            <w:pPr>
              <w:rPr>
                <w:b/>
                <w:bCs/>
                <w:i/>
                <w:iCs/>
              </w:rPr>
            </w:pPr>
            <w:r w:rsidRPr="00FC75F9">
              <w:rPr>
                <w:b/>
                <w:bCs/>
                <w:i/>
                <w:iCs/>
              </w:rPr>
              <w:t>Prepared By</w:t>
            </w:r>
          </w:p>
        </w:tc>
        <w:tc>
          <w:tcPr>
            <w:tcW w:w="6011" w:type="dxa"/>
            <w:gridSpan w:val="2"/>
          </w:tcPr>
          <w:p w:rsidR="00D63ADC" w:rsidP="00E35DB0" w:rsidRDefault="00D63ADC" w14:paraId="67C8589E" w14:textId="77777777">
            <w:pPr>
              <w:jc w:val="right"/>
            </w:pPr>
            <w:r w:rsidRPr="00D63ADC">
              <w:t>Mr. Ramesh (Product Owner)</w:t>
            </w:r>
          </w:p>
        </w:tc>
      </w:tr>
      <w:tr w:rsidR="00D63ADC" w:rsidTr="00E35DB0" w14:paraId="132F9289" w14:textId="77777777">
        <w:trPr>
          <w:trHeight w:val="1940"/>
        </w:trPr>
        <w:tc>
          <w:tcPr>
            <w:tcW w:w="3005" w:type="dxa"/>
          </w:tcPr>
          <w:p w:rsidRPr="00FC75F9" w:rsidR="00D63ADC" w:rsidP="00E35DB0" w:rsidRDefault="00D63ADC" w14:paraId="71289324" w14:textId="77777777">
            <w:pPr>
              <w:rPr>
                <w:b/>
                <w:bCs/>
                <w:i/>
                <w:iCs/>
              </w:rPr>
            </w:pPr>
            <w:r w:rsidRPr="00FC75F9">
              <w:rPr>
                <w:b/>
                <w:bCs/>
                <w:i/>
                <w:iCs/>
              </w:rPr>
              <w:t>Attendees</w:t>
            </w:r>
          </w:p>
        </w:tc>
        <w:tc>
          <w:tcPr>
            <w:tcW w:w="6011" w:type="dxa"/>
            <w:gridSpan w:val="2"/>
          </w:tcPr>
          <w:p w:rsidR="00D63ADC" w:rsidP="00E35DB0" w:rsidRDefault="00D63ADC" w14:paraId="3CA1AFF5" w14:textId="77777777">
            <w:pPr>
              <w:jc w:val="right"/>
            </w:pPr>
            <w:r w:rsidRPr="00D8630C">
              <w:t>Barath Narayanan (Scrum Master &amp; Business Analyst)</w:t>
            </w:r>
          </w:p>
          <w:p w:rsidR="00D63ADC" w:rsidP="00E35DB0" w:rsidRDefault="00D63ADC" w14:paraId="21E828CA" w14:textId="77777777">
            <w:pPr>
              <w:jc w:val="right"/>
            </w:pPr>
            <w:r w:rsidRPr="00D8630C">
              <w:t>Mr. Ramesh (Product Owner)</w:t>
            </w:r>
          </w:p>
          <w:p w:rsidR="00D63ADC" w:rsidP="00E35DB0" w:rsidRDefault="00D63ADC" w14:paraId="62719E9A" w14:textId="77777777">
            <w:pPr>
              <w:jc w:val="right"/>
            </w:pPr>
            <w:r w:rsidRPr="00D8630C">
              <w:t>Suresh Menon</w:t>
            </w:r>
          </w:p>
          <w:p w:rsidR="00D63ADC" w:rsidP="00E35DB0" w:rsidRDefault="00D63ADC" w14:paraId="3BDE7640" w14:textId="77777777">
            <w:pPr>
              <w:jc w:val="right"/>
            </w:pPr>
            <w:r w:rsidRPr="00D8630C">
              <w:t>Vivek Reddy</w:t>
            </w:r>
          </w:p>
          <w:p w:rsidR="00D63ADC" w:rsidP="00E35DB0" w:rsidRDefault="00D63ADC" w14:paraId="606B5C33" w14:textId="77777777">
            <w:pPr>
              <w:jc w:val="right"/>
            </w:pPr>
            <w:r w:rsidRPr="00D8630C">
              <w:t>Anil Sharma</w:t>
            </w:r>
          </w:p>
          <w:p w:rsidR="00D63ADC" w:rsidP="00E35DB0" w:rsidRDefault="00D63ADC" w14:paraId="11BD0066" w14:textId="77777777">
            <w:pPr>
              <w:jc w:val="right"/>
            </w:pPr>
            <w:r w:rsidRPr="00D8630C">
              <w:t>Karthik Iyer</w:t>
            </w:r>
          </w:p>
          <w:p w:rsidR="00D63ADC" w:rsidP="00E35DB0" w:rsidRDefault="00D63ADC" w14:paraId="1AC503CD" w14:textId="77777777">
            <w:pPr>
              <w:jc w:val="right"/>
            </w:pPr>
            <w:r w:rsidRPr="00D8630C">
              <w:t>Prakash Rao</w:t>
            </w:r>
          </w:p>
        </w:tc>
      </w:tr>
      <w:tr w:rsidR="00D63ADC" w:rsidTr="00E35DB0" w14:paraId="0552CDEE" w14:textId="77777777">
        <w:tc>
          <w:tcPr>
            <w:tcW w:w="9016" w:type="dxa"/>
            <w:gridSpan w:val="3"/>
          </w:tcPr>
          <w:p w:rsidRPr="00FC75F9" w:rsidR="00D63ADC" w:rsidP="00E35DB0" w:rsidRDefault="00D63ADC" w14:paraId="23155B0D" w14:textId="77777777">
            <w:pPr>
              <w:jc w:val="center"/>
              <w:rPr>
                <w:b/>
                <w:bCs/>
                <w:i/>
                <w:iCs/>
              </w:rPr>
            </w:pPr>
            <w:r w:rsidRPr="00FC75F9">
              <w:rPr>
                <w:b/>
                <w:bCs/>
                <w:i/>
                <w:iCs/>
              </w:rPr>
              <w:t>Agenda Topics</w:t>
            </w:r>
          </w:p>
        </w:tc>
      </w:tr>
      <w:tr w:rsidR="00D63ADC" w:rsidTr="00E35DB0" w14:paraId="52F7621A" w14:textId="77777777">
        <w:tc>
          <w:tcPr>
            <w:tcW w:w="3005" w:type="dxa"/>
          </w:tcPr>
          <w:p w:rsidRPr="00FC75F9" w:rsidR="00D63ADC" w:rsidP="00E35DB0" w:rsidRDefault="00D63ADC" w14:paraId="54B2CC85" w14:textId="77777777">
            <w:pPr>
              <w:jc w:val="center"/>
              <w:rPr>
                <w:b/>
                <w:bCs/>
                <w:i/>
                <w:iCs/>
              </w:rPr>
            </w:pPr>
            <w:r w:rsidRPr="00FC75F9">
              <w:rPr>
                <w:b/>
                <w:bCs/>
                <w:i/>
                <w:iCs/>
              </w:rPr>
              <w:t>Topic</w:t>
            </w:r>
          </w:p>
        </w:tc>
        <w:tc>
          <w:tcPr>
            <w:tcW w:w="3005" w:type="dxa"/>
          </w:tcPr>
          <w:p w:rsidRPr="00FC75F9" w:rsidR="00D63ADC" w:rsidP="00E35DB0" w:rsidRDefault="00D63ADC" w14:paraId="6A5CF8D5" w14:textId="77777777">
            <w:pPr>
              <w:jc w:val="center"/>
              <w:rPr>
                <w:b/>
                <w:bCs/>
                <w:i/>
                <w:iCs/>
              </w:rPr>
            </w:pPr>
            <w:r w:rsidRPr="00FC75F9">
              <w:rPr>
                <w:b/>
                <w:bCs/>
                <w:i/>
                <w:iCs/>
              </w:rPr>
              <w:t>Presenter</w:t>
            </w:r>
          </w:p>
        </w:tc>
        <w:tc>
          <w:tcPr>
            <w:tcW w:w="3006" w:type="dxa"/>
          </w:tcPr>
          <w:p w:rsidRPr="00FC75F9" w:rsidR="00D63ADC" w:rsidP="00E35DB0" w:rsidRDefault="00D63ADC" w14:paraId="0BC30083" w14:textId="77777777">
            <w:pPr>
              <w:jc w:val="center"/>
              <w:rPr>
                <w:b/>
                <w:bCs/>
                <w:i/>
                <w:iCs/>
              </w:rPr>
            </w:pPr>
            <w:r w:rsidRPr="00FC75F9">
              <w:rPr>
                <w:b/>
                <w:bCs/>
                <w:i/>
                <w:iCs/>
              </w:rPr>
              <w:t>Time allotted</w:t>
            </w:r>
          </w:p>
        </w:tc>
      </w:tr>
      <w:tr w:rsidR="00D63ADC" w:rsidTr="00E35DB0" w14:paraId="236FDAA8" w14:textId="77777777">
        <w:tc>
          <w:tcPr>
            <w:tcW w:w="3005" w:type="dxa"/>
          </w:tcPr>
          <w:p w:rsidRPr="00D8630C" w:rsidR="00D63ADC" w:rsidP="00E35DB0" w:rsidRDefault="002A5F8A" w14:paraId="777B6858" w14:textId="35DCCE29">
            <w:r w:rsidRPr="002A5F8A">
              <w:t>Final Backlog Review</w:t>
            </w:r>
          </w:p>
        </w:tc>
        <w:tc>
          <w:tcPr>
            <w:tcW w:w="3005" w:type="dxa"/>
          </w:tcPr>
          <w:p w:rsidRPr="00D8630C" w:rsidR="00D63ADC" w:rsidP="00E35DB0" w:rsidRDefault="00D63ADC" w14:paraId="545EDD32" w14:textId="77777777">
            <w:r w:rsidRPr="00D63ADC">
              <w:t>Mr. Ramesh</w:t>
            </w:r>
          </w:p>
        </w:tc>
        <w:tc>
          <w:tcPr>
            <w:tcW w:w="3006" w:type="dxa"/>
          </w:tcPr>
          <w:p w:rsidRPr="00D8630C" w:rsidR="00D63ADC" w:rsidP="00E35DB0" w:rsidRDefault="00D63ADC" w14:paraId="5658B04A" w14:textId="77777777">
            <w:pPr>
              <w:jc w:val="right"/>
            </w:pPr>
            <w:r w:rsidRPr="00D63ADC">
              <w:t>20 mins</w:t>
            </w:r>
          </w:p>
        </w:tc>
      </w:tr>
      <w:tr w:rsidR="00D63ADC" w:rsidTr="00E35DB0" w14:paraId="44D10FD8" w14:textId="77777777">
        <w:tc>
          <w:tcPr>
            <w:tcW w:w="3005" w:type="dxa"/>
          </w:tcPr>
          <w:p w:rsidRPr="00D8630C" w:rsidR="00D63ADC" w:rsidP="00E35DB0" w:rsidRDefault="002A5F8A" w14:paraId="1524155B" w14:textId="2F13F0B7">
            <w:r w:rsidRPr="002A5F8A">
              <w:t>Scope Lock for Release</w:t>
            </w:r>
          </w:p>
        </w:tc>
        <w:tc>
          <w:tcPr>
            <w:tcW w:w="3005" w:type="dxa"/>
          </w:tcPr>
          <w:p w:rsidRPr="00D8630C" w:rsidR="00D63ADC" w:rsidP="00E35DB0" w:rsidRDefault="00D63ADC" w14:paraId="245411FC" w14:textId="77777777">
            <w:r w:rsidRPr="00D63ADC">
              <w:t>Barath Narayanan</w:t>
            </w:r>
          </w:p>
        </w:tc>
        <w:tc>
          <w:tcPr>
            <w:tcW w:w="3006" w:type="dxa"/>
          </w:tcPr>
          <w:p w:rsidRPr="00D8630C" w:rsidR="00D63ADC" w:rsidP="00E35DB0" w:rsidRDefault="00D63ADC" w14:paraId="4842C6CA" w14:textId="77777777">
            <w:pPr>
              <w:jc w:val="right"/>
            </w:pPr>
            <w:r w:rsidRPr="00D63ADC">
              <w:t>15 mins</w:t>
            </w:r>
          </w:p>
        </w:tc>
      </w:tr>
      <w:tr w:rsidR="00D63ADC" w:rsidTr="00E35DB0" w14:paraId="6EEF7B25" w14:textId="77777777">
        <w:tc>
          <w:tcPr>
            <w:tcW w:w="3005" w:type="dxa"/>
          </w:tcPr>
          <w:p w:rsidRPr="00D8630C" w:rsidR="00D63ADC" w:rsidP="00E35DB0" w:rsidRDefault="002A5F8A" w14:paraId="2359B0DB" w14:textId="6787E6E5">
            <w:r w:rsidRPr="002A5F8A">
              <w:t>Assign Final Tasks</w:t>
            </w:r>
          </w:p>
        </w:tc>
        <w:tc>
          <w:tcPr>
            <w:tcW w:w="3005" w:type="dxa"/>
          </w:tcPr>
          <w:p w:rsidRPr="00D8630C" w:rsidR="00D63ADC" w:rsidP="00E35DB0" w:rsidRDefault="00D63ADC" w14:paraId="42E27DCD" w14:textId="77777777">
            <w:r w:rsidRPr="00185504">
              <w:t>Team</w:t>
            </w:r>
          </w:p>
        </w:tc>
        <w:tc>
          <w:tcPr>
            <w:tcW w:w="3006" w:type="dxa"/>
          </w:tcPr>
          <w:p w:rsidRPr="00D8630C" w:rsidR="00D63ADC" w:rsidP="00E35DB0" w:rsidRDefault="00D63ADC" w14:paraId="0600FCD0" w14:textId="77777777">
            <w:pPr>
              <w:jc w:val="right"/>
            </w:pPr>
            <w:r w:rsidRPr="00FC75F9">
              <w:t>30 mins</w:t>
            </w:r>
          </w:p>
        </w:tc>
      </w:tr>
      <w:tr w:rsidR="00D63ADC" w:rsidTr="00E35DB0" w14:paraId="5B79E1F5" w14:textId="77777777">
        <w:tc>
          <w:tcPr>
            <w:tcW w:w="3005" w:type="dxa"/>
          </w:tcPr>
          <w:p w:rsidRPr="00D8630C" w:rsidR="00D63ADC" w:rsidP="00E35DB0" w:rsidRDefault="002A5F8A" w14:paraId="7454347F" w14:textId="25D7E056">
            <w:r w:rsidRPr="002A5F8A">
              <w:t>Estimate &amp; Validate</w:t>
            </w:r>
          </w:p>
        </w:tc>
        <w:tc>
          <w:tcPr>
            <w:tcW w:w="3005" w:type="dxa"/>
          </w:tcPr>
          <w:p w:rsidRPr="00D8630C" w:rsidR="00D63ADC" w:rsidP="00E35DB0" w:rsidRDefault="00D63ADC" w14:paraId="5D6EE84B" w14:textId="77777777">
            <w:r w:rsidRPr="00D8630C">
              <w:t>Team</w:t>
            </w:r>
          </w:p>
        </w:tc>
        <w:tc>
          <w:tcPr>
            <w:tcW w:w="3006" w:type="dxa"/>
          </w:tcPr>
          <w:p w:rsidRPr="00D8630C" w:rsidR="00D63ADC" w:rsidP="00E35DB0" w:rsidRDefault="00D63ADC" w14:paraId="02D25E57" w14:textId="77777777">
            <w:pPr>
              <w:jc w:val="right"/>
            </w:pPr>
            <w:r w:rsidRPr="00D8630C">
              <w:t>45 mins</w:t>
            </w:r>
          </w:p>
        </w:tc>
      </w:tr>
      <w:tr w:rsidR="00D63ADC" w:rsidTr="00E35DB0" w14:paraId="195B639D" w14:textId="77777777">
        <w:tc>
          <w:tcPr>
            <w:tcW w:w="3005" w:type="dxa"/>
          </w:tcPr>
          <w:p w:rsidRPr="00D8630C" w:rsidR="00D63ADC" w:rsidP="00E35DB0" w:rsidRDefault="002A5F8A" w14:paraId="6DDE503E" w14:textId="5C1FD189">
            <w:r w:rsidRPr="002A5F8A">
              <w:t>Sprint &amp; Release Approval</w:t>
            </w:r>
          </w:p>
        </w:tc>
        <w:tc>
          <w:tcPr>
            <w:tcW w:w="3005" w:type="dxa"/>
          </w:tcPr>
          <w:p w:rsidRPr="00D8630C" w:rsidR="00D63ADC" w:rsidP="00E35DB0" w:rsidRDefault="00D63ADC" w14:paraId="04B93C02" w14:textId="77777777">
            <w:r w:rsidRPr="00185504">
              <w:t>Barath Narayanan</w:t>
            </w:r>
          </w:p>
        </w:tc>
        <w:tc>
          <w:tcPr>
            <w:tcW w:w="3006" w:type="dxa"/>
          </w:tcPr>
          <w:p w:rsidRPr="00D8630C" w:rsidR="00D63ADC" w:rsidP="00E35DB0" w:rsidRDefault="00D63ADC" w14:paraId="513FD857" w14:textId="77777777">
            <w:pPr>
              <w:jc w:val="right"/>
            </w:pPr>
            <w:r w:rsidRPr="00D8630C">
              <w:t>10 mins</w:t>
            </w:r>
          </w:p>
        </w:tc>
      </w:tr>
      <w:tr w:rsidR="00D63ADC" w:rsidTr="00E35DB0" w14:paraId="191B9977" w14:textId="77777777">
        <w:tc>
          <w:tcPr>
            <w:tcW w:w="9016" w:type="dxa"/>
            <w:gridSpan w:val="3"/>
          </w:tcPr>
          <w:p w:rsidRPr="00FC75F9" w:rsidR="00D63ADC" w:rsidP="00E35DB0" w:rsidRDefault="00D63ADC" w14:paraId="620947FD" w14:textId="77777777">
            <w:pPr>
              <w:jc w:val="center"/>
              <w:rPr>
                <w:b/>
                <w:bCs/>
                <w:i/>
                <w:iCs/>
              </w:rPr>
            </w:pPr>
            <w:r w:rsidRPr="00FC75F9">
              <w:rPr>
                <w:b/>
                <w:bCs/>
                <w:i/>
                <w:iCs/>
              </w:rPr>
              <w:t>Other Information</w:t>
            </w:r>
          </w:p>
        </w:tc>
      </w:tr>
      <w:tr w:rsidRPr="00FC75F9" w:rsidR="00D63ADC" w:rsidTr="00E35DB0" w14:paraId="221B6737" w14:textId="77777777">
        <w:tc>
          <w:tcPr>
            <w:tcW w:w="3005" w:type="dxa"/>
          </w:tcPr>
          <w:p w:rsidRPr="00FC75F9" w:rsidR="00D63ADC" w:rsidP="00E35DB0" w:rsidRDefault="00D63ADC" w14:paraId="52DB3AED" w14:textId="77777777">
            <w:pPr>
              <w:rPr>
                <w:b/>
                <w:bCs/>
                <w:i/>
                <w:iCs/>
              </w:rPr>
            </w:pPr>
            <w:r w:rsidRPr="00FC75F9">
              <w:rPr>
                <w:b/>
                <w:bCs/>
                <w:i/>
                <w:iCs/>
              </w:rPr>
              <w:t>Observers</w:t>
            </w:r>
          </w:p>
        </w:tc>
        <w:tc>
          <w:tcPr>
            <w:tcW w:w="3005" w:type="dxa"/>
          </w:tcPr>
          <w:p w:rsidRPr="00FC75F9" w:rsidR="00D63ADC" w:rsidP="00E35DB0" w:rsidRDefault="00D63ADC" w14:paraId="3F7087FD" w14:textId="77777777">
            <w:pPr>
              <w:rPr>
                <w:b/>
                <w:bCs/>
                <w:i/>
                <w:iCs/>
              </w:rPr>
            </w:pPr>
            <w:r w:rsidRPr="00FC75F9">
              <w:rPr>
                <w:b/>
                <w:bCs/>
                <w:i/>
                <w:iCs/>
              </w:rPr>
              <w:t>Resources</w:t>
            </w:r>
          </w:p>
        </w:tc>
        <w:tc>
          <w:tcPr>
            <w:tcW w:w="3006" w:type="dxa"/>
          </w:tcPr>
          <w:p w:rsidRPr="00FC75F9" w:rsidR="00D63ADC" w:rsidP="00E35DB0" w:rsidRDefault="00D63ADC" w14:paraId="5B1DD258" w14:textId="77777777">
            <w:pPr>
              <w:rPr>
                <w:b/>
                <w:bCs/>
                <w:i/>
                <w:iCs/>
              </w:rPr>
            </w:pPr>
            <w:r w:rsidRPr="00FC75F9">
              <w:rPr>
                <w:b/>
                <w:bCs/>
                <w:i/>
                <w:iCs/>
              </w:rPr>
              <w:t>Special Notes</w:t>
            </w:r>
          </w:p>
        </w:tc>
      </w:tr>
      <w:tr w:rsidR="00D63ADC" w:rsidTr="00E35DB0" w14:paraId="7575E856" w14:textId="77777777">
        <w:tc>
          <w:tcPr>
            <w:tcW w:w="3005" w:type="dxa"/>
          </w:tcPr>
          <w:p w:rsidRPr="00FC75F9" w:rsidR="00D63ADC" w:rsidP="00E35DB0" w:rsidRDefault="002A5F8A" w14:paraId="10537C61" w14:textId="59283A8C">
            <w:r w:rsidRPr="002A5F8A">
              <w:t>Stakeholder Group</w:t>
            </w:r>
          </w:p>
        </w:tc>
        <w:tc>
          <w:tcPr>
            <w:tcW w:w="3005" w:type="dxa"/>
          </w:tcPr>
          <w:p w:rsidRPr="00FC75F9" w:rsidR="00D63ADC" w:rsidP="00E35DB0" w:rsidRDefault="002A5F8A" w14:paraId="6DD74F15" w14:textId="71C84A89">
            <w:r w:rsidRPr="002A5F8A">
              <w:t>Jira Board, Release Docs</w:t>
            </w:r>
          </w:p>
        </w:tc>
        <w:tc>
          <w:tcPr>
            <w:tcW w:w="3006" w:type="dxa"/>
          </w:tcPr>
          <w:p w:rsidRPr="00FC75F9" w:rsidR="00D63ADC" w:rsidP="00E35DB0" w:rsidRDefault="002A5F8A" w14:paraId="7801BB28" w14:textId="458D0C26">
            <w:r w:rsidRPr="002A5F8A">
              <w:t>Focus on release readiness</w:t>
            </w:r>
          </w:p>
        </w:tc>
      </w:tr>
    </w:tbl>
    <w:p w:rsidR="004044DA" w:rsidP="004044DA" w:rsidRDefault="004044DA" w14:paraId="5726EE6B" w14:textId="77777777"/>
    <w:p w:rsidR="00C83458" w:rsidP="00C83458" w:rsidRDefault="00C83458" w14:paraId="6ECDE1D8" w14:textId="506AE04C">
      <w:pPr>
        <w:pStyle w:val="Heading1"/>
      </w:pPr>
      <w:r>
        <w:t>Sprint review meetings</w:t>
      </w:r>
    </w:p>
    <w:p w:rsidR="00C83458" w:rsidP="00C83458" w:rsidRDefault="00C83458" w14:paraId="3A634980" w14:textId="7A495651">
      <w:pPr>
        <w:pStyle w:val="Heading2"/>
      </w:pPr>
      <w:r>
        <w:t>Sprint 1</w:t>
      </w:r>
    </w:p>
    <w:tbl>
      <w:tblPr>
        <w:tblStyle w:val="TableGrid"/>
        <w:tblW w:w="0" w:type="auto"/>
        <w:tblLook w:val="04A0" w:firstRow="1" w:lastRow="0" w:firstColumn="1" w:lastColumn="0" w:noHBand="0" w:noVBand="1"/>
      </w:tblPr>
      <w:tblGrid>
        <w:gridCol w:w="2254"/>
        <w:gridCol w:w="2254"/>
        <w:gridCol w:w="2254"/>
        <w:gridCol w:w="2254"/>
      </w:tblGrid>
      <w:tr w:rsidR="00C83458" w:rsidTr="009C4D5B" w14:paraId="625C80ED" w14:textId="77777777">
        <w:tc>
          <w:tcPr>
            <w:tcW w:w="2254" w:type="dxa"/>
          </w:tcPr>
          <w:p w:rsidRPr="005E0381" w:rsidR="00C83458" w:rsidP="00C83458" w:rsidRDefault="00C83458" w14:paraId="05641705" w14:textId="725033A9">
            <w:pPr>
              <w:rPr>
                <w:b/>
                <w:bCs/>
                <w:i/>
                <w:iCs/>
              </w:rPr>
            </w:pPr>
            <w:r w:rsidRPr="005E0381">
              <w:rPr>
                <w:b/>
                <w:bCs/>
                <w:i/>
                <w:iCs/>
              </w:rPr>
              <w:t>Date</w:t>
            </w:r>
          </w:p>
        </w:tc>
        <w:tc>
          <w:tcPr>
            <w:tcW w:w="6762" w:type="dxa"/>
            <w:gridSpan w:val="3"/>
          </w:tcPr>
          <w:p w:rsidR="00C83458" w:rsidP="00C83458" w:rsidRDefault="00C83458" w14:paraId="3B19A85B" w14:textId="6DAEB21B">
            <w:r w:rsidRPr="00C83458">
              <w:t>14/09/2025</w:t>
            </w:r>
          </w:p>
        </w:tc>
      </w:tr>
      <w:tr w:rsidR="00C83458" w:rsidTr="00AF69E9" w14:paraId="5C99B3C2" w14:textId="77777777">
        <w:tc>
          <w:tcPr>
            <w:tcW w:w="2254" w:type="dxa"/>
          </w:tcPr>
          <w:p w:rsidRPr="005E0381" w:rsidR="00C83458" w:rsidP="00C83458" w:rsidRDefault="00C83458" w14:paraId="6CD1F305" w14:textId="72E30B26">
            <w:pPr>
              <w:rPr>
                <w:b/>
                <w:bCs/>
                <w:i/>
                <w:iCs/>
              </w:rPr>
            </w:pPr>
            <w:r w:rsidRPr="005E0381">
              <w:rPr>
                <w:b/>
                <w:bCs/>
                <w:i/>
                <w:iCs/>
              </w:rPr>
              <w:t>Time</w:t>
            </w:r>
          </w:p>
        </w:tc>
        <w:tc>
          <w:tcPr>
            <w:tcW w:w="6762" w:type="dxa"/>
            <w:gridSpan w:val="3"/>
          </w:tcPr>
          <w:p w:rsidR="00C83458" w:rsidP="00C83458" w:rsidRDefault="00C83458" w14:paraId="4B8F8979" w14:textId="5D7966B6">
            <w:r w:rsidRPr="00C83458">
              <w:t>11:00 AM – 12:30 PM</w:t>
            </w:r>
          </w:p>
        </w:tc>
      </w:tr>
      <w:tr w:rsidR="00C83458" w:rsidTr="002035D1" w14:paraId="792EB38B" w14:textId="77777777">
        <w:tc>
          <w:tcPr>
            <w:tcW w:w="2254" w:type="dxa"/>
          </w:tcPr>
          <w:p w:rsidRPr="005E0381" w:rsidR="00C83458" w:rsidP="00C83458" w:rsidRDefault="00C83458" w14:paraId="562BB0E0" w14:textId="0D96686C">
            <w:pPr>
              <w:rPr>
                <w:b/>
                <w:bCs/>
                <w:i/>
                <w:iCs/>
              </w:rPr>
            </w:pPr>
            <w:r w:rsidRPr="005E0381">
              <w:rPr>
                <w:b/>
                <w:bCs/>
                <w:i/>
                <w:iCs/>
              </w:rPr>
              <w:t>Location</w:t>
            </w:r>
          </w:p>
        </w:tc>
        <w:tc>
          <w:tcPr>
            <w:tcW w:w="6762" w:type="dxa"/>
            <w:gridSpan w:val="3"/>
          </w:tcPr>
          <w:p w:rsidR="00C83458" w:rsidP="00C83458" w:rsidRDefault="00C83458" w14:paraId="21168D12" w14:textId="49BAAA4D">
            <w:r w:rsidRPr="00C83458">
              <w:t>Conference Room A / MS Teams</w:t>
            </w:r>
          </w:p>
        </w:tc>
      </w:tr>
      <w:tr w:rsidR="00C83458" w:rsidTr="00310D92" w14:paraId="67F402C2" w14:textId="77777777">
        <w:tc>
          <w:tcPr>
            <w:tcW w:w="2254" w:type="dxa"/>
          </w:tcPr>
          <w:p w:rsidRPr="005E0381" w:rsidR="00C83458" w:rsidP="00C83458" w:rsidRDefault="00C83458" w14:paraId="5ABC21B2" w14:textId="1EF4B387">
            <w:pPr>
              <w:rPr>
                <w:b/>
                <w:bCs/>
                <w:i/>
                <w:iCs/>
              </w:rPr>
            </w:pPr>
            <w:r w:rsidRPr="005E0381">
              <w:rPr>
                <w:b/>
                <w:bCs/>
                <w:i/>
                <w:iCs/>
              </w:rPr>
              <w:t>Prepared By</w:t>
            </w:r>
          </w:p>
        </w:tc>
        <w:tc>
          <w:tcPr>
            <w:tcW w:w="6762" w:type="dxa"/>
            <w:gridSpan w:val="3"/>
          </w:tcPr>
          <w:p w:rsidR="00C83458" w:rsidP="00C83458" w:rsidRDefault="00C83458" w14:paraId="6AD77D6F" w14:textId="3F70F3EC">
            <w:r w:rsidRPr="00C83458">
              <w:t>Mr. Ramesh (Product Owner)</w:t>
            </w:r>
          </w:p>
        </w:tc>
      </w:tr>
      <w:tr w:rsidR="005E0381" w:rsidTr="003A2CD6" w14:paraId="2951FBFE" w14:textId="77777777">
        <w:trPr>
          <w:trHeight w:val="1940"/>
        </w:trPr>
        <w:tc>
          <w:tcPr>
            <w:tcW w:w="2254" w:type="dxa"/>
          </w:tcPr>
          <w:p w:rsidRPr="005E0381" w:rsidR="005E0381" w:rsidP="00C83458" w:rsidRDefault="005E0381" w14:paraId="2AFF04CA" w14:textId="4A903CD4">
            <w:pPr>
              <w:rPr>
                <w:b/>
                <w:bCs/>
                <w:i/>
                <w:iCs/>
              </w:rPr>
            </w:pPr>
            <w:r w:rsidRPr="005E0381">
              <w:rPr>
                <w:b/>
                <w:bCs/>
                <w:i/>
                <w:iCs/>
              </w:rPr>
              <w:t>Attendees</w:t>
            </w:r>
          </w:p>
        </w:tc>
        <w:tc>
          <w:tcPr>
            <w:tcW w:w="6762" w:type="dxa"/>
            <w:gridSpan w:val="3"/>
          </w:tcPr>
          <w:p w:rsidR="005E0381" w:rsidP="00C83458" w:rsidRDefault="005E0381" w14:paraId="146AD55B" w14:textId="77777777">
            <w:r w:rsidRPr="00C83458">
              <w:t>Barath Narayanan (Scrum Master &amp; BA)</w:t>
            </w:r>
          </w:p>
          <w:p w:rsidR="005E0381" w:rsidP="00C83458" w:rsidRDefault="005E0381" w14:paraId="6187CE29" w14:textId="77777777">
            <w:r w:rsidRPr="00C83458">
              <w:t>Mr. Ramesh (PO)</w:t>
            </w:r>
          </w:p>
          <w:p w:rsidR="005E0381" w:rsidP="00C83458" w:rsidRDefault="005E0381" w14:paraId="31FCED63" w14:textId="77777777">
            <w:r w:rsidRPr="00C83458">
              <w:t>Suresh Menon</w:t>
            </w:r>
          </w:p>
          <w:p w:rsidR="005E0381" w:rsidP="00C83458" w:rsidRDefault="005E0381" w14:paraId="4F2BB76B" w14:textId="77777777">
            <w:r w:rsidRPr="00C83458">
              <w:t>Vivek Reddy</w:t>
            </w:r>
          </w:p>
          <w:p w:rsidR="005E0381" w:rsidP="00C83458" w:rsidRDefault="005E0381" w14:paraId="5B287683" w14:textId="77777777">
            <w:r w:rsidRPr="00C83458">
              <w:t>Anil Sharma</w:t>
            </w:r>
          </w:p>
          <w:p w:rsidR="005E0381" w:rsidP="00C83458" w:rsidRDefault="005E0381" w14:paraId="3A5755FC" w14:textId="77777777">
            <w:r w:rsidRPr="00C83458">
              <w:t>Karthik Iyer</w:t>
            </w:r>
          </w:p>
          <w:p w:rsidR="005E0381" w:rsidP="00C83458" w:rsidRDefault="005E0381" w14:paraId="6130D46B" w14:textId="438A6895">
            <w:r w:rsidRPr="00C83458">
              <w:t>Prakash Rao</w:t>
            </w:r>
          </w:p>
        </w:tc>
      </w:tr>
      <w:tr w:rsidR="00C83458" w:rsidTr="00C83458" w14:paraId="4D28C023" w14:textId="77777777">
        <w:tc>
          <w:tcPr>
            <w:tcW w:w="2254" w:type="dxa"/>
          </w:tcPr>
          <w:p w:rsidRPr="005E0381" w:rsidR="00C83458" w:rsidP="00C83458" w:rsidRDefault="00C83458" w14:paraId="36F46F6A" w14:textId="042E0419">
            <w:pPr>
              <w:rPr>
                <w:b/>
                <w:bCs/>
                <w:i/>
                <w:iCs/>
              </w:rPr>
            </w:pPr>
            <w:r w:rsidRPr="005E0381">
              <w:rPr>
                <w:b/>
                <w:bCs/>
                <w:i/>
                <w:iCs/>
              </w:rPr>
              <w:t>Sprint status</w:t>
            </w:r>
          </w:p>
        </w:tc>
        <w:tc>
          <w:tcPr>
            <w:tcW w:w="2254" w:type="dxa"/>
          </w:tcPr>
          <w:p w:rsidRPr="005E0381" w:rsidR="00C83458" w:rsidP="00C83458" w:rsidRDefault="00C83458" w14:paraId="5A630F45" w14:textId="7583BE74">
            <w:pPr>
              <w:rPr>
                <w:b/>
                <w:bCs/>
                <w:i/>
                <w:iCs/>
              </w:rPr>
            </w:pPr>
            <w:r w:rsidRPr="005E0381">
              <w:rPr>
                <w:b/>
                <w:bCs/>
                <w:i/>
                <w:iCs/>
              </w:rPr>
              <w:t>Things to demo</w:t>
            </w:r>
          </w:p>
        </w:tc>
        <w:tc>
          <w:tcPr>
            <w:tcW w:w="2254" w:type="dxa"/>
          </w:tcPr>
          <w:p w:rsidRPr="005E0381" w:rsidR="00C83458" w:rsidP="00C83458" w:rsidRDefault="00C83458" w14:paraId="254DBB23" w14:textId="43ED965A">
            <w:pPr>
              <w:rPr>
                <w:b/>
                <w:bCs/>
                <w:i/>
                <w:iCs/>
              </w:rPr>
            </w:pPr>
            <w:r w:rsidRPr="005E0381">
              <w:rPr>
                <w:b/>
                <w:bCs/>
                <w:i/>
                <w:iCs/>
              </w:rPr>
              <w:t>Quick updates</w:t>
            </w:r>
          </w:p>
        </w:tc>
        <w:tc>
          <w:tcPr>
            <w:tcW w:w="2254" w:type="dxa"/>
          </w:tcPr>
          <w:p w:rsidRPr="005E0381" w:rsidR="00C83458" w:rsidP="00C83458" w:rsidRDefault="00C83458" w14:paraId="3210E4DD" w14:textId="72BBBC97">
            <w:pPr>
              <w:rPr>
                <w:b/>
                <w:bCs/>
                <w:i/>
                <w:iCs/>
              </w:rPr>
            </w:pPr>
            <w:r w:rsidRPr="005E0381">
              <w:rPr>
                <w:b/>
                <w:bCs/>
                <w:i/>
                <w:iCs/>
              </w:rPr>
              <w:t>What’s next</w:t>
            </w:r>
          </w:p>
        </w:tc>
      </w:tr>
      <w:tr w:rsidR="00C83458" w:rsidTr="00C83458" w14:paraId="2B4C678B" w14:textId="77777777">
        <w:tc>
          <w:tcPr>
            <w:tcW w:w="2254" w:type="dxa"/>
          </w:tcPr>
          <w:p w:rsidRPr="00C83458" w:rsidR="00C83458" w:rsidP="00C83458" w:rsidRDefault="00C83458" w14:paraId="4B6FA5D2" w14:textId="58C2CF57">
            <w:r w:rsidRPr="00C83458">
              <w:t>Completed 90% of planned stories</w:t>
            </w:r>
          </w:p>
        </w:tc>
        <w:tc>
          <w:tcPr>
            <w:tcW w:w="2254" w:type="dxa"/>
          </w:tcPr>
          <w:p w:rsidRPr="00C83458" w:rsidR="00C83458" w:rsidP="00C83458" w:rsidRDefault="00C83458" w14:paraId="1539508B" w14:textId="1552B072">
            <w:r w:rsidRPr="00C83458">
              <w:t>Login module, User dashboard</w:t>
            </w:r>
          </w:p>
        </w:tc>
        <w:tc>
          <w:tcPr>
            <w:tcW w:w="2254" w:type="dxa"/>
          </w:tcPr>
          <w:p w:rsidRPr="00C83458" w:rsidR="00C83458" w:rsidP="00C83458" w:rsidRDefault="00C83458" w14:paraId="52D3A383" w14:textId="3B2C11FD">
            <w:r w:rsidRPr="00C83458">
              <w:t>Minor API performance issues fixed</w:t>
            </w:r>
          </w:p>
        </w:tc>
        <w:tc>
          <w:tcPr>
            <w:tcW w:w="2254" w:type="dxa"/>
          </w:tcPr>
          <w:p w:rsidRPr="00C83458" w:rsidR="00C83458" w:rsidP="00C83458" w:rsidRDefault="00C83458" w14:paraId="1C34A937" w14:textId="32BC7821">
            <w:r w:rsidRPr="00C83458">
              <w:t>Integrate payment gateway</w:t>
            </w:r>
          </w:p>
        </w:tc>
      </w:tr>
    </w:tbl>
    <w:p w:rsidR="00C83458" w:rsidP="005E0381" w:rsidRDefault="005E0381" w14:paraId="7CB1470E" w14:textId="57770B28">
      <w:pPr>
        <w:pStyle w:val="Heading2"/>
      </w:pPr>
      <w:r>
        <w:t>Sprint 2</w:t>
      </w:r>
    </w:p>
    <w:tbl>
      <w:tblPr>
        <w:tblStyle w:val="TableGrid"/>
        <w:tblW w:w="0" w:type="auto"/>
        <w:tblLook w:val="04A0" w:firstRow="1" w:lastRow="0" w:firstColumn="1" w:lastColumn="0" w:noHBand="0" w:noVBand="1"/>
      </w:tblPr>
      <w:tblGrid>
        <w:gridCol w:w="2254"/>
        <w:gridCol w:w="2254"/>
        <w:gridCol w:w="2254"/>
        <w:gridCol w:w="2254"/>
      </w:tblGrid>
      <w:tr w:rsidR="005E0381" w:rsidTr="00E35DB0" w14:paraId="61026D33" w14:textId="77777777">
        <w:tc>
          <w:tcPr>
            <w:tcW w:w="2254" w:type="dxa"/>
          </w:tcPr>
          <w:p w:rsidRPr="005E0381" w:rsidR="005E0381" w:rsidP="00E35DB0" w:rsidRDefault="005E0381" w14:paraId="62939638" w14:textId="77777777">
            <w:pPr>
              <w:rPr>
                <w:b/>
                <w:bCs/>
                <w:i/>
                <w:iCs/>
              </w:rPr>
            </w:pPr>
            <w:r w:rsidRPr="005E0381">
              <w:rPr>
                <w:b/>
                <w:bCs/>
                <w:i/>
                <w:iCs/>
              </w:rPr>
              <w:t>Date</w:t>
            </w:r>
          </w:p>
        </w:tc>
        <w:tc>
          <w:tcPr>
            <w:tcW w:w="6762" w:type="dxa"/>
            <w:gridSpan w:val="3"/>
          </w:tcPr>
          <w:p w:rsidR="005E0381" w:rsidP="00E35DB0" w:rsidRDefault="002646CC" w14:paraId="52F6CC24" w14:textId="31415A76">
            <w:r w:rsidRPr="002646CC">
              <w:t>28/09/2025</w:t>
            </w:r>
          </w:p>
        </w:tc>
      </w:tr>
      <w:tr w:rsidR="005E0381" w:rsidTr="00E35DB0" w14:paraId="2AAE0BAB" w14:textId="77777777">
        <w:tc>
          <w:tcPr>
            <w:tcW w:w="2254" w:type="dxa"/>
          </w:tcPr>
          <w:p w:rsidRPr="005E0381" w:rsidR="005E0381" w:rsidP="00E35DB0" w:rsidRDefault="005E0381" w14:paraId="35241B7D" w14:textId="77777777">
            <w:pPr>
              <w:rPr>
                <w:b/>
                <w:bCs/>
                <w:i/>
                <w:iCs/>
              </w:rPr>
            </w:pPr>
            <w:r w:rsidRPr="005E0381">
              <w:rPr>
                <w:b/>
                <w:bCs/>
                <w:i/>
                <w:iCs/>
              </w:rPr>
              <w:t>Time</w:t>
            </w:r>
          </w:p>
        </w:tc>
        <w:tc>
          <w:tcPr>
            <w:tcW w:w="6762" w:type="dxa"/>
            <w:gridSpan w:val="3"/>
          </w:tcPr>
          <w:p w:rsidR="005E0381" w:rsidP="00E35DB0" w:rsidRDefault="002646CC" w14:paraId="453F5BB5" w14:textId="0E757A13">
            <w:r w:rsidRPr="002646CC">
              <w:t>11:00 AM – 12:30 PM</w:t>
            </w:r>
          </w:p>
        </w:tc>
      </w:tr>
      <w:tr w:rsidR="005E0381" w:rsidTr="00E35DB0" w14:paraId="5ECAFF08" w14:textId="77777777">
        <w:tc>
          <w:tcPr>
            <w:tcW w:w="2254" w:type="dxa"/>
          </w:tcPr>
          <w:p w:rsidRPr="005E0381" w:rsidR="005E0381" w:rsidP="00E35DB0" w:rsidRDefault="005E0381" w14:paraId="72025B96" w14:textId="77777777">
            <w:pPr>
              <w:rPr>
                <w:b/>
                <w:bCs/>
                <w:i/>
                <w:iCs/>
              </w:rPr>
            </w:pPr>
            <w:r w:rsidRPr="005E0381">
              <w:rPr>
                <w:b/>
                <w:bCs/>
                <w:i/>
                <w:iCs/>
              </w:rPr>
              <w:t>Location</w:t>
            </w:r>
          </w:p>
        </w:tc>
        <w:tc>
          <w:tcPr>
            <w:tcW w:w="6762" w:type="dxa"/>
            <w:gridSpan w:val="3"/>
          </w:tcPr>
          <w:p w:rsidR="005E0381" w:rsidP="00E35DB0" w:rsidRDefault="002646CC" w14:paraId="5F8079BC" w14:textId="187967EA">
            <w:r w:rsidRPr="002646CC">
              <w:t>Conference Room B / MS Teams</w:t>
            </w:r>
          </w:p>
        </w:tc>
      </w:tr>
      <w:tr w:rsidR="005E0381" w:rsidTr="00E35DB0" w14:paraId="11B0C5D5" w14:textId="77777777">
        <w:tc>
          <w:tcPr>
            <w:tcW w:w="2254" w:type="dxa"/>
          </w:tcPr>
          <w:p w:rsidRPr="005E0381" w:rsidR="005E0381" w:rsidP="00E35DB0" w:rsidRDefault="005E0381" w14:paraId="2CA6B8AA" w14:textId="77777777">
            <w:pPr>
              <w:rPr>
                <w:b/>
                <w:bCs/>
                <w:i/>
                <w:iCs/>
              </w:rPr>
            </w:pPr>
            <w:r w:rsidRPr="005E0381">
              <w:rPr>
                <w:b/>
                <w:bCs/>
                <w:i/>
                <w:iCs/>
              </w:rPr>
              <w:t>Prepared By</w:t>
            </w:r>
          </w:p>
        </w:tc>
        <w:tc>
          <w:tcPr>
            <w:tcW w:w="6762" w:type="dxa"/>
            <w:gridSpan w:val="3"/>
          </w:tcPr>
          <w:p w:rsidR="005E0381" w:rsidP="00E35DB0" w:rsidRDefault="002646CC" w14:paraId="130714AC" w14:textId="42B51762">
            <w:r w:rsidRPr="002646CC">
              <w:t>Mr. Ramesh</w:t>
            </w:r>
          </w:p>
        </w:tc>
      </w:tr>
      <w:tr w:rsidR="005E0381" w:rsidTr="00E35DB0" w14:paraId="27D4469F" w14:textId="77777777">
        <w:trPr>
          <w:trHeight w:val="1940"/>
        </w:trPr>
        <w:tc>
          <w:tcPr>
            <w:tcW w:w="2254" w:type="dxa"/>
          </w:tcPr>
          <w:p w:rsidRPr="005E0381" w:rsidR="005E0381" w:rsidP="00E35DB0" w:rsidRDefault="005E0381" w14:paraId="45A22A76" w14:textId="77777777">
            <w:pPr>
              <w:rPr>
                <w:b/>
                <w:bCs/>
                <w:i/>
                <w:iCs/>
              </w:rPr>
            </w:pPr>
            <w:r w:rsidRPr="005E0381">
              <w:rPr>
                <w:b/>
                <w:bCs/>
                <w:i/>
                <w:iCs/>
              </w:rPr>
              <w:t>Attendees</w:t>
            </w:r>
          </w:p>
        </w:tc>
        <w:tc>
          <w:tcPr>
            <w:tcW w:w="6762" w:type="dxa"/>
            <w:gridSpan w:val="3"/>
          </w:tcPr>
          <w:p w:rsidR="005E0381" w:rsidP="00E35DB0" w:rsidRDefault="005E0381" w14:paraId="7943BF8A" w14:textId="77777777">
            <w:r w:rsidRPr="00C83458">
              <w:t>Barath Narayanan (Scrum Master &amp; BA)</w:t>
            </w:r>
          </w:p>
          <w:p w:rsidR="005E0381" w:rsidP="00E35DB0" w:rsidRDefault="005E0381" w14:paraId="371806B2" w14:textId="77777777">
            <w:r w:rsidRPr="00C83458">
              <w:t>Mr. Ramesh (PO)</w:t>
            </w:r>
          </w:p>
          <w:p w:rsidR="005E0381" w:rsidP="00E35DB0" w:rsidRDefault="005E0381" w14:paraId="2FC5B45B" w14:textId="77777777">
            <w:r w:rsidRPr="00C83458">
              <w:t>Suresh Menon</w:t>
            </w:r>
          </w:p>
          <w:p w:rsidR="005E0381" w:rsidP="00E35DB0" w:rsidRDefault="005E0381" w14:paraId="4EA4CACB" w14:textId="77777777">
            <w:r w:rsidRPr="00C83458">
              <w:t>Vivek Reddy</w:t>
            </w:r>
          </w:p>
          <w:p w:rsidR="005E0381" w:rsidP="00E35DB0" w:rsidRDefault="005E0381" w14:paraId="2304AF61" w14:textId="77777777">
            <w:r w:rsidRPr="00C83458">
              <w:t>Anil Sharma</w:t>
            </w:r>
          </w:p>
          <w:p w:rsidR="005E0381" w:rsidP="00E35DB0" w:rsidRDefault="005E0381" w14:paraId="05C8E9B8" w14:textId="77777777">
            <w:r w:rsidRPr="00C83458">
              <w:t>Karthik Iyer</w:t>
            </w:r>
          </w:p>
          <w:p w:rsidR="005E0381" w:rsidP="00E35DB0" w:rsidRDefault="005E0381" w14:paraId="07BAE448" w14:textId="77777777">
            <w:r w:rsidRPr="00C83458">
              <w:t>Prakash Rao</w:t>
            </w:r>
          </w:p>
        </w:tc>
      </w:tr>
      <w:tr w:rsidR="005E0381" w:rsidTr="00E35DB0" w14:paraId="344214BC" w14:textId="77777777">
        <w:tc>
          <w:tcPr>
            <w:tcW w:w="2254" w:type="dxa"/>
          </w:tcPr>
          <w:p w:rsidRPr="005E0381" w:rsidR="005E0381" w:rsidP="00E35DB0" w:rsidRDefault="005E0381" w14:paraId="15A5F88A" w14:textId="77777777">
            <w:pPr>
              <w:rPr>
                <w:b/>
                <w:bCs/>
                <w:i/>
                <w:iCs/>
              </w:rPr>
            </w:pPr>
            <w:r w:rsidRPr="005E0381">
              <w:rPr>
                <w:b/>
                <w:bCs/>
                <w:i/>
                <w:iCs/>
              </w:rPr>
              <w:t>Sprint status</w:t>
            </w:r>
          </w:p>
        </w:tc>
        <w:tc>
          <w:tcPr>
            <w:tcW w:w="2254" w:type="dxa"/>
          </w:tcPr>
          <w:p w:rsidRPr="005E0381" w:rsidR="005E0381" w:rsidP="00E35DB0" w:rsidRDefault="005E0381" w14:paraId="1B3C7125" w14:textId="77777777">
            <w:pPr>
              <w:rPr>
                <w:b/>
                <w:bCs/>
                <w:i/>
                <w:iCs/>
              </w:rPr>
            </w:pPr>
            <w:r w:rsidRPr="005E0381">
              <w:rPr>
                <w:b/>
                <w:bCs/>
                <w:i/>
                <w:iCs/>
              </w:rPr>
              <w:t>Things to demo</w:t>
            </w:r>
          </w:p>
        </w:tc>
        <w:tc>
          <w:tcPr>
            <w:tcW w:w="2254" w:type="dxa"/>
          </w:tcPr>
          <w:p w:rsidRPr="005E0381" w:rsidR="005E0381" w:rsidP="00E35DB0" w:rsidRDefault="005E0381" w14:paraId="78CD55F4" w14:textId="77777777">
            <w:pPr>
              <w:rPr>
                <w:b/>
                <w:bCs/>
                <w:i/>
                <w:iCs/>
              </w:rPr>
            </w:pPr>
            <w:r w:rsidRPr="005E0381">
              <w:rPr>
                <w:b/>
                <w:bCs/>
                <w:i/>
                <w:iCs/>
              </w:rPr>
              <w:t>Quick updates</w:t>
            </w:r>
          </w:p>
        </w:tc>
        <w:tc>
          <w:tcPr>
            <w:tcW w:w="2254" w:type="dxa"/>
          </w:tcPr>
          <w:p w:rsidRPr="005E0381" w:rsidR="005E0381" w:rsidP="00E35DB0" w:rsidRDefault="005E0381" w14:paraId="786776B6" w14:textId="77777777">
            <w:pPr>
              <w:rPr>
                <w:b/>
                <w:bCs/>
                <w:i/>
                <w:iCs/>
              </w:rPr>
            </w:pPr>
            <w:r w:rsidRPr="005E0381">
              <w:rPr>
                <w:b/>
                <w:bCs/>
                <w:i/>
                <w:iCs/>
              </w:rPr>
              <w:t>What’s next</w:t>
            </w:r>
          </w:p>
        </w:tc>
      </w:tr>
      <w:tr w:rsidR="005E0381" w:rsidTr="00E35DB0" w14:paraId="068A47C0" w14:textId="77777777">
        <w:tc>
          <w:tcPr>
            <w:tcW w:w="2254" w:type="dxa"/>
          </w:tcPr>
          <w:p w:rsidRPr="00C83458" w:rsidR="005E0381" w:rsidP="00E35DB0" w:rsidRDefault="002646CC" w14:paraId="66224A6F" w14:textId="681F74CA">
            <w:r w:rsidRPr="002646CC">
              <w:t>Completed all planned features</w:t>
            </w:r>
          </w:p>
        </w:tc>
        <w:tc>
          <w:tcPr>
            <w:tcW w:w="2254" w:type="dxa"/>
          </w:tcPr>
          <w:p w:rsidRPr="00C83458" w:rsidR="005E0381" w:rsidP="00E35DB0" w:rsidRDefault="002646CC" w14:paraId="4C8E71DE" w14:textId="6EE37FC0">
            <w:r>
              <w:t>Ticket request, download tickets</w:t>
            </w:r>
          </w:p>
        </w:tc>
        <w:tc>
          <w:tcPr>
            <w:tcW w:w="2254" w:type="dxa"/>
          </w:tcPr>
          <w:p w:rsidRPr="00C83458" w:rsidR="005E0381" w:rsidP="00E35DB0" w:rsidRDefault="002646CC" w14:paraId="0FB340EC" w14:textId="17F36FE4">
            <w:r w:rsidRPr="002646CC">
              <w:t>New security measures implemented</w:t>
            </w:r>
          </w:p>
        </w:tc>
        <w:tc>
          <w:tcPr>
            <w:tcW w:w="2254" w:type="dxa"/>
          </w:tcPr>
          <w:p w:rsidRPr="00C83458" w:rsidR="005E0381" w:rsidP="00E35DB0" w:rsidRDefault="002646CC" w14:paraId="6ACE4718" w14:textId="634B508F">
            <w:r w:rsidRPr="002646CC">
              <w:t>Develop admin analytics dashboard</w:t>
            </w:r>
          </w:p>
        </w:tc>
      </w:tr>
    </w:tbl>
    <w:p w:rsidR="005E0381" w:rsidP="005E0381" w:rsidRDefault="005E0381" w14:paraId="0394126D" w14:textId="77777777"/>
    <w:p w:rsidR="002646CC" w:rsidP="002646CC" w:rsidRDefault="002646CC" w14:paraId="190988FB" w14:textId="252C8DD9">
      <w:pPr>
        <w:pStyle w:val="Heading2"/>
      </w:pPr>
      <w:r>
        <w:t>Sprint 3</w:t>
      </w:r>
    </w:p>
    <w:tbl>
      <w:tblPr>
        <w:tblStyle w:val="TableGrid"/>
        <w:tblW w:w="0" w:type="auto"/>
        <w:tblLook w:val="04A0" w:firstRow="1" w:lastRow="0" w:firstColumn="1" w:lastColumn="0" w:noHBand="0" w:noVBand="1"/>
      </w:tblPr>
      <w:tblGrid>
        <w:gridCol w:w="2254"/>
        <w:gridCol w:w="2254"/>
        <w:gridCol w:w="2254"/>
        <w:gridCol w:w="2254"/>
      </w:tblGrid>
      <w:tr w:rsidR="002646CC" w:rsidTr="00E35DB0" w14:paraId="5FB4867F" w14:textId="77777777">
        <w:tc>
          <w:tcPr>
            <w:tcW w:w="2254" w:type="dxa"/>
          </w:tcPr>
          <w:p w:rsidRPr="005E0381" w:rsidR="002646CC" w:rsidP="00E35DB0" w:rsidRDefault="002646CC" w14:paraId="5220630C" w14:textId="77777777">
            <w:pPr>
              <w:rPr>
                <w:b/>
                <w:bCs/>
                <w:i/>
                <w:iCs/>
              </w:rPr>
            </w:pPr>
            <w:r w:rsidRPr="005E0381">
              <w:rPr>
                <w:b/>
                <w:bCs/>
                <w:i/>
                <w:iCs/>
              </w:rPr>
              <w:t>Date</w:t>
            </w:r>
          </w:p>
        </w:tc>
        <w:tc>
          <w:tcPr>
            <w:tcW w:w="6762" w:type="dxa"/>
            <w:gridSpan w:val="3"/>
          </w:tcPr>
          <w:p w:rsidR="002646CC" w:rsidP="00E35DB0" w:rsidRDefault="002646CC" w14:paraId="3F84AB83" w14:textId="6676ADBA">
            <w:r w:rsidRPr="002646CC">
              <w:t>12/10/2025</w:t>
            </w:r>
          </w:p>
        </w:tc>
      </w:tr>
      <w:tr w:rsidR="002646CC" w:rsidTr="00E35DB0" w14:paraId="50B8D9D0" w14:textId="77777777">
        <w:tc>
          <w:tcPr>
            <w:tcW w:w="2254" w:type="dxa"/>
          </w:tcPr>
          <w:p w:rsidRPr="005E0381" w:rsidR="002646CC" w:rsidP="00E35DB0" w:rsidRDefault="002646CC" w14:paraId="2B98A209" w14:textId="77777777">
            <w:pPr>
              <w:rPr>
                <w:b/>
                <w:bCs/>
                <w:i/>
                <w:iCs/>
              </w:rPr>
            </w:pPr>
            <w:r w:rsidRPr="005E0381">
              <w:rPr>
                <w:b/>
                <w:bCs/>
                <w:i/>
                <w:iCs/>
              </w:rPr>
              <w:t>Time</w:t>
            </w:r>
          </w:p>
        </w:tc>
        <w:tc>
          <w:tcPr>
            <w:tcW w:w="6762" w:type="dxa"/>
            <w:gridSpan w:val="3"/>
          </w:tcPr>
          <w:p w:rsidR="002646CC" w:rsidP="00E35DB0" w:rsidRDefault="002646CC" w14:paraId="198CFC54" w14:textId="28ABD02E">
            <w:r w:rsidRPr="002646CC">
              <w:t>2:00 PM – 3:30 PM</w:t>
            </w:r>
          </w:p>
        </w:tc>
      </w:tr>
      <w:tr w:rsidR="002646CC" w:rsidTr="00E35DB0" w14:paraId="4185D3E7" w14:textId="77777777">
        <w:tc>
          <w:tcPr>
            <w:tcW w:w="2254" w:type="dxa"/>
          </w:tcPr>
          <w:p w:rsidRPr="005E0381" w:rsidR="002646CC" w:rsidP="00E35DB0" w:rsidRDefault="002646CC" w14:paraId="5E88DC59" w14:textId="77777777">
            <w:pPr>
              <w:rPr>
                <w:b/>
                <w:bCs/>
                <w:i/>
                <w:iCs/>
              </w:rPr>
            </w:pPr>
            <w:r w:rsidRPr="005E0381">
              <w:rPr>
                <w:b/>
                <w:bCs/>
                <w:i/>
                <w:iCs/>
              </w:rPr>
              <w:t>Location</w:t>
            </w:r>
          </w:p>
        </w:tc>
        <w:tc>
          <w:tcPr>
            <w:tcW w:w="6762" w:type="dxa"/>
            <w:gridSpan w:val="3"/>
          </w:tcPr>
          <w:p w:rsidR="002646CC" w:rsidP="00E35DB0" w:rsidRDefault="002646CC" w14:paraId="437A2FBA" w14:textId="19AFF152">
            <w:r w:rsidRPr="002646CC">
              <w:t>Conference Room C / MS Teams</w:t>
            </w:r>
          </w:p>
        </w:tc>
      </w:tr>
      <w:tr w:rsidR="002646CC" w:rsidTr="00E35DB0" w14:paraId="55D695ED" w14:textId="77777777">
        <w:tc>
          <w:tcPr>
            <w:tcW w:w="2254" w:type="dxa"/>
          </w:tcPr>
          <w:p w:rsidRPr="005E0381" w:rsidR="002646CC" w:rsidP="00E35DB0" w:rsidRDefault="002646CC" w14:paraId="461F1CE2" w14:textId="77777777">
            <w:pPr>
              <w:rPr>
                <w:b/>
                <w:bCs/>
                <w:i/>
                <w:iCs/>
              </w:rPr>
            </w:pPr>
            <w:r w:rsidRPr="005E0381">
              <w:rPr>
                <w:b/>
                <w:bCs/>
                <w:i/>
                <w:iCs/>
              </w:rPr>
              <w:t>Prepared By</w:t>
            </w:r>
          </w:p>
        </w:tc>
        <w:tc>
          <w:tcPr>
            <w:tcW w:w="6762" w:type="dxa"/>
            <w:gridSpan w:val="3"/>
          </w:tcPr>
          <w:p w:rsidR="002646CC" w:rsidP="00E35DB0" w:rsidRDefault="002646CC" w14:paraId="32A3ED62" w14:textId="77777777">
            <w:r w:rsidRPr="002646CC">
              <w:t>Mr. Ramesh</w:t>
            </w:r>
          </w:p>
        </w:tc>
      </w:tr>
      <w:tr w:rsidR="002646CC" w:rsidTr="00E35DB0" w14:paraId="1C975A76" w14:textId="77777777">
        <w:trPr>
          <w:trHeight w:val="1940"/>
        </w:trPr>
        <w:tc>
          <w:tcPr>
            <w:tcW w:w="2254" w:type="dxa"/>
          </w:tcPr>
          <w:p w:rsidRPr="005E0381" w:rsidR="002646CC" w:rsidP="00E35DB0" w:rsidRDefault="002646CC" w14:paraId="24429052" w14:textId="77777777">
            <w:pPr>
              <w:rPr>
                <w:b/>
                <w:bCs/>
                <w:i/>
                <w:iCs/>
              </w:rPr>
            </w:pPr>
            <w:r w:rsidRPr="005E0381">
              <w:rPr>
                <w:b/>
                <w:bCs/>
                <w:i/>
                <w:iCs/>
              </w:rPr>
              <w:t>Attendees</w:t>
            </w:r>
          </w:p>
        </w:tc>
        <w:tc>
          <w:tcPr>
            <w:tcW w:w="6762" w:type="dxa"/>
            <w:gridSpan w:val="3"/>
          </w:tcPr>
          <w:p w:rsidR="002646CC" w:rsidP="00E35DB0" w:rsidRDefault="002646CC" w14:paraId="28A770DC" w14:textId="77777777">
            <w:r w:rsidRPr="00C83458">
              <w:t>Barath Narayanan (Scrum Master &amp; BA)</w:t>
            </w:r>
          </w:p>
          <w:p w:rsidR="002646CC" w:rsidP="00E35DB0" w:rsidRDefault="002646CC" w14:paraId="3AA15DF2" w14:textId="77777777">
            <w:r w:rsidRPr="00C83458">
              <w:t>Mr. Ramesh (PO)</w:t>
            </w:r>
          </w:p>
          <w:p w:rsidR="002646CC" w:rsidP="00E35DB0" w:rsidRDefault="002646CC" w14:paraId="5B9DE554" w14:textId="77777777">
            <w:r w:rsidRPr="00C83458">
              <w:t>Suresh Menon</w:t>
            </w:r>
          </w:p>
          <w:p w:rsidR="002646CC" w:rsidP="00E35DB0" w:rsidRDefault="002646CC" w14:paraId="5373AE3E" w14:textId="77777777">
            <w:r w:rsidRPr="00C83458">
              <w:t>Vivek Reddy</w:t>
            </w:r>
          </w:p>
          <w:p w:rsidR="002646CC" w:rsidP="00E35DB0" w:rsidRDefault="002646CC" w14:paraId="17F05B7D" w14:textId="77777777">
            <w:r w:rsidRPr="00C83458">
              <w:t>Anil Sharma</w:t>
            </w:r>
          </w:p>
          <w:p w:rsidR="002646CC" w:rsidP="00E35DB0" w:rsidRDefault="002646CC" w14:paraId="7AF29184" w14:textId="77777777">
            <w:r w:rsidRPr="00C83458">
              <w:t>Karthik Iyer</w:t>
            </w:r>
          </w:p>
          <w:p w:rsidR="002646CC" w:rsidP="00E35DB0" w:rsidRDefault="002646CC" w14:paraId="46C55D41" w14:textId="77777777">
            <w:r w:rsidRPr="00C83458">
              <w:t>Prakash Rao</w:t>
            </w:r>
          </w:p>
        </w:tc>
      </w:tr>
      <w:tr w:rsidR="002646CC" w:rsidTr="00E35DB0" w14:paraId="517EF1C5" w14:textId="77777777">
        <w:tc>
          <w:tcPr>
            <w:tcW w:w="2254" w:type="dxa"/>
          </w:tcPr>
          <w:p w:rsidRPr="005E0381" w:rsidR="002646CC" w:rsidP="00E35DB0" w:rsidRDefault="002646CC" w14:paraId="75761E28" w14:textId="77777777">
            <w:pPr>
              <w:rPr>
                <w:b/>
                <w:bCs/>
                <w:i/>
                <w:iCs/>
              </w:rPr>
            </w:pPr>
            <w:r w:rsidRPr="005E0381">
              <w:rPr>
                <w:b/>
                <w:bCs/>
                <w:i/>
                <w:iCs/>
              </w:rPr>
              <w:t>Sprint status</w:t>
            </w:r>
          </w:p>
        </w:tc>
        <w:tc>
          <w:tcPr>
            <w:tcW w:w="2254" w:type="dxa"/>
          </w:tcPr>
          <w:p w:rsidRPr="005E0381" w:rsidR="002646CC" w:rsidP="00E35DB0" w:rsidRDefault="002646CC" w14:paraId="4F6FD4B3" w14:textId="77777777">
            <w:pPr>
              <w:rPr>
                <w:b/>
                <w:bCs/>
                <w:i/>
                <w:iCs/>
              </w:rPr>
            </w:pPr>
            <w:r w:rsidRPr="005E0381">
              <w:rPr>
                <w:b/>
                <w:bCs/>
                <w:i/>
                <w:iCs/>
              </w:rPr>
              <w:t>Things to demo</w:t>
            </w:r>
          </w:p>
        </w:tc>
        <w:tc>
          <w:tcPr>
            <w:tcW w:w="2254" w:type="dxa"/>
          </w:tcPr>
          <w:p w:rsidRPr="005E0381" w:rsidR="002646CC" w:rsidP="00E35DB0" w:rsidRDefault="002646CC" w14:paraId="103FADB9" w14:textId="77777777">
            <w:pPr>
              <w:rPr>
                <w:b/>
                <w:bCs/>
                <w:i/>
                <w:iCs/>
              </w:rPr>
            </w:pPr>
            <w:r w:rsidRPr="005E0381">
              <w:rPr>
                <w:b/>
                <w:bCs/>
                <w:i/>
                <w:iCs/>
              </w:rPr>
              <w:t>Quick updates</w:t>
            </w:r>
          </w:p>
        </w:tc>
        <w:tc>
          <w:tcPr>
            <w:tcW w:w="2254" w:type="dxa"/>
          </w:tcPr>
          <w:p w:rsidRPr="005E0381" w:rsidR="002646CC" w:rsidP="00E35DB0" w:rsidRDefault="002646CC" w14:paraId="75F84BC0" w14:textId="77777777">
            <w:pPr>
              <w:rPr>
                <w:b/>
                <w:bCs/>
                <w:i/>
                <w:iCs/>
              </w:rPr>
            </w:pPr>
            <w:r w:rsidRPr="005E0381">
              <w:rPr>
                <w:b/>
                <w:bCs/>
                <w:i/>
                <w:iCs/>
              </w:rPr>
              <w:t>What’s next</w:t>
            </w:r>
          </w:p>
        </w:tc>
      </w:tr>
      <w:tr w:rsidR="002646CC" w:rsidTr="00E35DB0" w14:paraId="09CCAA38" w14:textId="77777777">
        <w:tc>
          <w:tcPr>
            <w:tcW w:w="2254" w:type="dxa"/>
          </w:tcPr>
          <w:p w:rsidRPr="00C83458" w:rsidR="002646CC" w:rsidP="00E35DB0" w:rsidRDefault="002646CC" w14:paraId="0E0DF780" w14:textId="71ED7EC1">
            <w:r w:rsidRPr="002646CC">
              <w:t>Completed 85% of scope</w:t>
            </w:r>
          </w:p>
        </w:tc>
        <w:tc>
          <w:tcPr>
            <w:tcW w:w="2254" w:type="dxa"/>
          </w:tcPr>
          <w:p w:rsidRPr="00C83458" w:rsidR="002646CC" w:rsidP="00E35DB0" w:rsidRDefault="002646CC" w14:paraId="48DC9050" w14:textId="562D901E">
            <w:r w:rsidRPr="002646CC">
              <w:t>Admin analytics dashboard, Email notifications</w:t>
            </w:r>
          </w:p>
        </w:tc>
        <w:tc>
          <w:tcPr>
            <w:tcW w:w="2254" w:type="dxa"/>
          </w:tcPr>
          <w:p w:rsidRPr="00C83458" w:rsidR="002646CC" w:rsidP="00E35DB0" w:rsidRDefault="002646CC" w14:paraId="50992A59" w14:textId="6D0F65DF">
            <w:r w:rsidRPr="002646CC">
              <w:t>Delay due to API bug resolution</w:t>
            </w:r>
          </w:p>
        </w:tc>
        <w:tc>
          <w:tcPr>
            <w:tcW w:w="2254" w:type="dxa"/>
          </w:tcPr>
          <w:p w:rsidR="002646CC" w:rsidP="002646CC" w:rsidRDefault="002646CC" w14:paraId="6CA56E74" w14:textId="77777777">
            <w:r>
              <w:t>Mobile app initial version</w:t>
            </w:r>
          </w:p>
          <w:p w:rsidRPr="00C83458" w:rsidR="002646CC" w:rsidP="00E35DB0" w:rsidRDefault="002646CC" w14:paraId="1EFA77A5" w14:textId="2757A1EA"/>
        </w:tc>
      </w:tr>
    </w:tbl>
    <w:p w:rsidR="002646CC" w:rsidP="002646CC" w:rsidRDefault="002646CC" w14:paraId="78FAC915" w14:textId="77777777"/>
    <w:p w:rsidR="002646CC" w:rsidP="002646CC" w:rsidRDefault="002646CC" w14:paraId="34FE2FC0" w14:textId="0D6C3B8C">
      <w:pPr>
        <w:pStyle w:val="Heading2"/>
      </w:pPr>
      <w:r>
        <w:t>Sprint 4</w:t>
      </w:r>
    </w:p>
    <w:tbl>
      <w:tblPr>
        <w:tblStyle w:val="TableGrid"/>
        <w:tblW w:w="0" w:type="auto"/>
        <w:tblLook w:val="04A0" w:firstRow="1" w:lastRow="0" w:firstColumn="1" w:lastColumn="0" w:noHBand="0" w:noVBand="1"/>
      </w:tblPr>
      <w:tblGrid>
        <w:gridCol w:w="2254"/>
        <w:gridCol w:w="2254"/>
        <w:gridCol w:w="2254"/>
        <w:gridCol w:w="2254"/>
      </w:tblGrid>
      <w:tr w:rsidR="00142E40" w:rsidTr="00E35DB0" w14:paraId="37669789" w14:textId="77777777">
        <w:tc>
          <w:tcPr>
            <w:tcW w:w="2254" w:type="dxa"/>
          </w:tcPr>
          <w:p w:rsidRPr="005E0381" w:rsidR="00142E40" w:rsidP="00E35DB0" w:rsidRDefault="00142E40" w14:paraId="5121CA70" w14:textId="77777777">
            <w:pPr>
              <w:rPr>
                <w:b/>
                <w:bCs/>
                <w:i/>
                <w:iCs/>
              </w:rPr>
            </w:pPr>
            <w:r w:rsidRPr="005E0381">
              <w:rPr>
                <w:b/>
                <w:bCs/>
                <w:i/>
                <w:iCs/>
              </w:rPr>
              <w:t>Date</w:t>
            </w:r>
          </w:p>
        </w:tc>
        <w:tc>
          <w:tcPr>
            <w:tcW w:w="6762" w:type="dxa"/>
            <w:gridSpan w:val="3"/>
          </w:tcPr>
          <w:p w:rsidR="00142E40" w:rsidP="00E35DB0" w:rsidRDefault="00142E40" w14:paraId="186009D9" w14:textId="18FB3716">
            <w:r w:rsidRPr="00142E40">
              <w:t>26/10/2025</w:t>
            </w:r>
          </w:p>
        </w:tc>
      </w:tr>
      <w:tr w:rsidR="00142E40" w:rsidTr="00E35DB0" w14:paraId="7B860D2F" w14:textId="77777777">
        <w:tc>
          <w:tcPr>
            <w:tcW w:w="2254" w:type="dxa"/>
          </w:tcPr>
          <w:p w:rsidRPr="005E0381" w:rsidR="00142E40" w:rsidP="00E35DB0" w:rsidRDefault="00142E40" w14:paraId="75D0241B" w14:textId="77777777">
            <w:pPr>
              <w:rPr>
                <w:b/>
                <w:bCs/>
                <w:i/>
                <w:iCs/>
              </w:rPr>
            </w:pPr>
            <w:r w:rsidRPr="005E0381">
              <w:rPr>
                <w:b/>
                <w:bCs/>
                <w:i/>
                <w:iCs/>
              </w:rPr>
              <w:t>Time</w:t>
            </w:r>
          </w:p>
        </w:tc>
        <w:tc>
          <w:tcPr>
            <w:tcW w:w="6762" w:type="dxa"/>
            <w:gridSpan w:val="3"/>
          </w:tcPr>
          <w:p w:rsidR="00142E40" w:rsidP="00E35DB0" w:rsidRDefault="00142E40" w14:paraId="4D0608A2" w14:textId="0E174979">
            <w:r w:rsidRPr="00142E40">
              <w:t>10:30 AM – 12:00 PM</w:t>
            </w:r>
          </w:p>
        </w:tc>
      </w:tr>
      <w:tr w:rsidR="00142E40" w:rsidTr="00E35DB0" w14:paraId="32613AF7" w14:textId="77777777">
        <w:tc>
          <w:tcPr>
            <w:tcW w:w="2254" w:type="dxa"/>
          </w:tcPr>
          <w:p w:rsidRPr="005E0381" w:rsidR="00142E40" w:rsidP="00E35DB0" w:rsidRDefault="00142E40" w14:paraId="60B4B836" w14:textId="77777777">
            <w:pPr>
              <w:rPr>
                <w:b/>
                <w:bCs/>
                <w:i/>
                <w:iCs/>
              </w:rPr>
            </w:pPr>
            <w:r w:rsidRPr="005E0381">
              <w:rPr>
                <w:b/>
                <w:bCs/>
                <w:i/>
                <w:iCs/>
              </w:rPr>
              <w:t>Location</w:t>
            </w:r>
          </w:p>
        </w:tc>
        <w:tc>
          <w:tcPr>
            <w:tcW w:w="6762" w:type="dxa"/>
            <w:gridSpan w:val="3"/>
          </w:tcPr>
          <w:p w:rsidR="00142E40" w:rsidP="00E35DB0" w:rsidRDefault="00142E40" w14:paraId="100BDE70" w14:textId="2641998E">
            <w:r w:rsidRPr="00142E40">
              <w:t>Conference Room A</w:t>
            </w:r>
          </w:p>
        </w:tc>
      </w:tr>
      <w:tr w:rsidR="00142E40" w:rsidTr="00E35DB0" w14:paraId="190D698A" w14:textId="77777777">
        <w:tc>
          <w:tcPr>
            <w:tcW w:w="2254" w:type="dxa"/>
          </w:tcPr>
          <w:p w:rsidRPr="005E0381" w:rsidR="00142E40" w:rsidP="00E35DB0" w:rsidRDefault="00142E40" w14:paraId="571FEC1F" w14:textId="77777777">
            <w:pPr>
              <w:rPr>
                <w:b/>
                <w:bCs/>
                <w:i/>
                <w:iCs/>
              </w:rPr>
            </w:pPr>
            <w:r w:rsidRPr="005E0381">
              <w:rPr>
                <w:b/>
                <w:bCs/>
                <w:i/>
                <w:iCs/>
              </w:rPr>
              <w:t>Prepared By</w:t>
            </w:r>
          </w:p>
        </w:tc>
        <w:tc>
          <w:tcPr>
            <w:tcW w:w="6762" w:type="dxa"/>
            <w:gridSpan w:val="3"/>
          </w:tcPr>
          <w:p w:rsidR="00142E40" w:rsidP="00E35DB0" w:rsidRDefault="00142E40" w14:paraId="7EB24BA8" w14:textId="77777777">
            <w:r w:rsidRPr="002646CC">
              <w:t>Mr. Ramesh</w:t>
            </w:r>
          </w:p>
        </w:tc>
      </w:tr>
      <w:tr w:rsidR="00142E40" w:rsidTr="00E35DB0" w14:paraId="1EF7F2A8" w14:textId="77777777">
        <w:trPr>
          <w:trHeight w:val="1940"/>
        </w:trPr>
        <w:tc>
          <w:tcPr>
            <w:tcW w:w="2254" w:type="dxa"/>
          </w:tcPr>
          <w:p w:rsidRPr="005E0381" w:rsidR="00142E40" w:rsidP="00E35DB0" w:rsidRDefault="00142E40" w14:paraId="32969033" w14:textId="77777777">
            <w:pPr>
              <w:rPr>
                <w:b/>
                <w:bCs/>
                <w:i/>
                <w:iCs/>
              </w:rPr>
            </w:pPr>
            <w:r w:rsidRPr="005E0381">
              <w:rPr>
                <w:b/>
                <w:bCs/>
                <w:i/>
                <w:iCs/>
              </w:rPr>
              <w:t>Attendees</w:t>
            </w:r>
          </w:p>
        </w:tc>
        <w:tc>
          <w:tcPr>
            <w:tcW w:w="6762" w:type="dxa"/>
            <w:gridSpan w:val="3"/>
          </w:tcPr>
          <w:p w:rsidR="00142E40" w:rsidP="00E35DB0" w:rsidRDefault="00142E40" w14:paraId="5526CFCA" w14:textId="77777777">
            <w:r w:rsidRPr="00C83458">
              <w:t>Barath Narayanan (Scrum Master &amp; BA)</w:t>
            </w:r>
          </w:p>
          <w:p w:rsidR="00142E40" w:rsidP="00E35DB0" w:rsidRDefault="00142E40" w14:paraId="4CFE5B5D" w14:textId="77777777">
            <w:r w:rsidRPr="00C83458">
              <w:t>Mr. Ramesh (PO)</w:t>
            </w:r>
          </w:p>
          <w:p w:rsidR="00142E40" w:rsidP="00E35DB0" w:rsidRDefault="00142E40" w14:paraId="5503D69A" w14:textId="77777777">
            <w:r w:rsidRPr="00C83458">
              <w:t>Suresh Menon</w:t>
            </w:r>
          </w:p>
          <w:p w:rsidR="00142E40" w:rsidP="00E35DB0" w:rsidRDefault="00142E40" w14:paraId="0F4CA74B" w14:textId="77777777">
            <w:r w:rsidRPr="00C83458">
              <w:t>Vivek Reddy</w:t>
            </w:r>
          </w:p>
          <w:p w:rsidR="00142E40" w:rsidP="00E35DB0" w:rsidRDefault="00142E40" w14:paraId="0ABA9774" w14:textId="77777777">
            <w:r w:rsidRPr="00C83458">
              <w:t>Anil Sharma</w:t>
            </w:r>
          </w:p>
          <w:p w:rsidR="00142E40" w:rsidP="00E35DB0" w:rsidRDefault="00142E40" w14:paraId="33510140" w14:textId="77777777">
            <w:r w:rsidRPr="00C83458">
              <w:t>Karthik Iyer</w:t>
            </w:r>
          </w:p>
          <w:p w:rsidR="00142E40" w:rsidP="00E35DB0" w:rsidRDefault="00142E40" w14:paraId="45A9D25C" w14:textId="77777777">
            <w:r w:rsidRPr="00C83458">
              <w:t>Prakash Rao</w:t>
            </w:r>
          </w:p>
        </w:tc>
      </w:tr>
      <w:tr w:rsidR="00142E40" w:rsidTr="00E35DB0" w14:paraId="3E6CA14C" w14:textId="77777777">
        <w:tc>
          <w:tcPr>
            <w:tcW w:w="2254" w:type="dxa"/>
          </w:tcPr>
          <w:p w:rsidRPr="005E0381" w:rsidR="00142E40" w:rsidP="00E35DB0" w:rsidRDefault="00142E40" w14:paraId="2924EBB4" w14:textId="77777777">
            <w:pPr>
              <w:rPr>
                <w:b/>
                <w:bCs/>
                <w:i/>
                <w:iCs/>
              </w:rPr>
            </w:pPr>
            <w:r w:rsidRPr="005E0381">
              <w:rPr>
                <w:b/>
                <w:bCs/>
                <w:i/>
                <w:iCs/>
              </w:rPr>
              <w:t>Sprint status</w:t>
            </w:r>
          </w:p>
        </w:tc>
        <w:tc>
          <w:tcPr>
            <w:tcW w:w="2254" w:type="dxa"/>
          </w:tcPr>
          <w:p w:rsidRPr="005E0381" w:rsidR="00142E40" w:rsidP="00E35DB0" w:rsidRDefault="00142E40" w14:paraId="0873159C" w14:textId="77777777">
            <w:pPr>
              <w:rPr>
                <w:b/>
                <w:bCs/>
                <w:i/>
                <w:iCs/>
              </w:rPr>
            </w:pPr>
            <w:r w:rsidRPr="005E0381">
              <w:rPr>
                <w:b/>
                <w:bCs/>
                <w:i/>
                <w:iCs/>
              </w:rPr>
              <w:t>Things to demo</w:t>
            </w:r>
          </w:p>
        </w:tc>
        <w:tc>
          <w:tcPr>
            <w:tcW w:w="2254" w:type="dxa"/>
          </w:tcPr>
          <w:p w:rsidRPr="005E0381" w:rsidR="00142E40" w:rsidP="00E35DB0" w:rsidRDefault="00142E40" w14:paraId="4210C482" w14:textId="77777777">
            <w:pPr>
              <w:rPr>
                <w:b/>
                <w:bCs/>
                <w:i/>
                <w:iCs/>
              </w:rPr>
            </w:pPr>
            <w:r w:rsidRPr="005E0381">
              <w:rPr>
                <w:b/>
                <w:bCs/>
                <w:i/>
                <w:iCs/>
              </w:rPr>
              <w:t>Quick updates</w:t>
            </w:r>
          </w:p>
        </w:tc>
        <w:tc>
          <w:tcPr>
            <w:tcW w:w="2254" w:type="dxa"/>
          </w:tcPr>
          <w:p w:rsidRPr="005E0381" w:rsidR="00142E40" w:rsidP="00E35DB0" w:rsidRDefault="00142E40" w14:paraId="184F89F8" w14:textId="77777777">
            <w:pPr>
              <w:rPr>
                <w:b/>
                <w:bCs/>
                <w:i/>
                <w:iCs/>
              </w:rPr>
            </w:pPr>
            <w:r w:rsidRPr="005E0381">
              <w:rPr>
                <w:b/>
                <w:bCs/>
                <w:i/>
                <w:iCs/>
              </w:rPr>
              <w:t>What’s next</w:t>
            </w:r>
          </w:p>
        </w:tc>
      </w:tr>
      <w:tr w:rsidR="00142E40" w:rsidTr="00E35DB0" w14:paraId="29FEC5E1" w14:textId="77777777">
        <w:tc>
          <w:tcPr>
            <w:tcW w:w="2254" w:type="dxa"/>
          </w:tcPr>
          <w:p w:rsidRPr="00C83458" w:rsidR="00142E40" w:rsidP="00E35DB0" w:rsidRDefault="00142E40" w14:paraId="6874AEE8" w14:textId="2033323F">
            <w:r w:rsidRPr="00142E40">
              <w:t>Completed 95% of stories</w:t>
            </w:r>
          </w:p>
        </w:tc>
        <w:tc>
          <w:tcPr>
            <w:tcW w:w="2254" w:type="dxa"/>
          </w:tcPr>
          <w:p w:rsidRPr="00C83458" w:rsidR="00142E40" w:rsidP="00E35DB0" w:rsidRDefault="00142E40" w14:paraId="5F66F35D" w14:textId="76C9E213">
            <w:r w:rsidRPr="00142E40">
              <w:t>Mobile app prototype, UI updates</w:t>
            </w:r>
          </w:p>
        </w:tc>
        <w:tc>
          <w:tcPr>
            <w:tcW w:w="2254" w:type="dxa"/>
          </w:tcPr>
          <w:p w:rsidRPr="00C83458" w:rsidR="00142E40" w:rsidP="00E35DB0" w:rsidRDefault="00142E40" w14:paraId="0B932502" w14:textId="28D598F7">
            <w:r w:rsidRPr="00142E40">
              <w:t>Client approved mobile app design</w:t>
            </w:r>
          </w:p>
        </w:tc>
        <w:tc>
          <w:tcPr>
            <w:tcW w:w="2254" w:type="dxa"/>
          </w:tcPr>
          <w:p w:rsidRPr="00C83458" w:rsidR="00142E40" w:rsidP="00E35DB0" w:rsidRDefault="00142E40" w14:paraId="31C33CC3" w14:textId="209039EF">
            <w:r w:rsidRPr="00142E40">
              <w:t>Implement chat support</w:t>
            </w:r>
          </w:p>
        </w:tc>
      </w:tr>
    </w:tbl>
    <w:p w:rsidR="002646CC" w:rsidP="002646CC" w:rsidRDefault="002646CC" w14:paraId="6E56EB08" w14:textId="77777777"/>
    <w:p w:rsidR="00142E40" w:rsidP="00142E40" w:rsidRDefault="00142E40" w14:paraId="4BEE3B22" w14:textId="7A3633DE">
      <w:pPr>
        <w:pStyle w:val="Heading2"/>
      </w:pPr>
      <w:r>
        <w:t>Sprint 5</w:t>
      </w:r>
    </w:p>
    <w:tbl>
      <w:tblPr>
        <w:tblStyle w:val="TableGrid"/>
        <w:tblW w:w="0" w:type="auto"/>
        <w:tblLook w:val="04A0" w:firstRow="1" w:lastRow="0" w:firstColumn="1" w:lastColumn="0" w:noHBand="0" w:noVBand="1"/>
      </w:tblPr>
      <w:tblGrid>
        <w:gridCol w:w="2254"/>
        <w:gridCol w:w="2254"/>
        <w:gridCol w:w="2254"/>
        <w:gridCol w:w="2254"/>
      </w:tblGrid>
      <w:tr w:rsidR="00142E40" w:rsidTr="00E35DB0" w14:paraId="49CC0E70" w14:textId="77777777">
        <w:tc>
          <w:tcPr>
            <w:tcW w:w="2254" w:type="dxa"/>
          </w:tcPr>
          <w:p w:rsidRPr="005E0381" w:rsidR="00142E40" w:rsidP="00E35DB0" w:rsidRDefault="00142E40" w14:paraId="2F1A35B6" w14:textId="77777777">
            <w:pPr>
              <w:rPr>
                <w:b/>
                <w:bCs/>
                <w:i/>
                <w:iCs/>
              </w:rPr>
            </w:pPr>
            <w:r w:rsidRPr="005E0381">
              <w:rPr>
                <w:b/>
                <w:bCs/>
                <w:i/>
                <w:iCs/>
              </w:rPr>
              <w:t>Date</w:t>
            </w:r>
          </w:p>
        </w:tc>
        <w:tc>
          <w:tcPr>
            <w:tcW w:w="6762" w:type="dxa"/>
            <w:gridSpan w:val="3"/>
          </w:tcPr>
          <w:p w:rsidR="00142E40" w:rsidP="00E35DB0" w:rsidRDefault="00142E40" w14:paraId="1B8B4B14" w14:textId="2D9A4B21">
            <w:r w:rsidRPr="00142E40">
              <w:t>09/11/2025</w:t>
            </w:r>
          </w:p>
        </w:tc>
      </w:tr>
      <w:tr w:rsidR="00142E40" w:rsidTr="00E35DB0" w14:paraId="32CB61F9" w14:textId="77777777">
        <w:tc>
          <w:tcPr>
            <w:tcW w:w="2254" w:type="dxa"/>
          </w:tcPr>
          <w:p w:rsidRPr="005E0381" w:rsidR="00142E40" w:rsidP="00E35DB0" w:rsidRDefault="00142E40" w14:paraId="3452C62A" w14:textId="77777777">
            <w:pPr>
              <w:rPr>
                <w:b/>
                <w:bCs/>
                <w:i/>
                <w:iCs/>
              </w:rPr>
            </w:pPr>
            <w:r w:rsidRPr="005E0381">
              <w:rPr>
                <w:b/>
                <w:bCs/>
                <w:i/>
                <w:iCs/>
              </w:rPr>
              <w:t>Time</w:t>
            </w:r>
          </w:p>
        </w:tc>
        <w:tc>
          <w:tcPr>
            <w:tcW w:w="6762" w:type="dxa"/>
            <w:gridSpan w:val="3"/>
          </w:tcPr>
          <w:p w:rsidR="00142E40" w:rsidP="00E35DB0" w:rsidRDefault="00142E40" w14:paraId="66890D2D" w14:textId="159436F0">
            <w:r w:rsidRPr="00142E40">
              <w:t>3:00 PM – 4:30 PM</w:t>
            </w:r>
          </w:p>
        </w:tc>
      </w:tr>
      <w:tr w:rsidR="00142E40" w:rsidTr="00E35DB0" w14:paraId="38E97EF5" w14:textId="77777777">
        <w:tc>
          <w:tcPr>
            <w:tcW w:w="2254" w:type="dxa"/>
          </w:tcPr>
          <w:p w:rsidRPr="005E0381" w:rsidR="00142E40" w:rsidP="00E35DB0" w:rsidRDefault="00142E40" w14:paraId="3F7A5324" w14:textId="77777777">
            <w:pPr>
              <w:rPr>
                <w:b/>
                <w:bCs/>
                <w:i/>
                <w:iCs/>
              </w:rPr>
            </w:pPr>
            <w:r w:rsidRPr="005E0381">
              <w:rPr>
                <w:b/>
                <w:bCs/>
                <w:i/>
                <w:iCs/>
              </w:rPr>
              <w:t>Location</w:t>
            </w:r>
          </w:p>
        </w:tc>
        <w:tc>
          <w:tcPr>
            <w:tcW w:w="6762" w:type="dxa"/>
            <w:gridSpan w:val="3"/>
          </w:tcPr>
          <w:p w:rsidR="00142E40" w:rsidP="00E35DB0" w:rsidRDefault="00142E40" w14:paraId="52D46312" w14:textId="5A6392BB">
            <w:r w:rsidRPr="00142E40">
              <w:t>Conference Room B</w:t>
            </w:r>
          </w:p>
        </w:tc>
      </w:tr>
      <w:tr w:rsidR="00142E40" w:rsidTr="00E35DB0" w14:paraId="73BD18AE" w14:textId="77777777">
        <w:tc>
          <w:tcPr>
            <w:tcW w:w="2254" w:type="dxa"/>
          </w:tcPr>
          <w:p w:rsidRPr="005E0381" w:rsidR="00142E40" w:rsidP="00E35DB0" w:rsidRDefault="00142E40" w14:paraId="70B8598A" w14:textId="77777777">
            <w:pPr>
              <w:rPr>
                <w:b/>
                <w:bCs/>
                <w:i/>
                <w:iCs/>
              </w:rPr>
            </w:pPr>
            <w:r w:rsidRPr="005E0381">
              <w:rPr>
                <w:b/>
                <w:bCs/>
                <w:i/>
                <w:iCs/>
              </w:rPr>
              <w:t>Prepared By</w:t>
            </w:r>
          </w:p>
        </w:tc>
        <w:tc>
          <w:tcPr>
            <w:tcW w:w="6762" w:type="dxa"/>
            <w:gridSpan w:val="3"/>
          </w:tcPr>
          <w:p w:rsidR="00142E40" w:rsidP="00E35DB0" w:rsidRDefault="00142E40" w14:paraId="6B4FE97C" w14:textId="77777777">
            <w:r w:rsidRPr="002646CC">
              <w:t>Mr. Ramesh</w:t>
            </w:r>
          </w:p>
        </w:tc>
      </w:tr>
      <w:tr w:rsidR="00142E40" w:rsidTr="00E35DB0" w14:paraId="546FEEAB" w14:textId="77777777">
        <w:trPr>
          <w:trHeight w:val="1940"/>
        </w:trPr>
        <w:tc>
          <w:tcPr>
            <w:tcW w:w="2254" w:type="dxa"/>
          </w:tcPr>
          <w:p w:rsidRPr="005E0381" w:rsidR="00142E40" w:rsidP="00E35DB0" w:rsidRDefault="00142E40" w14:paraId="3868B4F0" w14:textId="77777777">
            <w:pPr>
              <w:rPr>
                <w:b/>
                <w:bCs/>
                <w:i/>
                <w:iCs/>
              </w:rPr>
            </w:pPr>
            <w:r w:rsidRPr="005E0381">
              <w:rPr>
                <w:b/>
                <w:bCs/>
                <w:i/>
                <w:iCs/>
              </w:rPr>
              <w:t>Attendees</w:t>
            </w:r>
          </w:p>
        </w:tc>
        <w:tc>
          <w:tcPr>
            <w:tcW w:w="6762" w:type="dxa"/>
            <w:gridSpan w:val="3"/>
          </w:tcPr>
          <w:p w:rsidR="00142E40" w:rsidP="00E35DB0" w:rsidRDefault="00142E40" w14:paraId="23F21A0E" w14:textId="77777777">
            <w:r w:rsidRPr="00C83458">
              <w:t>Barath Narayanan (Scrum Master &amp; BA)</w:t>
            </w:r>
          </w:p>
          <w:p w:rsidR="00142E40" w:rsidP="00E35DB0" w:rsidRDefault="00142E40" w14:paraId="19DE4DC6" w14:textId="77777777">
            <w:r w:rsidRPr="00C83458">
              <w:t>Mr. Ramesh (PO)</w:t>
            </w:r>
          </w:p>
          <w:p w:rsidR="00142E40" w:rsidP="00E35DB0" w:rsidRDefault="00142E40" w14:paraId="005A71BC" w14:textId="77777777">
            <w:r w:rsidRPr="00C83458">
              <w:t>Suresh Menon</w:t>
            </w:r>
          </w:p>
          <w:p w:rsidR="00142E40" w:rsidP="00E35DB0" w:rsidRDefault="00142E40" w14:paraId="28C9F3BE" w14:textId="77777777">
            <w:r w:rsidRPr="00C83458">
              <w:t>Vivek Reddy</w:t>
            </w:r>
          </w:p>
          <w:p w:rsidR="00142E40" w:rsidP="00E35DB0" w:rsidRDefault="00142E40" w14:paraId="66988D93" w14:textId="77777777">
            <w:r w:rsidRPr="00C83458">
              <w:t>Anil Sharma</w:t>
            </w:r>
          </w:p>
          <w:p w:rsidR="00142E40" w:rsidP="00E35DB0" w:rsidRDefault="00142E40" w14:paraId="057C288E" w14:textId="77777777">
            <w:r w:rsidRPr="00C83458">
              <w:t>Karthik Iyer</w:t>
            </w:r>
          </w:p>
          <w:p w:rsidR="00142E40" w:rsidP="00E35DB0" w:rsidRDefault="00142E40" w14:paraId="072C957F" w14:textId="77777777">
            <w:r w:rsidRPr="00C83458">
              <w:t>Prakash Rao</w:t>
            </w:r>
          </w:p>
        </w:tc>
      </w:tr>
      <w:tr w:rsidR="00142E40" w:rsidTr="00E35DB0" w14:paraId="26E97ACE" w14:textId="77777777">
        <w:tc>
          <w:tcPr>
            <w:tcW w:w="2254" w:type="dxa"/>
          </w:tcPr>
          <w:p w:rsidRPr="005E0381" w:rsidR="00142E40" w:rsidP="00E35DB0" w:rsidRDefault="00142E40" w14:paraId="6524058A" w14:textId="77777777">
            <w:pPr>
              <w:rPr>
                <w:b/>
                <w:bCs/>
                <w:i/>
                <w:iCs/>
              </w:rPr>
            </w:pPr>
            <w:r w:rsidRPr="005E0381">
              <w:rPr>
                <w:b/>
                <w:bCs/>
                <w:i/>
                <w:iCs/>
              </w:rPr>
              <w:t>Sprint status</w:t>
            </w:r>
          </w:p>
        </w:tc>
        <w:tc>
          <w:tcPr>
            <w:tcW w:w="2254" w:type="dxa"/>
          </w:tcPr>
          <w:p w:rsidRPr="005E0381" w:rsidR="00142E40" w:rsidP="00E35DB0" w:rsidRDefault="00142E40" w14:paraId="31F55CCB" w14:textId="77777777">
            <w:pPr>
              <w:rPr>
                <w:b/>
                <w:bCs/>
                <w:i/>
                <w:iCs/>
              </w:rPr>
            </w:pPr>
            <w:r w:rsidRPr="005E0381">
              <w:rPr>
                <w:b/>
                <w:bCs/>
                <w:i/>
                <w:iCs/>
              </w:rPr>
              <w:t>Things to demo</w:t>
            </w:r>
          </w:p>
        </w:tc>
        <w:tc>
          <w:tcPr>
            <w:tcW w:w="2254" w:type="dxa"/>
          </w:tcPr>
          <w:p w:rsidRPr="005E0381" w:rsidR="00142E40" w:rsidP="00E35DB0" w:rsidRDefault="00142E40" w14:paraId="2CF5B389" w14:textId="77777777">
            <w:pPr>
              <w:rPr>
                <w:b/>
                <w:bCs/>
                <w:i/>
                <w:iCs/>
              </w:rPr>
            </w:pPr>
            <w:r w:rsidRPr="005E0381">
              <w:rPr>
                <w:b/>
                <w:bCs/>
                <w:i/>
                <w:iCs/>
              </w:rPr>
              <w:t>Quick updates</w:t>
            </w:r>
          </w:p>
        </w:tc>
        <w:tc>
          <w:tcPr>
            <w:tcW w:w="2254" w:type="dxa"/>
          </w:tcPr>
          <w:p w:rsidRPr="005E0381" w:rsidR="00142E40" w:rsidP="00E35DB0" w:rsidRDefault="00142E40" w14:paraId="68F555CD" w14:textId="77777777">
            <w:pPr>
              <w:rPr>
                <w:b/>
                <w:bCs/>
                <w:i/>
                <w:iCs/>
              </w:rPr>
            </w:pPr>
            <w:r w:rsidRPr="005E0381">
              <w:rPr>
                <w:b/>
                <w:bCs/>
                <w:i/>
                <w:iCs/>
              </w:rPr>
              <w:t>What’s next</w:t>
            </w:r>
          </w:p>
        </w:tc>
      </w:tr>
      <w:tr w:rsidR="00142E40" w:rsidTr="00E35DB0" w14:paraId="4C7C98B6" w14:textId="77777777">
        <w:tc>
          <w:tcPr>
            <w:tcW w:w="2254" w:type="dxa"/>
          </w:tcPr>
          <w:p w:rsidRPr="00C83458" w:rsidR="00142E40" w:rsidP="00E35DB0" w:rsidRDefault="00142E40" w14:paraId="661908CD" w14:textId="793B848E">
            <w:r w:rsidRPr="00142E40">
              <w:t>All planned features completed</w:t>
            </w:r>
          </w:p>
        </w:tc>
        <w:tc>
          <w:tcPr>
            <w:tcW w:w="2254" w:type="dxa"/>
          </w:tcPr>
          <w:p w:rsidRPr="00C83458" w:rsidR="00142E40" w:rsidP="00E35DB0" w:rsidRDefault="00142E40" w14:paraId="697383C0" w14:textId="7EEB533C">
            <w:r w:rsidRPr="00142E40">
              <w:t>Chat support, Profile update module</w:t>
            </w:r>
          </w:p>
        </w:tc>
        <w:tc>
          <w:tcPr>
            <w:tcW w:w="2254" w:type="dxa"/>
          </w:tcPr>
          <w:p w:rsidRPr="00C83458" w:rsidR="00142E40" w:rsidP="00E35DB0" w:rsidRDefault="00142E40" w14:paraId="0F925071" w14:textId="32E45F82">
            <w:r w:rsidRPr="00142E40">
              <w:t>Minor UI fixes completed</w:t>
            </w:r>
          </w:p>
        </w:tc>
        <w:tc>
          <w:tcPr>
            <w:tcW w:w="2254" w:type="dxa"/>
          </w:tcPr>
          <w:p w:rsidRPr="00C83458" w:rsidR="00142E40" w:rsidP="00E35DB0" w:rsidRDefault="00142E40" w14:paraId="7B24C3E8" w14:textId="343CBCAA">
            <w:r>
              <w:t>Launch beta testing phase</w:t>
            </w:r>
          </w:p>
        </w:tc>
      </w:tr>
    </w:tbl>
    <w:p w:rsidR="00142E40" w:rsidP="00142E40" w:rsidRDefault="00142E40" w14:paraId="5FDE89A1" w14:textId="77777777"/>
    <w:p w:rsidR="00142E40" w:rsidP="00142E40" w:rsidRDefault="00142E40" w14:paraId="44486000" w14:textId="5A9D5DA4">
      <w:pPr>
        <w:pStyle w:val="Heading2"/>
      </w:pPr>
      <w:r>
        <w:t>Sprint 6</w:t>
      </w:r>
    </w:p>
    <w:tbl>
      <w:tblPr>
        <w:tblStyle w:val="TableGrid"/>
        <w:tblW w:w="0" w:type="auto"/>
        <w:tblLook w:val="04A0" w:firstRow="1" w:lastRow="0" w:firstColumn="1" w:lastColumn="0" w:noHBand="0" w:noVBand="1"/>
      </w:tblPr>
      <w:tblGrid>
        <w:gridCol w:w="2254"/>
        <w:gridCol w:w="2254"/>
        <w:gridCol w:w="2254"/>
        <w:gridCol w:w="2254"/>
      </w:tblGrid>
      <w:tr w:rsidR="00142E40" w:rsidTr="00E35DB0" w14:paraId="3774B065" w14:textId="77777777">
        <w:tc>
          <w:tcPr>
            <w:tcW w:w="2254" w:type="dxa"/>
          </w:tcPr>
          <w:p w:rsidRPr="005E0381" w:rsidR="00142E40" w:rsidP="00E35DB0" w:rsidRDefault="00142E40" w14:paraId="147F2089" w14:textId="77777777">
            <w:pPr>
              <w:rPr>
                <w:b/>
                <w:bCs/>
                <w:i/>
                <w:iCs/>
              </w:rPr>
            </w:pPr>
            <w:r w:rsidRPr="005E0381">
              <w:rPr>
                <w:b/>
                <w:bCs/>
                <w:i/>
                <w:iCs/>
              </w:rPr>
              <w:t>Date</w:t>
            </w:r>
          </w:p>
        </w:tc>
        <w:tc>
          <w:tcPr>
            <w:tcW w:w="6762" w:type="dxa"/>
            <w:gridSpan w:val="3"/>
          </w:tcPr>
          <w:p w:rsidR="00142E40" w:rsidP="00E35DB0" w:rsidRDefault="00142E40" w14:paraId="6C0FDBEB" w14:textId="11D82D7B">
            <w:r w:rsidRPr="00142E40">
              <w:t>23/11/2025</w:t>
            </w:r>
          </w:p>
        </w:tc>
      </w:tr>
      <w:tr w:rsidR="00142E40" w:rsidTr="00E35DB0" w14:paraId="53CAA258" w14:textId="77777777">
        <w:tc>
          <w:tcPr>
            <w:tcW w:w="2254" w:type="dxa"/>
          </w:tcPr>
          <w:p w:rsidRPr="005E0381" w:rsidR="00142E40" w:rsidP="00E35DB0" w:rsidRDefault="00142E40" w14:paraId="129FED6F" w14:textId="77777777">
            <w:pPr>
              <w:rPr>
                <w:b/>
                <w:bCs/>
                <w:i/>
                <w:iCs/>
              </w:rPr>
            </w:pPr>
            <w:r w:rsidRPr="005E0381">
              <w:rPr>
                <w:b/>
                <w:bCs/>
                <w:i/>
                <w:iCs/>
              </w:rPr>
              <w:t>Time</w:t>
            </w:r>
          </w:p>
        </w:tc>
        <w:tc>
          <w:tcPr>
            <w:tcW w:w="6762" w:type="dxa"/>
            <w:gridSpan w:val="3"/>
          </w:tcPr>
          <w:p w:rsidR="00142E40" w:rsidP="00E35DB0" w:rsidRDefault="00142E40" w14:paraId="1C646D87" w14:textId="0C6BD530">
            <w:r w:rsidRPr="00142E40">
              <w:t>10:00 AM – 11:30 AM</w:t>
            </w:r>
          </w:p>
        </w:tc>
      </w:tr>
      <w:tr w:rsidR="00142E40" w:rsidTr="00E35DB0" w14:paraId="3E58F1CA" w14:textId="77777777">
        <w:tc>
          <w:tcPr>
            <w:tcW w:w="2254" w:type="dxa"/>
          </w:tcPr>
          <w:p w:rsidRPr="005E0381" w:rsidR="00142E40" w:rsidP="00E35DB0" w:rsidRDefault="00142E40" w14:paraId="1FC2DCB1" w14:textId="77777777">
            <w:pPr>
              <w:rPr>
                <w:b/>
                <w:bCs/>
                <w:i/>
                <w:iCs/>
              </w:rPr>
            </w:pPr>
            <w:r w:rsidRPr="005E0381">
              <w:rPr>
                <w:b/>
                <w:bCs/>
                <w:i/>
                <w:iCs/>
              </w:rPr>
              <w:t>Location</w:t>
            </w:r>
          </w:p>
        </w:tc>
        <w:tc>
          <w:tcPr>
            <w:tcW w:w="6762" w:type="dxa"/>
            <w:gridSpan w:val="3"/>
          </w:tcPr>
          <w:p w:rsidR="00142E40" w:rsidP="00E35DB0" w:rsidRDefault="00142E40" w14:paraId="11993A29" w14:textId="070E7577">
            <w:r w:rsidRPr="00142E40">
              <w:t>Conference Room C</w:t>
            </w:r>
          </w:p>
        </w:tc>
      </w:tr>
      <w:tr w:rsidR="00142E40" w:rsidTr="00E35DB0" w14:paraId="6BD40B87" w14:textId="77777777">
        <w:tc>
          <w:tcPr>
            <w:tcW w:w="2254" w:type="dxa"/>
          </w:tcPr>
          <w:p w:rsidRPr="005E0381" w:rsidR="00142E40" w:rsidP="00E35DB0" w:rsidRDefault="00142E40" w14:paraId="7540A361" w14:textId="77777777">
            <w:pPr>
              <w:rPr>
                <w:b/>
                <w:bCs/>
                <w:i/>
                <w:iCs/>
              </w:rPr>
            </w:pPr>
            <w:r w:rsidRPr="005E0381">
              <w:rPr>
                <w:b/>
                <w:bCs/>
                <w:i/>
                <w:iCs/>
              </w:rPr>
              <w:t>Prepared By</w:t>
            </w:r>
          </w:p>
        </w:tc>
        <w:tc>
          <w:tcPr>
            <w:tcW w:w="6762" w:type="dxa"/>
            <w:gridSpan w:val="3"/>
          </w:tcPr>
          <w:p w:rsidR="00142E40" w:rsidP="00E35DB0" w:rsidRDefault="00142E40" w14:paraId="4BC8A7A4" w14:textId="77777777">
            <w:r w:rsidRPr="002646CC">
              <w:t>Mr. Ramesh</w:t>
            </w:r>
          </w:p>
        </w:tc>
      </w:tr>
      <w:tr w:rsidR="00142E40" w:rsidTr="00E35DB0" w14:paraId="7178C0FF" w14:textId="77777777">
        <w:trPr>
          <w:trHeight w:val="1940"/>
        </w:trPr>
        <w:tc>
          <w:tcPr>
            <w:tcW w:w="2254" w:type="dxa"/>
          </w:tcPr>
          <w:p w:rsidRPr="005E0381" w:rsidR="00142E40" w:rsidP="00E35DB0" w:rsidRDefault="00142E40" w14:paraId="40CB28CA" w14:textId="77777777">
            <w:pPr>
              <w:rPr>
                <w:b/>
                <w:bCs/>
                <w:i/>
                <w:iCs/>
              </w:rPr>
            </w:pPr>
            <w:r w:rsidRPr="005E0381">
              <w:rPr>
                <w:b/>
                <w:bCs/>
                <w:i/>
                <w:iCs/>
              </w:rPr>
              <w:t>Attendees</w:t>
            </w:r>
          </w:p>
        </w:tc>
        <w:tc>
          <w:tcPr>
            <w:tcW w:w="6762" w:type="dxa"/>
            <w:gridSpan w:val="3"/>
          </w:tcPr>
          <w:p w:rsidR="00142E40" w:rsidP="00E35DB0" w:rsidRDefault="00142E40" w14:paraId="4CE892D7" w14:textId="77777777">
            <w:r w:rsidRPr="00C83458">
              <w:t>Barath Narayanan (Scrum Master &amp; BA)</w:t>
            </w:r>
          </w:p>
          <w:p w:rsidR="00142E40" w:rsidP="00E35DB0" w:rsidRDefault="00142E40" w14:paraId="11562A8F" w14:textId="77777777">
            <w:r w:rsidRPr="00C83458">
              <w:t>Mr. Ramesh (PO)</w:t>
            </w:r>
          </w:p>
          <w:p w:rsidR="00142E40" w:rsidP="00E35DB0" w:rsidRDefault="00142E40" w14:paraId="31AB6B5E" w14:textId="77777777">
            <w:r w:rsidRPr="00C83458">
              <w:t>Suresh Menon</w:t>
            </w:r>
          </w:p>
          <w:p w:rsidR="00142E40" w:rsidP="00E35DB0" w:rsidRDefault="00142E40" w14:paraId="1842D090" w14:textId="77777777">
            <w:r w:rsidRPr="00C83458">
              <w:t>Vivek Reddy</w:t>
            </w:r>
          </w:p>
          <w:p w:rsidR="00142E40" w:rsidP="00E35DB0" w:rsidRDefault="00142E40" w14:paraId="5647EEDD" w14:textId="77777777">
            <w:r w:rsidRPr="00C83458">
              <w:t>Anil Sharma</w:t>
            </w:r>
          </w:p>
          <w:p w:rsidR="00142E40" w:rsidP="00E35DB0" w:rsidRDefault="00142E40" w14:paraId="20A38A39" w14:textId="77777777">
            <w:r w:rsidRPr="00C83458">
              <w:t>Karthik Iyer</w:t>
            </w:r>
          </w:p>
          <w:p w:rsidR="00142E40" w:rsidP="00E35DB0" w:rsidRDefault="00142E40" w14:paraId="3CFA82CD" w14:textId="77777777">
            <w:r w:rsidRPr="00C83458">
              <w:t>Prakash Rao</w:t>
            </w:r>
          </w:p>
        </w:tc>
      </w:tr>
      <w:tr w:rsidR="00142E40" w:rsidTr="00E35DB0" w14:paraId="1D96B466" w14:textId="77777777">
        <w:tc>
          <w:tcPr>
            <w:tcW w:w="2254" w:type="dxa"/>
          </w:tcPr>
          <w:p w:rsidRPr="005E0381" w:rsidR="00142E40" w:rsidP="00E35DB0" w:rsidRDefault="00142E40" w14:paraId="4090DE43" w14:textId="77777777">
            <w:pPr>
              <w:rPr>
                <w:b/>
                <w:bCs/>
                <w:i/>
                <w:iCs/>
              </w:rPr>
            </w:pPr>
            <w:r w:rsidRPr="005E0381">
              <w:rPr>
                <w:b/>
                <w:bCs/>
                <w:i/>
                <w:iCs/>
              </w:rPr>
              <w:t>Sprint status</w:t>
            </w:r>
          </w:p>
        </w:tc>
        <w:tc>
          <w:tcPr>
            <w:tcW w:w="2254" w:type="dxa"/>
          </w:tcPr>
          <w:p w:rsidRPr="005E0381" w:rsidR="00142E40" w:rsidP="00E35DB0" w:rsidRDefault="00142E40" w14:paraId="10AB9246" w14:textId="77777777">
            <w:pPr>
              <w:rPr>
                <w:b/>
                <w:bCs/>
                <w:i/>
                <w:iCs/>
              </w:rPr>
            </w:pPr>
            <w:r w:rsidRPr="005E0381">
              <w:rPr>
                <w:b/>
                <w:bCs/>
                <w:i/>
                <w:iCs/>
              </w:rPr>
              <w:t>Things to demo</w:t>
            </w:r>
          </w:p>
        </w:tc>
        <w:tc>
          <w:tcPr>
            <w:tcW w:w="2254" w:type="dxa"/>
          </w:tcPr>
          <w:p w:rsidRPr="005E0381" w:rsidR="00142E40" w:rsidP="00E35DB0" w:rsidRDefault="00142E40" w14:paraId="21174A6B" w14:textId="77777777">
            <w:pPr>
              <w:rPr>
                <w:b/>
                <w:bCs/>
                <w:i/>
                <w:iCs/>
              </w:rPr>
            </w:pPr>
            <w:r w:rsidRPr="005E0381">
              <w:rPr>
                <w:b/>
                <w:bCs/>
                <w:i/>
                <w:iCs/>
              </w:rPr>
              <w:t>Quick updates</w:t>
            </w:r>
          </w:p>
        </w:tc>
        <w:tc>
          <w:tcPr>
            <w:tcW w:w="2254" w:type="dxa"/>
          </w:tcPr>
          <w:p w:rsidRPr="005E0381" w:rsidR="00142E40" w:rsidP="00E35DB0" w:rsidRDefault="00142E40" w14:paraId="158EAD30" w14:textId="77777777">
            <w:pPr>
              <w:rPr>
                <w:b/>
                <w:bCs/>
                <w:i/>
                <w:iCs/>
              </w:rPr>
            </w:pPr>
            <w:r w:rsidRPr="005E0381">
              <w:rPr>
                <w:b/>
                <w:bCs/>
                <w:i/>
                <w:iCs/>
              </w:rPr>
              <w:t>What’s next</w:t>
            </w:r>
          </w:p>
        </w:tc>
      </w:tr>
      <w:tr w:rsidR="00142E40" w:rsidTr="00E35DB0" w14:paraId="09B26D86" w14:textId="77777777">
        <w:tc>
          <w:tcPr>
            <w:tcW w:w="2254" w:type="dxa"/>
          </w:tcPr>
          <w:p w:rsidRPr="00C83458" w:rsidR="00142E40" w:rsidP="00E35DB0" w:rsidRDefault="00142E40" w14:paraId="39937C1B" w14:textId="6EA8052F">
            <w:r w:rsidRPr="00142E40">
              <w:t>Completed 88% of scope</w:t>
            </w:r>
          </w:p>
        </w:tc>
        <w:tc>
          <w:tcPr>
            <w:tcW w:w="2254" w:type="dxa"/>
          </w:tcPr>
          <w:p w:rsidRPr="00C83458" w:rsidR="00142E40" w:rsidP="00E35DB0" w:rsidRDefault="00142E40" w14:paraId="6A0CE37C" w14:textId="67D72412">
            <w:r w:rsidRPr="00142E40">
              <w:t>Beta version walkthrough</w:t>
            </w:r>
          </w:p>
        </w:tc>
        <w:tc>
          <w:tcPr>
            <w:tcW w:w="2254" w:type="dxa"/>
          </w:tcPr>
          <w:p w:rsidRPr="00C83458" w:rsidR="00142E40" w:rsidP="00E35DB0" w:rsidRDefault="00142E40" w14:paraId="0B7FF76C" w14:textId="1B60DFAB">
            <w:r w:rsidRPr="00142E40">
              <w:t>Gathered early user feedback</w:t>
            </w:r>
          </w:p>
        </w:tc>
        <w:tc>
          <w:tcPr>
            <w:tcW w:w="2254" w:type="dxa"/>
          </w:tcPr>
          <w:p w:rsidRPr="00C83458" w:rsidR="00142E40" w:rsidP="00E35DB0" w:rsidRDefault="00142E40" w14:paraId="4743A8E0" w14:textId="1367CF8D">
            <w:r w:rsidRPr="00142E40">
              <w:t>Apply feedback-based improvements</w:t>
            </w:r>
          </w:p>
        </w:tc>
      </w:tr>
    </w:tbl>
    <w:p w:rsidR="00142E40" w:rsidP="00142E40" w:rsidRDefault="00142E40" w14:paraId="3DDAE45E" w14:textId="77777777"/>
    <w:p w:rsidR="00142E40" w:rsidP="00142E40" w:rsidRDefault="00142E40" w14:paraId="0E0DEDE7" w14:textId="03084A11">
      <w:pPr>
        <w:pStyle w:val="Heading2"/>
      </w:pPr>
      <w:r>
        <w:t>Sprint 7</w:t>
      </w:r>
    </w:p>
    <w:tbl>
      <w:tblPr>
        <w:tblStyle w:val="TableGrid"/>
        <w:tblW w:w="0" w:type="auto"/>
        <w:tblLook w:val="04A0" w:firstRow="1" w:lastRow="0" w:firstColumn="1" w:lastColumn="0" w:noHBand="0" w:noVBand="1"/>
      </w:tblPr>
      <w:tblGrid>
        <w:gridCol w:w="2254"/>
        <w:gridCol w:w="2254"/>
        <w:gridCol w:w="2254"/>
        <w:gridCol w:w="2254"/>
      </w:tblGrid>
      <w:tr w:rsidR="00244D9D" w:rsidTr="00E35DB0" w14:paraId="15942C8C" w14:textId="77777777">
        <w:tc>
          <w:tcPr>
            <w:tcW w:w="2254" w:type="dxa"/>
          </w:tcPr>
          <w:p w:rsidRPr="005E0381" w:rsidR="00244D9D" w:rsidP="00E35DB0" w:rsidRDefault="00244D9D" w14:paraId="06057963" w14:textId="77777777">
            <w:pPr>
              <w:rPr>
                <w:b/>
                <w:bCs/>
                <w:i/>
                <w:iCs/>
              </w:rPr>
            </w:pPr>
            <w:r w:rsidRPr="005E0381">
              <w:rPr>
                <w:b/>
                <w:bCs/>
                <w:i/>
                <w:iCs/>
              </w:rPr>
              <w:t>Date</w:t>
            </w:r>
          </w:p>
        </w:tc>
        <w:tc>
          <w:tcPr>
            <w:tcW w:w="6762" w:type="dxa"/>
            <w:gridSpan w:val="3"/>
          </w:tcPr>
          <w:p w:rsidR="00244D9D" w:rsidP="00E35DB0" w:rsidRDefault="00244D9D" w14:paraId="1B0E7B12" w14:textId="64A190A1">
            <w:r w:rsidRPr="00244D9D">
              <w:t>07/12/2025</w:t>
            </w:r>
          </w:p>
        </w:tc>
      </w:tr>
      <w:tr w:rsidR="00244D9D" w:rsidTr="00E35DB0" w14:paraId="0063246D" w14:textId="77777777">
        <w:tc>
          <w:tcPr>
            <w:tcW w:w="2254" w:type="dxa"/>
          </w:tcPr>
          <w:p w:rsidRPr="005E0381" w:rsidR="00244D9D" w:rsidP="00E35DB0" w:rsidRDefault="00244D9D" w14:paraId="707DA384" w14:textId="77777777">
            <w:pPr>
              <w:rPr>
                <w:b/>
                <w:bCs/>
                <w:i/>
                <w:iCs/>
              </w:rPr>
            </w:pPr>
            <w:r w:rsidRPr="005E0381">
              <w:rPr>
                <w:b/>
                <w:bCs/>
                <w:i/>
                <w:iCs/>
              </w:rPr>
              <w:t>Time</w:t>
            </w:r>
          </w:p>
        </w:tc>
        <w:tc>
          <w:tcPr>
            <w:tcW w:w="6762" w:type="dxa"/>
            <w:gridSpan w:val="3"/>
          </w:tcPr>
          <w:p w:rsidR="00244D9D" w:rsidP="00E35DB0" w:rsidRDefault="00244D9D" w14:paraId="1EF6E2AF" w14:textId="46D89229">
            <w:r w:rsidRPr="00244D9D">
              <w:t>2:00 PM – 3:30 PM</w:t>
            </w:r>
          </w:p>
        </w:tc>
      </w:tr>
      <w:tr w:rsidR="00244D9D" w:rsidTr="00E35DB0" w14:paraId="2E3064CD" w14:textId="77777777">
        <w:tc>
          <w:tcPr>
            <w:tcW w:w="2254" w:type="dxa"/>
          </w:tcPr>
          <w:p w:rsidRPr="005E0381" w:rsidR="00244D9D" w:rsidP="00E35DB0" w:rsidRDefault="00244D9D" w14:paraId="76791CB2" w14:textId="77777777">
            <w:pPr>
              <w:rPr>
                <w:b/>
                <w:bCs/>
                <w:i/>
                <w:iCs/>
              </w:rPr>
            </w:pPr>
            <w:r w:rsidRPr="005E0381">
              <w:rPr>
                <w:b/>
                <w:bCs/>
                <w:i/>
                <w:iCs/>
              </w:rPr>
              <w:t>Location</w:t>
            </w:r>
          </w:p>
        </w:tc>
        <w:tc>
          <w:tcPr>
            <w:tcW w:w="6762" w:type="dxa"/>
            <w:gridSpan w:val="3"/>
          </w:tcPr>
          <w:p w:rsidR="00244D9D" w:rsidP="00E35DB0" w:rsidRDefault="00244D9D" w14:paraId="1F4ED439" w14:textId="4366700A">
            <w:r w:rsidRPr="00244D9D">
              <w:t>Conference Room A</w:t>
            </w:r>
          </w:p>
        </w:tc>
      </w:tr>
      <w:tr w:rsidR="00244D9D" w:rsidTr="00E35DB0" w14:paraId="2548FC33" w14:textId="77777777">
        <w:tc>
          <w:tcPr>
            <w:tcW w:w="2254" w:type="dxa"/>
          </w:tcPr>
          <w:p w:rsidRPr="005E0381" w:rsidR="00244D9D" w:rsidP="00E35DB0" w:rsidRDefault="00244D9D" w14:paraId="1197DB00" w14:textId="77777777">
            <w:pPr>
              <w:rPr>
                <w:b/>
                <w:bCs/>
                <w:i/>
                <w:iCs/>
              </w:rPr>
            </w:pPr>
            <w:r w:rsidRPr="005E0381">
              <w:rPr>
                <w:b/>
                <w:bCs/>
                <w:i/>
                <w:iCs/>
              </w:rPr>
              <w:t>Prepared By</w:t>
            </w:r>
          </w:p>
        </w:tc>
        <w:tc>
          <w:tcPr>
            <w:tcW w:w="6762" w:type="dxa"/>
            <w:gridSpan w:val="3"/>
          </w:tcPr>
          <w:p w:rsidR="00244D9D" w:rsidP="00E35DB0" w:rsidRDefault="00244D9D" w14:paraId="09B95044" w14:textId="77777777">
            <w:r w:rsidRPr="002646CC">
              <w:t>Mr. Ramesh</w:t>
            </w:r>
          </w:p>
        </w:tc>
      </w:tr>
      <w:tr w:rsidR="00244D9D" w:rsidTr="00E35DB0" w14:paraId="0F115602" w14:textId="77777777">
        <w:trPr>
          <w:trHeight w:val="1940"/>
        </w:trPr>
        <w:tc>
          <w:tcPr>
            <w:tcW w:w="2254" w:type="dxa"/>
          </w:tcPr>
          <w:p w:rsidRPr="005E0381" w:rsidR="00244D9D" w:rsidP="00E35DB0" w:rsidRDefault="00244D9D" w14:paraId="7BFFEC8B" w14:textId="77777777">
            <w:pPr>
              <w:rPr>
                <w:b/>
                <w:bCs/>
                <w:i/>
                <w:iCs/>
              </w:rPr>
            </w:pPr>
            <w:r w:rsidRPr="005E0381">
              <w:rPr>
                <w:b/>
                <w:bCs/>
                <w:i/>
                <w:iCs/>
              </w:rPr>
              <w:t>Attendees</w:t>
            </w:r>
          </w:p>
        </w:tc>
        <w:tc>
          <w:tcPr>
            <w:tcW w:w="6762" w:type="dxa"/>
            <w:gridSpan w:val="3"/>
          </w:tcPr>
          <w:p w:rsidR="00244D9D" w:rsidP="00E35DB0" w:rsidRDefault="00244D9D" w14:paraId="24227D4B" w14:textId="77777777">
            <w:r w:rsidRPr="00C83458">
              <w:t>Barath Narayanan (Scrum Master &amp; BA)</w:t>
            </w:r>
          </w:p>
          <w:p w:rsidR="00244D9D" w:rsidP="00E35DB0" w:rsidRDefault="00244D9D" w14:paraId="5A2D7631" w14:textId="77777777">
            <w:r w:rsidRPr="00C83458">
              <w:t>Mr. Ramesh (PO)</w:t>
            </w:r>
          </w:p>
          <w:p w:rsidR="00244D9D" w:rsidP="00E35DB0" w:rsidRDefault="00244D9D" w14:paraId="1D1C2EBD" w14:textId="77777777">
            <w:r w:rsidRPr="00C83458">
              <w:t>Suresh Menon</w:t>
            </w:r>
          </w:p>
          <w:p w:rsidR="00244D9D" w:rsidP="00E35DB0" w:rsidRDefault="00244D9D" w14:paraId="5D39C294" w14:textId="77777777">
            <w:r w:rsidRPr="00C83458">
              <w:t>Vivek Reddy</w:t>
            </w:r>
          </w:p>
          <w:p w:rsidR="00244D9D" w:rsidP="00E35DB0" w:rsidRDefault="00244D9D" w14:paraId="0BEA9145" w14:textId="77777777">
            <w:r w:rsidRPr="00C83458">
              <w:t>Anil Sharma</w:t>
            </w:r>
          </w:p>
          <w:p w:rsidR="00244D9D" w:rsidP="00E35DB0" w:rsidRDefault="00244D9D" w14:paraId="40D3ADF4" w14:textId="77777777">
            <w:r w:rsidRPr="00C83458">
              <w:t>Karthik Iyer</w:t>
            </w:r>
          </w:p>
          <w:p w:rsidR="00244D9D" w:rsidP="00E35DB0" w:rsidRDefault="00244D9D" w14:paraId="13C531BA" w14:textId="77777777">
            <w:r w:rsidRPr="00C83458">
              <w:t>Prakash Rao</w:t>
            </w:r>
          </w:p>
        </w:tc>
      </w:tr>
      <w:tr w:rsidR="00244D9D" w:rsidTr="00E35DB0" w14:paraId="019BAAA8" w14:textId="77777777">
        <w:tc>
          <w:tcPr>
            <w:tcW w:w="2254" w:type="dxa"/>
          </w:tcPr>
          <w:p w:rsidRPr="005E0381" w:rsidR="00244D9D" w:rsidP="00E35DB0" w:rsidRDefault="00244D9D" w14:paraId="271D4F5D" w14:textId="77777777">
            <w:pPr>
              <w:rPr>
                <w:b/>
                <w:bCs/>
                <w:i/>
                <w:iCs/>
              </w:rPr>
            </w:pPr>
            <w:r w:rsidRPr="005E0381">
              <w:rPr>
                <w:b/>
                <w:bCs/>
                <w:i/>
                <w:iCs/>
              </w:rPr>
              <w:t>Sprint status</w:t>
            </w:r>
          </w:p>
        </w:tc>
        <w:tc>
          <w:tcPr>
            <w:tcW w:w="2254" w:type="dxa"/>
          </w:tcPr>
          <w:p w:rsidRPr="005E0381" w:rsidR="00244D9D" w:rsidP="00E35DB0" w:rsidRDefault="00244D9D" w14:paraId="2A7A64F3" w14:textId="77777777">
            <w:pPr>
              <w:rPr>
                <w:b/>
                <w:bCs/>
                <w:i/>
                <w:iCs/>
              </w:rPr>
            </w:pPr>
            <w:r w:rsidRPr="005E0381">
              <w:rPr>
                <w:b/>
                <w:bCs/>
                <w:i/>
                <w:iCs/>
              </w:rPr>
              <w:t>Things to demo</w:t>
            </w:r>
          </w:p>
        </w:tc>
        <w:tc>
          <w:tcPr>
            <w:tcW w:w="2254" w:type="dxa"/>
          </w:tcPr>
          <w:p w:rsidRPr="005E0381" w:rsidR="00244D9D" w:rsidP="00E35DB0" w:rsidRDefault="00244D9D" w14:paraId="347F80AA" w14:textId="77777777">
            <w:pPr>
              <w:rPr>
                <w:b/>
                <w:bCs/>
                <w:i/>
                <w:iCs/>
              </w:rPr>
            </w:pPr>
            <w:r w:rsidRPr="005E0381">
              <w:rPr>
                <w:b/>
                <w:bCs/>
                <w:i/>
                <w:iCs/>
              </w:rPr>
              <w:t>Quick updates</w:t>
            </w:r>
          </w:p>
        </w:tc>
        <w:tc>
          <w:tcPr>
            <w:tcW w:w="2254" w:type="dxa"/>
          </w:tcPr>
          <w:p w:rsidRPr="005E0381" w:rsidR="00244D9D" w:rsidP="00E35DB0" w:rsidRDefault="00244D9D" w14:paraId="1A77D10D" w14:textId="77777777">
            <w:pPr>
              <w:rPr>
                <w:b/>
                <w:bCs/>
                <w:i/>
                <w:iCs/>
              </w:rPr>
            </w:pPr>
            <w:r w:rsidRPr="005E0381">
              <w:rPr>
                <w:b/>
                <w:bCs/>
                <w:i/>
                <w:iCs/>
              </w:rPr>
              <w:t>What’s next</w:t>
            </w:r>
          </w:p>
        </w:tc>
      </w:tr>
      <w:tr w:rsidR="00244D9D" w:rsidTr="00E35DB0" w14:paraId="0743C636" w14:textId="77777777">
        <w:tc>
          <w:tcPr>
            <w:tcW w:w="2254" w:type="dxa"/>
          </w:tcPr>
          <w:p w:rsidRPr="00C83458" w:rsidR="00244D9D" w:rsidP="00E35DB0" w:rsidRDefault="00244D9D" w14:paraId="4BEE94B8" w14:textId="71282A87">
            <w:r w:rsidRPr="00244D9D">
              <w:t>Completed all backlog items</w:t>
            </w:r>
          </w:p>
        </w:tc>
        <w:tc>
          <w:tcPr>
            <w:tcW w:w="2254" w:type="dxa"/>
          </w:tcPr>
          <w:p w:rsidRPr="00C83458" w:rsidR="00244D9D" w:rsidP="00E35DB0" w:rsidRDefault="00244D9D" w14:paraId="1ACC3EB3" w14:textId="2BC8780A">
            <w:r w:rsidRPr="00244D9D">
              <w:t>Performance optimization, Faster load times</w:t>
            </w:r>
          </w:p>
        </w:tc>
        <w:tc>
          <w:tcPr>
            <w:tcW w:w="2254" w:type="dxa"/>
          </w:tcPr>
          <w:p w:rsidRPr="00C83458" w:rsidR="00244D9D" w:rsidP="00E35DB0" w:rsidRDefault="00244D9D" w14:paraId="288E0E87" w14:textId="7117DD41">
            <w:r w:rsidRPr="00244D9D">
              <w:t>Reduced server response by 30%</w:t>
            </w:r>
          </w:p>
        </w:tc>
        <w:tc>
          <w:tcPr>
            <w:tcW w:w="2254" w:type="dxa"/>
          </w:tcPr>
          <w:p w:rsidR="00244D9D" w:rsidP="00244D9D" w:rsidRDefault="00244D9D" w14:paraId="31715598" w14:textId="77777777">
            <w:r>
              <w:t>Start final UAT preparation</w:t>
            </w:r>
          </w:p>
          <w:p w:rsidRPr="00C83458" w:rsidR="00244D9D" w:rsidP="00E35DB0" w:rsidRDefault="00244D9D" w14:paraId="6CD01F0A" w14:textId="37D3C611"/>
        </w:tc>
      </w:tr>
    </w:tbl>
    <w:p w:rsidR="00142E40" w:rsidP="00142E40" w:rsidRDefault="00142E40" w14:paraId="6A92454E" w14:textId="77777777"/>
    <w:p w:rsidR="00244D9D" w:rsidP="00244D9D" w:rsidRDefault="00244D9D" w14:paraId="3115AD5E" w14:textId="049B80AC">
      <w:pPr>
        <w:pStyle w:val="Heading2"/>
      </w:pPr>
      <w:r>
        <w:t>Sprint 8</w:t>
      </w:r>
    </w:p>
    <w:tbl>
      <w:tblPr>
        <w:tblStyle w:val="TableGrid"/>
        <w:tblW w:w="0" w:type="auto"/>
        <w:tblLook w:val="04A0" w:firstRow="1" w:lastRow="0" w:firstColumn="1" w:lastColumn="0" w:noHBand="0" w:noVBand="1"/>
      </w:tblPr>
      <w:tblGrid>
        <w:gridCol w:w="2254"/>
        <w:gridCol w:w="2254"/>
        <w:gridCol w:w="2254"/>
        <w:gridCol w:w="2254"/>
      </w:tblGrid>
      <w:tr w:rsidR="00244D9D" w:rsidTr="00E35DB0" w14:paraId="74B8A4AD" w14:textId="77777777">
        <w:tc>
          <w:tcPr>
            <w:tcW w:w="2254" w:type="dxa"/>
          </w:tcPr>
          <w:p w:rsidRPr="005E0381" w:rsidR="00244D9D" w:rsidP="00E35DB0" w:rsidRDefault="00244D9D" w14:paraId="1E9E7E30" w14:textId="77777777">
            <w:pPr>
              <w:rPr>
                <w:b/>
                <w:bCs/>
                <w:i/>
                <w:iCs/>
              </w:rPr>
            </w:pPr>
            <w:r w:rsidRPr="005E0381">
              <w:rPr>
                <w:b/>
                <w:bCs/>
                <w:i/>
                <w:iCs/>
              </w:rPr>
              <w:t>Date</w:t>
            </w:r>
          </w:p>
        </w:tc>
        <w:tc>
          <w:tcPr>
            <w:tcW w:w="6762" w:type="dxa"/>
            <w:gridSpan w:val="3"/>
          </w:tcPr>
          <w:p w:rsidR="00244D9D" w:rsidP="00E35DB0" w:rsidRDefault="00244D9D" w14:paraId="415BAAEA" w14:textId="52BDEE55">
            <w:r w:rsidRPr="00244D9D">
              <w:t>21/12/2025</w:t>
            </w:r>
          </w:p>
        </w:tc>
      </w:tr>
      <w:tr w:rsidR="00244D9D" w:rsidTr="00E35DB0" w14:paraId="2031DD9C" w14:textId="77777777">
        <w:tc>
          <w:tcPr>
            <w:tcW w:w="2254" w:type="dxa"/>
          </w:tcPr>
          <w:p w:rsidRPr="005E0381" w:rsidR="00244D9D" w:rsidP="00E35DB0" w:rsidRDefault="00244D9D" w14:paraId="6A928099" w14:textId="77777777">
            <w:pPr>
              <w:rPr>
                <w:b/>
                <w:bCs/>
                <w:i/>
                <w:iCs/>
              </w:rPr>
            </w:pPr>
            <w:r w:rsidRPr="005E0381">
              <w:rPr>
                <w:b/>
                <w:bCs/>
                <w:i/>
                <w:iCs/>
              </w:rPr>
              <w:t>Time</w:t>
            </w:r>
          </w:p>
        </w:tc>
        <w:tc>
          <w:tcPr>
            <w:tcW w:w="6762" w:type="dxa"/>
            <w:gridSpan w:val="3"/>
          </w:tcPr>
          <w:p w:rsidR="00244D9D" w:rsidP="00E35DB0" w:rsidRDefault="00244D9D" w14:paraId="115C6240" w14:textId="54E32C39">
            <w:r w:rsidRPr="00244D9D">
              <w:t>11:00 AM – 12:30 PM</w:t>
            </w:r>
          </w:p>
        </w:tc>
      </w:tr>
      <w:tr w:rsidR="00244D9D" w:rsidTr="00E35DB0" w14:paraId="75D43FF8" w14:textId="77777777">
        <w:tc>
          <w:tcPr>
            <w:tcW w:w="2254" w:type="dxa"/>
          </w:tcPr>
          <w:p w:rsidRPr="005E0381" w:rsidR="00244D9D" w:rsidP="00E35DB0" w:rsidRDefault="00244D9D" w14:paraId="340F7187" w14:textId="77777777">
            <w:pPr>
              <w:rPr>
                <w:b/>
                <w:bCs/>
                <w:i/>
                <w:iCs/>
              </w:rPr>
            </w:pPr>
            <w:r w:rsidRPr="005E0381">
              <w:rPr>
                <w:b/>
                <w:bCs/>
                <w:i/>
                <w:iCs/>
              </w:rPr>
              <w:t>Location</w:t>
            </w:r>
          </w:p>
        </w:tc>
        <w:tc>
          <w:tcPr>
            <w:tcW w:w="6762" w:type="dxa"/>
            <w:gridSpan w:val="3"/>
          </w:tcPr>
          <w:p w:rsidR="00244D9D" w:rsidP="00E35DB0" w:rsidRDefault="00244D9D" w14:paraId="4F83294D" w14:textId="26068C7D">
            <w:r w:rsidRPr="00244D9D">
              <w:t>Conference Room B</w:t>
            </w:r>
          </w:p>
        </w:tc>
      </w:tr>
      <w:tr w:rsidR="00244D9D" w:rsidTr="00E35DB0" w14:paraId="3A782FBD" w14:textId="77777777">
        <w:tc>
          <w:tcPr>
            <w:tcW w:w="2254" w:type="dxa"/>
          </w:tcPr>
          <w:p w:rsidRPr="005E0381" w:rsidR="00244D9D" w:rsidP="00E35DB0" w:rsidRDefault="00244D9D" w14:paraId="6AA6F47E" w14:textId="77777777">
            <w:pPr>
              <w:rPr>
                <w:b/>
                <w:bCs/>
                <w:i/>
                <w:iCs/>
              </w:rPr>
            </w:pPr>
            <w:r w:rsidRPr="005E0381">
              <w:rPr>
                <w:b/>
                <w:bCs/>
                <w:i/>
                <w:iCs/>
              </w:rPr>
              <w:t>Prepared By</w:t>
            </w:r>
          </w:p>
        </w:tc>
        <w:tc>
          <w:tcPr>
            <w:tcW w:w="6762" w:type="dxa"/>
            <w:gridSpan w:val="3"/>
          </w:tcPr>
          <w:p w:rsidR="00244D9D" w:rsidP="00E35DB0" w:rsidRDefault="00244D9D" w14:paraId="21FE7917" w14:textId="77777777">
            <w:r w:rsidRPr="002646CC">
              <w:t>Mr. Ramesh</w:t>
            </w:r>
          </w:p>
        </w:tc>
      </w:tr>
      <w:tr w:rsidR="00244D9D" w:rsidTr="00E35DB0" w14:paraId="448A0B64" w14:textId="77777777">
        <w:trPr>
          <w:trHeight w:val="1940"/>
        </w:trPr>
        <w:tc>
          <w:tcPr>
            <w:tcW w:w="2254" w:type="dxa"/>
          </w:tcPr>
          <w:p w:rsidRPr="005E0381" w:rsidR="00244D9D" w:rsidP="00E35DB0" w:rsidRDefault="00244D9D" w14:paraId="2FCC2AF8" w14:textId="77777777">
            <w:pPr>
              <w:rPr>
                <w:b/>
                <w:bCs/>
                <w:i/>
                <w:iCs/>
              </w:rPr>
            </w:pPr>
            <w:r w:rsidRPr="005E0381">
              <w:rPr>
                <w:b/>
                <w:bCs/>
                <w:i/>
                <w:iCs/>
              </w:rPr>
              <w:t>Attendees</w:t>
            </w:r>
          </w:p>
        </w:tc>
        <w:tc>
          <w:tcPr>
            <w:tcW w:w="6762" w:type="dxa"/>
            <w:gridSpan w:val="3"/>
          </w:tcPr>
          <w:p w:rsidR="00244D9D" w:rsidP="00E35DB0" w:rsidRDefault="00244D9D" w14:paraId="4699469B" w14:textId="77777777">
            <w:r w:rsidRPr="00C83458">
              <w:t>Barath Narayanan (Scrum Master &amp; BA)</w:t>
            </w:r>
          </w:p>
          <w:p w:rsidR="00244D9D" w:rsidP="00E35DB0" w:rsidRDefault="00244D9D" w14:paraId="01369256" w14:textId="77777777">
            <w:r w:rsidRPr="00C83458">
              <w:t>Mr. Ramesh (PO)</w:t>
            </w:r>
          </w:p>
          <w:p w:rsidR="00244D9D" w:rsidP="00E35DB0" w:rsidRDefault="00244D9D" w14:paraId="2598A18B" w14:textId="77777777">
            <w:r w:rsidRPr="00C83458">
              <w:t>Suresh Menon</w:t>
            </w:r>
          </w:p>
          <w:p w:rsidR="00244D9D" w:rsidP="00E35DB0" w:rsidRDefault="00244D9D" w14:paraId="6B7A2318" w14:textId="77777777">
            <w:r w:rsidRPr="00C83458">
              <w:t>Vivek Reddy</w:t>
            </w:r>
          </w:p>
          <w:p w:rsidR="00244D9D" w:rsidP="00E35DB0" w:rsidRDefault="00244D9D" w14:paraId="47A12DA4" w14:textId="77777777">
            <w:r w:rsidRPr="00C83458">
              <w:t>Anil Sharma</w:t>
            </w:r>
          </w:p>
          <w:p w:rsidR="00244D9D" w:rsidP="00E35DB0" w:rsidRDefault="00244D9D" w14:paraId="0D60CD9D" w14:textId="77777777">
            <w:r w:rsidRPr="00C83458">
              <w:t>Karthik Iyer</w:t>
            </w:r>
          </w:p>
          <w:p w:rsidR="00244D9D" w:rsidP="00E35DB0" w:rsidRDefault="00244D9D" w14:paraId="55BCBC20" w14:textId="77777777">
            <w:r w:rsidRPr="00C83458">
              <w:t>Prakash Rao</w:t>
            </w:r>
          </w:p>
        </w:tc>
      </w:tr>
      <w:tr w:rsidR="00244D9D" w:rsidTr="00E35DB0" w14:paraId="3CC2BBD8" w14:textId="77777777">
        <w:tc>
          <w:tcPr>
            <w:tcW w:w="2254" w:type="dxa"/>
          </w:tcPr>
          <w:p w:rsidRPr="005E0381" w:rsidR="00244D9D" w:rsidP="00E35DB0" w:rsidRDefault="00244D9D" w14:paraId="7EE3C727" w14:textId="77777777">
            <w:pPr>
              <w:rPr>
                <w:b/>
                <w:bCs/>
                <w:i/>
                <w:iCs/>
              </w:rPr>
            </w:pPr>
            <w:r w:rsidRPr="005E0381">
              <w:rPr>
                <w:b/>
                <w:bCs/>
                <w:i/>
                <w:iCs/>
              </w:rPr>
              <w:t>Sprint status</w:t>
            </w:r>
          </w:p>
        </w:tc>
        <w:tc>
          <w:tcPr>
            <w:tcW w:w="2254" w:type="dxa"/>
          </w:tcPr>
          <w:p w:rsidRPr="005E0381" w:rsidR="00244D9D" w:rsidP="00E35DB0" w:rsidRDefault="00244D9D" w14:paraId="035C1C7B" w14:textId="77777777">
            <w:pPr>
              <w:rPr>
                <w:b/>
                <w:bCs/>
                <w:i/>
                <w:iCs/>
              </w:rPr>
            </w:pPr>
            <w:r w:rsidRPr="005E0381">
              <w:rPr>
                <w:b/>
                <w:bCs/>
                <w:i/>
                <w:iCs/>
              </w:rPr>
              <w:t>Things to demo</w:t>
            </w:r>
          </w:p>
        </w:tc>
        <w:tc>
          <w:tcPr>
            <w:tcW w:w="2254" w:type="dxa"/>
          </w:tcPr>
          <w:p w:rsidRPr="005E0381" w:rsidR="00244D9D" w:rsidP="00E35DB0" w:rsidRDefault="00244D9D" w14:paraId="7FBD5127" w14:textId="77777777">
            <w:pPr>
              <w:rPr>
                <w:b/>
                <w:bCs/>
                <w:i/>
                <w:iCs/>
              </w:rPr>
            </w:pPr>
            <w:r w:rsidRPr="005E0381">
              <w:rPr>
                <w:b/>
                <w:bCs/>
                <w:i/>
                <w:iCs/>
              </w:rPr>
              <w:t>Quick updates</w:t>
            </w:r>
          </w:p>
        </w:tc>
        <w:tc>
          <w:tcPr>
            <w:tcW w:w="2254" w:type="dxa"/>
          </w:tcPr>
          <w:p w:rsidRPr="005E0381" w:rsidR="00244D9D" w:rsidP="00E35DB0" w:rsidRDefault="00244D9D" w14:paraId="1CDF4765" w14:textId="77777777">
            <w:pPr>
              <w:rPr>
                <w:b/>
                <w:bCs/>
                <w:i/>
                <w:iCs/>
              </w:rPr>
            </w:pPr>
            <w:r w:rsidRPr="005E0381">
              <w:rPr>
                <w:b/>
                <w:bCs/>
                <w:i/>
                <w:iCs/>
              </w:rPr>
              <w:t>What’s next</w:t>
            </w:r>
          </w:p>
        </w:tc>
      </w:tr>
      <w:tr w:rsidR="00244D9D" w:rsidTr="00E35DB0" w14:paraId="65F9EC6E" w14:textId="77777777">
        <w:tc>
          <w:tcPr>
            <w:tcW w:w="2254" w:type="dxa"/>
          </w:tcPr>
          <w:p w:rsidRPr="00C83458" w:rsidR="00244D9D" w:rsidP="00E35DB0" w:rsidRDefault="00244D9D" w14:paraId="15AD1241" w14:textId="08152F5A">
            <w:r w:rsidRPr="00244D9D">
              <w:t>Completed 92% of tasks</w:t>
            </w:r>
          </w:p>
        </w:tc>
        <w:tc>
          <w:tcPr>
            <w:tcW w:w="2254" w:type="dxa"/>
          </w:tcPr>
          <w:p w:rsidRPr="00C83458" w:rsidR="00244D9D" w:rsidP="00E35DB0" w:rsidRDefault="00244D9D" w14:paraId="2BA217B7" w14:textId="61375E9F">
            <w:r w:rsidRPr="00244D9D">
              <w:t>UAT-ready build, Full feature set</w:t>
            </w:r>
          </w:p>
        </w:tc>
        <w:tc>
          <w:tcPr>
            <w:tcW w:w="2254" w:type="dxa"/>
          </w:tcPr>
          <w:p w:rsidRPr="00C83458" w:rsidR="00244D9D" w:rsidP="00E35DB0" w:rsidRDefault="00244D9D" w14:paraId="047481A1" w14:textId="37CCD8F2">
            <w:r w:rsidRPr="00244D9D">
              <w:t>All critical bugs resolved</w:t>
            </w:r>
          </w:p>
        </w:tc>
        <w:tc>
          <w:tcPr>
            <w:tcW w:w="2254" w:type="dxa"/>
          </w:tcPr>
          <w:p w:rsidRPr="00C83458" w:rsidR="00244D9D" w:rsidP="00E35DB0" w:rsidRDefault="00244D9D" w14:paraId="3055C882" w14:textId="1770E57D">
            <w:r w:rsidRPr="00244D9D">
              <w:t>Conduct UAT with client</w:t>
            </w:r>
          </w:p>
        </w:tc>
      </w:tr>
    </w:tbl>
    <w:p w:rsidR="00244D9D" w:rsidP="00244D9D" w:rsidRDefault="00244D9D" w14:paraId="1BA1CE0E" w14:textId="77777777"/>
    <w:p w:rsidR="00244D9D" w:rsidP="00244D9D" w:rsidRDefault="00244D9D" w14:paraId="325BD4A4" w14:textId="0539EDE2">
      <w:pPr>
        <w:pStyle w:val="Heading2"/>
      </w:pPr>
      <w:r>
        <w:t>Sprint 9</w:t>
      </w:r>
    </w:p>
    <w:tbl>
      <w:tblPr>
        <w:tblStyle w:val="TableGrid"/>
        <w:tblW w:w="0" w:type="auto"/>
        <w:tblLook w:val="04A0" w:firstRow="1" w:lastRow="0" w:firstColumn="1" w:lastColumn="0" w:noHBand="0" w:noVBand="1"/>
      </w:tblPr>
      <w:tblGrid>
        <w:gridCol w:w="2254"/>
        <w:gridCol w:w="2254"/>
        <w:gridCol w:w="2254"/>
        <w:gridCol w:w="2254"/>
      </w:tblGrid>
      <w:tr w:rsidR="00244D9D" w:rsidTr="00E35DB0" w14:paraId="3D6E9615" w14:textId="77777777">
        <w:tc>
          <w:tcPr>
            <w:tcW w:w="2254" w:type="dxa"/>
          </w:tcPr>
          <w:p w:rsidRPr="005E0381" w:rsidR="00244D9D" w:rsidP="00E35DB0" w:rsidRDefault="00244D9D" w14:paraId="59900ABE" w14:textId="77777777">
            <w:pPr>
              <w:rPr>
                <w:b/>
                <w:bCs/>
                <w:i/>
                <w:iCs/>
              </w:rPr>
            </w:pPr>
            <w:r w:rsidRPr="005E0381">
              <w:rPr>
                <w:b/>
                <w:bCs/>
                <w:i/>
                <w:iCs/>
              </w:rPr>
              <w:t>Date</w:t>
            </w:r>
          </w:p>
        </w:tc>
        <w:tc>
          <w:tcPr>
            <w:tcW w:w="6762" w:type="dxa"/>
            <w:gridSpan w:val="3"/>
          </w:tcPr>
          <w:p w:rsidR="00244D9D" w:rsidP="00E35DB0" w:rsidRDefault="00244D9D" w14:paraId="05F9062D" w14:textId="7C78372F">
            <w:r w:rsidRPr="00244D9D">
              <w:t>04/01/2026</w:t>
            </w:r>
          </w:p>
        </w:tc>
      </w:tr>
      <w:tr w:rsidR="00244D9D" w:rsidTr="00E35DB0" w14:paraId="685B785C" w14:textId="77777777">
        <w:tc>
          <w:tcPr>
            <w:tcW w:w="2254" w:type="dxa"/>
          </w:tcPr>
          <w:p w:rsidRPr="005E0381" w:rsidR="00244D9D" w:rsidP="00E35DB0" w:rsidRDefault="00244D9D" w14:paraId="56808423" w14:textId="77777777">
            <w:pPr>
              <w:rPr>
                <w:b/>
                <w:bCs/>
                <w:i/>
                <w:iCs/>
              </w:rPr>
            </w:pPr>
            <w:r w:rsidRPr="005E0381">
              <w:rPr>
                <w:b/>
                <w:bCs/>
                <w:i/>
                <w:iCs/>
              </w:rPr>
              <w:t>Time</w:t>
            </w:r>
          </w:p>
        </w:tc>
        <w:tc>
          <w:tcPr>
            <w:tcW w:w="6762" w:type="dxa"/>
            <w:gridSpan w:val="3"/>
          </w:tcPr>
          <w:p w:rsidR="00244D9D" w:rsidP="00E35DB0" w:rsidRDefault="00244D9D" w14:paraId="1B5A0AC2" w14:textId="3C584310">
            <w:r w:rsidRPr="00244D9D">
              <w:t>10:00 AM – 11:30 AM</w:t>
            </w:r>
          </w:p>
        </w:tc>
      </w:tr>
      <w:tr w:rsidR="00244D9D" w:rsidTr="00E35DB0" w14:paraId="39917FC6" w14:textId="77777777">
        <w:tc>
          <w:tcPr>
            <w:tcW w:w="2254" w:type="dxa"/>
          </w:tcPr>
          <w:p w:rsidRPr="005E0381" w:rsidR="00244D9D" w:rsidP="00E35DB0" w:rsidRDefault="00244D9D" w14:paraId="182550FE" w14:textId="77777777">
            <w:pPr>
              <w:rPr>
                <w:b/>
                <w:bCs/>
                <w:i/>
                <w:iCs/>
              </w:rPr>
            </w:pPr>
            <w:r w:rsidRPr="005E0381">
              <w:rPr>
                <w:b/>
                <w:bCs/>
                <w:i/>
                <w:iCs/>
              </w:rPr>
              <w:t>Location</w:t>
            </w:r>
          </w:p>
        </w:tc>
        <w:tc>
          <w:tcPr>
            <w:tcW w:w="6762" w:type="dxa"/>
            <w:gridSpan w:val="3"/>
          </w:tcPr>
          <w:p w:rsidR="00244D9D" w:rsidP="00E35DB0" w:rsidRDefault="00244D9D" w14:paraId="6AA0E581" w14:textId="46392517">
            <w:r w:rsidRPr="00244D9D">
              <w:t>Conference Room C</w:t>
            </w:r>
          </w:p>
        </w:tc>
      </w:tr>
      <w:tr w:rsidR="00244D9D" w:rsidTr="00E35DB0" w14:paraId="5DBAD0E6" w14:textId="77777777">
        <w:tc>
          <w:tcPr>
            <w:tcW w:w="2254" w:type="dxa"/>
          </w:tcPr>
          <w:p w:rsidRPr="005E0381" w:rsidR="00244D9D" w:rsidP="00E35DB0" w:rsidRDefault="00244D9D" w14:paraId="1DDF96B7" w14:textId="77777777">
            <w:pPr>
              <w:rPr>
                <w:b/>
                <w:bCs/>
                <w:i/>
                <w:iCs/>
              </w:rPr>
            </w:pPr>
            <w:r w:rsidRPr="005E0381">
              <w:rPr>
                <w:b/>
                <w:bCs/>
                <w:i/>
                <w:iCs/>
              </w:rPr>
              <w:t>Prepared By</w:t>
            </w:r>
          </w:p>
        </w:tc>
        <w:tc>
          <w:tcPr>
            <w:tcW w:w="6762" w:type="dxa"/>
            <w:gridSpan w:val="3"/>
          </w:tcPr>
          <w:p w:rsidR="00244D9D" w:rsidP="00E35DB0" w:rsidRDefault="00244D9D" w14:paraId="25A59E68" w14:textId="77777777">
            <w:r w:rsidRPr="002646CC">
              <w:t>Mr. Ramesh</w:t>
            </w:r>
          </w:p>
        </w:tc>
      </w:tr>
      <w:tr w:rsidR="00244D9D" w:rsidTr="00E35DB0" w14:paraId="5A2CB95C" w14:textId="77777777">
        <w:trPr>
          <w:trHeight w:val="1940"/>
        </w:trPr>
        <w:tc>
          <w:tcPr>
            <w:tcW w:w="2254" w:type="dxa"/>
          </w:tcPr>
          <w:p w:rsidRPr="005E0381" w:rsidR="00244D9D" w:rsidP="00E35DB0" w:rsidRDefault="00244D9D" w14:paraId="62ECEE94" w14:textId="77777777">
            <w:pPr>
              <w:rPr>
                <w:b/>
                <w:bCs/>
                <w:i/>
                <w:iCs/>
              </w:rPr>
            </w:pPr>
            <w:r w:rsidRPr="005E0381">
              <w:rPr>
                <w:b/>
                <w:bCs/>
                <w:i/>
                <w:iCs/>
              </w:rPr>
              <w:t>Attendees</w:t>
            </w:r>
          </w:p>
        </w:tc>
        <w:tc>
          <w:tcPr>
            <w:tcW w:w="6762" w:type="dxa"/>
            <w:gridSpan w:val="3"/>
          </w:tcPr>
          <w:p w:rsidR="00244D9D" w:rsidP="00E35DB0" w:rsidRDefault="00244D9D" w14:paraId="36899A9A" w14:textId="77777777">
            <w:r w:rsidRPr="00C83458">
              <w:t>Barath Narayanan (Scrum Master &amp; BA)</w:t>
            </w:r>
          </w:p>
          <w:p w:rsidR="00244D9D" w:rsidP="00E35DB0" w:rsidRDefault="00244D9D" w14:paraId="57FCE2EE" w14:textId="77777777">
            <w:r w:rsidRPr="00C83458">
              <w:t>Mr. Ramesh (PO)</w:t>
            </w:r>
          </w:p>
          <w:p w:rsidR="00244D9D" w:rsidP="00E35DB0" w:rsidRDefault="00244D9D" w14:paraId="1B9AAE43" w14:textId="77777777">
            <w:r w:rsidRPr="00C83458">
              <w:t>Suresh Menon</w:t>
            </w:r>
          </w:p>
          <w:p w:rsidR="00244D9D" w:rsidP="00E35DB0" w:rsidRDefault="00244D9D" w14:paraId="181C061A" w14:textId="77777777">
            <w:r w:rsidRPr="00C83458">
              <w:t>Vivek Reddy</w:t>
            </w:r>
          </w:p>
          <w:p w:rsidR="00244D9D" w:rsidP="00E35DB0" w:rsidRDefault="00244D9D" w14:paraId="0622CB0C" w14:textId="77777777">
            <w:r w:rsidRPr="00C83458">
              <w:t>Anil Sharma</w:t>
            </w:r>
          </w:p>
          <w:p w:rsidR="00244D9D" w:rsidP="00E35DB0" w:rsidRDefault="00244D9D" w14:paraId="7FD4364A" w14:textId="77777777">
            <w:r w:rsidRPr="00C83458">
              <w:t>Karthik Iyer</w:t>
            </w:r>
          </w:p>
          <w:p w:rsidR="00244D9D" w:rsidP="00E35DB0" w:rsidRDefault="00244D9D" w14:paraId="0B33B829" w14:textId="77777777">
            <w:r w:rsidRPr="00C83458">
              <w:t>Prakash Rao</w:t>
            </w:r>
          </w:p>
        </w:tc>
      </w:tr>
      <w:tr w:rsidR="00244D9D" w:rsidTr="00E35DB0" w14:paraId="1B7A29F1" w14:textId="77777777">
        <w:tc>
          <w:tcPr>
            <w:tcW w:w="2254" w:type="dxa"/>
          </w:tcPr>
          <w:p w:rsidRPr="005E0381" w:rsidR="00244D9D" w:rsidP="00E35DB0" w:rsidRDefault="00244D9D" w14:paraId="00CFEEAB" w14:textId="77777777">
            <w:pPr>
              <w:rPr>
                <w:b/>
                <w:bCs/>
                <w:i/>
                <w:iCs/>
              </w:rPr>
            </w:pPr>
            <w:r w:rsidRPr="005E0381">
              <w:rPr>
                <w:b/>
                <w:bCs/>
                <w:i/>
                <w:iCs/>
              </w:rPr>
              <w:t>Sprint status</w:t>
            </w:r>
          </w:p>
        </w:tc>
        <w:tc>
          <w:tcPr>
            <w:tcW w:w="2254" w:type="dxa"/>
          </w:tcPr>
          <w:p w:rsidRPr="005E0381" w:rsidR="00244D9D" w:rsidP="00E35DB0" w:rsidRDefault="00244D9D" w14:paraId="4403CD58" w14:textId="77777777">
            <w:pPr>
              <w:rPr>
                <w:b/>
                <w:bCs/>
                <w:i/>
                <w:iCs/>
              </w:rPr>
            </w:pPr>
            <w:r w:rsidRPr="005E0381">
              <w:rPr>
                <w:b/>
                <w:bCs/>
                <w:i/>
                <w:iCs/>
              </w:rPr>
              <w:t>Things to demo</w:t>
            </w:r>
          </w:p>
        </w:tc>
        <w:tc>
          <w:tcPr>
            <w:tcW w:w="2254" w:type="dxa"/>
          </w:tcPr>
          <w:p w:rsidRPr="005E0381" w:rsidR="00244D9D" w:rsidP="00E35DB0" w:rsidRDefault="00244D9D" w14:paraId="60E97DC9" w14:textId="77777777">
            <w:pPr>
              <w:rPr>
                <w:b/>
                <w:bCs/>
                <w:i/>
                <w:iCs/>
              </w:rPr>
            </w:pPr>
            <w:r w:rsidRPr="005E0381">
              <w:rPr>
                <w:b/>
                <w:bCs/>
                <w:i/>
                <w:iCs/>
              </w:rPr>
              <w:t>Quick updates</w:t>
            </w:r>
          </w:p>
        </w:tc>
        <w:tc>
          <w:tcPr>
            <w:tcW w:w="2254" w:type="dxa"/>
          </w:tcPr>
          <w:p w:rsidRPr="005E0381" w:rsidR="00244D9D" w:rsidP="00E35DB0" w:rsidRDefault="00244D9D" w14:paraId="788B84FF" w14:textId="77777777">
            <w:pPr>
              <w:rPr>
                <w:b/>
                <w:bCs/>
                <w:i/>
                <w:iCs/>
              </w:rPr>
            </w:pPr>
            <w:r w:rsidRPr="005E0381">
              <w:rPr>
                <w:b/>
                <w:bCs/>
                <w:i/>
                <w:iCs/>
              </w:rPr>
              <w:t>What’s next</w:t>
            </w:r>
          </w:p>
        </w:tc>
      </w:tr>
      <w:tr w:rsidR="00244D9D" w:rsidTr="00E35DB0" w14:paraId="5BE3368A" w14:textId="77777777">
        <w:tc>
          <w:tcPr>
            <w:tcW w:w="2254" w:type="dxa"/>
          </w:tcPr>
          <w:p w:rsidRPr="00C83458" w:rsidR="00244D9D" w:rsidP="00E35DB0" w:rsidRDefault="00244D9D" w14:paraId="38A7CD68" w14:textId="6730FB78">
            <w:r w:rsidRPr="00244D9D">
              <w:t>Completed UAT feedback changes</w:t>
            </w:r>
          </w:p>
        </w:tc>
        <w:tc>
          <w:tcPr>
            <w:tcW w:w="2254" w:type="dxa"/>
          </w:tcPr>
          <w:p w:rsidRPr="00C83458" w:rsidR="00244D9D" w:rsidP="00E35DB0" w:rsidRDefault="00244D9D" w14:paraId="187FD3DE" w14:textId="30E09BC4">
            <w:r w:rsidRPr="00244D9D">
              <w:t>Final product demo</w:t>
            </w:r>
          </w:p>
        </w:tc>
        <w:tc>
          <w:tcPr>
            <w:tcW w:w="2254" w:type="dxa"/>
          </w:tcPr>
          <w:p w:rsidRPr="00C83458" w:rsidR="00244D9D" w:rsidP="00E35DB0" w:rsidRDefault="00244D9D" w14:paraId="7AEFB141" w14:textId="1B13E7BC">
            <w:r w:rsidRPr="00244D9D">
              <w:t>Client signed off on main features</w:t>
            </w:r>
          </w:p>
        </w:tc>
        <w:tc>
          <w:tcPr>
            <w:tcW w:w="2254" w:type="dxa"/>
          </w:tcPr>
          <w:p w:rsidRPr="00C83458" w:rsidR="00244D9D" w:rsidP="00E35DB0" w:rsidRDefault="00244D9D" w14:paraId="58700100" w14:textId="058A4D6F">
            <w:r w:rsidRPr="00244D9D">
              <w:t>Prepare release documentation</w:t>
            </w:r>
          </w:p>
        </w:tc>
      </w:tr>
    </w:tbl>
    <w:p w:rsidR="00244D9D" w:rsidP="00244D9D" w:rsidRDefault="00244D9D" w14:paraId="189FC391" w14:textId="77777777"/>
    <w:p w:rsidR="00244D9D" w:rsidP="00244D9D" w:rsidRDefault="00244D9D" w14:paraId="7AF72822" w14:textId="52BD0C06">
      <w:pPr>
        <w:pStyle w:val="Heading2"/>
      </w:pPr>
      <w:r>
        <w:t>Sprint 10</w:t>
      </w:r>
    </w:p>
    <w:tbl>
      <w:tblPr>
        <w:tblStyle w:val="TableGrid"/>
        <w:tblW w:w="0" w:type="auto"/>
        <w:tblLook w:val="04A0" w:firstRow="1" w:lastRow="0" w:firstColumn="1" w:lastColumn="0" w:noHBand="0" w:noVBand="1"/>
      </w:tblPr>
      <w:tblGrid>
        <w:gridCol w:w="2254"/>
        <w:gridCol w:w="2254"/>
        <w:gridCol w:w="2254"/>
        <w:gridCol w:w="2254"/>
      </w:tblGrid>
      <w:tr w:rsidR="00244D9D" w:rsidTr="00E35DB0" w14:paraId="28A53D91" w14:textId="77777777">
        <w:tc>
          <w:tcPr>
            <w:tcW w:w="2254" w:type="dxa"/>
          </w:tcPr>
          <w:p w:rsidRPr="005E0381" w:rsidR="00244D9D" w:rsidP="00E35DB0" w:rsidRDefault="00244D9D" w14:paraId="21015ABE" w14:textId="77777777">
            <w:pPr>
              <w:rPr>
                <w:b/>
                <w:bCs/>
                <w:i/>
                <w:iCs/>
              </w:rPr>
            </w:pPr>
            <w:r w:rsidRPr="005E0381">
              <w:rPr>
                <w:b/>
                <w:bCs/>
                <w:i/>
                <w:iCs/>
              </w:rPr>
              <w:t>Date</w:t>
            </w:r>
          </w:p>
        </w:tc>
        <w:tc>
          <w:tcPr>
            <w:tcW w:w="6762" w:type="dxa"/>
            <w:gridSpan w:val="3"/>
          </w:tcPr>
          <w:p w:rsidR="00244D9D" w:rsidP="00E35DB0" w:rsidRDefault="00244D9D" w14:paraId="4C02F607" w14:textId="6B951548">
            <w:r w:rsidRPr="00244D9D">
              <w:t>18/01/2026</w:t>
            </w:r>
          </w:p>
        </w:tc>
      </w:tr>
      <w:tr w:rsidR="00244D9D" w:rsidTr="00E35DB0" w14:paraId="07799F11" w14:textId="77777777">
        <w:tc>
          <w:tcPr>
            <w:tcW w:w="2254" w:type="dxa"/>
          </w:tcPr>
          <w:p w:rsidRPr="005E0381" w:rsidR="00244D9D" w:rsidP="00E35DB0" w:rsidRDefault="00244D9D" w14:paraId="6637A10A" w14:textId="77777777">
            <w:pPr>
              <w:rPr>
                <w:b/>
                <w:bCs/>
                <w:i/>
                <w:iCs/>
              </w:rPr>
            </w:pPr>
            <w:r w:rsidRPr="005E0381">
              <w:rPr>
                <w:b/>
                <w:bCs/>
                <w:i/>
                <w:iCs/>
              </w:rPr>
              <w:t>Time</w:t>
            </w:r>
          </w:p>
        </w:tc>
        <w:tc>
          <w:tcPr>
            <w:tcW w:w="6762" w:type="dxa"/>
            <w:gridSpan w:val="3"/>
          </w:tcPr>
          <w:p w:rsidR="00244D9D" w:rsidP="00E35DB0" w:rsidRDefault="00244D9D" w14:paraId="7F29F3C4" w14:textId="4DCC8B3B">
            <w:r w:rsidRPr="00244D9D">
              <w:t>10:00 AM – 11:30 AM</w:t>
            </w:r>
          </w:p>
        </w:tc>
      </w:tr>
      <w:tr w:rsidR="00244D9D" w:rsidTr="00E35DB0" w14:paraId="385671A7" w14:textId="77777777">
        <w:tc>
          <w:tcPr>
            <w:tcW w:w="2254" w:type="dxa"/>
          </w:tcPr>
          <w:p w:rsidRPr="005E0381" w:rsidR="00244D9D" w:rsidP="00E35DB0" w:rsidRDefault="00244D9D" w14:paraId="5FD80233" w14:textId="77777777">
            <w:pPr>
              <w:rPr>
                <w:b/>
                <w:bCs/>
                <w:i/>
                <w:iCs/>
              </w:rPr>
            </w:pPr>
            <w:r w:rsidRPr="005E0381">
              <w:rPr>
                <w:b/>
                <w:bCs/>
                <w:i/>
                <w:iCs/>
              </w:rPr>
              <w:t>Location</w:t>
            </w:r>
          </w:p>
        </w:tc>
        <w:tc>
          <w:tcPr>
            <w:tcW w:w="6762" w:type="dxa"/>
            <w:gridSpan w:val="3"/>
          </w:tcPr>
          <w:p w:rsidR="00244D9D" w:rsidP="00E35DB0" w:rsidRDefault="00244D9D" w14:paraId="7CD9531D" w14:textId="6F0BE459">
            <w:r w:rsidRPr="00244D9D">
              <w:t>Conference Room A</w:t>
            </w:r>
          </w:p>
        </w:tc>
      </w:tr>
      <w:tr w:rsidR="00244D9D" w:rsidTr="00E35DB0" w14:paraId="2AABE610" w14:textId="77777777">
        <w:tc>
          <w:tcPr>
            <w:tcW w:w="2254" w:type="dxa"/>
          </w:tcPr>
          <w:p w:rsidRPr="005E0381" w:rsidR="00244D9D" w:rsidP="00E35DB0" w:rsidRDefault="00244D9D" w14:paraId="6752DFB8" w14:textId="77777777">
            <w:pPr>
              <w:rPr>
                <w:b/>
                <w:bCs/>
                <w:i/>
                <w:iCs/>
              </w:rPr>
            </w:pPr>
            <w:r w:rsidRPr="005E0381">
              <w:rPr>
                <w:b/>
                <w:bCs/>
                <w:i/>
                <w:iCs/>
              </w:rPr>
              <w:t>Prepared By</w:t>
            </w:r>
          </w:p>
        </w:tc>
        <w:tc>
          <w:tcPr>
            <w:tcW w:w="6762" w:type="dxa"/>
            <w:gridSpan w:val="3"/>
          </w:tcPr>
          <w:p w:rsidR="00244D9D" w:rsidP="00E35DB0" w:rsidRDefault="00244D9D" w14:paraId="715D7DB1" w14:textId="77777777">
            <w:r w:rsidRPr="002646CC">
              <w:t>Mr. Ramesh</w:t>
            </w:r>
          </w:p>
        </w:tc>
      </w:tr>
      <w:tr w:rsidR="00244D9D" w:rsidTr="00E35DB0" w14:paraId="30C3006F" w14:textId="77777777">
        <w:trPr>
          <w:trHeight w:val="1940"/>
        </w:trPr>
        <w:tc>
          <w:tcPr>
            <w:tcW w:w="2254" w:type="dxa"/>
          </w:tcPr>
          <w:p w:rsidRPr="005E0381" w:rsidR="00244D9D" w:rsidP="00E35DB0" w:rsidRDefault="00244D9D" w14:paraId="1FA5C9E8" w14:textId="77777777">
            <w:pPr>
              <w:rPr>
                <w:b/>
                <w:bCs/>
                <w:i/>
                <w:iCs/>
              </w:rPr>
            </w:pPr>
            <w:r w:rsidRPr="005E0381">
              <w:rPr>
                <w:b/>
                <w:bCs/>
                <w:i/>
                <w:iCs/>
              </w:rPr>
              <w:t>Attendees</w:t>
            </w:r>
          </w:p>
        </w:tc>
        <w:tc>
          <w:tcPr>
            <w:tcW w:w="6762" w:type="dxa"/>
            <w:gridSpan w:val="3"/>
          </w:tcPr>
          <w:p w:rsidR="00244D9D" w:rsidP="00E35DB0" w:rsidRDefault="00244D9D" w14:paraId="363F97CF" w14:textId="77777777">
            <w:r w:rsidRPr="00C83458">
              <w:t>Barath Narayanan (Scrum Master &amp; BA)</w:t>
            </w:r>
          </w:p>
          <w:p w:rsidR="00244D9D" w:rsidP="00E35DB0" w:rsidRDefault="00244D9D" w14:paraId="40AFA176" w14:textId="77777777">
            <w:r w:rsidRPr="00C83458">
              <w:t>Mr. Ramesh (PO)</w:t>
            </w:r>
          </w:p>
          <w:p w:rsidR="00244D9D" w:rsidP="00E35DB0" w:rsidRDefault="00244D9D" w14:paraId="2CD20DBA" w14:textId="77777777">
            <w:r w:rsidRPr="00C83458">
              <w:t>Suresh Menon</w:t>
            </w:r>
          </w:p>
          <w:p w:rsidR="00244D9D" w:rsidP="00E35DB0" w:rsidRDefault="00244D9D" w14:paraId="11655497" w14:textId="77777777">
            <w:r w:rsidRPr="00C83458">
              <w:t>Vivek Reddy</w:t>
            </w:r>
          </w:p>
          <w:p w:rsidR="00244D9D" w:rsidP="00E35DB0" w:rsidRDefault="00244D9D" w14:paraId="776AEB49" w14:textId="77777777">
            <w:r w:rsidRPr="00C83458">
              <w:t>Anil Sharma</w:t>
            </w:r>
          </w:p>
          <w:p w:rsidR="00244D9D" w:rsidP="00E35DB0" w:rsidRDefault="00244D9D" w14:paraId="5BD145D4" w14:textId="77777777">
            <w:r w:rsidRPr="00C83458">
              <w:t>Karthik Iyer</w:t>
            </w:r>
          </w:p>
          <w:p w:rsidR="00244D9D" w:rsidP="00E35DB0" w:rsidRDefault="00244D9D" w14:paraId="0670CF07" w14:textId="77777777">
            <w:r w:rsidRPr="00C83458">
              <w:t>Prakash Rao</w:t>
            </w:r>
          </w:p>
        </w:tc>
      </w:tr>
      <w:tr w:rsidR="00244D9D" w:rsidTr="00E35DB0" w14:paraId="3E356509" w14:textId="77777777">
        <w:tc>
          <w:tcPr>
            <w:tcW w:w="2254" w:type="dxa"/>
          </w:tcPr>
          <w:p w:rsidRPr="005E0381" w:rsidR="00244D9D" w:rsidP="00E35DB0" w:rsidRDefault="00244D9D" w14:paraId="43F46157" w14:textId="77777777">
            <w:pPr>
              <w:rPr>
                <w:b/>
                <w:bCs/>
                <w:i/>
                <w:iCs/>
              </w:rPr>
            </w:pPr>
            <w:r w:rsidRPr="005E0381">
              <w:rPr>
                <w:b/>
                <w:bCs/>
                <w:i/>
                <w:iCs/>
              </w:rPr>
              <w:t>Sprint status</w:t>
            </w:r>
          </w:p>
        </w:tc>
        <w:tc>
          <w:tcPr>
            <w:tcW w:w="2254" w:type="dxa"/>
          </w:tcPr>
          <w:p w:rsidRPr="005E0381" w:rsidR="00244D9D" w:rsidP="00E35DB0" w:rsidRDefault="00244D9D" w14:paraId="1147173B" w14:textId="77777777">
            <w:pPr>
              <w:rPr>
                <w:b/>
                <w:bCs/>
                <w:i/>
                <w:iCs/>
              </w:rPr>
            </w:pPr>
            <w:r w:rsidRPr="005E0381">
              <w:rPr>
                <w:b/>
                <w:bCs/>
                <w:i/>
                <w:iCs/>
              </w:rPr>
              <w:t>Things to demo</w:t>
            </w:r>
          </w:p>
        </w:tc>
        <w:tc>
          <w:tcPr>
            <w:tcW w:w="2254" w:type="dxa"/>
          </w:tcPr>
          <w:p w:rsidRPr="005E0381" w:rsidR="00244D9D" w:rsidP="00E35DB0" w:rsidRDefault="00244D9D" w14:paraId="6F52F6FE" w14:textId="77777777">
            <w:pPr>
              <w:rPr>
                <w:b/>
                <w:bCs/>
                <w:i/>
                <w:iCs/>
              </w:rPr>
            </w:pPr>
            <w:r w:rsidRPr="005E0381">
              <w:rPr>
                <w:b/>
                <w:bCs/>
                <w:i/>
                <w:iCs/>
              </w:rPr>
              <w:t>Quick updates</w:t>
            </w:r>
          </w:p>
        </w:tc>
        <w:tc>
          <w:tcPr>
            <w:tcW w:w="2254" w:type="dxa"/>
          </w:tcPr>
          <w:p w:rsidRPr="005E0381" w:rsidR="00244D9D" w:rsidP="00E35DB0" w:rsidRDefault="00244D9D" w14:paraId="5CDA4FD4" w14:textId="77777777">
            <w:pPr>
              <w:rPr>
                <w:b/>
                <w:bCs/>
                <w:i/>
                <w:iCs/>
              </w:rPr>
            </w:pPr>
            <w:r w:rsidRPr="005E0381">
              <w:rPr>
                <w:b/>
                <w:bCs/>
                <w:i/>
                <w:iCs/>
              </w:rPr>
              <w:t>What’s next</w:t>
            </w:r>
          </w:p>
        </w:tc>
      </w:tr>
      <w:tr w:rsidR="00244D9D" w:rsidTr="00E35DB0" w14:paraId="40F278CD" w14:textId="77777777">
        <w:tc>
          <w:tcPr>
            <w:tcW w:w="2254" w:type="dxa"/>
          </w:tcPr>
          <w:p w:rsidRPr="00C83458" w:rsidR="00244D9D" w:rsidP="00E35DB0" w:rsidRDefault="00244D9D" w14:paraId="2171EF20" w14:textId="3C4AC063">
            <w:r w:rsidRPr="00244D9D">
              <w:t>Release-ready</w:t>
            </w:r>
          </w:p>
        </w:tc>
        <w:tc>
          <w:tcPr>
            <w:tcW w:w="2254" w:type="dxa"/>
          </w:tcPr>
          <w:p w:rsidRPr="00C83458" w:rsidR="00244D9D" w:rsidP="00E35DB0" w:rsidRDefault="00244D9D" w14:paraId="2AEF64D6" w14:textId="6C5D64AD">
            <w:r w:rsidRPr="00244D9D">
              <w:t>Final release version</w:t>
            </w:r>
          </w:p>
        </w:tc>
        <w:tc>
          <w:tcPr>
            <w:tcW w:w="2254" w:type="dxa"/>
          </w:tcPr>
          <w:p w:rsidRPr="00C83458" w:rsidR="00244D9D" w:rsidP="00E35DB0" w:rsidRDefault="00244D9D" w14:paraId="3CFC20C9" w14:textId="5EE44804">
            <w:r w:rsidRPr="00244D9D">
              <w:t>Deployment scheduled</w:t>
            </w:r>
          </w:p>
        </w:tc>
        <w:tc>
          <w:tcPr>
            <w:tcW w:w="2254" w:type="dxa"/>
          </w:tcPr>
          <w:p w:rsidRPr="00C83458" w:rsidR="00244D9D" w:rsidP="00E35DB0" w:rsidRDefault="00244D9D" w14:paraId="2F829DF4" w14:textId="2421C6D8">
            <w:r w:rsidRPr="00244D9D">
              <w:t>Post-release support &amp; maintenance</w:t>
            </w:r>
          </w:p>
        </w:tc>
      </w:tr>
    </w:tbl>
    <w:p w:rsidR="00244D9D" w:rsidP="00244D9D" w:rsidRDefault="00244D9D" w14:paraId="76217A1F" w14:textId="77777777"/>
    <w:p w:rsidR="0077298C" w:rsidP="0077298C" w:rsidRDefault="0077298C" w14:paraId="5341E4B7" w14:textId="582F4E9D">
      <w:pPr>
        <w:pStyle w:val="Heading1"/>
      </w:pPr>
      <w:r>
        <w:t xml:space="preserve">Sprint retrospective meetings </w:t>
      </w:r>
    </w:p>
    <w:p w:rsidR="0077298C" w:rsidP="0077298C" w:rsidRDefault="0077298C" w14:paraId="39F4FA53" w14:textId="56B6838F">
      <w:pPr>
        <w:pStyle w:val="Heading2"/>
      </w:pPr>
      <w:r>
        <w:t>Sprint 1</w:t>
      </w:r>
    </w:p>
    <w:tbl>
      <w:tblPr>
        <w:tblStyle w:val="TableGrid"/>
        <w:tblW w:w="0" w:type="auto"/>
        <w:tblLook w:val="04A0" w:firstRow="1" w:lastRow="0" w:firstColumn="1" w:lastColumn="0" w:noHBand="0" w:noVBand="1"/>
      </w:tblPr>
      <w:tblGrid>
        <w:gridCol w:w="1803"/>
        <w:gridCol w:w="1803"/>
        <w:gridCol w:w="1803"/>
        <w:gridCol w:w="1803"/>
        <w:gridCol w:w="1804"/>
      </w:tblGrid>
      <w:tr w:rsidR="0077298C" w:rsidTr="009E4437" w14:paraId="7B215F9F" w14:textId="77777777">
        <w:tc>
          <w:tcPr>
            <w:tcW w:w="1803" w:type="dxa"/>
          </w:tcPr>
          <w:p w:rsidRPr="0077298C" w:rsidR="0077298C" w:rsidP="0077298C" w:rsidRDefault="0077298C" w14:paraId="26816D25" w14:textId="4868C8F3">
            <w:pPr>
              <w:rPr>
                <w:b/>
                <w:bCs/>
                <w:i/>
                <w:iCs/>
              </w:rPr>
            </w:pPr>
            <w:r w:rsidRPr="0077298C">
              <w:rPr>
                <w:b/>
                <w:bCs/>
                <w:i/>
                <w:iCs/>
              </w:rPr>
              <w:t>Date</w:t>
            </w:r>
          </w:p>
        </w:tc>
        <w:tc>
          <w:tcPr>
            <w:tcW w:w="7213" w:type="dxa"/>
            <w:gridSpan w:val="4"/>
          </w:tcPr>
          <w:p w:rsidR="0077298C" w:rsidP="0077298C" w:rsidRDefault="0077298C" w14:paraId="03D77147" w14:textId="6E927E72">
            <w:r w:rsidRPr="0077298C">
              <w:t>14/09/2025</w:t>
            </w:r>
          </w:p>
        </w:tc>
      </w:tr>
      <w:tr w:rsidR="0077298C" w:rsidTr="002D310B" w14:paraId="00889B6F" w14:textId="77777777">
        <w:tc>
          <w:tcPr>
            <w:tcW w:w="1803" w:type="dxa"/>
          </w:tcPr>
          <w:p w:rsidRPr="0077298C" w:rsidR="0077298C" w:rsidP="0077298C" w:rsidRDefault="0077298C" w14:paraId="7B834967" w14:textId="2765B221">
            <w:pPr>
              <w:rPr>
                <w:b/>
                <w:bCs/>
                <w:i/>
                <w:iCs/>
              </w:rPr>
            </w:pPr>
            <w:r w:rsidRPr="0077298C">
              <w:rPr>
                <w:b/>
                <w:bCs/>
                <w:i/>
                <w:iCs/>
              </w:rPr>
              <w:t>Time</w:t>
            </w:r>
          </w:p>
        </w:tc>
        <w:tc>
          <w:tcPr>
            <w:tcW w:w="7213" w:type="dxa"/>
            <w:gridSpan w:val="4"/>
          </w:tcPr>
          <w:p w:rsidR="0077298C" w:rsidP="0077298C" w:rsidRDefault="0077298C" w14:paraId="26B172AA" w14:textId="31CCE6E1">
            <w:r w:rsidRPr="0077298C">
              <w:t>3:00 PM – 4:00 PM</w:t>
            </w:r>
          </w:p>
        </w:tc>
      </w:tr>
      <w:tr w:rsidR="0077298C" w:rsidTr="00035DA2" w14:paraId="61BDDD79" w14:textId="77777777">
        <w:tc>
          <w:tcPr>
            <w:tcW w:w="1803" w:type="dxa"/>
          </w:tcPr>
          <w:p w:rsidRPr="0077298C" w:rsidR="0077298C" w:rsidP="0077298C" w:rsidRDefault="0077298C" w14:paraId="70D29C5C" w14:textId="4BFAFB83">
            <w:pPr>
              <w:rPr>
                <w:b/>
                <w:bCs/>
                <w:i/>
                <w:iCs/>
              </w:rPr>
            </w:pPr>
            <w:r w:rsidRPr="0077298C">
              <w:rPr>
                <w:b/>
                <w:bCs/>
                <w:i/>
                <w:iCs/>
              </w:rPr>
              <w:t>Location</w:t>
            </w:r>
          </w:p>
        </w:tc>
        <w:tc>
          <w:tcPr>
            <w:tcW w:w="7213" w:type="dxa"/>
            <w:gridSpan w:val="4"/>
          </w:tcPr>
          <w:p w:rsidR="0077298C" w:rsidP="0077298C" w:rsidRDefault="0077298C" w14:paraId="70D2CAE0" w14:textId="5717F941">
            <w:r w:rsidRPr="0077298C">
              <w:t>Conference Room A / MS Teams</w:t>
            </w:r>
          </w:p>
        </w:tc>
      </w:tr>
      <w:tr w:rsidR="0077298C" w:rsidTr="007C49B3" w14:paraId="559A107B" w14:textId="77777777">
        <w:tc>
          <w:tcPr>
            <w:tcW w:w="1803" w:type="dxa"/>
          </w:tcPr>
          <w:p w:rsidRPr="0077298C" w:rsidR="0077298C" w:rsidP="0077298C" w:rsidRDefault="0077298C" w14:paraId="7112C997" w14:textId="49EB665F">
            <w:pPr>
              <w:rPr>
                <w:b/>
                <w:bCs/>
                <w:i/>
                <w:iCs/>
              </w:rPr>
            </w:pPr>
            <w:r w:rsidRPr="0077298C">
              <w:rPr>
                <w:b/>
                <w:bCs/>
                <w:i/>
                <w:iCs/>
              </w:rPr>
              <w:t>Prepared By</w:t>
            </w:r>
          </w:p>
        </w:tc>
        <w:tc>
          <w:tcPr>
            <w:tcW w:w="7213" w:type="dxa"/>
            <w:gridSpan w:val="4"/>
          </w:tcPr>
          <w:p w:rsidR="0077298C" w:rsidP="0077298C" w:rsidRDefault="0077298C" w14:paraId="67F8F9F5" w14:textId="2ADCC1BF">
            <w:r w:rsidRPr="0077298C">
              <w:t>Barath Narayanan (Scrum Master)</w:t>
            </w:r>
          </w:p>
        </w:tc>
      </w:tr>
      <w:tr w:rsidR="0077298C" w:rsidTr="00837275" w14:paraId="34E18763" w14:textId="77777777">
        <w:trPr>
          <w:trHeight w:val="1940"/>
        </w:trPr>
        <w:tc>
          <w:tcPr>
            <w:tcW w:w="1803" w:type="dxa"/>
          </w:tcPr>
          <w:p w:rsidRPr="0077298C" w:rsidR="0077298C" w:rsidP="0077298C" w:rsidRDefault="0077298C" w14:paraId="37F29A20" w14:textId="248C2208">
            <w:pPr>
              <w:rPr>
                <w:b/>
                <w:bCs/>
                <w:i/>
                <w:iCs/>
              </w:rPr>
            </w:pPr>
            <w:r w:rsidRPr="0077298C">
              <w:rPr>
                <w:b/>
                <w:bCs/>
                <w:i/>
                <w:iCs/>
              </w:rPr>
              <w:t>Attendees</w:t>
            </w:r>
          </w:p>
        </w:tc>
        <w:tc>
          <w:tcPr>
            <w:tcW w:w="7213" w:type="dxa"/>
            <w:gridSpan w:val="4"/>
          </w:tcPr>
          <w:p w:rsidR="0077298C" w:rsidP="0077298C" w:rsidRDefault="0077298C" w14:paraId="4A6CC091" w14:textId="77777777">
            <w:r w:rsidRPr="0077298C">
              <w:t>Mr. Ramesh</w:t>
            </w:r>
          </w:p>
          <w:p w:rsidR="0077298C" w:rsidP="0077298C" w:rsidRDefault="0077298C" w14:paraId="492445D4" w14:textId="77777777">
            <w:r w:rsidRPr="0077298C">
              <w:t>Barath Narayanan</w:t>
            </w:r>
          </w:p>
          <w:p w:rsidR="0077298C" w:rsidP="0077298C" w:rsidRDefault="0077298C" w14:paraId="0F97B6FA" w14:textId="77777777">
            <w:r w:rsidRPr="0077298C">
              <w:t>Suresh Menon</w:t>
            </w:r>
          </w:p>
          <w:p w:rsidR="0077298C" w:rsidP="0077298C" w:rsidRDefault="0077298C" w14:paraId="4A5349F2" w14:textId="77777777">
            <w:r w:rsidRPr="0077298C">
              <w:t>Vivek Reddy</w:t>
            </w:r>
          </w:p>
          <w:p w:rsidR="0077298C" w:rsidP="0077298C" w:rsidRDefault="0077298C" w14:paraId="78489A6F" w14:textId="77777777">
            <w:r w:rsidRPr="0077298C">
              <w:t>Anil Sharma</w:t>
            </w:r>
          </w:p>
          <w:p w:rsidR="0077298C" w:rsidP="0077298C" w:rsidRDefault="0077298C" w14:paraId="14598625" w14:textId="77777777">
            <w:r w:rsidRPr="0077298C">
              <w:t>Karthik Iyer</w:t>
            </w:r>
          </w:p>
          <w:p w:rsidR="0077298C" w:rsidP="0077298C" w:rsidRDefault="0077298C" w14:paraId="048D1EC1" w14:textId="497BE99F">
            <w:r w:rsidRPr="0077298C">
              <w:t>Prakash Rao</w:t>
            </w:r>
          </w:p>
        </w:tc>
      </w:tr>
      <w:tr w:rsidRPr="0077298C" w:rsidR="0077298C" w:rsidTr="0077298C" w14:paraId="2A1AD7D2" w14:textId="77777777">
        <w:tc>
          <w:tcPr>
            <w:tcW w:w="1803" w:type="dxa"/>
          </w:tcPr>
          <w:p w:rsidRPr="0077298C" w:rsidR="0077298C" w:rsidP="0077298C" w:rsidRDefault="0077298C" w14:paraId="1981667E" w14:textId="03AB5591">
            <w:pPr>
              <w:rPr>
                <w:b/>
                <w:bCs/>
                <w:i/>
                <w:iCs/>
              </w:rPr>
            </w:pPr>
            <w:r w:rsidRPr="0077298C">
              <w:rPr>
                <w:b/>
                <w:bCs/>
                <w:i/>
                <w:iCs/>
              </w:rPr>
              <w:t>Agenda</w:t>
            </w:r>
          </w:p>
        </w:tc>
        <w:tc>
          <w:tcPr>
            <w:tcW w:w="1803" w:type="dxa"/>
          </w:tcPr>
          <w:p w:rsidRPr="0077298C" w:rsidR="0077298C" w:rsidP="0077298C" w:rsidRDefault="0077298C" w14:paraId="1445A02E" w14:textId="5498066A">
            <w:pPr>
              <w:rPr>
                <w:b/>
                <w:bCs/>
                <w:i/>
                <w:iCs/>
              </w:rPr>
            </w:pPr>
            <w:r w:rsidRPr="0077298C">
              <w:rPr>
                <w:b/>
                <w:bCs/>
                <w:i/>
                <w:iCs/>
              </w:rPr>
              <w:t>What went well</w:t>
            </w:r>
          </w:p>
        </w:tc>
        <w:tc>
          <w:tcPr>
            <w:tcW w:w="1803" w:type="dxa"/>
          </w:tcPr>
          <w:p w:rsidRPr="0077298C" w:rsidR="0077298C" w:rsidP="0077298C" w:rsidRDefault="0077298C" w14:paraId="4E1EC539" w14:textId="2ED0061B">
            <w:pPr>
              <w:rPr>
                <w:b/>
                <w:bCs/>
                <w:i/>
                <w:iCs/>
              </w:rPr>
            </w:pPr>
            <w:r w:rsidRPr="0077298C">
              <w:rPr>
                <w:b/>
                <w:bCs/>
                <w:i/>
                <w:iCs/>
              </w:rPr>
              <w:t>What didn’t go well</w:t>
            </w:r>
          </w:p>
        </w:tc>
        <w:tc>
          <w:tcPr>
            <w:tcW w:w="1803" w:type="dxa"/>
          </w:tcPr>
          <w:p w:rsidRPr="0077298C" w:rsidR="0077298C" w:rsidP="0077298C" w:rsidRDefault="0077298C" w14:paraId="0D81049C" w14:textId="1596BB73">
            <w:pPr>
              <w:rPr>
                <w:b/>
                <w:bCs/>
                <w:i/>
                <w:iCs/>
              </w:rPr>
            </w:pPr>
            <w:r w:rsidRPr="0077298C">
              <w:rPr>
                <w:b/>
                <w:bCs/>
                <w:i/>
                <w:iCs/>
              </w:rPr>
              <w:t>Questions</w:t>
            </w:r>
          </w:p>
        </w:tc>
        <w:tc>
          <w:tcPr>
            <w:tcW w:w="1804" w:type="dxa"/>
          </w:tcPr>
          <w:p w:rsidRPr="0077298C" w:rsidR="0077298C" w:rsidP="0077298C" w:rsidRDefault="0077298C" w14:paraId="299A938A" w14:textId="5847FFF8">
            <w:pPr>
              <w:rPr>
                <w:b/>
                <w:bCs/>
                <w:i/>
                <w:iCs/>
              </w:rPr>
            </w:pPr>
            <w:r w:rsidRPr="0077298C">
              <w:rPr>
                <w:b/>
                <w:bCs/>
                <w:i/>
                <w:iCs/>
              </w:rPr>
              <w:t>Reference</w:t>
            </w:r>
          </w:p>
        </w:tc>
      </w:tr>
      <w:tr w:rsidR="0077298C" w:rsidTr="0077298C" w14:paraId="73CE58B8" w14:textId="77777777">
        <w:tc>
          <w:tcPr>
            <w:tcW w:w="1803" w:type="dxa"/>
          </w:tcPr>
          <w:p w:rsidRPr="0077298C" w:rsidR="0077298C" w:rsidP="0077298C" w:rsidRDefault="0077298C" w14:paraId="73F121C4" w14:textId="1FEA555D">
            <w:r w:rsidRPr="0077298C">
              <w:t>Review Sprint 1 outcomes</w:t>
            </w:r>
          </w:p>
        </w:tc>
        <w:tc>
          <w:tcPr>
            <w:tcW w:w="1803" w:type="dxa"/>
          </w:tcPr>
          <w:p w:rsidRPr="0077298C" w:rsidR="0077298C" w:rsidP="0077298C" w:rsidRDefault="0077298C" w14:paraId="04A951D8" w14:textId="6D848AD8">
            <w:r w:rsidRPr="0077298C">
              <w:t>Login module completed ahead of time</w:t>
            </w:r>
          </w:p>
        </w:tc>
        <w:tc>
          <w:tcPr>
            <w:tcW w:w="1803" w:type="dxa"/>
          </w:tcPr>
          <w:p w:rsidRPr="0077298C" w:rsidR="0077298C" w:rsidP="0077298C" w:rsidRDefault="0077298C" w14:paraId="6EB585D6" w14:textId="7E89B409">
            <w:r w:rsidRPr="0077298C">
              <w:t>API documentation incomplete</w:t>
            </w:r>
          </w:p>
        </w:tc>
        <w:tc>
          <w:tcPr>
            <w:tcW w:w="1803" w:type="dxa"/>
          </w:tcPr>
          <w:p w:rsidRPr="0077298C" w:rsidR="0077298C" w:rsidP="0077298C" w:rsidRDefault="0077298C" w14:paraId="44DC4FB0" w14:textId="1BF66B9C">
            <w:r w:rsidRPr="0077298C">
              <w:t>How to streamline documentation</w:t>
            </w:r>
          </w:p>
        </w:tc>
        <w:tc>
          <w:tcPr>
            <w:tcW w:w="1804" w:type="dxa"/>
          </w:tcPr>
          <w:p w:rsidRPr="0077298C" w:rsidR="0077298C" w:rsidP="0077298C" w:rsidRDefault="0077298C" w14:paraId="52E9F0F9" w14:textId="1523B43D">
            <w:r w:rsidRPr="0077298C">
              <w:t>Sprint 1 backlog &amp; burndown</w:t>
            </w:r>
          </w:p>
        </w:tc>
      </w:tr>
    </w:tbl>
    <w:p w:rsidR="0077298C" w:rsidP="0077298C" w:rsidRDefault="0077298C" w14:paraId="21CA536A" w14:textId="77777777"/>
    <w:p w:rsidR="0077298C" w:rsidP="0077298C" w:rsidRDefault="0077298C" w14:paraId="13227786" w14:textId="56ECA223">
      <w:pPr>
        <w:pStyle w:val="Heading2"/>
      </w:pPr>
      <w:r>
        <w:t>Sprint 2</w:t>
      </w:r>
    </w:p>
    <w:tbl>
      <w:tblPr>
        <w:tblStyle w:val="TableGrid"/>
        <w:tblW w:w="0" w:type="auto"/>
        <w:tblLook w:val="04A0" w:firstRow="1" w:lastRow="0" w:firstColumn="1" w:lastColumn="0" w:noHBand="0" w:noVBand="1"/>
      </w:tblPr>
      <w:tblGrid>
        <w:gridCol w:w="1803"/>
        <w:gridCol w:w="1803"/>
        <w:gridCol w:w="1803"/>
        <w:gridCol w:w="1803"/>
        <w:gridCol w:w="1804"/>
      </w:tblGrid>
      <w:tr w:rsidR="0077298C" w:rsidTr="00E35DB0" w14:paraId="323C9F4A" w14:textId="77777777">
        <w:tc>
          <w:tcPr>
            <w:tcW w:w="1803" w:type="dxa"/>
          </w:tcPr>
          <w:p w:rsidRPr="0077298C" w:rsidR="0077298C" w:rsidP="00E35DB0" w:rsidRDefault="0077298C" w14:paraId="5D8A9A34" w14:textId="77777777">
            <w:pPr>
              <w:rPr>
                <w:b/>
                <w:bCs/>
                <w:i/>
                <w:iCs/>
              </w:rPr>
            </w:pPr>
            <w:r w:rsidRPr="0077298C">
              <w:rPr>
                <w:b/>
                <w:bCs/>
                <w:i/>
                <w:iCs/>
              </w:rPr>
              <w:t>Date</w:t>
            </w:r>
          </w:p>
        </w:tc>
        <w:tc>
          <w:tcPr>
            <w:tcW w:w="7213" w:type="dxa"/>
            <w:gridSpan w:val="4"/>
          </w:tcPr>
          <w:p w:rsidR="0077298C" w:rsidP="00E35DB0" w:rsidRDefault="006D6923" w14:paraId="294AB634" w14:textId="5BADCA57">
            <w:r w:rsidRPr="006D6923">
              <w:t>28/09/2025</w:t>
            </w:r>
          </w:p>
        </w:tc>
      </w:tr>
      <w:tr w:rsidR="0077298C" w:rsidTr="00E35DB0" w14:paraId="759FF157" w14:textId="77777777">
        <w:tc>
          <w:tcPr>
            <w:tcW w:w="1803" w:type="dxa"/>
          </w:tcPr>
          <w:p w:rsidRPr="0077298C" w:rsidR="0077298C" w:rsidP="00E35DB0" w:rsidRDefault="0077298C" w14:paraId="5AB7AEC6" w14:textId="77777777">
            <w:pPr>
              <w:rPr>
                <w:b/>
                <w:bCs/>
                <w:i/>
                <w:iCs/>
              </w:rPr>
            </w:pPr>
            <w:r w:rsidRPr="0077298C">
              <w:rPr>
                <w:b/>
                <w:bCs/>
                <w:i/>
                <w:iCs/>
              </w:rPr>
              <w:t>Time</w:t>
            </w:r>
          </w:p>
        </w:tc>
        <w:tc>
          <w:tcPr>
            <w:tcW w:w="7213" w:type="dxa"/>
            <w:gridSpan w:val="4"/>
          </w:tcPr>
          <w:p w:rsidR="0077298C" w:rsidP="00E35DB0" w:rsidRDefault="0077298C" w14:paraId="53B8DA6A" w14:textId="77777777">
            <w:r w:rsidRPr="0077298C">
              <w:t>3:00 PM – 4:00 PM</w:t>
            </w:r>
          </w:p>
        </w:tc>
      </w:tr>
      <w:tr w:rsidR="0077298C" w:rsidTr="00E35DB0" w14:paraId="37CFB331" w14:textId="77777777">
        <w:tc>
          <w:tcPr>
            <w:tcW w:w="1803" w:type="dxa"/>
          </w:tcPr>
          <w:p w:rsidRPr="0077298C" w:rsidR="0077298C" w:rsidP="00E35DB0" w:rsidRDefault="0077298C" w14:paraId="13FA98D5" w14:textId="77777777">
            <w:pPr>
              <w:rPr>
                <w:b/>
                <w:bCs/>
                <w:i/>
                <w:iCs/>
              </w:rPr>
            </w:pPr>
            <w:r w:rsidRPr="0077298C">
              <w:rPr>
                <w:b/>
                <w:bCs/>
                <w:i/>
                <w:iCs/>
              </w:rPr>
              <w:t>Location</w:t>
            </w:r>
          </w:p>
        </w:tc>
        <w:tc>
          <w:tcPr>
            <w:tcW w:w="7213" w:type="dxa"/>
            <w:gridSpan w:val="4"/>
          </w:tcPr>
          <w:p w:rsidR="0077298C" w:rsidP="00E35DB0" w:rsidRDefault="0077298C" w14:paraId="0FC5F188" w14:textId="77777777">
            <w:r w:rsidRPr="0077298C">
              <w:t>Conference Room A / MS Teams</w:t>
            </w:r>
          </w:p>
        </w:tc>
      </w:tr>
      <w:tr w:rsidR="0077298C" w:rsidTr="00E35DB0" w14:paraId="22D653DB" w14:textId="77777777">
        <w:tc>
          <w:tcPr>
            <w:tcW w:w="1803" w:type="dxa"/>
          </w:tcPr>
          <w:p w:rsidRPr="0077298C" w:rsidR="0077298C" w:rsidP="00E35DB0" w:rsidRDefault="0077298C" w14:paraId="361A2EE6" w14:textId="77777777">
            <w:pPr>
              <w:rPr>
                <w:b/>
                <w:bCs/>
                <w:i/>
                <w:iCs/>
              </w:rPr>
            </w:pPr>
            <w:r w:rsidRPr="0077298C">
              <w:rPr>
                <w:b/>
                <w:bCs/>
                <w:i/>
                <w:iCs/>
              </w:rPr>
              <w:t>Prepared By</w:t>
            </w:r>
          </w:p>
        </w:tc>
        <w:tc>
          <w:tcPr>
            <w:tcW w:w="7213" w:type="dxa"/>
            <w:gridSpan w:val="4"/>
          </w:tcPr>
          <w:p w:rsidR="0077298C" w:rsidP="00E35DB0" w:rsidRDefault="0077298C" w14:paraId="25860E10" w14:textId="77777777">
            <w:r w:rsidRPr="0077298C">
              <w:t>Barath Narayanan (Scrum Master)</w:t>
            </w:r>
          </w:p>
        </w:tc>
      </w:tr>
      <w:tr w:rsidR="0077298C" w:rsidTr="00E35DB0" w14:paraId="317323CF" w14:textId="77777777">
        <w:trPr>
          <w:trHeight w:val="1940"/>
        </w:trPr>
        <w:tc>
          <w:tcPr>
            <w:tcW w:w="1803" w:type="dxa"/>
          </w:tcPr>
          <w:p w:rsidRPr="0077298C" w:rsidR="0077298C" w:rsidP="00E35DB0" w:rsidRDefault="0077298C" w14:paraId="135BBC72" w14:textId="77777777">
            <w:pPr>
              <w:rPr>
                <w:b/>
                <w:bCs/>
                <w:i/>
                <w:iCs/>
              </w:rPr>
            </w:pPr>
            <w:r w:rsidRPr="0077298C">
              <w:rPr>
                <w:b/>
                <w:bCs/>
                <w:i/>
                <w:iCs/>
              </w:rPr>
              <w:t>Attendees</w:t>
            </w:r>
          </w:p>
        </w:tc>
        <w:tc>
          <w:tcPr>
            <w:tcW w:w="7213" w:type="dxa"/>
            <w:gridSpan w:val="4"/>
          </w:tcPr>
          <w:p w:rsidR="0077298C" w:rsidP="00E35DB0" w:rsidRDefault="0077298C" w14:paraId="41592A9F" w14:textId="77777777">
            <w:r w:rsidRPr="0077298C">
              <w:t>Mr. Ramesh</w:t>
            </w:r>
          </w:p>
          <w:p w:rsidR="0077298C" w:rsidP="00E35DB0" w:rsidRDefault="0077298C" w14:paraId="14C4DB00" w14:textId="77777777">
            <w:r w:rsidRPr="0077298C">
              <w:t>Barath Narayanan</w:t>
            </w:r>
          </w:p>
          <w:p w:rsidR="0077298C" w:rsidP="00E35DB0" w:rsidRDefault="0077298C" w14:paraId="5F123C2E" w14:textId="77777777">
            <w:r w:rsidRPr="0077298C">
              <w:t>Suresh Menon</w:t>
            </w:r>
          </w:p>
          <w:p w:rsidR="0077298C" w:rsidP="00E35DB0" w:rsidRDefault="0077298C" w14:paraId="599B9EDB" w14:textId="77777777">
            <w:r w:rsidRPr="0077298C">
              <w:t>Vivek Reddy</w:t>
            </w:r>
          </w:p>
          <w:p w:rsidR="0077298C" w:rsidP="00E35DB0" w:rsidRDefault="0077298C" w14:paraId="422A11D9" w14:textId="77777777">
            <w:r w:rsidRPr="0077298C">
              <w:t>Anil Sharma</w:t>
            </w:r>
          </w:p>
          <w:p w:rsidR="0077298C" w:rsidP="00E35DB0" w:rsidRDefault="0077298C" w14:paraId="62FB86F3" w14:textId="77777777">
            <w:r w:rsidRPr="0077298C">
              <w:t>Karthik Iyer</w:t>
            </w:r>
          </w:p>
          <w:p w:rsidR="0077298C" w:rsidP="00E35DB0" w:rsidRDefault="0077298C" w14:paraId="6674FF4D" w14:textId="77777777">
            <w:r w:rsidRPr="0077298C">
              <w:t>Prakash Rao</w:t>
            </w:r>
          </w:p>
        </w:tc>
      </w:tr>
      <w:tr w:rsidRPr="0077298C" w:rsidR="0077298C" w:rsidTr="00E35DB0" w14:paraId="3E4C9839" w14:textId="77777777">
        <w:tc>
          <w:tcPr>
            <w:tcW w:w="1803" w:type="dxa"/>
          </w:tcPr>
          <w:p w:rsidRPr="0077298C" w:rsidR="0077298C" w:rsidP="00E35DB0" w:rsidRDefault="0077298C" w14:paraId="29319930" w14:textId="77777777">
            <w:pPr>
              <w:rPr>
                <w:b/>
                <w:bCs/>
                <w:i/>
                <w:iCs/>
              </w:rPr>
            </w:pPr>
            <w:r w:rsidRPr="0077298C">
              <w:rPr>
                <w:b/>
                <w:bCs/>
                <w:i/>
                <w:iCs/>
              </w:rPr>
              <w:t>Agenda</w:t>
            </w:r>
          </w:p>
        </w:tc>
        <w:tc>
          <w:tcPr>
            <w:tcW w:w="1803" w:type="dxa"/>
          </w:tcPr>
          <w:p w:rsidRPr="0077298C" w:rsidR="0077298C" w:rsidP="00E35DB0" w:rsidRDefault="0077298C" w14:paraId="6ECE89DF" w14:textId="77777777">
            <w:pPr>
              <w:rPr>
                <w:b/>
                <w:bCs/>
                <w:i/>
                <w:iCs/>
              </w:rPr>
            </w:pPr>
            <w:r w:rsidRPr="0077298C">
              <w:rPr>
                <w:b/>
                <w:bCs/>
                <w:i/>
                <w:iCs/>
              </w:rPr>
              <w:t>What went well</w:t>
            </w:r>
          </w:p>
        </w:tc>
        <w:tc>
          <w:tcPr>
            <w:tcW w:w="1803" w:type="dxa"/>
          </w:tcPr>
          <w:p w:rsidRPr="0077298C" w:rsidR="0077298C" w:rsidP="00E35DB0" w:rsidRDefault="0077298C" w14:paraId="048C1C23" w14:textId="77777777">
            <w:pPr>
              <w:rPr>
                <w:b/>
                <w:bCs/>
                <w:i/>
                <w:iCs/>
              </w:rPr>
            </w:pPr>
            <w:r w:rsidRPr="0077298C">
              <w:rPr>
                <w:b/>
                <w:bCs/>
                <w:i/>
                <w:iCs/>
              </w:rPr>
              <w:t>What didn’t go well</w:t>
            </w:r>
          </w:p>
        </w:tc>
        <w:tc>
          <w:tcPr>
            <w:tcW w:w="1803" w:type="dxa"/>
          </w:tcPr>
          <w:p w:rsidRPr="0077298C" w:rsidR="0077298C" w:rsidP="00E35DB0" w:rsidRDefault="0077298C" w14:paraId="0E202264" w14:textId="77777777">
            <w:pPr>
              <w:rPr>
                <w:b/>
                <w:bCs/>
                <w:i/>
                <w:iCs/>
              </w:rPr>
            </w:pPr>
            <w:r w:rsidRPr="0077298C">
              <w:rPr>
                <w:b/>
                <w:bCs/>
                <w:i/>
                <w:iCs/>
              </w:rPr>
              <w:t>Questions</w:t>
            </w:r>
          </w:p>
        </w:tc>
        <w:tc>
          <w:tcPr>
            <w:tcW w:w="1804" w:type="dxa"/>
          </w:tcPr>
          <w:p w:rsidRPr="0077298C" w:rsidR="0077298C" w:rsidP="00E35DB0" w:rsidRDefault="0077298C" w14:paraId="01D4083C" w14:textId="77777777">
            <w:pPr>
              <w:rPr>
                <w:b/>
                <w:bCs/>
                <w:i/>
                <w:iCs/>
              </w:rPr>
            </w:pPr>
            <w:r w:rsidRPr="0077298C">
              <w:rPr>
                <w:b/>
                <w:bCs/>
                <w:i/>
                <w:iCs/>
              </w:rPr>
              <w:t>Reference</w:t>
            </w:r>
          </w:p>
        </w:tc>
      </w:tr>
      <w:tr w:rsidR="0077298C" w:rsidTr="00E35DB0" w14:paraId="0D3B0E18" w14:textId="77777777">
        <w:tc>
          <w:tcPr>
            <w:tcW w:w="1803" w:type="dxa"/>
          </w:tcPr>
          <w:p w:rsidRPr="0077298C" w:rsidR="0077298C" w:rsidP="00E35DB0" w:rsidRDefault="006D6923" w14:paraId="1B78A5EB" w14:textId="16D75670">
            <w:r w:rsidRPr="006D6923">
              <w:t>Review Sprint 2 outcomes</w:t>
            </w:r>
          </w:p>
        </w:tc>
        <w:tc>
          <w:tcPr>
            <w:tcW w:w="1803" w:type="dxa"/>
          </w:tcPr>
          <w:p w:rsidRPr="0077298C" w:rsidR="0077298C" w:rsidP="00E35DB0" w:rsidRDefault="006D6923" w14:paraId="7E81DF5D" w14:textId="1C035A55">
            <w:r w:rsidRPr="006D6923">
              <w:t>Payment gateway integrated successfully</w:t>
            </w:r>
          </w:p>
        </w:tc>
        <w:tc>
          <w:tcPr>
            <w:tcW w:w="1803" w:type="dxa"/>
          </w:tcPr>
          <w:p w:rsidRPr="0077298C" w:rsidR="0077298C" w:rsidP="00E35DB0" w:rsidRDefault="006D6923" w14:paraId="5762FF6D" w14:textId="6CCFA05C">
            <w:r w:rsidRPr="006D6923">
              <w:t>Minor delays due to QA environment setup</w:t>
            </w:r>
          </w:p>
        </w:tc>
        <w:tc>
          <w:tcPr>
            <w:tcW w:w="1803" w:type="dxa"/>
          </w:tcPr>
          <w:p w:rsidRPr="0077298C" w:rsidR="0077298C" w:rsidP="00E35DB0" w:rsidRDefault="006D6923" w14:paraId="0BEDD031" w14:textId="7BA67BF7">
            <w:r w:rsidRPr="006D6923">
              <w:t>How to automate deployment</w:t>
            </w:r>
          </w:p>
        </w:tc>
        <w:tc>
          <w:tcPr>
            <w:tcW w:w="1804" w:type="dxa"/>
          </w:tcPr>
          <w:p w:rsidRPr="0077298C" w:rsidR="0077298C" w:rsidP="00E35DB0" w:rsidRDefault="006D6923" w14:paraId="3D58A83D" w14:textId="4B63122F">
            <w:r w:rsidRPr="006D6923">
              <w:t>Sprint 2 backlog &amp; burndown</w:t>
            </w:r>
          </w:p>
        </w:tc>
      </w:tr>
    </w:tbl>
    <w:p w:rsidR="0077298C" w:rsidP="0077298C" w:rsidRDefault="0077298C" w14:paraId="70A74EE5" w14:textId="77777777"/>
    <w:p w:rsidR="006D6923" w:rsidP="006D6923" w:rsidRDefault="006D6923" w14:paraId="2A602A3E" w14:textId="71E24881">
      <w:pPr>
        <w:pStyle w:val="Heading2"/>
      </w:pPr>
      <w:r>
        <w:t>Sprint 3</w:t>
      </w:r>
    </w:p>
    <w:tbl>
      <w:tblPr>
        <w:tblStyle w:val="TableGrid"/>
        <w:tblW w:w="0" w:type="auto"/>
        <w:tblLook w:val="04A0" w:firstRow="1" w:lastRow="0" w:firstColumn="1" w:lastColumn="0" w:noHBand="0" w:noVBand="1"/>
      </w:tblPr>
      <w:tblGrid>
        <w:gridCol w:w="1803"/>
        <w:gridCol w:w="1803"/>
        <w:gridCol w:w="1803"/>
        <w:gridCol w:w="1803"/>
        <w:gridCol w:w="1804"/>
      </w:tblGrid>
      <w:tr w:rsidR="006D6923" w:rsidTr="00E35DB0" w14:paraId="30F1295B" w14:textId="77777777">
        <w:tc>
          <w:tcPr>
            <w:tcW w:w="1803" w:type="dxa"/>
          </w:tcPr>
          <w:p w:rsidRPr="0077298C" w:rsidR="006D6923" w:rsidP="00E35DB0" w:rsidRDefault="006D6923" w14:paraId="5A619CC5" w14:textId="77777777">
            <w:pPr>
              <w:rPr>
                <w:b/>
                <w:bCs/>
                <w:i/>
                <w:iCs/>
              </w:rPr>
            </w:pPr>
            <w:r w:rsidRPr="0077298C">
              <w:rPr>
                <w:b/>
                <w:bCs/>
                <w:i/>
                <w:iCs/>
              </w:rPr>
              <w:t>Date</w:t>
            </w:r>
          </w:p>
        </w:tc>
        <w:tc>
          <w:tcPr>
            <w:tcW w:w="7213" w:type="dxa"/>
            <w:gridSpan w:val="4"/>
          </w:tcPr>
          <w:p w:rsidR="006D6923" w:rsidP="00E35DB0" w:rsidRDefault="006D6923" w14:paraId="6DC81C43" w14:textId="11EAE039">
            <w:r w:rsidRPr="006D6923">
              <w:t>12/10/2025</w:t>
            </w:r>
          </w:p>
        </w:tc>
      </w:tr>
      <w:tr w:rsidR="006D6923" w:rsidTr="00E35DB0" w14:paraId="5FE02A84" w14:textId="77777777">
        <w:tc>
          <w:tcPr>
            <w:tcW w:w="1803" w:type="dxa"/>
          </w:tcPr>
          <w:p w:rsidRPr="0077298C" w:rsidR="006D6923" w:rsidP="00E35DB0" w:rsidRDefault="006D6923" w14:paraId="2ECC5B01" w14:textId="77777777">
            <w:pPr>
              <w:rPr>
                <w:b/>
                <w:bCs/>
                <w:i/>
                <w:iCs/>
              </w:rPr>
            </w:pPr>
            <w:r w:rsidRPr="0077298C">
              <w:rPr>
                <w:b/>
                <w:bCs/>
                <w:i/>
                <w:iCs/>
              </w:rPr>
              <w:t>Time</w:t>
            </w:r>
          </w:p>
        </w:tc>
        <w:tc>
          <w:tcPr>
            <w:tcW w:w="7213" w:type="dxa"/>
            <w:gridSpan w:val="4"/>
          </w:tcPr>
          <w:p w:rsidR="006D6923" w:rsidP="00E35DB0" w:rsidRDefault="006D6923" w14:paraId="70CC121F" w14:textId="6C79286E">
            <w:r w:rsidRPr="006D6923">
              <w:t>4:00 PM – 5:00 PM</w:t>
            </w:r>
          </w:p>
        </w:tc>
      </w:tr>
      <w:tr w:rsidR="006D6923" w:rsidTr="00E35DB0" w14:paraId="2251DD6F" w14:textId="77777777">
        <w:tc>
          <w:tcPr>
            <w:tcW w:w="1803" w:type="dxa"/>
          </w:tcPr>
          <w:p w:rsidRPr="0077298C" w:rsidR="006D6923" w:rsidP="00E35DB0" w:rsidRDefault="006D6923" w14:paraId="35CC0284" w14:textId="77777777">
            <w:pPr>
              <w:rPr>
                <w:b/>
                <w:bCs/>
                <w:i/>
                <w:iCs/>
              </w:rPr>
            </w:pPr>
            <w:r w:rsidRPr="0077298C">
              <w:rPr>
                <w:b/>
                <w:bCs/>
                <w:i/>
                <w:iCs/>
              </w:rPr>
              <w:t>Location</w:t>
            </w:r>
          </w:p>
        </w:tc>
        <w:tc>
          <w:tcPr>
            <w:tcW w:w="7213" w:type="dxa"/>
            <w:gridSpan w:val="4"/>
          </w:tcPr>
          <w:p w:rsidR="006D6923" w:rsidP="00E35DB0" w:rsidRDefault="006D6923" w14:paraId="6E893F64" w14:textId="691F8411">
            <w:r w:rsidRPr="006D6923">
              <w:t>Conference Room C</w:t>
            </w:r>
          </w:p>
        </w:tc>
      </w:tr>
      <w:tr w:rsidR="006D6923" w:rsidTr="00E35DB0" w14:paraId="276E7D79" w14:textId="77777777">
        <w:tc>
          <w:tcPr>
            <w:tcW w:w="1803" w:type="dxa"/>
          </w:tcPr>
          <w:p w:rsidRPr="0077298C" w:rsidR="006D6923" w:rsidP="00E35DB0" w:rsidRDefault="006D6923" w14:paraId="39A8B9C6" w14:textId="77777777">
            <w:pPr>
              <w:rPr>
                <w:b/>
                <w:bCs/>
                <w:i/>
                <w:iCs/>
              </w:rPr>
            </w:pPr>
            <w:r w:rsidRPr="0077298C">
              <w:rPr>
                <w:b/>
                <w:bCs/>
                <w:i/>
                <w:iCs/>
              </w:rPr>
              <w:t>Prepared By</w:t>
            </w:r>
          </w:p>
        </w:tc>
        <w:tc>
          <w:tcPr>
            <w:tcW w:w="7213" w:type="dxa"/>
            <w:gridSpan w:val="4"/>
          </w:tcPr>
          <w:p w:rsidR="006D6923" w:rsidP="00E35DB0" w:rsidRDefault="006D6923" w14:paraId="18EBC197" w14:textId="77777777">
            <w:r w:rsidRPr="0077298C">
              <w:t>Barath Narayanan (Scrum Master)</w:t>
            </w:r>
          </w:p>
        </w:tc>
      </w:tr>
      <w:tr w:rsidR="006D6923" w:rsidTr="00E35DB0" w14:paraId="7ED48845" w14:textId="77777777">
        <w:trPr>
          <w:trHeight w:val="1940"/>
        </w:trPr>
        <w:tc>
          <w:tcPr>
            <w:tcW w:w="1803" w:type="dxa"/>
          </w:tcPr>
          <w:p w:rsidRPr="0077298C" w:rsidR="006D6923" w:rsidP="00E35DB0" w:rsidRDefault="006D6923" w14:paraId="54D04699" w14:textId="77777777">
            <w:pPr>
              <w:rPr>
                <w:b/>
                <w:bCs/>
                <w:i/>
                <w:iCs/>
              </w:rPr>
            </w:pPr>
            <w:r w:rsidRPr="0077298C">
              <w:rPr>
                <w:b/>
                <w:bCs/>
                <w:i/>
                <w:iCs/>
              </w:rPr>
              <w:t>Attendees</w:t>
            </w:r>
          </w:p>
        </w:tc>
        <w:tc>
          <w:tcPr>
            <w:tcW w:w="7213" w:type="dxa"/>
            <w:gridSpan w:val="4"/>
          </w:tcPr>
          <w:p w:rsidR="006D6923" w:rsidP="00E35DB0" w:rsidRDefault="006D6923" w14:paraId="55314BE6" w14:textId="77777777">
            <w:r w:rsidRPr="0077298C">
              <w:t>Mr. Ramesh</w:t>
            </w:r>
          </w:p>
          <w:p w:rsidR="006D6923" w:rsidP="00E35DB0" w:rsidRDefault="006D6923" w14:paraId="5F399B1B" w14:textId="77777777">
            <w:r w:rsidRPr="0077298C">
              <w:t>Barath Narayanan</w:t>
            </w:r>
          </w:p>
          <w:p w:rsidR="006D6923" w:rsidP="00E35DB0" w:rsidRDefault="006D6923" w14:paraId="400051DF" w14:textId="77777777">
            <w:r w:rsidRPr="0077298C">
              <w:t>Suresh Menon</w:t>
            </w:r>
          </w:p>
          <w:p w:rsidR="006D6923" w:rsidP="00E35DB0" w:rsidRDefault="006D6923" w14:paraId="6751A38A" w14:textId="77777777">
            <w:r w:rsidRPr="0077298C">
              <w:t>Vivek Reddy</w:t>
            </w:r>
          </w:p>
          <w:p w:rsidR="006D6923" w:rsidP="00E35DB0" w:rsidRDefault="006D6923" w14:paraId="41FBC292" w14:textId="77777777">
            <w:r w:rsidRPr="0077298C">
              <w:t>Anil Sharma</w:t>
            </w:r>
          </w:p>
          <w:p w:rsidR="006D6923" w:rsidP="00E35DB0" w:rsidRDefault="006D6923" w14:paraId="726421EB" w14:textId="77777777">
            <w:r w:rsidRPr="0077298C">
              <w:t>Karthik Iyer</w:t>
            </w:r>
          </w:p>
          <w:p w:rsidR="006D6923" w:rsidP="00E35DB0" w:rsidRDefault="006D6923" w14:paraId="06762E22" w14:textId="77777777">
            <w:r w:rsidRPr="0077298C">
              <w:t>Prakash Rao</w:t>
            </w:r>
          </w:p>
        </w:tc>
      </w:tr>
      <w:tr w:rsidRPr="0077298C" w:rsidR="006D6923" w:rsidTr="00E35DB0" w14:paraId="742C833B" w14:textId="77777777">
        <w:tc>
          <w:tcPr>
            <w:tcW w:w="1803" w:type="dxa"/>
          </w:tcPr>
          <w:p w:rsidRPr="0077298C" w:rsidR="006D6923" w:rsidP="00E35DB0" w:rsidRDefault="006D6923" w14:paraId="3A7CA891" w14:textId="77777777">
            <w:pPr>
              <w:rPr>
                <w:b/>
                <w:bCs/>
                <w:i/>
                <w:iCs/>
              </w:rPr>
            </w:pPr>
            <w:r w:rsidRPr="0077298C">
              <w:rPr>
                <w:b/>
                <w:bCs/>
                <w:i/>
                <w:iCs/>
              </w:rPr>
              <w:t>Agenda</w:t>
            </w:r>
          </w:p>
        </w:tc>
        <w:tc>
          <w:tcPr>
            <w:tcW w:w="1803" w:type="dxa"/>
          </w:tcPr>
          <w:p w:rsidRPr="0077298C" w:rsidR="006D6923" w:rsidP="00E35DB0" w:rsidRDefault="006D6923" w14:paraId="5B5B92EC" w14:textId="77777777">
            <w:pPr>
              <w:rPr>
                <w:b/>
                <w:bCs/>
                <w:i/>
                <w:iCs/>
              </w:rPr>
            </w:pPr>
            <w:r w:rsidRPr="0077298C">
              <w:rPr>
                <w:b/>
                <w:bCs/>
                <w:i/>
                <w:iCs/>
              </w:rPr>
              <w:t>What went well</w:t>
            </w:r>
          </w:p>
        </w:tc>
        <w:tc>
          <w:tcPr>
            <w:tcW w:w="1803" w:type="dxa"/>
          </w:tcPr>
          <w:p w:rsidRPr="0077298C" w:rsidR="006D6923" w:rsidP="00E35DB0" w:rsidRDefault="006D6923" w14:paraId="6320562D" w14:textId="77777777">
            <w:pPr>
              <w:rPr>
                <w:b/>
                <w:bCs/>
                <w:i/>
                <w:iCs/>
              </w:rPr>
            </w:pPr>
            <w:r w:rsidRPr="0077298C">
              <w:rPr>
                <w:b/>
                <w:bCs/>
                <w:i/>
                <w:iCs/>
              </w:rPr>
              <w:t>What didn’t go well</w:t>
            </w:r>
          </w:p>
        </w:tc>
        <w:tc>
          <w:tcPr>
            <w:tcW w:w="1803" w:type="dxa"/>
          </w:tcPr>
          <w:p w:rsidRPr="0077298C" w:rsidR="006D6923" w:rsidP="00E35DB0" w:rsidRDefault="006D6923" w14:paraId="6A96F282" w14:textId="77777777">
            <w:pPr>
              <w:rPr>
                <w:b/>
                <w:bCs/>
                <w:i/>
                <w:iCs/>
              </w:rPr>
            </w:pPr>
            <w:r w:rsidRPr="0077298C">
              <w:rPr>
                <w:b/>
                <w:bCs/>
                <w:i/>
                <w:iCs/>
              </w:rPr>
              <w:t>Questions</w:t>
            </w:r>
          </w:p>
        </w:tc>
        <w:tc>
          <w:tcPr>
            <w:tcW w:w="1804" w:type="dxa"/>
          </w:tcPr>
          <w:p w:rsidRPr="0077298C" w:rsidR="006D6923" w:rsidP="00E35DB0" w:rsidRDefault="006D6923" w14:paraId="3BE2503A" w14:textId="77777777">
            <w:pPr>
              <w:rPr>
                <w:b/>
                <w:bCs/>
                <w:i/>
                <w:iCs/>
              </w:rPr>
            </w:pPr>
            <w:r w:rsidRPr="0077298C">
              <w:rPr>
                <w:b/>
                <w:bCs/>
                <w:i/>
                <w:iCs/>
              </w:rPr>
              <w:t>Reference</w:t>
            </w:r>
          </w:p>
        </w:tc>
      </w:tr>
      <w:tr w:rsidR="006D6923" w:rsidTr="00E35DB0" w14:paraId="654CAA94" w14:textId="77777777">
        <w:tc>
          <w:tcPr>
            <w:tcW w:w="1803" w:type="dxa"/>
          </w:tcPr>
          <w:p w:rsidRPr="0077298C" w:rsidR="006D6923" w:rsidP="00E35DB0" w:rsidRDefault="006D6923" w14:paraId="6AB3572E" w14:textId="6AA6D7C2">
            <w:r w:rsidRPr="006D6923">
              <w:t>Review Sprint 3 outcomes</w:t>
            </w:r>
          </w:p>
        </w:tc>
        <w:tc>
          <w:tcPr>
            <w:tcW w:w="1803" w:type="dxa"/>
          </w:tcPr>
          <w:p w:rsidRPr="0077298C" w:rsidR="006D6923" w:rsidP="00E35DB0" w:rsidRDefault="006D6923" w14:paraId="7D247D83" w14:textId="19E48D76">
            <w:r w:rsidRPr="006D6923">
              <w:t>Analytics dashboard functional</w:t>
            </w:r>
          </w:p>
        </w:tc>
        <w:tc>
          <w:tcPr>
            <w:tcW w:w="1803" w:type="dxa"/>
          </w:tcPr>
          <w:p w:rsidRPr="0077298C" w:rsidR="006D6923" w:rsidP="00E35DB0" w:rsidRDefault="006D6923" w14:paraId="7BF009D1" w14:textId="75C5D7FA">
            <w:r w:rsidRPr="006D6923">
              <w:t>API bug delayed story completion</w:t>
            </w:r>
          </w:p>
        </w:tc>
        <w:tc>
          <w:tcPr>
            <w:tcW w:w="1803" w:type="dxa"/>
          </w:tcPr>
          <w:p w:rsidRPr="0077298C" w:rsidR="006D6923" w:rsidP="00E35DB0" w:rsidRDefault="006D6923" w14:paraId="42B58140" w14:textId="1544EC3B">
            <w:r w:rsidRPr="006D6923">
              <w:t>How to handle unexpected blockers</w:t>
            </w:r>
          </w:p>
        </w:tc>
        <w:tc>
          <w:tcPr>
            <w:tcW w:w="1804" w:type="dxa"/>
          </w:tcPr>
          <w:p w:rsidRPr="0077298C" w:rsidR="006D6923" w:rsidP="00E35DB0" w:rsidRDefault="006D6923" w14:paraId="482C447F" w14:textId="21E1A4FF">
            <w:r w:rsidRPr="006D6923">
              <w:t>Sprint 3 backlog &amp; burndown</w:t>
            </w:r>
          </w:p>
        </w:tc>
      </w:tr>
    </w:tbl>
    <w:p w:rsidR="006D6923" w:rsidP="006D6923" w:rsidRDefault="006D6923" w14:paraId="73F6EA3A" w14:textId="77777777"/>
    <w:p w:rsidR="006D6923" w:rsidP="006D6923" w:rsidRDefault="006D6923" w14:paraId="0DF9E654" w14:textId="76B937E9">
      <w:pPr>
        <w:pStyle w:val="Heading2"/>
      </w:pPr>
      <w:r>
        <w:t>Sprint 4</w:t>
      </w:r>
    </w:p>
    <w:tbl>
      <w:tblPr>
        <w:tblStyle w:val="TableGrid"/>
        <w:tblW w:w="0" w:type="auto"/>
        <w:tblLook w:val="04A0" w:firstRow="1" w:lastRow="0" w:firstColumn="1" w:lastColumn="0" w:noHBand="0" w:noVBand="1"/>
      </w:tblPr>
      <w:tblGrid>
        <w:gridCol w:w="1803"/>
        <w:gridCol w:w="1803"/>
        <w:gridCol w:w="1803"/>
        <w:gridCol w:w="1803"/>
        <w:gridCol w:w="1804"/>
      </w:tblGrid>
      <w:tr w:rsidR="006D6923" w:rsidTr="00E35DB0" w14:paraId="4677EBCF" w14:textId="77777777">
        <w:tc>
          <w:tcPr>
            <w:tcW w:w="1803" w:type="dxa"/>
          </w:tcPr>
          <w:p w:rsidRPr="0077298C" w:rsidR="006D6923" w:rsidP="00E35DB0" w:rsidRDefault="006D6923" w14:paraId="29BA43E7" w14:textId="77777777">
            <w:pPr>
              <w:rPr>
                <w:b/>
                <w:bCs/>
                <w:i/>
                <w:iCs/>
              </w:rPr>
            </w:pPr>
            <w:r w:rsidRPr="0077298C">
              <w:rPr>
                <w:b/>
                <w:bCs/>
                <w:i/>
                <w:iCs/>
              </w:rPr>
              <w:t>Date</w:t>
            </w:r>
          </w:p>
        </w:tc>
        <w:tc>
          <w:tcPr>
            <w:tcW w:w="7213" w:type="dxa"/>
            <w:gridSpan w:val="4"/>
          </w:tcPr>
          <w:p w:rsidR="006D6923" w:rsidP="00E35DB0" w:rsidRDefault="006D6923" w14:paraId="69CBB1FB" w14:textId="6F98AF63">
            <w:r w:rsidRPr="006D6923">
              <w:t>26/10/2025</w:t>
            </w:r>
          </w:p>
        </w:tc>
      </w:tr>
      <w:tr w:rsidR="006D6923" w:rsidTr="00E35DB0" w14:paraId="77E51B62" w14:textId="77777777">
        <w:tc>
          <w:tcPr>
            <w:tcW w:w="1803" w:type="dxa"/>
          </w:tcPr>
          <w:p w:rsidRPr="0077298C" w:rsidR="006D6923" w:rsidP="00E35DB0" w:rsidRDefault="006D6923" w14:paraId="019E472F" w14:textId="77777777">
            <w:pPr>
              <w:rPr>
                <w:b/>
                <w:bCs/>
                <w:i/>
                <w:iCs/>
              </w:rPr>
            </w:pPr>
            <w:r w:rsidRPr="0077298C">
              <w:rPr>
                <w:b/>
                <w:bCs/>
                <w:i/>
                <w:iCs/>
              </w:rPr>
              <w:t>Time</w:t>
            </w:r>
          </w:p>
        </w:tc>
        <w:tc>
          <w:tcPr>
            <w:tcW w:w="7213" w:type="dxa"/>
            <w:gridSpan w:val="4"/>
          </w:tcPr>
          <w:p w:rsidR="006D6923" w:rsidP="00E35DB0" w:rsidRDefault="006D6923" w14:paraId="301D8787" w14:textId="0FFB9AEB">
            <w:r w:rsidRPr="006D6923">
              <w:t>2:00 PM – 3:00 PM</w:t>
            </w:r>
          </w:p>
        </w:tc>
      </w:tr>
      <w:tr w:rsidR="006D6923" w:rsidTr="00E35DB0" w14:paraId="672C8D00" w14:textId="77777777">
        <w:tc>
          <w:tcPr>
            <w:tcW w:w="1803" w:type="dxa"/>
          </w:tcPr>
          <w:p w:rsidRPr="0077298C" w:rsidR="006D6923" w:rsidP="00E35DB0" w:rsidRDefault="006D6923" w14:paraId="2B588609" w14:textId="77777777">
            <w:pPr>
              <w:rPr>
                <w:b/>
                <w:bCs/>
                <w:i/>
                <w:iCs/>
              </w:rPr>
            </w:pPr>
            <w:r w:rsidRPr="0077298C">
              <w:rPr>
                <w:b/>
                <w:bCs/>
                <w:i/>
                <w:iCs/>
              </w:rPr>
              <w:t>Location</w:t>
            </w:r>
          </w:p>
        </w:tc>
        <w:tc>
          <w:tcPr>
            <w:tcW w:w="7213" w:type="dxa"/>
            <w:gridSpan w:val="4"/>
          </w:tcPr>
          <w:p w:rsidR="006D6923" w:rsidP="00E35DB0" w:rsidRDefault="006D6923" w14:paraId="7E1ADA10" w14:textId="1E2B50D8">
            <w:r w:rsidRPr="006D6923">
              <w:t>Conference Room A</w:t>
            </w:r>
          </w:p>
        </w:tc>
      </w:tr>
      <w:tr w:rsidR="006D6923" w:rsidTr="00E35DB0" w14:paraId="474945DF" w14:textId="77777777">
        <w:tc>
          <w:tcPr>
            <w:tcW w:w="1803" w:type="dxa"/>
          </w:tcPr>
          <w:p w:rsidRPr="0077298C" w:rsidR="006D6923" w:rsidP="00E35DB0" w:rsidRDefault="006D6923" w14:paraId="332A1623" w14:textId="77777777">
            <w:pPr>
              <w:rPr>
                <w:b/>
                <w:bCs/>
                <w:i/>
                <w:iCs/>
              </w:rPr>
            </w:pPr>
            <w:r w:rsidRPr="0077298C">
              <w:rPr>
                <w:b/>
                <w:bCs/>
                <w:i/>
                <w:iCs/>
              </w:rPr>
              <w:t>Prepared By</w:t>
            </w:r>
          </w:p>
        </w:tc>
        <w:tc>
          <w:tcPr>
            <w:tcW w:w="7213" w:type="dxa"/>
            <w:gridSpan w:val="4"/>
          </w:tcPr>
          <w:p w:rsidR="006D6923" w:rsidP="00E35DB0" w:rsidRDefault="006D6923" w14:paraId="70A00E16" w14:textId="77777777">
            <w:r w:rsidRPr="0077298C">
              <w:t>Barath Narayanan (Scrum Master)</w:t>
            </w:r>
          </w:p>
        </w:tc>
      </w:tr>
      <w:tr w:rsidR="006D6923" w:rsidTr="00E35DB0" w14:paraId="34B7F12F" w14:textId="77777777">
        <w:trPr>
          <w:trHeight w:val="1940"/>
        </w:trPr>
        <w:tc>
          <w:tcPr>
            <w:tcW w:w="1803" w:type="dxa"/>
          </w:tcPr>
          <w:p w:rsidRPr="0077298C" w:rsidR="006D6923" w:rsidP="00E35DB0" w:rsidRDefault="006D6923" w14:paraId="610A5ACB" w14:textId="77777777">
            <w:pPr>
              <w:rPr>
                <w:b/>
                <w:bCs/>
                <w:i/>
                <w:iCs/>
              </w:rPr>
            </w:pPr>
            <w:r w:rsidRPr="0077298C">
              <w:rPr>
                <w:b/>
                <w:bCs/>
                <w:i/>
                <w:iCs/>
              </w:rPr>
              <w:t>Attendees</w:t>
            </w:r>
          </w:p>
        </w:tc>
        <w:tc>
          <w:tcPr>
            <w:tcW w:w="7213" w:type="dxa"/>
            <w:gridSpan w:val="4"/>
          </w:tcPr>
          <w:p w:rsidR="006D6923" w:rsidP="00E35DB0" w:rsidRDefault="006D6923" w14:paraId="654A1554" w14:textId="77777777">
            <w:r w:rsidRPr="0077298C">
              <w:t>Mr. Ramesh</w:t>
            </w:r>
          </w:p>
          <w:p w:rsidR="006D6923" w:rsidP="00E35DB0" w:rsidRDefault="006D6923" w14:paraId="662133D2" w14:textId="77777777">
            <w:r w:rsidRPr="0077298C">
              <w:t>Barath Narayanan</w:t>
            </w:r>
          </w:p>
          <w:p w:rsidR="006D6923" w:rsidP="00E35DB0" w:rsidRDefault="006D6923" w14:paraId="22CDE63E" w14:textId="77777777">
            <w:r w:rsidRPr="0077298C">
              <w:t>Suresh Menon</w:t>
            </w:r>
          </w:p>
          <w:p w:rsidR="006D6923" w:rsidP="00E35DB0" w:rsidRDefault="006D6923" w14:paraId="5006A207" w14:textId="77777777">
            <w:r w:rsidRPr="0077298C">
              <w:t>Vivek Reddy</w:t>
            </w:r>
          </w:p>
          <w:p w:rsidR="006D6923" w:rsidP="00E35DB0" w:rsidRDefault="006D6923" w14:paraId="2982C7A7" w14:textId="77777777">
            <w:r w:rsidRPr="0077298C">
              <w:t>Anil Sharma</w:t>
            </w:r>
          </w:p>
          <w:p w:rsidR="006D6923" w:rsidP="00E35DB0" w:rsidRDefault="006D6923" w14:paraId="193214BB" w14:textId="77777777">
            <w:r w:rsidRPr="0077298C">
              <w:t>Karthik Iyer</w:t>
            </w:r>
          </w:p>
          <w:p w:rsidR="006D6923" w:rsidP="00E35DB0" w:rsidRDefault="006D6923" w14:paraId="31521337" w14:textId="77777777">
            <w:r w:rsidRPr="0077298C">
              <w:t>Prakash Rao</w:t>
            </w:r>
          </w:p>
        </w:tc>
      </w:tr>
      <w:tr w:rsidRPr="0077298C" w:rsidR="006D6923" w:rsidTr="00E35DB0" w14:paraId="0B2EEEA5" w14:textId="77777777">
        <w:tc>
          <w:tcPr>
            <w:tcW w:w="1803" w:type="dxa"/>
          </w:tcPr>
          <w:p w:rsidRPr="0077298C" w:rsidR="006D6923" w:rsidP="00E35DB0" w:rsidRDefault="006D6923" w14:paraId="0FAC6780" w14:textId="77777777">
            <w:pPr>
              <w:rPr>
                <w:b/>
                <w:bCs/>
                <w:i/>
                <w:iCs/>
              </w:rPr>
            </w:pPr>
            <w:r w:rsidRPr="0077298C">
              <w:rPr>
                <w:b/>
                <w:bCs/>
                <w:i/>
                <w:iCs/>
              </w:rPr>
              <w:t>Agenda</w:t>
            </w:r>
          </w:p>
        </w:tc>
        <w:tc>
          <w:tcPr>
            <w:tcW w:w="1803" w:type="dxa"/>
          </w:tcPr>
          <w:p w:rsidRPr="0077298C" w:rsidR="006D6923" w:rsidP="00E35DB0" w:rsidRDefault="006D6923" w14:paraId="640B61A7" w14:textId="77777777">
            <w:pPr>
              <w:rPr>
                <w:b/>
                <w:bCs/>
                <w:i/>
                <w:iCs/>
              </w:rPr>
            </w:pPr>
            <w:r w:rsidRPr="0077298C">
              <w:rPr>
                <w:b/>
                <w:bCs/>
                <w:i/>
                <w:iCs/>
              </w:rPr>
              <w:t>What went well</w:t>
            </w:r>
          </w:p>
        </w:tc>
        <w:tc>
          <w:tcPr>
            <w:tcW w:w="1803" w:type="dxa"/>
          </w:tcPr>
          <w:p w:rsidRPr="0077298C" w:rsidR="006D6923" w:rsidP="00E35DB0" w:rsidRDefault="006D6923" w14:paraId="23AE40CD" w14:textId="77777777">
            <w:pPr>
              <w:rPr>
                <w:b/>
                <w:bCs/>
                <w:i/>
                <w:iCs/>
              </w:rPr>
            </w:pPr>
            <w:r w:rsidRPr="0077298C">
              <w:rPr>
                <w:b/>
                <w:bCs/>
                <w:i/>
                <w:iCs/>
              </w:rPr>
              <w:t>What didn’t go well</w:t>
            </w:r>
          </w:p>
        </w:tc>
        <w:tc>
          <w:tcPr>
            <w:tcW w:w="1803" w:type="dxa"/>
          </w:tcPr>
          <w:p w:rsidRPr="0077298C" w:rsidR="006D6923" w:rsidP="00E35DB0" w:rsidRDefault="006D6923" w14:paraId="6EF8B8FC" w14:textId="77777777">
            <w:pPr>
              <w:rPr>
                <w:b/>
                <w:bCs/>
                <w:i/>
                <w:iCs/>
              </w:rPr>
            </w:pPr>
            <w:r w:rsidRPr="0077298C">
              <w:rPr>
                <w:b/>
                <w:bCs/>
                <w:i/>
                <w:iCs/>
              </w:rPr>
              <w:t>Questions</w:t>
            </w:r>
          </w:p>
        </w:tc>
        <w:tc>
          <w:tcPr>
            <w:tcW w:w="1804" w:type="dxa"/>
          </w:tcPr>
          <w:p w:rsidRPr="0077298C" w:rsidR="006D6923" w:rsidP="00E35DB0" w:rsidRDefault="006D6923" w14:paraId="56DD8472" w14:textId="77777777">
            <w:pPr>
              <w:rPr>
                <w:b/>
                <w:bCs/>
                <w:i/>
                <w:iCs/>
              </w:rPr>
            </w:pPr>
            <w:r w:rsidRPr="0077298C">
              <w:rPr>
                <w:b/>
                <w:bCs/>
                <w:i/>
                <w:iCs/>
              </w:rPr>
              <w:t>Reference</w:t>
            </w:r>
          </w:p>
        </w:tc>
      </w:tr>
      <w:tr w:rsidR="006D6923" w:rsidTr="00E35DB0" w14:paraId="4D2600F1" w14:textId="77777777">
        <w:tc>
          <w:tcPr>
            <w:tcW w:w="1803" w:type="dxa"/>
          </w:tcPr>
          <w:p w:rsidRPr="0077298C" w:rsidR="006D6923" w:rsidP="00E35DB0" w:rsidRDefault="006D6923" w14:paraId="2285F2A1" w14:textId="11CC79C1">
            <w:r w:rsidRPr="006D6923">
              <w:t>Review Sprint 4 outcomes</w:t>
            </w:r>
          </w:p>
        </w:tc>
        <w:tc>
          <w:tcPr>
            <w:tcW w:w="1803" w:type="dxa"/>
          </w:tcPr>
          <w:p w:rsidRPr="0077298C" w:rsidR="006D6923" w:rsidP="00E35DB0" w:rsidRDefault="006D6923" w14:paraId="07B9D74B" w14:textId="5A38FF20">
            <w:r w:rsidRPr="006D6923">
              <w:t>Mobile app prototype approved</w:t>
            </w:r>
          </w:p>
        </w:tc>
        <w:tc>
          <w:tcPr>
            <w:tcW w:w="1803" w:type="dxa"/>
          </w:tcPr>
          <w:p w:rsidRPr="0077298C" w:rsidR="006D6923" w:rsidP="00E35DB0" w:rsidRDefault="006D6923" w14:paraId="7F8512B0" w14:textId="3748667F">
            <w:r w:rsidRPr="006D6923">
              <w:t>Some UI inconsistencies found late</w:t>
            </w:r>
          </w:p>
        </w:tc>
        <w:tc>
          <w:tcPr>
            <w:tcW w:w="1803" w:type="dxa"/>
          </w:tcPr>
          <w:p w:rsidRPr="0077298C" w:rsidR="006D6923" w:rsidP="00E35DB0" w:rsidRDefault="006D6923" w14:paraId="2F2ADDDA" w14:textId="735B5EB3">
            <w:r w:rsidRPr="006D6923">
              <w:t>How to implement early UI reviews</w:t>
            </w:r>
          </w:p>
        </w:tc>
        <w:tc>
          <w:tcPr>
            <w:tcW w:w="1804" w:type="dxa"/>
          </w:tcPr>
          <w:p w:rsidRPr="0077298C" w:rsidR="006D6923" w:rsidP="00E35DB0" w:rsidRDefault="006D6923" w14:paraId="1A8DCE09" w14:textId="4C4B053C">
            <w:r w:rsidRPr="006D6923">
              <w:t>Sprint 4 backlog &amp; burndown</w:t>
            </w:r>
          </w:p>
        </w:tc>
      </w:tr>
    </w:tbl>
    <w:p w:rsidR="006D6923" w:rsidP="006D6923" w:rsidRDefault="006D6923" w14:paraId="153354C6" w14:textId="77777777"/>
    <w:p w:rsidR="006D6923" w:rsidP="006D6923" w:rsidRDefault="006D6923" w14:paraId="00FD71C1" w14:textId="73601D4B">
      <w:pPr>
        <w:pStyle w:val="Heading2"/>
      </w:pPr>
      <w:r>
        <w:t>Sprint 5</w:t>
      </w:r>
    </w:p>
    <w:tbl>
      <w:tblPr>
        <w:tblStyle w:val="TableGrid"/>
        <w:tblW w:w="0" w:type="auto"/>
        <w:tblLook w:val="04A0" w:firstRow="1" w:lastRow="0" w:firstColumn="1" w:lastColumn="0" w:noHBand="0" w:noVBand="1"/>
      </w:tblPr>
      <w:tblGrid>
        <w:gridCol w:w="1803"/>
        <w:gridCol w:w="1803"/>
        <w:gridCol w:w="1803"/>
        <w:gridCol w:w="1803"/>
        <w:gridCol w:w="1804"/>
      </w:tblGrid>
      <w:tr w:rsidR="006D6923" w:rsidTr="00E35DB0" w14:paraId="54BFA0B3" w14:textId="77777777">
        <w:tc>
          <w:tcPr>
            <w:tcW w:w="1803" w:type="dxa"/>
          </w:tcPr>
          <w:p w:rsidRPr="0077298C" w:rsidR="006D6923" w:rsidP="00E35DB0" w:rsidRDefault="006D6923" w14:paraId="0E334317" w14:textId="77777777">
            <w:pPr>
              <w:rPr>
                <w:b/>
                <w:bCs/>
                <w:i/>
                <w:iCs/>
              </w:rPr>
            </w:pPr>
            <w:r w:rsidRPr="0077298C">
              <w:rPr>
                <w:b/>
                <w:bCs/>
                <w:i/>
                <w:iCs/>
              </w:rPr>
              <w:t>Date</w:t>
            </w:r>
          </w:p>
        </w:tc>
        <w:tc>
          <w:tcPr>
            <w:tcW w:w="7213" w:type="dxa"/>
            <w:gridSpan w:val="4"/>
          </w:tcPr>
          <w:p w:rsidR="006D6923" w:rsidP="00E35DB0" w:rsidRDefault="006D6923" w14:paraId="5FA19435" w14:textId="1ACD0AFF">
            <w:r w:rsidRPr="006D6923">
              <w:t>09/11/2025</w:t>
            </w:r>
          </w:p>
        </w:tc>
      </w:tr>
      <w:tr w:rsidR="006D6923" w:rsidTr="00E35DB0" w14:paraId="3D8B66B8" w14:textId="77777777">
        <w:tc>
          <w:tcPr>
            <w:tcW w:w="1803" w:type="dxa"/>
          </w:tcPr>
          <w:p w:rsidRPr="0077298C" w:rsidR="006D6923" w:rsidP="00E35DB0" w:rsidRDefault="006D6923" w14:paraId="5684DEFF" w14:textId="77777777">
            <w:pPr>
              <w:rPr>
                <w:b/>
                <w:bCs/>
                <w:i/>
                <w:iCs/>
              </w:rPr>
            </w:pPr>
            <w:r w:rsidRPr="0077298C">
              <w:rPr>
                <w:b/>
                <w:bCs/>
                <w:i/>
                <w:iCs/>
              </w:rPr>
              <w:t>Time</w:t>
            </w:r>
          </w:p>
        </w:tc>
        <w:tc>
          <w:tcPr>
            <w:tcW w:w="7213" w:type="dxa"/>
            <w:gridSpan w:val="4"/>
          </w:tcPr>
          <w:p w:rsidR="006D6923" w:rsidP="00E35DB0" w:rsidRDefault="006D6923" w14:paraId="426BD306" w14:textId="66138800">
            <w:r w:rsidRPr="006D6923">
              <w:t>4:00 PM – 5:00 PM</w:t>
            </w:r>
          </w:p>
        </w:tc>
      </w:tr>
      <w:tr w:rsidR="006D6923" w:rsidTr="00E35DB0" w14:paraId="0A4FE5E4" w14:textId="77777777">
        <w:tc>
          <w:tcPr>
            <w:tcW w:w="1803" w:type="dxa"/>
          </w:tcPr>
          <w:p w:rsidRPr="0077298C" w:rsidR="006D6923" w:rsidP="00E35DB0" w:rsidRDefault="006D6923" w14:paraId="27F07D02" w14:textId="77777777">
            <w:pPr>
              <w:rPr>
                <w:b/>
                <w:bCs/>
                <w:i/>
                <w:iCs/>
              </w:rPr>
            </w:pPr>
            <w:r w:rsidRPr="0077298C">
              <w:rPr>
                <w:b/>
                <w:bCs/>
                <w:i/>
                <w:iCs/>
              </w:rPr>
              <w:t>Location</w:t>
            </w:r>
          </w:p>
        </w:tc>
        <w:tc>
          <w:tcPr>
            <w:tcW w:w="7213" w:type="dxa"/>
            <w:gridSpan w:val="4"/>
          </w:tcPr>
          <w:p w:rsidR="006D6923" w:rsidP="00E35DB0" w:rsidRDefault="006D6923" w14:paraId="4FF8793C" w14:textId="303E0058">
            <w:r w:rsidRPr="006D6923">
              <w:t>Conference Room B</w:t>
            </w:r>
          </w:p>
        </w:tc>
      </w:tr>
      <w:tr w:rsidR="006D6923" w:rsidTr="00E35DB0" w14:paraId="076A271F" w14:textId="77777777">
        <w:tc>
          <w:tcPr>
            <w:tcW w:w="1803" w:type="dxa"/>
          </w:tcPr>
          <w:p w:rsidRPr="0077298C" w:rsidR="006D6923" w:rsidP="00E35DB0" w:rsidRDefault="006D6923" w14:paraId="36330F4E" w14:textId="77777777">
            <w:pPr>
              <w:rPr>
                <w:b/>
                <w:bCs/>
                <w:i/>
                <w:iCs/>
              </w:rPr>
            </w:pPr>
            <w:r w:rsidRPr="0077298C">
              <w:rPr>
                <w:b/>
                <w:bCs/>
                <w:i/>
                <w:iCs/>
              </w:rPr>
              <w:t>Prepared By</w:t>
            </w:r>
          </w:p>
        </w:tc>
        <w:tc>
          <w:tcPr>
            <w:tcW w:w="7213" w:type="dxa"/>
            <w:gridSpan w:val="4"/>
          </w:tcPr>
          <w:p w:rsidR="006D6923" w:rsidP="00E35DB0" w:rsidRDefault="006D6923" w14:paraId="5FDEF502" w14:textId="77777777">
            <w:r w:rsidRPr="0077298C">
              <w:t>Barath Narayanan (Scrum Master)</w:t>
            </w:r>
          </w:p>
        </w:tc>
      </w:tr>
      <w:tr w:rsidR="006D6923" w:rsidTr="00E35DB0" w14:paraId="2645F3B3" w14:textId="77777777">
        <w:trPr>
          <w:trHeight w:val="1940"/>
        </w:trPr>
        <w:tc>
          <w:tcPr>
            <w:tcW w:w="1803" w:type="dxa"/>
          </w:tcPr>
          <w:p w:rsidRPr="0077298C" w:rsidR="006D6923" w:rsidP="00E35DB0" w:rsidRDefault="006D6923" w14:paraId="0E6B7820" w14:textId="77777777">
            <w:pPr>
              <w:rPr>
                <w:b/>
                <w:bCs/>
                <w:i/>
                <w:iCs/>
              </w:rPr>
            </w:pPr>
            <w:r w:rsidRPr="0077298C">
              <w:rPr>
                <w:b/>
                <w:bCs/>
                <w:i/>
                <w:iCs/>
              </w:rPr>
              <w:t>Attendees</w:t>
            </w:r>
          </w:p>
        </w:tc>
        <w:tc>
          <w:tcPr>
            <w:tcW w:w="7213" w:type="dxa"/>
            <w:gridSpan w:val="4"/>
          </w:tcPr>
          <w:p w:rsidR="006D6923" w:rsidP="00E35DB0" w:rsidRDefault="006D6923" w14:paraId="4BEC2F61" w14:textId="77777777">
            <w:r w:rsidRPr="0077298C">
              <w:t>Mr. Ramesh</w:t>
            </w:r>
          </w:p>
          <w:p w:rsidR="006D6923" w:rsidP="00E35DB0" w:rsidRDefault="006D6923" w14:paraId="3EE26837" w14:textId="77777777">
            <w:r w:rsidRPr="0077298C">
              <w:t>Barath Narayanan</w:t>
            </w:r>
          </w:p>
          <w:p w:rsidR="006D6923" w:rsidP="00E35DB0" w:rsidRDefault="006D6923" w14:paraId="0EC4E6DE" w14:textId="77777777">
            <w:r w:rsidRPr="0077298C">
              <w:t>Suresh Menon</w:t>
            </w:r>
          </w:p>
          <w:p w:rsidR="006D6923" w:rsidP="00E35DB0" w:rsidRDefault="006D6923" w14:paraId="32D980CE" w14:textId="77777777">
            <w:r w:rsidRPr="0077298C">
              <w:t>Vivek Reddy</w:t>
            </w:r>
          </w:p>
          <w:p w:rsidR="006D6923" w:rsidP="00E35DB0" w:rsidRDefault="006D6923" w14:paraId="5D2F347A" w14:textId="77777777">
            <w:r w:rsidRPr="0077298C">
              <w:t>Anil Sharma</w:t>
            </w:r>
          </w:p>
          <w:p w:rsidR="006D6923" w:rsidP="00E35DB0" w:rsidRDefault="006D6923" w14:paraId="76FD1DC2" w14:textId="77777777">
            <w:r w:rsidRPr="0077298C">
              <w:t>Karthik Iyer</w:t>
            </w:r>
          </w:p>
          <w:p w:rsidR="006D6923" w:rsidP="00E35DB0" w:rsidRDefault="006D6923" w14:paraId="676B9BD4" w14:textId="77777777">
            <w:r w:rsidRPr="0077298C">
              <w:t>Prakash Rao</w:t>
            </w:r>
          </w:p>
        </w:tc>
      </w:tr>
      <w:tr w:rsidRPr="0077298C" w:rsidR="006D6923" w:rsidTr="00E35DB0" w14:paraId="5102BEAE" w14:textId="77777777">
        <w:tc>
          <w:tcPr>
            <w:tcW w:w="1803" w:type="dxa"/>
          </w:tcPr>
          <w:p w:rsidRPr="0077298C" w:rsidR="006D6923" w:rsidP="00E35DB0" w:rsidRDefault="006D6923" w14:paraId="64A2F224" w14:textId="77777777">
            <w:pPr>
              <w:rPr>
                <w:b/>
                <w:bCs/>
                <w:i/>
                <w:iCs/>
              </w:rPr>
            </w:pPr>
            <w:r w:rsidRPr="0077298C">
              <w:rPr>
                <w:b/>
                <w:bCs/>
                <w:i/>
                <w:iCs/>
              </w:rPr>
              <w:t>Agenda</w:t>
            </w:r>
          </w:p>
        </w:tc>
        <w:tc>
          <w:tcPr>
            <w:tcW w:w="1803" w:type="dxa"/>
          </w:tcPr>
          <w:p w:rsidRPr="0077298C" w:rsidR="006D6923" w:rsidP="00E35DB0" w:rsidRDefault="006D6923" w14:paraId="5A30404B" w14:textId="77777777">
            <w:pPr>
              <w:rPr>
                <w:b/>
                <w:bCs/>
                <w:i/>
                <w:iCs/>
              </w:rPr>
            </w:pPr>
            <w:r w:rsidRPr="0077298C">
              <w:rPr>
                <w:b/>
                <w:bCs/>
                <w:i/>
                <w:iCs/>
              </w:rPr>
              <w:t>What went well</w:t>
            </w:r>
          </w:p>
        </w:tc>
        <w:tc>
          <w:tcPr>
            <w:tcW w:w="1803" w:type="dxa"/>
          </w:tcPr>
          <w:p w:rsidRPr="0077298C" w:rsidR="006D6923" w:rsidP="00E35DB0" w:rsidRDefault="006D6923" w14:paraId="081F68B2" w14:textId="77777777">
            <w:pPr>
              <w:rPr>
                <w:b/>
                <w:bCs/>
                <w:i/>
                <w:iCs/>
              </w:rPr>
            </w:pPr>
            <w:r w:rsidRPr="0077298C">
              <w:rPr>
                <w:b/>
                <w:bCs/>
                <w:i/>
                <w:iCs/>
              </w:rPr>
              <w:t>What didn’t go well</w:t>
            </w:r>
          </w:p>
        </w:tc>
        <w:tc>
          <w:tcPr>
            <w:tcW w:w="1803" w:type="dxa"/>
          </w:tcPr>
          <w:p w:rsidRPr="0077298C" w:rsidR="006D6923" w:rsidP="00E35DB0" w:rsidRDefault="006D6923" w14:paraId="38003A46" w14:textId="77777777">
            <w:pPr>
              <w:rPr>
                <w:b/>
                <w:bCs/>
                <w:i/>
                <w:iCs/>
              </w:rPr>
            </w:pPr>
            <w:r w:rsidRPr="0077298C">
              <w:rPr>
                <w:b/>
                <w:bCs/>
                <w:i/>
                <w:iCs/>
              </w:rPr>
              <w:t>Questions</w:t>
            </w:r>
          </w:p>
        </w:tc>
        <w:tc>
          <w:tcPr>
            <w:tcW w:w="1804" w:type="dxa"/>
          </w:tcPr>
          <w:p w:rsidRPr="0077298C" w:rsidR="006D6923" w:rsidP="00E35DB0" w:rsidRDefault="006D6923" w14:paraId="7BC85F73" w14:textId="77777777">
            <w:pPr>
              <w:rPr>
                <w:b/>
                <w:bCs/>
                <w:i/>
                <w:iCs/>
              </w:rPr>
            </w:pPr>
            <w:r w:rsidRPr="0077298C">
              <w:rPr>
                <w:b/>
                <w:bCs/>
                <w:i/>
                <w:iCs/>
              </w:rPr>
              <w:t>Reference</w:t>
            </w:r>
          </w:p>
        </w:tc>
      </w:tr>
      <w:tr w:rsidR="006D6923" w:rsidTr="00E35DB0" w14:paraId="6F568173" w14:textId="77777777">
        <w:tc>
          <w:tcPr>
            <w:tcW w:w="1803" w:type="dxa"/>
          </w:tcPr>
          <w:p w:rsidRPr="0077298C" w:rsidR="006D6923" w:rsidP="00E35DB0" w:rsidRDefault="006D6923" w14:paraId="7159F572" w14:textId="3503E3F6">
            <w:r w:rsidRPr="006D6923">
              <w:t>Review Sprint 5 outcomes</w:t>
            </w:r>
          </w:p>
        </w:tc>
        <w:tc>
          <w:tcPr>
            <w:tcW w:w="1803" w:type="dxa"/>
          </w:tcPr>
          <w:p w:rsidRPr="0077298C" w:rsidR="006D6923" w:rsidP="00E35DB0" w:rsidRDefault="006D6923" w14:paraId="232A0742" w14:textId="45F99ECB">
            <w:r w:rsidRPr="006D6923">
              <w:t>Chat support deployed</w:t>
            </w:r>
          </w:p>
        </w:tc>
        <w:tc>
          <w:tcPr>
            <w:tcW w:w="1803" w:type="dxa"/>
          </w:tcPr>
          <w:p w:rsidRPr="0077298C" w:rsidR="006D6923" w:rsidP="00E35DB0" w:rsidRDefault="006D6923" w14:paraId="1E6537BC" w14:textId="1D7D21F1">
            <w:r w:rsidRPr="006D6923">
              <w:t>Minor connectivity issue during testing</w:t>
            </w:r>
          </w:p>
        </w:tc>
        <w:tc>
          <w:tcPr>
            <w:tcW w:w="1803" w:type="dxa"/>
          </w:tcPr>
          <w:p w:rsidRPr="0077298C" w:rsidR="006D6923" w:rsidP="00E35DB0" w:rsidRDefault="006D6923" w14:paraId="2C17E916" w14:textId="60EE2A6A">
            <w:r w:rsidRPr="006D6923">
              <w:t>How to simulate production-like network in test</w:t>
            </w:r>
          </w:p>
        </w:tc>
        <w:tc>
          <w:tcPr>
            <w:tcW w:w="1804" w:type="dxa"/>
          </w:tcPr>
          <w:p w:rsidRPr="0077298C" w:rsidR="006D6923" w:rsidP="00E35DB0" w:rsidRDefault="006D6923" w14:paraId="2C55B6E7" w14:textId="3FD2B936">
            <w:r w:rsidRPr="006D6923">
              <w:t>Sprint 5 backlog &amp; burndown</w:t>
            </w:r>
          </w:p>
        </w:tc>
      </w:tr>
    </w:tbl>
    <w:p w:rsidR="006D6923" w:rsidP="006D6923" w:rsidRDefault="006D6923" w14:paraId="38111B99" w14:textId="637CBE5A">
      <w:r>
        <w:tab/>
      </w:r>
    </w:p>
    <w:p w:rsidR="006D6923" w:rsidP="006D6923" w:rsidRDefault="006D6923" w14:paraId="266A5384" w14:textId="74FC1867">
      <w:pPr>
        <w:pStyle w:val="Heading2"/>
      </w:pPr>
      <w:r>
        <w:t>Sprint 6</w:t>
      </w:r>
    </w:p>
    <w:tbl>
      <w:tblPr>
        <w:tblStyle w:val="TableGrid"/>
        <w:tblW w:w="0" w:type="auto"/>
        <w:tblLook w:val="04A0" w:firstRow="1" w:lastRow="0" w:firstColumn="1" w:lastColumn="0" w:noHBand="0" w:noVBand="1"/>
      </w:tblPr>
      <w:tblGrid>
        <w:gridCol w:w="1803"/>
        <w:gridCol w:w="1803"/>
        <w:gridCol w:w="1803"/>
        <w:gridCol w:w="1803"/>
        <w:gridCol w:w="1804"/>
      </w:tblGrid>
      <w:tr w:rsidR="006D6923" w:rsidTr="00E35DB0" w14:paraId="0C3EB7EF" w14:textId="77777777">
        <w:tc>
          <w:tcPr>
            <w:tcW w:w="1803" w:type="dxa"/>
          </w:tcPr>
          <w:p w:rsidRPr="0077298C" w:rsidR="006D6923" w:rsidP="00E35DB0" w:rsidRDefault="006D6923" w14:paraId="2574CA96" w14:textId="77777777">
            <w:pPr>
              <w:rPr>
                <w:b/>
                <w:bCs/>
                <w:i/>
                <w:iCs/>
              </w:rPr>
            </w:pPr>
            <w:r w:rsidRPr="0077298C">
              <w:rPr>
                <w:b/>
                <w:bCs/>
                <w:i/>
                <w:iCs/>
              </w:rPr>
              <w:t>Date</w:t>
            </w:r>
          </w:p>
        </w:tc>
        <w:tc>
          <w:tcPr>
            <w:tcW w:w="7213" w:type="dxa"/>
            <w:gridSpan w:val="4"/>
          </w:tcPr>
          <w:p w:rsidR="006D6923" w:rsidP="00E35DB0" w:rsidRDefault="006D6923" w14:paraId="0C8CAFBE" w14:textId="34AD4E7E">
            <w:r w:rsidRPr="006D6923">
              <w:t>23/11/2025</w:t>
            </w:r>
          </w:p>
        </w:tc>
      </w:tr>
      <w:tr w:rsidR="006D6923" w:rsidTr="00E35DB0" w14:paraId="2267549F" w14:textId="77777777">
        <w:tc>
          <w:tcPr>
            <w:tcW w:w="1803" w:type="dxa"/>
          </w:tcPr>
          <w:p w:rsidRPr="0077298C" w:rsidR="006D6923" w:rsidP="00E35DB0" w:rsidRDefault="006D6923" w14:paraId="5D23103B" w14:textId="77777777">
            <w:pPr>
              <w:rPr>
                <w:b/>
                <w:bCs/>
                <w:i/>
                <w:iCs/>
              </w:rPr>
            </w:pPr>
            <w:r w:rsidRPr="0077298C">
              <w:rPr>
                <w:b/>
                <w:bCs/>
                <w:i/>
                <w:iCs/>
              </w:rPr>
              <w:t>Time</w:t>
            </w:r>
          </w:p>
        </w:tc>
        <w:tc>
          <w:tcPr>
            <w:tcW w:w="7213" w:type="dxa"/>
            <w:gridSpan w:val="4"/>
          </w:tcPr>
          <w:p w:rsidR="006D6923" w:rsidP="00E35DB0" w:rsidRDefault="006D6923" w14:paraId="2532A16B" w14:textId="4F571B6E">
            <w:r w:rsidRPr="006D6923">
              <w:t>10:30 AM – 11:30 AM</w:t>
            </w:r>
          </w:p>
        </w:tc>
      </w:tr>
      <w:tr w:rsidR="006D6923" w:rsidTr="00E35DB0" w14:paraId="47DBEC38" w14:textId="77777777">
        <w:tc>
          <w:tcPr>
            <w:tcW w:w="1803" w:type="dxa"/>
          </w:tcPr>
          <w:p w:rsidRPr="0077298C" w:rsidR="006D6923" w:rsidP="00E35DB0" w:rsidRDefault="006D6923" w14:paraId="71262DED" w14:textId="77777777">
            <w:pPr>
              <w:rPr>
                <w:b/>
                <w:bCs/>
                <w:i/>
                <w:iCs/>
              </w:rPr>
            </w:pPr>
            <w:r w:rsidRPr="0077298C">
              <w:rPr>
                <w:b/>
                <w:bCs/>
                <w:i/>
                <w:iCs/>
              </w:rPr>
              <w:t>Location</w:t>
            </w:r>
          </w:p>
        </w:tc>
        <w:tc>
          <w:tcPr>
            <w:tcW w:w="7213" w:type="dxa"/>
            <w:gridSpan w:val="4"/>
          </w:tcPr>
          <w:p w:rsidR="006D6923" w:rsidP="00E35DB0" w:rsidRDefault="006D6923" w14:paraId="60BCD8F4" w14:textId="48121035">
            <w:r w:rsidRPr="006D6923">
              <w:t>Conference Room C</w:t>
            </w:r>
          </w:p>
        </w:tc>
      </w:tr>
      <w:tr w:rsidR="006D6923" w:rsidTr="00E35DB0" w14:paraId="228A7A5D" w14:textId="77777777">
        <w:tc>
          <w:tcPr>
            <w:tcW w:w="1803" w:type="dxa"/>
          </w:tcPr>
          <w:p w:rsidRPr="0077298C" w:rsidR="006D6923" w:rsidP="00E35DB0" w:rsidRDefault="006D6923" w14:paraId="5B02098B" w14:textId="77777777">
            <w:pPr>
              <w:rPr>
                <w:b/>
                <w:bCs/>
                <w:i/>
                <w:iCs/>
              </w:rPr>
            </w:pPr>
            <w:r w:rsidRPr="0077298C">
              <w:rPr>
                <w:b/>
                <w:bCs/>
                <w:i/>
                <w:iCs/>
              </w:rPr>
              <w:t>Prepared By</w:t>
            </w:r>
          </w:p>
        </w:tc>
        <w:tc>
          <w:tcPr>
            <w:tcW w:w="7213" w:type="dxa"/>
            <w:gridSpan w:val="4"/>
          </w:tcPr>
          <w:p w:rsidR="006D6923" w:rsidP="00E35DB0" w:rsidRDefault="006D6923" w14:paraId="7834F43B" w14:textId="77777777">
            <w:r w:rsidRPr="0077298C">
              <w:t>Barath Narayanan (Scrum Master)</w:t>
            </w:r>
          </w:p>
        </w:tc>
      </w:tr>
      <w:tr w:rsidR="006D6923" w:rsidTr="00E35DB0" w14:paraId="6987B2C7" w14:textId="77777777">
        <w:trPr>
          <w:trHeight w:val="1940"/>
        </w:trPr>
        <w:tc>
          <w:tcPr>
            <w:tcW w:w="1803" w:type="dxa"/>
          </w:tcPr>
          <w:p w:rsidRPr="0077298C" w:rsidR="006D6923" w:rsidP="00E35DB0" w:rsidRDefault="006D6923" w14:paraId="3585103C" w14:textId="77777777">
            <w:pPr>
              <w:rPr>
                <w:b/>
                <w:bCs/>
                <w:i/>
                <w:iCs/>
              </w:rPr>
            </w:pPr>
            <w:r w:rsidRPr="0077298C">
              <w:rPr>
                <w:b/>
                <w:bCs/>
                <w:i/>
                <w:iCs/>
              </w:rPr>
              <w:t>Attendees</w:t>
            </w:r>
          </w:p>
        </w:tc>
        <w:tc>
          <w:tcPr>
            <w:tcW w:w="7213" w:type="dxa"/>
            <w:gridSpan w:val="4"/>
          </w:tcPr>
          <w:p w:rsidR="006D6923" w:rsidP="00E35DB0" w:rsidRDefault="006D6923" w14:paraId="4CCCAE74" w14:textId="77777777">
            <w:r w:rsidRPr="0077298C">
              <w:t>Mr. Ramesh</w:t>
            </w:r>
          </w:p>
          <w:p w:rsidR="006D6923" w:rsidP="00E35DB0" w:rsidRDefault="006D6923" w14:paraId="634D7E1E" w14:textId="77777777">
            <w:r w:rsidRPr="0077298C">
              <w:t>Barath Narayanan</w:t>
            </w:r>
          </w:p>
          <w:p w:rsidR="006D6923" w:rsidP="00E35DB0" w:rsidRDefault="006D6923" w14:paraId="2EEC26E8" w14:textId="77777777">
            <w:r w:rsidRPr="0077298C">
              <w:t>Suresh Menon</w:t>
            </w:r>
          </w:p>
          <w:p w:rsidR="006D6923" w:rsidP="00E35DB0" w:rsidRDefault="006D6923" w14:paraId="349D5C3D" w14:textId="77777777">
            <w:r w:rsidRPr="0077298C">
              <w:t>Vivek Reddy</w:t>
            </w:r>
          </w:p>
          <w:p w:rsidR="006D6923" w:rsidP="00E35DB0" w:rsidRDefault="006D6923" w14:paraId="13E84E5B" w14:textId="77777777">
            <w:r w:rsidRPr="0077298C">
              <w:t>Anil Sharma</w:t>
            </w:r>
          </w:p>
          <w:p w:rsidR="006D6923" w:rsidP="00E35DB0" w:rsidRDefault="006D6923" w14:paraId="5212A364" w14:textId="77777777">
            <w:r w:rsidRPr="0077298C">
              <w:t>Karthik Iyer</w:t>
            </w:r>
          </w:p>
          <w:p w:rsidR="006D6923" w:rsidP="00E35DB0" w:rsidRDefault="006D6923" w14:paraId="30132538" w14:textId="77777777">
            <w:r w:rsidRPr="0077298C">
              <w:t>Prakash Rao</w:t>
            </w:r>
          </w:p>
        </w:tc>
      </w:tr>
      <w:tr w:rsidRPr="0077298C" w:rsidR="006D6923" w:rsidTr="00E35DB0" w14:paraId="43B85B40" w14:textId="77777777">
        <w:tc>
          <w:tcPr>
            <w:tcW w:w="1803" w:type="dxa"/>
          </w:tcPr>
          <w:p w:rsidRPr="0077298C" w:rsidR="006D6923" w:rsidP="00E35DB0" w:rsidRDefault="006D6923" w14:paraId="15E2698B" w14:textId="77777777">
            <w:pPr>
              <w:rPr>
                <w:b/>
                <w:bCs/>
                <w:i/>
                <w:iCs/>
              </w:rPr>
            </w:pPr>
            <w:r w:rsidRPr="0077298C">
              <w:rPr>
                <w:b/>
                <w:bCs/>
                <w:i/>
                <w:iCs/>
              </w:rPr>
              <w:t>Agenda</w:t>
            </w:r>
          </w:p>
        </w:tc>
        <w:tc>
          <w:tcPr>
            <w:tcW w:w="1803" w:type="dxa"/>
          </w:tcPr>
          <w:p w:rsidRPr="0077298C" w:rsidR="006D6923" w:rsidP="00E35DB0" w:rsidRDefault="006D6923" w14:paraId="29F7A688" w14:textId="77777777">
            <w:pPr>
              <w:rPr>
                <w:b/>
                <w:bCs/>
                <w:i/>
                <w:iCs/>
              </w:rPr>
            </w:pPr>
            <w:r w:rsidRPr="0077298C">
              <w:rPr>
                <w:b/>
                <w:bCs/>
                <w:i/>
                <w:iCs/>
              </w:rPr>
              <w:t>What went well</w:t>
            </w:r>
          </w:p>
        </w:tc>
        <w:tc>
          <w:tcPr>
            <w:tcW w:w="1803" w:type="dxa"/>
          </w:tcPr>
          <w:p w:rsidRPr="0077298C" w:rsidR="006D6923" w:rsidP="00E35DB0" w:rsidRDefault="006D6923" w14:paraId="1CBC6941" w14:textId="77777777">
            <w:pPr>
              <w:rPr>
                <w:b/>
                <w:bCs/>
                <w:i/>
                <w:iCs/>
              </w:rPr>
            </w:pPr>
            <w:r w:rsidRPr="0077298C">
              <w:rPr>
                <w:b/>
                <w:bCs/>
                <w:i/>
                <w:iCs/>
              </w:rPr>
              <w:t>What didn’t go well</w:t>
            </w:r>
          </w:p>
        </w:tc>
        <w:tc>
          <w:tcPr>
            <w:tcW w:w="1803" w:type="dxa"/>
          </w:tcPr>
          <w:p w:rsidRPr="0077298C" w:rsidR="006D6923" w:rsidP="00E35DB0" w:rsidRDefault="006D6923" w14:paraId="031E9EC9" w14:textId="77777777">
            <w:pPr>
              <w:rPr>
                <w:b/>
                <w:bCs/>
                <w:i/>
                <w:iCs/>
              </w:rPr>
            </w:pPr>
            <w:r w:rsidRPr="0077298C">
              <w:rPr>
                <w:b/>
                <w:bCs/>
                <w:i/>
                <w:iCs/>
              </w:rPr>
              <w:t>Questions</w:t>
            </w:r>
          </w:p>
        </w:tc>
        <w:tc>
          <w:tcPr>
            <w:tcW w:w="1804" w:type="dxa"/>
          </w:tcPr>
          <w:p w:rsidRPr="0077298C" w:rsidR="006D6923" w:rsidP="00E35DB0" w:rsidRDefault="006D6923" w14:paraId="48BE3306" w14:textId="77777777">
            <w:pPr>
              <w:rPr>
                <w:b/>
                <w:bCs/>
                <w:i/>
                <w:iCs/>
              </w:rPr>
            </w:pPr>
            <w:r w:rsidRPr="0077298C">
              <w:rPr>
                <w:b/>
                <w:bCs/>
                <w:i/>
                <w:iCs/>
              </w:rPr>
              <w:t>Reference</w:t>
            </w:r>
          </w:p>
        </w:tc>
      </w:tr>
      <w:tr w:rsidR="006D6923" w:rsidTr="00E35DB0" w14:paraId="74EA579A" w14:textId="77777777">
        <w:tc>
          <w:tcPr>
            <w:tcW w:w="1803" w:type="dxa"/>
          </w:tcPr>
          <w:p w:rsidRPr="0077298C" w:rsidR="006D6923" w:rsidP="00E35DB0" w:rsidRDefault="0073058B" w14:paraId="12919094" w14:textId="0E07A12E">
            <w:r w:rsidRPr="0073058B">
              <w:t>Review Sprint 6 outcomes</w:t>
            </w:r>
          </w:p>
        </w:tc>
        <w:tc>
          <w:tcPr>
            <w:tcW w:w="1803" w:type="dxa"/>
          </w:tcPr>
          <w:p w:rsidRPr="0077298C" w:rsidR="006D6923" w:rsidP="00E35DB0" w:rsidRDefault="0073058B" w14:paraId="75642793" w14:textId="22AE4C50">
            <w:r w:rsidRPr="0073058B">
              <w:t>Beta feedback received early</w:t>
            </w:r>
          </w:p>
        </w:tc>
        <w:tc>
          <w:tcPr>
            <w:tcW w:w="1803" w:type="dxa"/>
          </w:tcPr>
          <w:p w:rsidRPr="0077298C" w:rsidR="006D6923" w:rsidP="00E35DB0" w:rsidRDefault="0073058B" w14:paraId="1E4F19E1" w14:textId="4BB271EE">
            <w:r w:rsidRPr="0073058B">
              <w:t>Few users reported app crashes</w:t>
            </w:r>
          </w:p>
        </w:tc>
        <w:tc>
          <w:tcPr>
            <w:tcW w:w="1803" w:type="dxa"/>
          </w:tcPr>
          <w:p w:rsidRPr="0077298C" w:rsidR="006D6923" w:rsidP="00E35DB0" w:rsidRDefault="0073058B" w14:paraId="5BA0A0BB" w14:textId="0006F13B">
            <w:r w:rsidRPr="0073058B">
              <w:t>How to improve crash logging</w:t>
            </w:r>
          </w:p>
        </w:tc>
        <w:tc>
          <w:tcPr>
            <w:tcW w:w="1804" w:type="dxa"/>
          </w:tcPr>
          <w:p w:rsidRPr="0077298C" w:rsidR="006D6923" w:rsidP="00E35DB0" w:rsidRDefault="0073058B" w14:paraId="3C431787" w14:textId="4B7CF76F">
            <w:r w:rsidRPr="0073058B">
              <w:t>Sprint 6 backlog &amp; burndown</w:t>
            </w:r>
          </w:p>
        </w:tc>
      </w:tr>
    </w:tbl>
    <w:p w:rsidR="006D6923" w:rsidP="006D6923" w:rsidRDefault="006D6923" w14:paraId="0BB3DADC" w14:textId="77777777"/>
    <w:p w:rsidR="0073058B" w:rsidP="0073058B" w:rsidRDefault="0073058B" w14:paraId="4206D1E1" w14:textId="7E489968">
      <w:pPr>
        <w:pStyle w:val="Heading2"/>
      </w:pPr>
      <w:r>
        <w:t>Sprint 7</w:t>
      </w:r>
    </w:p>
    <w:tbl>
      <w:tblPr>
        <w:tblStyle w:val="TableGrid"/>
        <w:tblW w:w="0" w:type="auto"/>
        <w:tblLook w:val="04A0" w:firstRow="1" w:lastRow="0" w:firstColumn="1" w:lastColumn="0" w:noHBand="0" w:noVBand="1"/>
      </w:tblPr>
      <w:tblGrid>
        <w:gridCol w:w="1803"/>
        <w:gridCol w:w="1803"/>
        <w:gridCol w:w="1803"/>
        <w:gridCol w:w="1803"/>
        <w:gridCol w:w="1804"/>
      </w:tblGrid>
      <w:tr w:rsidR="0073058B" w:rsidTr="00E35DB0" w14:paraId="5EA26B5A" w14:textId="77777777">
        <w:tc>
          <w:tcPr>
            <w:tcW w:w="1803" w:type="dxa"/>
          </w:tcPr>
          <w:p w:rsidRPr="0077298C" w:rsidR="0073058B" w:rsidP="00E35DB0" w:rsidRDefault="0073058B" w14:paraId="7E82C3CF" w14:textId="77777777">
            <w:pPr>
              <w:rPr>
                <w:b/>
                <w:bCs/>
                <w:i/>
                <w:iCs/>
              </w:rPr>
            </w:pPr>
            <w:r w:rsidRPr="0077298C">
              <w:rPr>
                <w:b/>
                <w:bCs/>
                <w:i/>
                <w:iCs/>
              </w:rPr>
              <w:t>Date</w:t>
            </w:r>
          </w:p>
        </w:tc>
        <w:tc>
          <w:tcPr>
            <w:tcW w:w="7213" w:type="dxa"/>
            <w:gridSpan w:val="4"/>
          </w:tcPr>
          <w:p w:rsidR="0073058B" w:rsidP="00E35DB0" w:rsidRDefault="0073058B" w14:paraId="799EDD73" w14:textId="738A3782">
            <w:r w:rsidRPr="0073058B">
              <w:t>07/12/2025</w:t>
            </w:r>
          </w:p>
        </w:tc>
      </w:tr>
      <w:tr w:rsidR="0073058B" w:rsidTr="00E35DB0" w14:paraId="0C72310D" w14:textId="77777777">
        <w:tc>
          <w:tcPr>
            <w:tcW w:w="1803" w:type="dxa"/>
          </w:tcPr>
          <w:p w:rsidRPr="0077298C" w:rsidR="0073058B" w:rsidP="00E35DB0" w:rsidRDefault="0073058B" w14:paraId="17FD4F2A" w14:textId="77777777">
            <w:pPr>
              <w:rPr>
                <w:b/>
                <w:bCs/>
                <w:i/>
                <w:iCs/>
              </w:rPr>
            </w:pPr>
            <w:r w:rsidRPr="0077298C">
              <w:rPr>
                <w:b/>
                <w:bCs/>
                <w:i/>
                <w:iCs/>
              </w:rPr>
              <w:t>Time</w:t>
            </w:r>
          </w:p>
        </w:tc>
        <w:tc>
          <w:tcPr>
            <w:tcW w:w="7213" w:type="dxa"/>
            <w:gridSpan w:val="4"/>
          </w:tcPr>
          <w:p w:rsidR="0073058B" w:rsidP="00E35DB0" w:rsidRDefault="0073058B" w14:paraId="6BD2AE36" w14:textId="44AABF4D">
            <w:r w:rsidRPr="0073058B">
              <w:t>4:00 PM – 5:00 PM</w:t>
            </w:r>
          </w:p>
        </w:tc>
      </w:tr>
      <w:tr w:rsidR="0073058B" w:rsidTr="00E35DB0" w14:paraId="5918ECBB" w14:textId="77777777">
        <w:tc>
          <w:tcPr>
            <w:tcW w:w="1803" w:type="dxa"/>
          </w:tcPr>
          <w:p w:rsidRPr="0077298C" w:rsidR="0073058B" w:rsidP="00E35DB0" w:rsidRDefault="0073058B" w14:paraId="13D074B3" w14:textId="77777777">
            <w:pPr>
              <w:rPr>
                <w:b/>
                <w:bCs/>
                <w:i/>
                <w:iCs/>
              </w:rPr>
            </w:pPr>
            <w:r w:rsidRPr="0077298C">
              <w:rPr>
                <w:b/>
                <w:bCs/>
                <w:i/>
                <w:iCs/>
              </w:rPr>
              <w:t>Location</w:t>
            </w:r>
          </w:p>
        </w:tc>
        <w:tc>
          <w:tcPr>
            <w:tcW w:w="7213" w:type="dxa"/>
            <w:gridSpan w:val="4"/>
          </w:tcPr>
          <w:p w:rsidR="0073058B" w:rsidP="00E35DB0" w:rsidRDefault="0073058B" w14:paraId="3F19BA9D" w14:textId="121100FF">
            <w:r w:rsidRPr="0073058B">
              <w:t>Conference Room A</w:t>
            </w:r>
          </w:p>
        </w:tc>
      </w:tr>
      <w:tr w:rsidR="0073058B" w:rsidTr="00E35DB0" w14:paraId="31974959" w14:textId="77777777">
        <w:tc>
          <w:tcPr>
            <w:tcW w:w="1803" w:type="dxa"/>
          </w:tcPr>
          <w:p w:rsidRPr="0077298C" w:rsidR="0073058B" w:rsidP="00E35DB0" w:rsidRDefault="0073058B" w14:paraId="2C3E97A7" w14:textId="77777777">
            <w:pPr>
              <w:rPr>
                <w:b/>
                <w:bCs/>
                <w:i/>
                <w:iCs/>
              </w:rPr>
            </w:pPr>
            <w:r w:rsidRPr="0077298C">
              <w:rPr>
                <w:b/>
                <w:bCs/>
                <w:i/>
                <w:iCs/>
              </w:rPr>
              <w:t>Prepared By</w:t>
            </w:r>
          </w:p>
        </w:tc>
        <w:tc>
          <w:tcPr>
            <w:tcW w:w="7213" w:type="dxa"/>
            <w:gridSpan w:val="4"/>
          </w:tcPr>
          <w:p w:rsidR="0073058B" w:rsidP="00E35DB0" w:rsidRDefault="0073058B" w14:paraId="784CB3B6" w14:textId="77777777">
            <w:r w:rsidRPr="0077298C">
              <w:t>Barath Narayanan (Scrum Master)</w:t>
            </w:r>
          </w:p>
        </w:tc>
      </w:tr>
      <w:tr w:rsidR="0073058B" w:rsidTr="00E35DB0" w14:paraId="59923EC3" w14:textId="77777777">
        <w:trPr>
          <w:trHeight w:val="1940"/>
        </w:trPr>
        <w:tc>
          <w:tcPr>
            <w:tcW w:w="1803" w:type="dxa"/>
          </w:tcPr>
          <w:p w:rsidRPr="0077298C" w:rsidR="0073058B" w:rsidP="00E35DB0" w:rsidRDefault="0073058B" w14:paraId="13E5BB78" w14:textId="77777777">
            <w:pPr>
              <w:rPr>
                <w:b/>
                <w:bCs/>
                <w:i/>
                <w:iCs/>
              </w:rPr>
            </w:pPr>
            <w:r w:rsidRPr="0077298C">
              <w:rPr>
                <w:b/>
                <w:bCs/>
                <w:i/>
                <w:iCs/>
              </w:rPr>
              <w:t>Attendees</w:t>
            </w:r>
          </w:p>
        </w:tc>
        <w:tc>
          <w:tcPr>
            <w:tcW w:w="7213" w:type="dxa"/>
            <w:gridSpan w:val="4"/>
          </w:tcPr>
          <w:p w:rsidR="0073058B" w:rsidP="00E35DB0" w:rsidRDefault="0073058B" w14:paraId="6F559FCA" w14:textId="77777777">
            <w:r w:rsidRPr="0077298C">
              <w:t>Mr. Ramesh</w:t>
            </w:r>
          </w:p>
          <w:p w:rsidR="0073058B" w:rsidP="00E35DB0" w:rsidRDefault="0073058B" w14:paraId="42E0073D" w14:textId="77777777">
            <w:r w:rsidRPr="0077298C">
              <w:t>Barath Narayanan</w:t>
            </w:r>
          </w:p>
          <w:p w:rsidR="0073058B" w:rsidP="00E35DB0" w:rsidRDefault="0073058B" w14:paraId="27827692" w14:textId="77777777">
            <w:r w:rsidRPr="0077298C">
              <w:t>Suresh Menon</w:t>
            </w:r>
          </w:p>
          <w:p w:rsidR="0073058B" w:rsidP="00E35DB0" w:rsidRDefault="0073058B" w14:paraId="530B767C" w14:textId="77777777">
            <w:r w:rsidRPr="0077298C">
              <w:t>Vivek Reddy</w:t>
            </w:r>
          </w:p>
          <w:p w:rsidR="0073058B" w:rsidP="00E35DB0" w:rsidRDefault="0073058B" w14:paraId="79CD5CC4" w14:textId="77777777">
            <w:r w:rsidRPr="0077298C">
              <w:t>Anil Sharma</w:t>
            </w:r>
          </w:p>
          <w:p w:rsidR="0073058B" w:rsidP="00E35DB0" w:rsidRDefault="0073058B" w14:paraId="566CD6B8" w14:textId="77777777">
            <w:r w:rsidRPr="0077298C">
              <w:t>Karthik Iyer</w:t>
            </w:r>
          </w:p>
          <w:p w:rsidR="0073058B" w:rsidP="00E35DB0" w:rsidRDefault="0073058B" w14:paraId="28763314" w14:textId="77777777">
            <w:r w:rsidRPr="0077298C">
              <w:t>Prakash Rao</w:t>
            </w:r>
          </w:p>
        </w:tc>
      </w:tr>
      <w:tr w:rsidRPr="0077298C" w:rsidR="0073058B" w:rsidTr="00E35DB0" w14:paraId="58295626" w14:textId="77777777">
        <w:tc>
          <w:tcPr>
            <w:tcW w:w="1803" w:type="dxa"/>
          </w:tcPr>
          <w:p w:rsidRPr="0077298C" w:rsidR="0073058B" w:rsidP="00E35DB0" w:rsidRDefault="0073058B" w14:paraId="5A7E9707" w14:textId="77777777">
            <w:pPr>
              <w:rPr>
                <w:b/>
                <w:bCs/>
                <w:i/>
                <w:iCs/>
              </w:rPr>
            </w:pPr>
            <w:r w:rsidRPr="0077298C">
              <w:rPr>
                <w:b/>
                <w:bCs/>
                <w:i/>
                <w:iCs/>
              </w:rPr>
              <w:t>Agenda</w:t>
            </w:r>
          </w:p>
        </w:tc>
        <w:tc>
          <w:tcPr>
            <w:tcW w:w="1803" w:type="dxa"/>
          </w:tcPr>
          <w:p w:rsidRPr="0077298C" w:rsidR="0073058B" w:rsidP="00E35DB0" w:rsidRDefault="0073058B" w14:paraId="4574DFBA" w14:textId="77777777">
            <w:pPr>
              <w:rPr>
                <w:b/>
                <w:bCs/>
                <w:i/>
                <w:iCs/>
              </w:rPr>
            </w:pPr>
            <w:r w:rsidRPr="0077298C">
              <w:rPr>
                <w:b/>
                <w:bCs/>
                <w:i/>
                <w:iCs/>
              </w:rPr>
              <w:t>What went well</w:t>
            </w:r>
          </w:p>
        </w:tc>
        <w:tc>
          <w:tcPr>
            <w:tcW w:w="1803" w:type="dxa"/>
          </w:tcPr>
          <w:p w:rsidRPr="0077298C" w:rsidR="0073058B" w:rsidP="00E35DB0" w:rsidRDefault="0073058B" w14:paraId="2FB7C9E6" w14:textId="77777777">
            <w:pPr>
              <w:rPr>
                <w:b/>
                <w:bCs/>
                <w:i/>
                <w:iCs/>
              </w:rPr>
            </w:pPr>
            <w:r w:rsidRPr="0077298C">
              <w:rPr>
                <w:b/>
                <w:bCs/>
                <w:i/>
                <w:iCs/>
              </w:rPr>
              <w:t>What didn’t go well</w:t>
            </w:r>
          </w:p>
        </w:tc>
        <w:tc>
          <w:tcPr>
            <w:tcW w:w="1803" w:type="dxa"/>
          </w:tcPr>
          <w:p w:rsidRPr="0077298C" w:rsidR="0073058B" w:rsidP="00E35DB0" w:rsidRDefault="0073058B" w14:paraId="38C9428A" w14:textId="77777777">
            <w:pPr>
              <w:rPr>
                <w:b/>
                <w:bCs/>
                <w:i/>
                <w:iCs/>
              </w:rPr>
            </w:pPr>
            <w:r w:rsidRPr="0077298C">
              <w:rPr>
                <w:b/>
                <w:bCs/>
                <w:i/>
                <w:iCs/>
              </w:rPr>
              <w:t>Questions</w:t>
            </w:r>
          </w:p>
        </w:tc>
        <w:tc>
          <w:tcPr>
            <w:tcW w:w="1804" w:type="dxa"/>
          </w:tcPr>
          <w:p w:rsidRPr="0077298C" w:rsidR="0073058B" w:rsidP="00E35DB0" w:rsidRDefault="0073058B" w14:paraId="1C0A74A3" w14:textId="77777777">
            <w:pPr>
              <w:rPr>
                <w:b/>
                <w:bCs/>
                <w:i/>
                <w:iCs/>
              </w:rPr>
            </w:pPr>
            <w:r w:rsidRPr="0077298C">
              <w:rPr>
                <w:b/>
                <w:bCs/>
                <w:i/>
                <w:iCs/>
              </w:rPr>
              <w:t>Reference</w:t>
            </w:r>
          </w:p>
        </w:tc>
      </w:tr>
      <w:tr w:rsidR="0073058B" w:rsidTr="00E35DB0" w14:paraId="11827186" w14:textId="77777777">
        <w:tc>
          <w:tcPr>
            <w:tcW w:w="1803" w:type="dxa"/>
          </w:tcPr>
          <w:p w:rsidRPr="0077298C" w:rsidR="0073058B" w:rsidP="00E35DB0" w:rsidRDefault="0073058B" w14:paraId="44DACDD7" w14:textId="1640CA79">
            <w:r w:rsidRPr="0073058B">
              <w:t>Review Sprint 7 outcomes</w:t>
            </w:r>
          </w:p>
        </w:tc>
        <w:tc>
          <w:tcPr>
            <w:tcW w:w="1803" w:type="dxa"/>
          </w:tcPr>
          <w:p w:rsidRPr="0077298C" w:rsidR="0073058B" w:rsidP="00E35DB0" w:rsidRDefault="0073058B" w14:paraId="19178960" w14:textId="01C9DC22">
            <w:r w:rsidRPr="0073058B">
              <w:t>Performance improved by 30%</w:t>
            </w:r>
          </w:p>
        </w:tc>
        <w:tc>
          <w:tcPr>
            <w:tcW w:w="1803" w:type="dxa"/>
          </w:tcPr>
          <w:p w:rsidRPr="0077298C" w:rsidR="0073058B" w:rsidP="00E35DB0" w:rsidRDefault="0073058B" w14:paraId="36FDDA4D" w14:textId="47F5A115">
            <w:r w:rsidRPr="0073058B">
              <w:t>Delay in third-party API response</w:t>
            </w:r>
          </w:p>
        </w:tc>
        <w:tc>
          <w:tcPr>
            <w:tcW w:w="1803" w:type="dxa"/>
          </w:tcPr>
          <w:p w:rsidRPr="0077298C" w:rsidR="0073058B" w:rsidP="00E35DB0" w:rsidRDefault="0073058B" w14:paraId="43AC9F2E" w14:textId="4023E8F6">
            <w:r w:rsidRPr="0073058B">
              <w:t>How to handle third-party SLAs</w:t>
            </w:r>
          </w:p>
        </w:tc>
        <w:tc>
          <w:tcPr>
            <w:tcW w:w="1804" w:type="dxa"/>
          </w:tcPr>
          <w:p w:rsidRPr="0077298C" w:rsidR="0073058B" w:rsidP="00E35DB0" w:rsidRDefault="0073058B" w14:paraId="50636E11" w14:textId="226EE905">
            <w:r w:rsidRPr="0073058B">
              <w:t>Sprint 7 backlog &amp; burndown</w:t>
            </w:r>
          </w:p>
        </w:tc>
      </w:tr>
    </w:tbl>
    <w:p w:rsidR="0073058B" w:rsidP="0073058B" w:rsidRDefault="0073058B" w14:paraId="1903FEBE" w14:textId="77777777"/>
    <w:p w:rsidR="0073058B" w:rsidP="0073058B" w:rsidRDefault="0073058B" w14:paraId="7C42F368" w14:textId="481DEE1F">
      <w:pPr>
        <w:pStyle w:val="Heading2"/>
      </w:pPr>
      <w:r>
        <w:t>Sprint 8</w:t>
      </w:r>
    </w:p>
    <w:tbl>
      <w:tblPr>
        <w:tblStyle w:val="TableGrid"/>
        <w:tblW w:w="0" w:type="auto"/>
        <w:tblLook w:val="04A0" w:firstRow="1" w:lastRow="0" w:firstColumn="1" w:lastColumn="0" w:noHBand="0" w:noVBand="1"/>
      </w:tblPr>
      <w:tblGrid>
        <w:gridCol w:w="1803"/>
        <w:gridCol w:w="1803"/>
        <w:gridCol w:w="1803"/>
        <w:gridCol w:w="1803"/>
        <w:gridCol w:w="1804"/>
      </w:tblGrid>
      <w:tr w:rsidR="0073058B" w:rsidTr="00E35DB0" w14:paraId="20B858A3" w14:textId="77777777">
        <w:tc>
          <w:tcPr>
            <w:tcW w:w="1803" w:type="dxa"/>
          </w:tcPr>
          <w:p w:rsidRPr="0077298C" w:rsidR="0073058B" w:rsidP="00E35DB0" w:rsidRDefault="0073058B" w14:paraId="6BE0D34A" w14:textId="77777777">
            <w:pPr>
              <w:rPr>
                <w:b/>
                <w:bCs/>
                <w:i/>
                <w:iCs/>
              </w:rPr>
            </w:pPr>
            <w:r w:rsidRPr="0077298C">
              <w:rPr>
                <w:b/>
                <w:bCs/>
                <w:i/>
                <w:iCs/>
              </w:rPr>
              <w:t>Date</w:t>
            </w:r>
          </w:p>
        </w:tc>
        <w:tc>
          <w:tcPr>
            <w:tcW w:w="7213" w:type="dxa"/>
            <w:gridSpan w:val="4"/>
          </w:tcPr>
          <w:p w:rsidR="0073058B" w:rsidP="00E35DB0" w:rsidRDefault="0073058B" w14:paraId="2B16B206" w14:textId="70D35F39">
            <w:r w:rsidRPr="0073058B">
              <w:t>21/12/2025</w:t>
            </w:r>
          </w:p>
        </w:tc>
      </w:tr>
      <w:tr w:rsidR="0073058B" w:rsidTr="00E35DB0" w14:paraId="2D9186A8" w14:textId="77777777">
        <w:tc>
          <w:tcPr>
            <w:tcW w:w="1803" w:type="dxa"/>
          </w:tcPr>
          <w:p w:rsidRPr="0077298C" w:rsidR="0073058B" w:rsidP="00E35DB0" w:rsidRDefault="0073058B" w14:paraId="5B2D317E" w14:textId="77777777">
            <w:pPr>
              <w:rPr>
                <w:b/>
                <w:bCs/>
                <w:i/>
                <w:iCs/>
              </w:rPr>
            </w:pPr>
            <w:r w:rsidRPr="0077298C">
              <w:rPr>
                <w:b/>
                <w:bCs/>
                <w:i/>
                <w:iCs/>
              </w:rPr>
              <w:t>Time</w:t>
            </w:r>
          </w:p>
        </w:tc>
        <w:tc>
          <w:tcPr>
            <w:tcW w:w="7213" w:type="dxa"/>
            <w:gridSpan w:val="4"/>
          </w:tcPr>
          <w:p w:rsidR="0073058B" w:rsidP="00E35DB0" w:rsidRDefault="0073058B" w14:paraId="6FD0852A" w14:textId="370E914C">
            <w:r w:rsidRPr="0073058B">
              <w:t>2:00 PM – 3:00 PM</w:t>
            </w:r>
          </w:p>
        </w:tc>
      </w:tr>
      <w:tr w:rsidR="0073058B" w:rsidTr="00E35DB0" w14:paraId="39C44EE7" w14:textId="77777777">
        <w:tc>
          <w:tcPr>
            <w:tcW w:w="1803" w:type="dxa"/>
          </w:tcPr>
          <w:p w:rsidRPr="0077298C" w:rsidR="0073058B" w:rsidP="00E35DB0" w:rsidRDefault="0073058B" w14:paraId="42E7B22C" w14:textId="77777777">
            <w:pPr>
              <w:rPr>
                <w:b/>
                <w:bCs/>
                <w:i/>
                <w:iCs/>
              </w:rPr>
            </w:pPr>
            <w:r w:rsidRPr="0077298C">
              <w:rPr>
                <w:b/>
                <w:bCs/>
                <w:i/>
                <w:iCs/>
              </w:rPr>
              <w:t>Location</w:t>
            </w:r>
          </w:p>
        </w:tc>
        <w:tc>
          <w:tcPr>
            <w:tcW w:w="7213" w:type="dxa"/>
            <w:gridSpan w:val="4"/>
          </w:tcPr>
          <w:p w:rsidR="0073058B" w:rsidP="00E35DB0" w:rsidRDefault="0073058B" w14:paraId="4DAB2557" w14:textId="7D0EC9BD">
            <w:r w:rsidRPr="0073058B">
              <w:t>Conference Room B</w:t>
            </w:r>
          </w:p>
        </w:tc>
      </w:tr>
      <w:tr w:rsidR="0073058B" w:rsidTr="00E35DB0" w14:paraId="56E2C2D2" w14:textId="77777777">
        <w:tc>
          <w:tcPr>
            <w:tcW w:w="1803" w:type="dxa"/>
          </w:tcPr>
          <w:p w:rsidRPr="0077298C" w:rsidR="0073058B" w:rsidP="00E35DB0" w:rsidRDefault="0073058B" w14:paraId="3B13B4A8" w14:textId="77777777">
            <w:pPr>
              <w:rPr>
                <w:b/>
                <w:bCs/>
                <w:i/>
                <w:iCs/>
              </w:rPr>
            </w:pPr>
            <w:r w:rsidRPr="0077298C">
              <w:rPr>
                <w:b/>
                <w:bCs/>
                <w:i/>
                <w:iCs/>
              </w:rPr>
              <w:t>Prepared By</w:t>
            </w:r>
          </w:p>
        </w:tc>
        <w:tc>
          <w:tcPr>
            <w:tcW w:w="7213" w:type="dxa"/>
            <w:gridSpan w:val="4"/>
          </w:tcPr>
          <w:p w:rsidR="0073058B" w:rsidP="00E35DB0" w:rsidRDefault="0073058B" w14:paraId="7E066878" w14:textId="77777777">
            <w:r w:rsidRPr="0077298C">
              <w:t>Barath Narayanan (Scrum Master)</w:t>
            </w:r>
          </w:p>
        </w:tc>
      </w:tr>
      <w:tr w:rsidR="0073058B" w:rsidTr="00E35DB0" w14:paraId="14D97B5A" w14:textId="77777777">
        <w:trPr>
          <w:trHeight w:val="1940"/>
        </w:trPr>
        <w:tc>
          <w:tcPr>
            <w:tcW w:w="1803" w:type="dxa"/>
          </w:tcPr>
          <w:p w:rsidRPr="0077298C" w:rsidR="0073058B" w:rsidP="00E35DB0" w:rsidRDefault="0073058B" w14:paraId="5458DC9D" w14:textId="77777777">
            <w:pPr>
              <w:rPr>
                <w:b/>
                <w:bCs/>
                <w:i/>
                <w:iCs/>
              </w:rPr>
            </w:pPr>
            <w:r w:rsidRPr="0077298C">
              <w:rPr>
                <w:b/>
                <w:bCs/>
                <w:i/>
                <w:iCs/>
              </w:rPr>
              <w:t>Attendees</w:t>
            </w:r>
          </w:p>
        </w:tc>
        <w:tc>
          <w:tcPr>
            <w:tcW w:w="7213" w:type="dxa"/>
            <w:gridSpan w:val="4"/>
          </w:tcPr>
          <w:p w:rsidR="0073058B" w:rsidP="00E35DB0" w:rsidRDefault="0073058B" w14:paraId="70144335" w14:textId="77777777">
            <w:r w:rsidRPr="0077298C">
              <w:t>Mr. Ramesh</w:t>
            </w:r>
          </w:p>
          <w:p w:rsidR="0073058B" w:rsidP="00E35DB0" w:rsidRDefault="0073058B" w14:paraId="54632FBB" w14:textId="77777777">
            <w:r w:rsidRPr="0077298C">
              <w:t>Barath Narayanan</w:t>
            </w:r>
          </w:p>
          <w:p w:rsidR="0073058B" w:rsidP="00E35DB0" w:rsidRDefault="0073058B" w14:paraId="7C2AECED" w14:textId="77777777">
            <w:r w:rsidRPr="0077298C">
              <w:t>Suresh Menon</w:t>
            </w:r>
          </w:p>
          <w:p w:rsidR="0073058B" w:rsidP="00E35DB0" w:rsidRDefault="0073058B" w14:paraId="15D031B1" w14:textId="77777777">
            <w:r w:rsidRPr="0077298C">
              <w:t>Vivek Reddy</w:t>
            </w:r>
          </w:p>
          <w:p w:rsidR="0073058B" w:rsidP="00E35DB0" w:rsidRDefault="0073058B" w14:paraId="6F0F14DC" w14:textId="77777777">
            <w:r w:rsidRPr="0077298C">
              <w:t>Anil Sharma</w:t>
            </w:r>
          </w:p>
          <w:p w:rsidR="0073058B" w:rsidP="00E35DB0" w:rsidRDefault="0073058B" w14:paraId="30A039A7" w14:textId="77777777">
            <w:r w:rsidRPr="0077298C">
              <w:t>Karthik Iyer</w:t>
            </w:r>
          </w:p>
          <w:p w:rsidR="0073058B" w:rsidP="00E35DB0" w:rsidRDefault="0073058B" w14:paraId="0DD08DB8" w14:textId="77777777">
            <w:r w:rsidRPr="0077298C">
              <w:t>Prakash Rao</w:t>
            </w:r>
          </w:p>
        </w:tc>
      </w:tr>
      <w:tr w:rsidRPr="0077298C" w:rsidR="0073058B" w:rsidTr="00E35DB0" w14:paraId="6ED14F11" w14:textId="77777777">
        <w:tc>
          <w:tcPr>
            <w:tcW w:w="1803" w:type="dxa"/>
          </w:tcPr>
          <w:p w:rsidRPr="0077298C" w:rsidR="0073058B" w:rsidP="00E35DB0" w:rsidRDefault="0073058B" w14:paraId="765DE550" w14:textId="77777777">
            <w:pPr>
              <w:rPr>
                <w:b/>
                <w:bCs/>
                <w:i/>
                <w:iCs/>
              </w:rPr>
            </w:pPr>
            <w:r w:rsidRPr="0077298C">
              <w:rPr>
                <w:b/>
                <w:bCs/>
                <w:i/>
                <w:iCs/>
              </w:rPr>
              <w:t>Agenda</w:t>
            </w:r>
          </w:p>
        </w:tc>
        <w:tc>
          <w:tcPr>
            <w:tcW w:w="1803" w:type="dxa"/>
          </w:tcPr>
          <w:p w:rsidRPr="0077298C" w:rsidR="0073058B" w:rsidP="00E35DB0" w:rsidRDefault="0073058B" w14:paraId="0B33220E" w14:textId="77777777">
            <w:pPr>
              <w:rPr>
                <w:b/>
                <w:bCs/>
                <w:i/>
                <w:iCs/>
              </w:rPr>
            </w:pPr>
            <w:r w:rsidRPr="0077298C">
              <w:rPr>
                <w:b/>
                <w:bCs/>
                <w:i/>
                <w:iCs/>
              </w:rPr>
              <w:t>What went well</w:t>
            </w:r>
          </w:p>
        </w:tc>
        <w:tc>
          <w:tcPr>
            <w:tcW w:w="1803" w:type="dxa"/>
          </w:tcPr>
          <w:p w:rsidRPr="0077298C" w:rsidR="0073058B" w:rsidP="00E35DB0" w:rsidRDefault="0073058B" w14:paraId="43AE2D75" w14:textId="77777777">
            <w:pPr>
              <w:rPr>
                <w:b/>
                <w:bCs/>
                <w:i/>
                <w:iCs/>
              </w:rPr>
            </w:pPr>
            <w:r w:rsidRPr="0077298C">
              <w:rPr>
                <w:b/>
                <w:bCs/>
                <w:i/>
                <w:iCs/>
              </w:rPr>
              <w:t>What didn’t go well</w:t>
            </w:r>
          </w:p>
        </w:tc>
        <w:tc>
          <w:tcPr>
            <w:tcW w:w="1803" w:type="dxa"/>
          </w:tcPr>
          <w:p w:rsidRPr="0077298C" w:rsidR="0073058B" w:rsidP="00E35DB0" w:rsidRDefault="0073058B" w14:paraId="0C12A817" w14:textId="77777777">
            <w:pPr>
              <w:rPr>
                <w:b/>
                <w:bCs/>
                <w:i/>
                <w:iCs/>
              </w:rPr>
            </w:pPr>
            <w:r w:rsidRPr="0077298C">
              <w:rPr>
                <w:b/>
                <w:bCs/>
                <w:i/>
                <w:iCs/>
              </w:rPr>
              <w:t>Questions</w:t>
            </w:r>
          </w:p>
        </w:tc>
        <w:tc>
          <w:tcPr>
            <w:tcW w:w="1804" w:type="dxa"/>
          </w:tcPr>
          <w:p w:rsidRPr="0077298C" w:rsidR="0073058B" w:rsidP="00E35DB0" w:rsidRDefault="0073058B" w14:paraId="42C731E1" w14:textId="77777777">
            <w:pPr>
              <w:rPr>
                <w:b/>
                <w:bCs/>
                <w:i/>
                <w:iCs/>
              </w:rPr>
            </w:pPr>
            <w:r w:rsidRPr="0077298C">
              <w:rPr>
                <w:b/>
                <w:bCs/>
                <w:i/>
                <w:iCs/>
              </w:rPr>
              <w:t>Reference</w:t>
            </w:r>
          </w:p>
        </w:tc>
      </w:tr>
      <w:tr w:rsidR="0073058B" w:rsidTr="00E35DB0" w14:paraId="32274C4D" w14:textId="77777777">
        <w:tc>
          <w:tcPr>
            <w:tcW w:w="1803" w:type="dxa"/>
          </w:tcPr>
          <w:p w:rsidRPr="0077298C" w:rsidR="0073058B" w:rsidP="00E35DB0" w:rsidRDefault="0073058B" w14:paraId="6ED32035" w14:textId="4BF1E8BF">
            <w:r w:rsidRPr="0073058B">
              <w:t>Review Sprint 8 outcomes</w:t>
            </w:r>
          </w:p>
        </w:tc>
        <w:tc>
          <w:tcPr>
            <w:tcW w:w="1803" w:type="dxa"/>
          </w:tcPr>
          <w:p w:rsidRPr="0077298C" w:rsidR="0073058B" w:rsidP="00E35DB0" w:rsidRDefault="0073058B" w14:paraId="348773C9" w14:textId="750C1930">
            <w:r w:rsidRPr="0073058B">
              <w:t>UAT-ready build delivered</w:t>
            </w:r>
          </w:p>
        </w:tc>
        <w:tc>
          <w:tcPr>
            <w:tcW w:w="1803" w:type="dxa"/>
          </w:tcPr>
          <w:p w:rsidRPr="0077298C" w:rsidR="0073058B" w:rsidP="00E35DB0" w:rsidRDefault="0073058B" w14:paraId="4B71BA77" w14:textId="529EF1D0">
            <w:r w:rsidRPr="0073058B">
              <w:t>Minor usability issues reported</w:t>
            </w:r>
          </w:p>
        </w:tc>
        <w:tc>
          <w:tcPr>
            <w:tcW w:w="1803" w:type="dxa"/>
          </w:tcPr>
          <w:p w:rsidRPr="0077298C" w:rsidR="0073058B" w:rsidP="00E35DB0" w:rsidRDefault="0073058B" w14:paraId="650B35E7" w14:textId="143EB8FF">
            <w:r w:rsidRPr="0073058B">
              <w:t>How to integrate usability testing earlier</w:t>
            </w:r>
          </w:p>
        </w:tc>
        <w:tc>
          <w:tcPr>
            <w:tcW w:w="1804" w:type="dxa"/>
          </w:tcPr>
          <w:p w:rsidRPr="0077298C" w:rsidR="0073058B" w:rsidP="00E35DB0" w:rsidRDefault="0073058B" w14:paraId="7A1FD47A" w14:textId="66E61FEC">
            <w:r w:rsidRPr="0073058B">
              <w:t>Sprint 8 backlog &amp; burndown</w:t>
            </w:r>
          </w:p>
        </w:tc>
      </w:tr>
    </w:tbl>
    <w:p w:rsidR="0073058B" w:rsidP="0073058B" w:rsidRDefault="0073058B" w14:paraId="52E63ED7" w14:textId="77777777"/>
    <w:p w:rsidR="0073058B" w:rsidP="0073058B" w:rsidRDefault="0073058B" w14:paraId="117D92BE" w14:textId="6321EF0D">
      <w:pPr>
        <w:pStyle w:val="Heading2"/>
      </w:pPr>
      <w:r>
        <w:t>Sprint 9</w:t>
      </w:r>
    </w:p>
    <w:tbl>
      <w:tblPr>
        <w:tblStyle w:val="TableGrid"/>
        <w:tblW w:w="0" w:type="auto"/>
        <w:tblLook w:val="04A0" w:firstRow="1" w:lastRow="0" w:firstColumn="1" w:lastColumn="0" w:noHBand="0" w:noVBand="1"/>
      </w:tblPr>
      <w:tblGrid>
        <w:gridCol w:w="1803"/>
        <w:gridCol w:w="1803"/>
        <w:gridCol w:w="1803"/>
        <w:gridCol w:w="1803"/>
        <w:gridCol w:w="1804"/>
      </w:tblGrid>
      <w:tr w:rsidR="0073058B" w:rsidTr="00E35DB0" w14:paraId="69C3A58D" w14:textId="77777777">
        <w:tc>
          <w:tcPr>
            <w:tcW w:w="1803" w:type="dxa"/>
          </w:tcPr>
          <w:p w:rsidRPr="0077298C" w:rsidR="0073058B" w:rsidP="00E35DB0" w:rsidRDefault="0073058B" w14:paraId="3FC41E95" w14:textId="77777777">
            <w:pPr>
              <w:rPr>
                <w:b/>
                <w:bCs/>
                <w:i/>
                <w:iCs/>
              </w:rPr>
            </w:pPr>
            <w:r w:rsidRPr="0077298C">
              <w:rPr>
                <w:b/>
                <w:bCs/>
                <w:i/>
                <w:iCs/>
              </w:rPr>
              <w:t>Date</w:t>
            </w:r>
          </w:p>
        </w:tc>
        <w:tc>
          <w:tcPr>
            <w:tcW w:w="7213" w:type="dxa"/>
            <w:gridSpan w:val="4"/>
          </w:tcPr>
          <w:p w:rsidR="0073058B" w:rsidP="00E35DB0" w:rsidRDefault="0073058B" w14:paraId="61D5FFCF" w14:textId="47D25BAE">
            <w:r w:rsidRPr="0073058B">
              <w:t>04/01/2026</w:t>
            </w:r>
          </w:p>
        </w:tc>
      </w:tr>
      <w:tr w:rsidR="0073058B" w:rsidTr="00E35DB0" w14:paraId="662115E8" w14:textId="77777777">
        <w:tc>
          <w:tcPr>
            <w:tcW w:w="1803" w:type="dxa"/>
          </w:tcPr>
          <w:p w:rsidRPr="0077298C" w:rsidR="0073058B" w:rsidP="00E35DB0" w:rsidRDefault="0073058B" w14:paraId="11B30E02" w14:textId="77777777">
            <w:pPr>
              <w:rPr>
                <w:b/>
                <w:bCs/>
                <w:i/>
                <w:iCs/>
              </w:rPr>
            </w:pPr>
            <w:r w:rsidRPr="0077298C">
              <w:rPr>
                <w:b/>
                <w:bCs/>
                <w:i/>
                <w:iCs/>
              </w:rPr>
              <w:t>Time</w:t>
            </w:r>
          </w:p>
        </w:tc>
        <w:tc>
          <w:tcPr>
            <w:tcW w:w="7213" w:type="dxa"/>
            <w:gridSpan w:val="4"/>
          </w:tcPr>
          <w:p w:rsidR="0073058B" w:rsidP="00E35DB0" w:rsidRDefault="0073058B" w14:paraId="1D2D18E7" w14:textId="00630CC5">
            <w:r w:rsidRPr="0073058B">
              <w:t>11:00 AM – 12:00 PM</w:t>
            </w:r>
          </w:p>
        </w:tc>
      </w:tr>
      <w:tr w:rsidR="0073058B" w:rsidTr="00E35DB0" w14:paraId="4530A46F" w14:textId="77777777">
        <w:tc>
          <w:tcPr>
            <w:tcW w:w="1803" w:type="dxa"/>
          </w:tcPr>
          <w:p w:rsidRPr="0077298C" w:rsidR="0073058B" w:rsidP="00E35DB0" w:rsidRDefault="0073058B" w14:paraId="1E5243C5" w14:textId="77777777">
            <w:pPr>
              <w:rPr>
                <w:b/>
                <w:bCs/>
                <w:i/>
                <w:iCs/>
              </w:rPr>
            </w:pPr>
            <w:r w:rsidRPr="0077298C">
              <w:rPr>
                <w:b/>
                <w:bCs/>
                <w:i/>
                <w:iCs/>
              </w:rPr>
              <w:t>Location</w:t>
            </w:r>
          </w:p>
        </w:tc>
        <w:tc>
          <w:tcPr>
            <w:tcW w:w="7213" w:type="dxa"/>
            <w:gridSpan w:val="4"/>
          </w:tcPr>
          <w:p w:rsidR="0073058B" w:rsidP="00E35DB0" w:rsidRDefault="0073058B" w14:paraId="54FE91EA" w14:textId="0FC620A1">
            <w:r w:rsidRPr="0073058B">
              <w:t>Conference Room C</w:t>
            </w:r>
          </w:p>
        </w:tc>
      </w:tr>
      <w:tr w:rsidR="0073058B" w:rsidTr="00E35DB0" w14:paraId="24B15CFB" w14:textId="77777777">
        <w:tc>
          <w:tcPr>
            <w:tcW w:w="1803" w:type="dxa"/>
          </w:tcPr>
          <w:p w:rsidRPr="0077298C" w:rsidR="0073058B" w:rsidP="00E35DB0" w:rsidRDefault="0073058B" w14:paraId="76211BC6" w14:textId="77777777">
            <w:pPr>
              <w:rPr>
                <w:b/>
                <w:bCs/>
                <w:i/>
                <w:iCs/>
              </w:rPr>
            </w:pPr>
            <w:r w:rsidRPr="0077298C">
              <w:rPr>
                <w:b/>
                <w:bCs/>
                <w:i/>
                <w:iCs/>
              </w:rPr>
              <w:t>Prepared By</w:t>
            </w:r>
          </w:p>
        </w:tc>
        <w:tc>
          <w:tcPr>
            <w:tcW w:w="7213" w:type="dxa"/>
            <w:gridSpan w:val="4"/>
          </w:tcPr>
          <w:p w:rsidR="0073058B" w:rsidP="00E35DB0" w:rsidRDefault="0073058B" w14:paraId="6F3378E2" w14:textId="77777777">
            <w:r w:rsidRPr="0077298C">
              <w:t>Barath Narayanan (Scrum Master)</w:t>
            </w:r>
          </w:p>
        </w:tc>
      </w:tr>
      <w:tr w:rsidR="0073058B" w:rsidTr="00E35DB0" w14:paraId="759454D0" w14:textId="77777777">
        <w:trPr>
          <w:trHeight w:val="1940"/>
        </w:trPr>
        <w:tc>
          <w:tcPr>
            <w:tcW w:w="1803" w:type="dxa"/>
          </w:tcPr>
          <w:p w:rsidRPr="0077298C" w:rsidR="0073058B" w:rsidP="00E35DB0" w:rsidRDefault="0073058B" w14:paraId="4348CBCC" w14:textId="77777777">
            <w:pPr>
              <w:rPr>
                <w:b/>
                <w:bCs/>
                <w:i/>
                <w:iCs/>
              </w:rPr>
            </w:pPr>
            <w:r w:rsidRPr="0077298C">
              <w:rPr>
                <w:b/>
                <w:bCs/>
                <w:i/>
                <w:iCs/>
              </w:rPr>
              <w:t>Attendees</w:t>
            </w:r>
          </w:p>
        </w:tc>
        <w:tc>
          <w:tcPr>
            <w:tcW w:w="7213" w:type="dxa"/>
            <w:gridSpan w:val="4"/>
          </w:tcPr>
          <w:p w:rsidR="0073058B" w:rsidP="00E35DB0" w:rsidRDefault="0073058B" w14:paraId="5ABF16F1" w14:textId="77777777">
            <w:r w:rsidRPr="0077298C">
              <w:t>Mr. Ramesh</w:t>
            </w:r>
          </w:p>
          <w:p w:rsidR="0073058B" w:rsidP="00E35DB0" w:rsidRDefault="0073058B" w14:paraId="6FE0007A" w14:textId="77777777">
            <w:r w:rsidRPr="0077298C">
              <w:t>Barath Narayanan</w:t>
            </w:r>
          </w:p>
          <w:p w:rsidR="0073058B" w:rsidP="00E35DB0" w:rsidRDefault="0073058B" w14:paraId="7F7F3BDB" w14:textId="77777777">
            <w:r w:rsidRPr="0077298C">
              <w:t>Suresh Menon</w:t>
            </w:r>
          </w:p>
          <w:p w:rsidR="0073058B" w:rsidP="00E35DB0" w:rsidRDefault="0073058B" w14:paraId="4F28445B" w14:textId="77777777">
            <w:r w:rsidRPr="0077298C">
              <w:t>Vivek Reddy</w:t>
            </w:r>
          </w:p>
          <w:p w:rsidR="0073058B" w:rsidP="00E35DB0" w:rsidRDefault="0073058B" w14:paraId="56D34461" w14:textId="77777777">
            <w:r w:rsidRPr="0077298C">
              <w:t>Anil Sharma</w:t>
            </w:r>
          </w:p>
          <w:p w:rsidR="0073058B" w:rsidP="00E35DB0" w:rsidRDefault="0073058B" w14:paraId="01F3179B" w14:textId="77777777">
            <w:r w:rsidRPr="0077298C">
              <w:t>Karthik Iyer</w:t>
            </w:r>
          </w:p>
          <w:p w:rsidR="0073058B" w:rsidP="00E35DB0" w:rsidRDefault="0073058B" w14:paraId="65DD4B08" w14:textId="77777777">
            <w:r w:rsidRPr="0077298C">
              <w:t>Prakash Rao</w:t>
            </w:r>
          </w:p>
        </w:tc>
      </w:tr>
      <w:tr w:rsidRPr="0077298C" w:rsidR="0073058B" w:rsidTr="00E35DB0" w14:paraId="3FC75B9A" w14:textId="77777777">
        <w:tc>
          <w:tcPr>
            <w:tcW w:w="1803" w:type="dxa"/>
          </w:tcPr>
          <w:p w:rsidRPr="0077298C" w:rsidR="0073058B" w:rsidP="00E35DB0" w:rsidRDefault="0073058B" w14:paraId="56869769" w14:textId="77777777">
            <w:pPr>
              <w:rPr>
                <w:b/>
                <w:bCs/>
                <w:i/>
                <w:iCs/>
              </w:rPr>
            </w:pPr>
            <w:r w:rsidRPr="0077298C">
              <w:rPr>
                <w:b/>
                <w:bCs/>
                <w:i/>
                <w:iCs/>
              </w:rPr>
              <w:t>Agenda</w:t>
            </w:r>
          </w:p>
        </w:tc>
        <w:tc>
          <w:tcPr>
            <w:tcW w:w="1803" w:type="dxa"/>
          </w:tcPr>
          <w:p w:rsidRPr="0077298C" w:rsidR="0073058B" w:rsidP="00E35DB0" w:rsidRDefault="0073058B" w14:paraId="046B8E0F" w14:textId="77777777">
            <w:pPr>
              <w:rPr>
                <w:b/>
                <w:bCs/>
                <w:i/>
                <w:iCs/>
              </w:rPr>
            </w:pPr>
            <w:r w:rsidRPr="0077298C">
              <w:rPr>
                <w:b/>
                <w:bCs/>
                <w:i/>
                <w:iCs/>
              </w:rPr>
              <w:t>What went well</w:t>
            </w:r>
          </w:p>
        </w:tc>
        <w:tc>
          <w:tcPr>
            <w:tcW w:w="1803" w:type="dxa"/>
          </w:tcPr>
          <w:p w:rsidRPr="0077298C" w:rsidR="0073058B" w:rsidP="00E35DB0" w:rsidRDefault="0073058B" w14:paraId="2D35930B" w14:textId="77777777">
            <w:pPr>
              <w:rPr>
                <w:b/>
                <w:bCs/>
                <w:i/>
                <w:iCs/>
              </w:rPr>
            </w:pPr>
            <w:r w:rsidRPr="0077298C">
              <w:rPr>
                <w:b/>
                <w:bCs/>
                <w:i/>
                <w:iCs/>
              </w:rPr>
              <w:t>What didn’t go well</w:t>
            </w:r>
          </w:p>
        </w:tc>
        <w:tc>
          <w:tcPr>
            <w:tcW w:w="1803" w:type="dxa"/>
          </w:tcPr>
          <w:p w:rsidRPr="0077298C" w:rsidR="0073058B" w:rsidP="00E35DB0" w:rsidRDefault="0073058B" w14:paraId="7B56CC4F" w14:textId="77777777">
            <w:pPr>
              <w:rPr>
                <w:b/>
                <w:bCs/>
                <w:i/>
                <w:iCs/>
              </w:rPr>
            </w:pPr>
            <w:r w:rsidRPr="0077298C">
              <w:rPr>
                <w:b/>
                <w:bCs/>
                <w:i/>
                <w:iCs/>
              </w:rPr>
              <w:t>Questions</w:t>
            </w:r>
          </w:p>
        </w:tc>
        <w:tc>
          <w:tcPr>
            <w:tcW w:w="1804" w:type="dxa"/>
          </w:tcPr>
          <w:p w:rsidRPr="0077298C" w:rsidR="0073058B" w:rsidP="00E35DB0" w:rsidRDefault="0073058B" w14:paraId="4BE8DF32" w14:textId="77777777">
            <w:pPr>
              <w:rPr>
                <w:b/>
                <w:bCs/>
                <w:i/>
                <w:iCs/>
              </w:rPr>
            </w:pPr>
            <w:r w:rsidRPr="0077298C">
              <w:rPr>
                <w:b/>
                <w:bCs/>
                <w:i/>
                <w:iCs/>
              </w:rPr>
              <w:t>Reference</w:t>
            </w:r>
          </w:p>
        </w:tc>
      </w:tr>
      <w:tr w:rsidR="0073058B" w:rsidTr="00E35DB0" w14:paraId="4C699C73" w14:textId="77777777">
        <w:tc>
          <w:tcPr>
            <w:tcW w:w="1803" w:type="dxa"/>
          </w:tcPr>
          <w:p w:rsidRPr="0077298C" w:rsidR="0073058B" w:rsidP="00E35DB0" w:rsidRDefault="0073058B" w14:paraId="5E120600" w14:textId="13D25CDF">
            <w:r w:rsidRPr="0073058B">
              <w:t>Review Sprint 9 outcomes</w:t>
            </w:r>
          </w:p>
        </w:tc>
        <w:tc>
          <w:tcPr>
            <w:tcW w:w="1803" w:type="dxa"/>
          </w:tcPr>
          <w:p w:rsidRPr="0077298C" w:rsidR="0073058B" w:rsidP="00E35DB0" w:rsidRDefault="0073058B" w14:paraId="747D0CC8" w14:textId="7B3FD3A9">
            <w:r w:rsidRPr="0073058B">
              <w:t>Client approved all major changes</w:t>
            </w:r>
          </w:p>
        </w:tc>
        <w:tc>
          <w:tcPr>
            <w:tcW w:w="1803" w:type="dxa"/>
          </w:tcPr>
          <w:p w:rsidRPr="0077298C" w:rsidR="0073058B" w:rsidP="00E35DB0" w:rsidRDefault="0073058B" w14:paraId="7C604C3D" w14:textId="41B6BE22">
            <w:r w:rsidRPr="0073058B">
              <w:t>Documentation updates lagging</w:t>
            </w:r>
          </w:p>
        </w:tc>
        <w:tc>
          <w:tcPr>
            <w:tcW w:w="1803" w:type="dxa"/>
          </w:tcPr>
          <w:p w:rsidRPr="0077298C" w:rsidR="0073058B" w:rsidP="00E35DB0" w:rsidRDefault="0073058B" w14:paraId="1559BC78" w14:textId="2C7AC627">
            <w:r w:rsidRPr="0073058B">
              <w:t>How to keep docs updated in parallel</w:t>
            </w:r>
          </w:p>
        </w:tc>
        <w:tc>
          <w:tcPr>
            <w:tcW w:w="1804" w:type="dxa"/>
          </w:tcPr>
          <w:p w:rsidRPr="0077298C" w:rsidR="0073058B" w:rsidP="00E35DB0" w:rsidRDefault="0073058B" w14:paraId="2EA00842" w14:textId="74B00978">
            <w:r w:rsidRPr="0073058B">
              <w:t>Sprint 9 backlog &amp; burndown</w:t>
            </w:r>
          </w:p>
        </w:tc>
      </w:tr>
    </w:tbl>
    <w:p w:rsidR="0073058B" w:rsidP="0073058B" w:rsidRDefault="0073058B" w14:paraId="5A1258BF" w14:textId="61F90707">
      <w:pPr>
        <w:pStyle w:val="Heading2"/>
      </w:pPr>
      <w:r>
        <w:t>Sprint 10</w:t>
      </w:r>
    </w:p>
    <w:tbl>
      <w:tblPr>
        <w:tblStyle w:val="TableGrid"/>
        <w:tblW w:w="0" w:type="auto"/>
        <w:tblLook w:val="04A0" w:firstRow="1" w:lastRow="0" w:firstColumn="1" w:lastColumn="0" w:noHBand="0" w:noVBand="1"/>
      </w:tblPr>
      <w:tblGrid>
        <w:gridCol w:w="1803"/>
        <w:gridCol w:w="1803"/>
        <w:gridCol w:w="1803"/>
        <w:gridCol w:w="1803"/>
        <w:gridCol w:w="1804"/>
      </w:tblGrid>
      <w:tr w:rsidR="0073058B" w:rsidTr="00E35DB0" w14:paraId="59BCD221" w14:textId="77777777">
        <w:tc>
          <w:tcPr>
            <w:tcW w:w="1803" w:type="dxa"/>
          </w:tcPr>
          <w:p w:rsidRPr="0077298C" w:rsidR="0073058B" w:rsidP="00E35DB0" w:rsidRDefault="0073058B" w14:paraId="1855A1E2" w14:textId="77777777">
            <w:pPr>
              <w:rPr>
                <w:b/>
                <w:bCs/>
                <w:i/>
                <w:iCs/>
              </w:rPr>
            </w:pPr>
            <w:r w:rsidRPr="0077298C">
              <w:rPr>
                <w:b/>
                <w:bCs/>
                <w:i/>
                <w:iCs/>
              </w:rPr>
              <w:t>Date</w:t>
            </w:r>
          </w:p>
        </w:tc>
        <w:tc>
          <w:tcPr>
            <w:tcW w:w="7213" w:type="dxa"/>
            <w:gridSpan w:val="4"/>
          </w:tcPr>
          <w:p w:rsidR="0073058B" w:rsidP="00E35DB0" w:rsidRDefault="0073058B" w14:paraId="28302309" w14:textId="6F77A544">
            <w:r w:rsidRPr="0073058B">
              <w:t>18/01/2026</w:t>
            </w:r>
          </w:p>
        </w:tc>
      </w:tr>
      <w:tr w:rsidR="0073058B" w:rsidTr="00E35DB0" w14:paraId="53736D43" w14:textId="77777777">
        <w:tc>
          <w:tcPr>
            <w:tcW w:w="1803" w:type="dxa"/>
          </w:tcPr>
          <w:p w:rsidRPr="0077298C" w:rsidR="0073058B" w:rsidP="00E35DB0" w:rsidRDefault="0073058B" w14:paraId="3BD62F3B" w14:textId="77777777">
            <w:pPr>
              <w:rPr>
                <w:b/>
                <w:bCs/>
                <w:i/>
                <w:iCs/>
              </w:rPr>
            </w:pPr>
            <w:r w:rsidRPr="0077298C">
              <w:rPr>
                <w:b/>
                <w:bCs/>
                <w:i/>
                <w:iCs/>
              </w:rPr>
              <w:t>Time</w:t>
            </w:r>
          </w:p>
        </w:tc>
        <w:tc>
          <w:tcPr>
            <w:tcW w:w="7213" w:type="dxa"/>
            <w:gridSpan w:val="4"/>
          </w:tcPr>
          <w:p w:rsidR="0073058B" w:rsidP="00E35DB0" w:rsidRDefault="0073058B" w14:paraId="22DEABD9" w14:textId="27099CAF">
            <w:r w:rsidRPr="0073058B">
              <w:t>3:00 PM – 4:00 PM</w:t>
            </w:r>
          </w:p>
        </w:tc>
      </w:tr>
      <w:tr w:rsidR="0073058B" w:rsidTr="00E35DB0" w14:paraId="0418738F" w14:textId="77777777">
        <w:tc>
          <w:tcPr>
            <w:tcW w:w="1803" w:type="dxa"/>
          </w:tcPr>
          <w:p w:rsidRPr="0077298C" w:rsidR="0073058B" w:rsidP="00E35DB0" w:rsidRDefault="0073058B" w14:paraId="0E337D7B" w14:textId="77777777">
            <w:pPr>
              <w:rPr>
                <w:b/>
                <w:bCs/>
                <w:i/>
                <w:iCs/>
              </w:rPr>
            </w:pPr>
            <w:r w:rsidRPr="0077298C">
              <w:rPr>
                <w:b/>
                <w:bCs/>
                <w:i/>
                <w:iCs/>
              </w:rPr>
              <w:t>Location</w:t>
            </w:r>
          </w:p>
        </w:tc>
        <w:tc>
          <w:tcPr>
            <w:tcW w:w="7213" w:type="dxa"/>
            <w:gridSpan w:val="4"/>
          </w:tcPr>
          <w:p w:rsidR="0073058B" w:rsidP="00E35DB0" w:rsidRDefault="0073058B" w14:paraId="68619EDD" w14:textId="4DDB0BEC">
            <w:r w:rsidRPr="0073058B">
              <w:t>Conference Room A</w:t>
            </w:r>
          </w:p>
        </w:tc>
      </w:tr>
      <w:tr w:rsidR="0073058B" w:rsidTr="00E35DB0" w14:paraId="37D1AC38" w14:textId="77777777">
        <w:tc>
          <w:tcPr>
            <w:tcW w:w="1803" w:type="dxa"/>
          </w:tcPr>
          <w:p w:rsidRPr="0077298C" w:rsidR="0073058B" w:rsidP="00E35DB0" w:rsidRDefault="0073058B" w14:paraId="3915DE4F" w14:textId="77777777">
            <w:pPr>
              <w:rPr>
                <w:b/>
                <w:bCs/>
                <w:i/>
                <w:iCs/>
              </w:rPr>
            </w:pPr>
            <w:r w:rsidRPr="0077298C">
              <w:rPr>
                <w:b/>
                <w:bCs/>
                <w:i/>
                <w:iCs/>
              </w:rPr>
              <w:t>Prepared By</w:t>
            </w:r>
          </w:p>
        </w:tc>
        <w:tc>
          <w:tcPr>
            <w:tcW w:w="7213" w:type="dxa"/>
            <w:gridSpan w:val="4"/>
          </w:tcPr>
          <w:p w:rsidR="0073058B" w:rsidP="00E35DB0" w:rsidRDefault="0073058B" w14:paraId="16FE60BB" w14:textId="77777777">
            <w:r w:rsidRPr="0077298C">
              <w:t>Barath Narayanan (Scrum Master)</w:t>
            </w:r>
          </w:p>
        </w:tc>
      </w:tr>
      <w:tr w:rsidR="0073058B" w:rsidTr="00E35DB0" w14:paraId="196A336D" w14:textId="77777777">
        <w:trPr>
          <w:trHeight w:val="1940"/>
        </w:trPr>
        <w:tc>
          <w:tcPr>
            <w:tcW w:w="1803" w:type="dxa"/>
          </w:tcPr>
          <w:p w:rsidRPr="0077298C" w:rsidR="0073058B" w:rsidP="00E35DB0" w:rsidRDefault="0073058B" w14:paraId="01C8A25C" w14:textId="77777777">
            <w:pPr>
              <w:rPr>
                <w:b/>
                <w:bCs/>
                <w:i/>
                <w:iCs/>
              </w:rPr>
            </w:pPr>
            <w:r w:rsidRPr="0077298C">
              <w:rPr>
                <w:b/>
                <w:bCs/>
                <w:i/>
                <w:iCs/>
              </w:rPr>
              <w:t>Attendees</w:t>
            </w:r>
          </w:p>
        </w:tc>
        <w:tc>
          <w:tcPr>
            <w:tcW w:w="7213" w:type="dxa"/>
            <w:gridSpan w:val="4"/>
          </w:tcPr>
          <w:p w:rsidR="0073058B" w:rsidP="00E35DB0" w:rsidRDefault="0073058B" w14:paraId="090957E0" w14:textId="77777777">
            <w:r w:rsidRPr="0077298C">
              <w:t>Mr. Ramesh</w:t>
            </w:r>
          </w:p>
          <w:p w:rsidR="0073058B" w:rsidP="00E35DB0" w:rsidRDefault="0073058B" w14:paraId="467CE58C" w14:textId="77777777">
            <w:r w:rsidRPr="0077298C">
              <w:t>Barath Narayanan</w:t>
            </w:r>
          </w:p>
          <w:p w:rsidR="0073058B" w:rsidP="00E35DB0" w:rsidRDefault="0073058B" w14:paraId="407F0D08" w14:textId="77777777">
            <w:r w:rsidRPr="0077298C">
              <w:t>Suresh Menon</w:t>
            </w:r>
          </w:p>
          <w:p w:rsidR="0073058B" w:rsidP="00E35DB0" w:rsidRDefault="0073058B" w14:paraId="6523CD03" w14:textId="77777777">
            <w:r w:rsidRPr="0077298C">
              <w:t>Vivek Reddy</w:t>
            </w:r>
          </w:p>
          <w:p w:rsidR="0073058B" w:rsidP="00E35DB0" w:rsidRDefault="0073058B" w14:paraId="297CD584" w14:textId="77777777">
            <w:r w:rsidRPr="0077298C">
              <w:t>Anil Sharma</w:t>
            </w:r>
          </w:p>
          <w:p w:rsidR="0073058B" w:rsidP="00E35DB0" w:rsidRDefault="0073058B" w14:paraId="3517F23C" w14:textId="77777777">
            <w:r w:rsidRPr="0077298C">
              <w:t>Karthik Iyer</w:t>
            </w:r>
          </w:p>
          <w:p w:rsidR="0073058B" w:rsidP="00E35DB0" w:rsidRDefault="0073058B" w14:paraId="72B4B3FF" w14:textId="77777777">
            <w:r w:rsidRPr="0077298C">
              <w:t>Prakash Rao</w:t>
            </w:r>
          </w:p>
        </w:tc>
      </w:tr>
      <w:tr w:rsidRPr="0077298C" w:rsidR="0073058B" w:rsidTr="00E35DB0" w14:paraId="19E06CC6" w14:textId="77777777">
        <w:tc>
          <w:tcPr>
            <w:tcW w:w="1803" w:type="dxa"/>
          </w:tcPr>
          <w:p w:rsidRPr="0077298C" w:rsidR="0073058B" w:rsidP="00E35DB0" w:rsidRDefault="0073058B" w14:paraId="1A43A4C2" w14:textId="77777777">
            <w:pPr>
              <w:rPr>
                <w:b/>
                <w:bCs/>
                <w:i/>
                <w:iCs/>
              </w:rPr>
            </w:pPr>
            <w:r w:rsidRPr="0077298C">
              <w:rPr>
                <w:b/>
                <w:bCs/>
                <w:i/>
                <w:iCs/>
              </w:rPr>
              <w:t>Agenda</w:t>
            </w:r>
          </w:p>
        </w:tc>
        <w:tc>
          <w:tcPr>
            <w:tcW w:w="1803" w:type="dxa"/>
          </w:tcPr>
          <w:p w:rsidRPr="0077298C" w:rsidR="0073058B" w:rsidP="00E35DB0" w:rsidRDefault="0073058B" w14:paraId="301456E2" w14:textId="77777777">
            <w:pPr>
              <w:rPr>
                <w:b/>
                <w:bCs/>
                <w:i/>
                <w:iCs/>
              </w:rPr>
            </w:pPr>
            <w:r w:rsidRPr="0077298C">
              <w:rPr>
                <w:b/>
                <w:bCs/>
                <w:i/>
                <w:iCs/>
              </w:rPr>
              <w:t>What went well</w:t>
            </w:r>
          </w:p>
        </w:tc>
        <w:tc>
          <w:tcPr>
            <w:tcW w:w="1803" w:type="dxa"/>
          </w:tcPr>
          <w:p w:rsidRPr="0077298C" w:rsidR="0073058B" w:rsidP="00E35DB0" w:rsidRDefault="0073058B" w14:paraId="1755DC9E" w14:textId="77777777">
            <w:pPr>
              <w:rPr>
                <w:b/>
                <w:bCs/>
                <w:i/>
                <w:iCs/>
              </w:rPr>
            </w:pPr>
            <w:r w:rsidRPr="0077298C">
              <w:rPr>
                <w:b/>
                <w:bCs/>
                <w:i/>
                <w:iCs/>
              </w:rPr>
              <w:t>What didn’t go well</w:t>
            </w:r>
          </w:p>
        </w:tc>
        <w:tc>
          <w:tcPr>
            <w:tcW w:w="1803" w:type="dxa"/>
          </w:tcPr>
          <w:p w:rsidRPr="0077298C" w:rsidR="0073058B" w:rsidP="00E35DB0" w:rsidRDefault="0073058B" w14:paraId="53FD5BEF" w14:textId="77777777">
            <w:pPr>
              <w:rPr>
                <w:b/>
                <w:bCs/>
                <w:i/>
                <w:iCs/>
              </w:rPr>
            </w:pPr>
            <w:r w:rsidRPr="0077298C">
              <w:rPr>
                <w:b/>
                <w:bCs/>
                <w:i/>
                <w:iCs/>
              </w:rPr>
              <w:t>Questions</w:t>
            </w:r>
          </w:p>
        </w:tc>
        <w:tc>
          <w:tcPr>
            <w:tcW w:w="1804" w:type="dxa"/>
          </w:tcPr>
          <w:p w:rsidRPr="0077298C" w:rsidR="0073058B" w:rsidP="00E35DB0" w:rsidRDefault="0073058B" w14:paraId="39BCC50E" w14:textId="77777777">
            <w:pPr>
              <w:rPr>
                <w:b/>
                <w:bCs/>
                <w:i/>
                <w:iCs/>
              </w:rPr>
            </w:pPr>
            <w:r w:rsidRPr="0077298C">
              <w:rPr>
                <w:b/>
                <w:bCs/>
                <w:i/>
                <w:iCs/>
              </w:rPr>
              <w:t>Reference</w:t>
            </w:r>
          </w:p>
        </w:tc>
      </w:tr>
      <w:tr w:rsidR="0073058B" w:rsidTr="00E35DB0" w14:paraId="74058AA9" w14:textId="77777777">
        <w:tc>
          <w:tcPr>
            <w:tcW w:w="1803" w:type="dxa"/>
          </w:tcPr>
          <w:p w:rsidRPr="0077298C" w:rsidR="0073058B" w:rsidP="00E35DB0" w:rsidRDefault="0073058B" w14:paraId="51B9B4BB" w14:textId="292BD0C0">
            <w:r w:rsidRPr="0073058B">
              <w:t>Review Sprint 10 outcomes</w:t>
            </w:r>
          </w:p>
        </w:tc>
        <w:tc>
          <w:tcPr>
            <w:tcW w:w="1803" w:type="dxa"/>
          </w:tcPr>
          <w:p w:rsidRPr="0077298C" w:rsidR="0073058B" w:rsidP="00E35DB0" w:rsidRDefault="0073058B" w14:paraId="5C574ABD" w14:textId="011EEABA">
            <w:r w:rsidRPr="0073058B">
              <w:t>Release deployed successfully</w:t>
            </w:r>
          </w:p>
        </w:tc>
        <w:tc>
          <w:tcPr>
            <w:tcW w:w="1803" w:type="dxa"/>
          </w:tcPr>
          <w:p w:rsidRPr="0077298C" w:rsidR="0073058B" w:rsidP="00E35DB0" w:rsidRDefault="0073058B" w14:paraId="1BDB2894" w14:textId="5CD830C0">
            <w:r w:rsidRPr="0073058B">
              <w:t>Minor post-release bug found</w:t>
            </w:r>
          </w:p>
        </w:tc>
        <w:tc>
          <w:tcPr>
            <w:tcW w:w="1803" w:type="dxa"/>
          </w:tcPr>
          <w:p w:rsidRPr="0077298C" w:rsidR="0073058B" w:rsidP="00E35DB0" w:rsidRDefault="0073058B" w14:paraId="41B0692B" w14:textId="43FEA49C">
            <w:r w:rsidRPr="0073058B">
              <w:t>How to improve regression testing</w:t>
            </w:r>
          </w:p>
        </w:tc>
        <w:tc>
          <w:tcPr>
            <w:tcW w:w="1804" w:type="dxa"/>
          </w:tcPr>
          <w:p w:rsidRPr="0077298C" w:rsidR="0073058B" w:rsidP="00E35DB0" w:rsidRDefault="002B5C56" w14:paraId="27BF6154" w14:textId="3593BA23">
            <w:r w:rsidRPr="002B5C56">
              <w:t>Sprint 10 backlog &amp; burndown</w:t>
            </w:r>
          </w:p>
        </w:tc>
      </w:tr>
    </w:tbl>
    <w:p w:rsidR="0073058B" w:rsidP="0073058B" w:rsidRDefault="0073058B" w14:paraId="027B860F" w14:textId="77777777"/>
    <w:p w:rsidR="00D14149" w:rsidP="00D14149" w:rsidRDefault="00D14149" w14:paraId="6FC29022" w14:textId="5661EF39">
      <w:pPr>
        <w:pStyle w:val="Heading1"/>
      </w:pPr>
      <w:r>
        <w:t xml:space="preserve">Daily stand up meeting </w:t>
      </w:r>
    </w:p>
    <w:p w:rsidR="00D14149" w:rsidP="005032E6" w:rsidRDefault="00D14149" w14:paraId="46A8607E" w14:textId="77777777">
      <w:pPr>
        <w:pStyle w:val="Heading2"/>
      </w:pPr>
      <w:r>
        <w:t>Sprint 1 – Daily Stand-up Meeting</w:t>
      </w:r>
    </w:p>
    <w:p w:rsidRPr="005032E6" w:rsidR="00D14149" w:rsidP="00D14149" w:rsidRDefault="00D14149" w14:paraId="448AA7AD" w14:textId="77777777">
      <w:pPr>
        <w:rPr>
          <w:b/>
          <w:bCs/>
          <w:i/>
          <w:iCs/>
        </w:rPr>
      </w:pPr>
      <w:r w:rsidRPr="005032E6">
        <w:rPr>
          <w:b/>
          <w:bCs/>
          <w:i/>
          <w:iCs/>
        </w:rPr>
        <w:t>Week: 01-09-2025 to 14-09-2025</w:t>
      </w:r>
    </w:p>
    <w:tbl>
      <w:tblPr>
        <w:tblStyle w:val="TableGrid"/>
        <w:tblW w:w="0" w:type="auto"/>
        <w:tblLayout w:type="fixed"/>
        <w:tblLook w:val="04A0" w:firstRow="1" w:lastRow="0" w:firstColumn="1" w:lastColumn="0" w:noHBand="0" w:noVBand="1"/>
      </w:tblPr>
      <w:tblGrid>
        <w:gridCol w:w="1054"/>
        <w:gridCol w:w="818"/>
        <w:gridCol w:w="1100"/>
        <w:gridCol w:w="1084"/>
        <w:gridCol w:w="1169"/>
        <w:gridCol w:w="1194"/>
        <w:gridCol w:w="1195"/>
        <w:gridCol w:w="1402"/>
      </w:tblGrid>
      <w:tr w:rsidRPr="00D14149" w:rsidR="00D14149" w:rsidTr="00D14149" w14:paraId="45F88069" w14:textId="77777777">
        <w:tc>
          <w:tcPr>
            <w:tcW w:w="1054" w:type="dxa"/>
          </w:tcPr>
          <w:p w:rsidRPr="00D14149" w:rsidR="00D14149" w:rsidP="00E35DB0" w:rsidRDefault="00D14149" w14:paraId="164F72E3" w14:textId="77777777">
            <w:pPr>
              <w:rPr>
                <w:b/>
                <w:bCs/>
                <w:i/>
                <w:iCs/>
              </w:rPr>
            </w:pPr>
            <w:r w:rsidRPr="00D14149">
              <w:rPr>
                <w:b/>
                <w:bCs/>
                <w:i/>
                <w:iCs/>
              </w:rPr>
              <w:t>Question</w:t>
            </w:r>
          </w:p>
        </w:tc>
        <w:tc>
          <w:tcPr>
            <w:tcW w:w="818" w:type="dxa"/>
          </w:tcPr>
          <w:p w:rsidRPr="00D14149" w:rsidR="00D14149" w:rsidP="00E35DB0" w:rsidRDefault="00D14149" w14:paraId="00F73C8B" w14:textId="77777777">
            <w:pPr>
              <w:rPr>
                <w:b/>
                <w:bCs/>
                <w:i/>
                <w:iCs/>
              </w:rPr>
            </w:pPr>
            <w:r w:rsidRPr="00D14149">
              <w:rPr>
                <w:b/>
                <w:bCs/>
                <w:i/>
                <w:iCs/>
              </w:rPr>
              <w:t>Name / Role</w:t>
            </w:r>
          </w:p>
        </w:tc>
        <w:tc>
          <w:tcPr>
            <w:tcW w:w="1100" w:type="dxa"/>
          </w:tcPr>
          <w:p w:rsidRPr="00D14149" w:rsidR="00D14149" w:rsidP="00E35DB0" w:rsidRDefault="00D14149" w14:paraId="27DA5E50" w14:textId="77777777">
            <w:pPr>
              <w:rPr>
                <w:b/>
                <w:bCs/>
                <w:i/>
                <w:iCs/>
              </w:rPr>
            </w:pPr>
            <w:r w:rsidRPr="00D14149">
              <w:rPr>
                <w:b/>
                <w:bCs/>
                <w:i/>
                <w:iCs/>
              </w:rPr>
              <w:t>Monday</w:t>
            </w:r>
          </w:p>
        </w:tc>
        <w:tc>
          <w:tcPr>
            <w:tcW w:w="1084" w:type="dxa"/>
          </w:tcPr>
          <w:p w:rsidRPr="00D14149" w:rsidR="00D14149" w:rsidP="00E35DB0" w:rsidRDefault="00D14149" w14:paraId="7F60F748" w14:textId="77777777">
            <w:pPr>
              <w:rPr>
                <w:b/>
                <w:bCs/>
                <w:i/>
                <w:iCs/>
              </w:rPr>
            </w:pPr>
            <w:r w:rsidRPr="00D14149">
              <w:rPr>
                <w:b/>
                <w:bCs/>
                <w:i/>
                <w:iCs/>
              </w:rPr>
              <w:t>Tuesday</w:t>
            </w:r>
          </w:p>
        </w:tc>
        <w:tc>
          <w:tcPr>
            <w:tcW w:w="1169" w:type="dxa"/>
          </w:tcPr>
          <w:p w:rsidRPr="00D14149" w:rsidR="00D14149" w:rsidP="00E35DB0" w:rsidRDefault="00D14149" w14:paraId="45FB70CA" w14:textId="77777777">
            <w:pPr>
              <w:rPr>
                <w:b/>
                <w:bCs/>
                <w:i/>
                <w:iCs/>
              </w:rPr>
            </w:pPr>
            <w:r w:rsidRPr="00D14149">
              <w:rPr>
                <w:b/>
                <w:bCs/>
                <w:i/>
                <w:iCs/>
              </w:rPr>
              <w:t>Wednesday</w:t>
            </w:r>
          </w:p>
        </w:tc>
        <w:tc>
          <w:tcPr>
            <w:tcW w:w="1194" w:type="dxa"/>
          </w:tcPr>
          <w:p w:rsidRPr="00D14149" w:rsidR="00D14149" w:rsidP="00E35DB0" w:rsidRDefault="00D14149" w14:paraId="5A22DFB4" w14:textId="77777777">
            <w:pPr>
              <w:rPr>
                <w:b/>
                <w:bCs/>
                <w:i/>
                <w:iCs/>
              </w:rPr>
            </w:pPr>
            <w:r w:rsidRPr="00D14149">
              <w:rPr>
                <w:b/>
                <w:bCs/>
                <w:i/>
                <w:iCs/>
              </w:rPr>
              <w:t>Thursday</w:t>
            </w:r>
          </w:p>
        </w:tc>
        <w:tc>
          <w:tcPr>
            <w:tcW w:w="1195" w:type="dxa"/>
          </w:tcPr>
          <w:p w:rsidRPr="00D14149" w:rsidR="00D14149" w:rsidP="00E35DB0" w:rsidRDefault="00D14149" w14:paraId="06ECF2EE" w14:textId="77777777">
            <w:pPr>
              <w:rPr>
                <w:b/>
                <w:bCs/>
                <w:i/>
                <w:iCs/>
              </w:rPr>
            </w:pPr>
            <w:r w:rsidRPr="00D14149">
              <w:rPr>
                <w:b/>
                <w:bCs/>
                <w:i/>
                <w:iCs/>
              </w:rPr>
              <w:t>Friday</w:t>
            </w:r>
          </w:p>
        </w:tc>
        <w:tc>
          <w:tcPr>
            <w:tcW w:w="1402" w:type="dxa"/>
          </w:tcPr>
          <w:p w:rsidRPr="00D14149" w:rsidR="00D14149" w:rsidP="00E35DB0" w:rsidRDefault="00D14149" w14:paraId="4B305593" w14:textId="77777777">
            <w:pPr>
              <w:rPr>
                <w:b/>
                <w:bCs/>
                <w:i/>
                <w:iCs/>
              </w:rPr>
            </w:pPr>
            <w:r w:rsidRPr="00D14149">
              <w:rPr>
                <w:b/>
                <w:bCs/>
                <w:i/>
                <w:iCs/>
              </w:rPr>
              <w:t>Saturday</w:t>
            </w:r>
          </w:p>
        </w:tc>
      </w:tr>
      <w:tr w:rsidR="005032E6" w:rsidTr="00D14149" w14:paraId="0D04C840" w14:textId="77777777">
        <w:tc>
          <w:tcPr>
            <w:tcW w:w="1054" w:type="dxa"/>
            <w:vMerge w:val="restart"/>
          </w:tcPr>
          <w:p w:rsidRPr="005032E6" w:rsidR="005032E6" w:rsidP="00E35DB0" w:rsidRDefault="005032E6" w14:paraId="69632830" w14:textId="77777777">
            <w:pPr>
              <w:rPr>
                <w:b/>
                <w:bCs/>
                <w:i/>
                <w:iCs/>
              </w:rPr>
            </w:pPr>
            <w:r w:rsidRPr="005032E6">
              <w:rPr>
                <w:b/>
                <w:bCs/>
                <w:i/>
                <w:iCs/>
              </w:rPr>
              <w:t>What did you do yesterday?</w:t>
            </w:r>
          </w:p>
        </w:tc>
        <w:tc>
          <w:tcPr>
            <w:tcW w:w="818" w:type="dxa"/>
          </w:tcPr>
          <w:p w:rsidR="005032E6" w:rsidP="00E35DB0" w:rsidRDefault="005032E6" w14:paraId="1C09B6CC" w14:textId="77777777">
            <w:r>
              <w:t>Suresh Menon</w:t>
            </w:r>
          </w:p>
        </w:tc>
        <w:tc>
          <w:tcPr>
            <w:tcW w:w="1100" w:type="dxa"/>
          </w:tcPr>
          <w:p w:rsidR="005032E6" w:rsidP="00E35DB0" w:rsidRDefault="005032E6" w14:paraId="3BB65F2A" w14:textId="77777777">
            <w:r>
              <w:t>Set up module</w:t>
            </w:r>
          </w:p>
        </w:tc>
        <w:tc>
          <w:tcPr>
            <w:tcW w:w="1084" w:type="dxa"/>
          </w:tcPr>
          <w:p w:rsidR="005032E6" w:rsidP="00E35DB0" w:rsidRDefault="005032E6" w14:paraId="5E6DAACB" w14:textId="77777777">
            <w:r>
              <w:t>Implemented feature</w:t>
            </w:r>
          </w:p>
        </w:tc>
        <w:tc>
          <w:tcPr>
            <w:tcW w:w="1169" w:type="dxa"/>
          </w:tcPr>
          <w:p w:rsidR="005032E6" w:rsidP="00E35DB0" w:rsidRDefault="005032E6" w14:paraId="303E1419" w14:textId="77777777">
            <w:r>
              <w:t>Tested component</w:t>
            </w:r>
          </w:p>
        </w:tc>
        <w:tc>
          <w:tcPr>
            <w:tcW w:w="1194" w:type="dxa"/>
          </w:tcPr>
          <w:p w:rsidR="005032E6" w:rsidP="00E35DB0" w:rsidRDefault="005032E6" w14:paraId="5895E191" w14:textId="77777777">
            <w:r>
              <w:t>Fixed bug</w:t>
            </w:r>
          </w:p>
        </w:tc>
        <w:tc>
          <w:tcPr>
            <w:tcW w:w="1195" w:type="dxa"/>
          </w:tcPr>
          <w:p w:rsidR="005032E6" w:rsidP="00E35DB0" w:rsidRDefault="005032E6" w14:paraId="08FB5364" w14:textId="77777777">
            <w:r>
              <w:t>Reviewed code</w:t>
            </w:r>
          </w:p>
        </w:tc>
        <w:tc>
          <w:tcPr>
            <w:tcW w:w="1402" w:type="dxa"/>
          </w:tcPr>
          <w:p w:rsidR="005032E6" w:rsidP="00E35DB0" w:rsidRDefault="005032E6" w14:paraId="2CBAE365" w14:textId="77777777">
            <w:r>
              <w:t>Updated documentation</w:t>
            </w:r>
          </w:p>
        </w:tc>
      </w:tr>
      <w:tr w:rsidR="005032E6" w:rsidTr="00D14149" w14:paraId="2C3477BE" w14:textId="77777777">
        <w:tc>
          <w:tcPr>
            <w:tcW w:w="1054" w:type="dxa"/>
            <w:vMerge/>
          </w:tcPr>
          <w:p w:rsidRPr="005032E6" w:rsidR="005032E6" w:rsidP="00E35DB0" w:rsidRDefault="005032E6" w14:paraId="0B82FFB1" w14:textId="0FD65D0C">
            <w:pPr>
              <w:rPr>
                <w:b/>
                <w:bCs/>
                <w:i/>
                <w:iCs/>
              </w:rPr>
            </w:pPr>
          </w:p>
        </w:tc>
        <w:tc>
          <w:tcPr>
            <w:tcW w:w="818" w:type="dxa"/>
          </w:tcPr>
          <w:p w:rsidR="005032E6" w:rsidP="00E35DB0" w:rsidRDefault="005032E6" w14:paraId="3B97E4DF" w14:textId="77777777">
            <w:r>
              <w:t>Vivek Reddy</w:t>
            </w:r>
          </w:p>
        </w:tc>
        <w:tc>
          <w:tcPr>
            <w:tcW w:w="1100" w:type="dxa"/>
          </w:tcPr>
          <w:p w:rsidR="005032E6" w:rsidP="00E35DB0" w:rsidRDefault="005032E6" w14:paraId="4D3401FF" w14:textId="77777777">
            <w:r>
              <w:t>Set up module</w:t>
            </w:r>
          </w:p>
        </w:tc>
        <w:tc>
          <w:tcPr>
            <w:tcW w:w="1084" w:type="dxa"/>
          </w:tcPr>
          <w:p w:rsidR="005032E6" w:rsidP="00E35DB0" w:rsidRDefault="005032E6" w14:paraId="5F3D7C4F" w14:textId="77777777">
            <w:r>
              <w:t>Implemented feature</w:t>
            </w:r>
          </w:p>
        </w:tc>
        <w:tc>
          <w:tcPr>
            <w:tcW w:w="1169" w:type="dxa"/>
          </w:tcPr>
          <w:p w:rsidR="005032E6" w:rsidP="00E35DB0" w:rsidRDefault="005032E6" w14:paraId="54D6D962" w14:textId="77777777">
            <w:r>
              <w:t>Tested component</w:t>
            </w:r>
          </w:p>
        </w:tc>
        <w:tc>
          <w:tcPr>
            <w:tcW w:w="1194" w:type="dxa"/>
          </w:tcPr>
          <w:p w:rsidR="005032E6" w:rsidP="00E35DB0" w:rsidRDefault="005032E6" w14:paraId="515E7A03" w14:textId="77777777">
            <w:r>
              <w:t>Fixed bug</w:t>
            </w:r>
          </w:p>
        </w:tc>
        <w:tc>
          <w:tcPr>
            <w:tcW w:w="1195" w:type="dxa"/>
          </w:tcPr>
          <w:p w:rsidR="005032E6" w:rsidP="00E35DB0" w:rsidRDefault="005032E6" w14:paraId="307BB722" w14:textId="77777777">
            <w:r>
              <w:t>Reviewed code</w:t>
            </w:r>
          </w:p>
        </w:tc>
        <w:tc>
          <w:tcPr>
            <w:tcW w:w="1402" w:type="dxa"/>
          </w:tcPr>
          <w:p w:rsidR="005032E6" w:rsidP="00E35DB0" w:rsidRDefault="005032E6" w14:paraId="152D585D" w14:textId="77777777">
            <w:r>
              <w:t>Updated documentation</w:t>
            </w:r>
          </w:p>
        </w:tc>
      </w:tr>
      <w:tr w:rsidR="005032E6" w:rsidTr="00D14149" w14:paraId="0A25EEA4" w14:textId="77777777">
        <w:tc>
          <w:tcPr>
            <w:tcW w:w="1054" w:type="dxa"/>
            <w:vMerge/>
          </w:tcPr>
          <w:p w:rsidRPr="005032E6" w:rsidR="005032E6" w:rsidP="00E35DB0" w:rsidRDefault="005032E6" w14:paraId="73E28D2F" w14:textId="2DBC5D38">
            <w:pPr>
              <w:rPr>
                <w:b/>
                <w:bCs/>
                <w:i/>
                <w:iCs/>
              </w:rPr>
            </w:pPr>
          </w:p>
        </w:tc>
        <w:tc>
          <w:tcPr>
            <w:tcW w:w="818" w:type="dxa"/>
          </w:tcPr>
          <w:p w:rsidR="005032E6" w:rsidP="00E35DB0" w:rsidRDefault="005032E6" w14:paraId="554F4A1F" w14:textId="77777777">
            <w:r>
              <w:t>Anil Sharma</w:t>
            </w:r>
          </w:p>
        </w:tc>
        <w:tc>
          <w:tcPr>
            <w:tcW w:w="1100" w:type="dxa"/>
          </w:tcPr>
          <w:p w:rsidR="005032E6" w:rsidP="00E35DB0" w:rsidRDefault="005032E6" w14:paraId="5DDB5F73" w14:textId="77777777">
            <w:r>
              <w:t>Set up module</w:t>
            </w:r>
          </w:p>
        </w:tc>
        <w:tc>
          <w:tcPr>
            <w:tcW w:w="1084" w:type="dxa"/>
          </w:tcPr>
          <w:p w:rsidR="005032E6" w:rsidP="00E35DB0" w:rsidRDefault="005032E6" w14:paraId="43E9B6F6" w14:textId="77777777">
            <w:r>
              <w:t>Implemented feature</w:t>
            </w:r>
          </w:p>
        </w:tc>
        <w:tc>
          <w:tcPr>
            <w:tcW w:w="1169" w:type="dxa"/>
          </w:tcPr>
          <w:p w:rsidR="005032E6" w:rsidP="00E35DB0" w:rsidRDefault="005032E6" w14:paraId="781CE2B1" w14:textId="77777777">
            <w:r>
              <w:t>Tested component</w:t>
            </w:r>
          </w:p>
        </w:tc>
        <w:tc>
          <w:tcPr>
            <w:tcW w:w="1194" w:type="dxa"/>
          </w:tcPr>
          <w:p w:rsidR="005032E6" w:rsidP="00E35DB0" w:rsidRDefault="005032E6" w14:paraId="07318CA7" w14:textId="77777777">
            <w:r>
              <w:t>Fixed bug</w:t>
            </w:r>
          </w:p>
        </w:tc>
        <w:tc>
          <w:tcPr>
            <w:tcW w:w="1195" w:type="dxa"/>
          </w:tcPr>
          <w:p w:rsidR="005032E6" w:rsidP="00E35DB0" w:rsidRDefault="005032E6" w14:paraId="12ED88F6" w14:textId="77777777">
            <w:r>
              <w:t>Reviewed code</w:t>
            </w:r>
          </w:p>
        </w:tc>
        <w:tc>
          <w:tcPr>
            <w:tcW w:w="1402" w:type="dxa"/>
          </w:tcPr>
          <w:p w:rsidR="005032E6" w:rsidP="00E35DB0" w:rsidRDefault="005032E6" w14:paraId="3DABF1E0" w14:textId="77777777">
            <w:r>
              <w:t>Updated documentation</w:t>
            </w:r>
          </w:p>
        </w:tc>
      </w:tr>
      <w:tr w:rsidR="005032E6" w:rsidTr="00D14149" w14:paraId="084690D5" w14:textId="77777777">
        <w:tc>
          <w:tcPr>
            <w:tcW w:w="1054" w:type="dxa"/>
            <w:vMerge w:val="restart"/>
          </w:tcPr>
          <w:p w:rsidRPr="005032E6" w:rsidR="005032E6" w:rsidP="00E35DB0" w:rsidRDefault="005032E6" w14:paraId="6C40B4F6" w14:textId="77777777">
            <w:pPr>
              <w:rPr>
                <w:b/>
                <w:bCs/>
                <w:i/>
                <w:iCs/>
              </w:rPr>
            </w:pPr>
            <w:r w:rsidRPr="005032E6">
              <w:rPr>
                <w:b/>
                <w:bCs/>
                <w:i/>
                <w:iCs/>
              </w:rPr>
              <w:t>What will you do today?</w:t>
            </w:r>
          </w:p>
        </w:tc>
        <w:tc>
          <w:tcPr>
            <w:tcW w:w="818" w:type="dxa"/>
          </w:tcPr>
          <w:p w:rsidR="005032E6" w:rsidP="00E35DB0" w:rsidRDefault="005032E6" w14:paraId="096B21BB" w14:textId="77777777">
            <w:r>
              <w:t>Suresh Menon</w:t>
            </w:r>
          </w:p>
        </w:tc>
        <w:tc>
          <w:tcPr>
            <w:tcW w:w="1100" w:type="dxa"/>
          </w:tcPr>
          <w:p w:rsidR="005032E6" w:rsidP="00E35DB0" w:rsidRDefault="005032E6" w14:paraId="6DF9A6D2" w14:textId="77777777">
            <w:r>
              <w:t>Continue feature dev</w:t>
            </w:r>
          </w:p>
        </w:tc>
        <w:tc>
          <w:tcPr>
            <w:tcW w:w="1084" w:type="dxa"/>
          </w:tcPr>
          <w:p w:rsidR="005032E6" w:rsidP="00E35DB0" w:rsidRDefault="005032E6" w14:paraId="1D81C6B8" w14:textId="77777777">
            <w:r>
              <w:t>Integrate module</w:t>
            </w:r>
          </w:p>
        </w:tc>
        <w:tc>
          <w:tcPr>
            <w:tcW w:w="1169" w:type="dxa"/>
          </w:tcPr>
          <w:p w:rsidR="005032E6" w:rsidP="00E35DB0" w:rsidRDefault="005032E6" w14:paraId="16B14136" w14:textId="77777777">
            <w:r>
              <w:t>Conduct testing</w:t>
            </w:r>
          </w:p>
        </w:tc>
        <w:tc>
          <w:tcPr>
            <w:tcW w:w="1194" w:type="dxa"/>
          </w:tcPr>
          <w:p w:rsidR="005032E6" w:rsidP="00E35DB0" w:rsidRDefault="005032E6" w14:paraId="291F6938" w14:textId="77777777">
            <w:r>
              <w:t>Bug fixing</w:t>
            </w:r>
          </w:p>
        </w:tc>
        <w:tc>
          <w:tcPr>
            <w:tcW w:w="1195" w:type="dxa"/>
          </w:tcPr>
          <w:p w:rsidR="005032E6" w:rsidP="00E35DB0" w:rsidRDefault="005032E6" w14:paraId="35145074" w14:textId="77777777">
            <w:r>
              <w:t>Prepare demo</w:t>
            </w:r>
          </w:p>
        </w:tc>
        <w:tc>
          <w:tcPr>
            <w:tcW w:w="1402" w:type="dxa"/>
          </w:tcPr>
          <w:p w:rsidR="005032E6" w:rsidP="00E35DB0" w:rsidRDefault="005032E6" w14:paraId="675F3413" w14:textId="77777777">
            <w:r>
              <w:t>Optimize performance</w:t>
            </w:r>
          </w:p>
        </w:tc>
      </w:tr>
      <w:tr w:rsidR="005032E6" w:rsidTr="00D14149" w14:paraId="11C70FE0" w14:textId="77777777">
        <w:tc>
          <w:tcPr>
            <w:tcW w:w="1054" w:type="dxa"/>
            <w:vMerge/>
          </w:tcPr>
          <w:p w:rsidRPr="005032E6" w:rsidR="005032E6" w:rsidP="00E35DB0" w:rsidRDefault="005032E6" w14:paraId="162EDED3" w14:textId="487FF1F1">
            <w:pPr>
              <w:rPr>
                <w:b/>
                <w:bCs/>
                <w:i/>
                <w:iCs/>
              </w:rPr>
            </w:pPr>
          </w:p>
        </w:tc>
        <w:tc>
          <w:tcPr>
            <w:tcW w:w="818" w:type="dxa"/>
          </w:tcPr>
          <w:p w:rsidR="005032E6" w:rsidP="00E35DB0" w:rsidRDefault="005032E6" w14:paraId="1F26F4E9" w14:textId="77777777">
            <w:r>
              <w:t>Vivek Reddy</w:t>
            </w:r>
          </w:p>
        </w:tc>
        <w:tc>
          <w:tcPr>
            <w:tcW w:w="1100" w:type="dxa"/>
          </w:tcPr>
          <w:p w:rsidR="005032E6" w:rsidP="00E35DB0" w:rsidRDefault="005032E6" w14:paraId="348E4139" w14:textId="77777777">
            <w:r>
              <w:t>Continue feature dev</w:t>
            </w:r>
          </w:p>
        </w:tc>
        <w:tc>
          <w:tcPr>
            <w:tcW w:w="1084" w:type="dxa"/>
          </w:tcPr>
          <w:p w:rsidR="005032E6" w:rsidP="00E35DB0" w:rsidRDefault="005032E6" w14:paraId="5068F27C" w14:textId="77777777">
            <w:r>
              <w:t>Integrate module</w:t>
            </w:r>
          </w:p>
        </w:tc>
        <w:tc>
          <w:tcPr>
            <w:tcW w:w="1169" w:type="dxa"/>
          </w:tcPr>
          <w:p w:rsidR="005032E6" w:rsidP="00E35DB0" w:rsidRDefault="005032E6" w14:paraId="652B6386" w14:textId="77777777">
            <w:r>
              <w:t>Conduct testing</w:t>
            </w:r>
          </w:p>
        </w:tc>
        <w:tc>
          <w:tcPr>
            <w:tcW w:w="1194" w:type="dxa"/>
          </w:tcPr>
          <w:p w:rsidR="005032E6" w:rsidP="00E35DB0" w:rsidRDefault="005032E6" w14:paraId="4C95FBC6" w14:textId="77777777">
            <w:r>
              <w:t>Bug fixing</w:t>
            </w:r>
          </w:p>
        </w:tc>
        <w:tc>
          <w:tcPr>
            <w:tcW w:w="1195" w:type="dxa"/>
          </w:tcPr>
          <w:p w:rsidR="005032E6" w:rsidP="00E35DB0" w:rsidRDefault="005032E6" w14:paraId="30E8AA94" w14:textId="77777777">
            <w:r>
              <w:t>Prepare demo</w:t>
            </w:r>
          </w:p>
        </w:tc>
        <w:tc>
          <w:tcPr>
            <w:tcW w:w="1402" w:type="dxa"/>
          </w:tcPr>
          <w:p w:rsidR="005032E6" w:rsidP="00E35DB0" w:rsidRDefault="005032E6" w14:paraId="68E4CCD3" w14:textId="77777777">
            <w:r>
              <w:t>Optimize performance</w:t>
            </w:r>
          </w:p>
        </w:tc>
      </w:tr>
      <w:tr w:rsidR="005032E6" w:rsidTr="00D14149" w14:paraId="17F036CE" w14:textId="77777777">
        <w:tc>
          <w:tcPr>
            <w:tcW w:w="1054" w:type="dxa"/>
            <w:vMerge/>
          </w:tcPr>
          <w:p w:rsidRPr="005032E6" w:rsidR="005032E6" w:rsidP="00E35DB0" w:rsidRDefault="005032E6" w14:paraId="1CB8BC59" w14:textId="6F71989E">
            <w:pPr>
              <w:rPr>
                <w:b/>
                <w:bCs/>
                <w:i/>
                <w:iCs/>
              </w:rPr>
            </w:pPr>
          </w:p>
        </w:tc>
        <w:tc>
          <w:tcPr>
            <w:tcW w:w="818" w:type="dxa"/>
          </w:tcPr>
          <w:p w:rsidR="005032E6" w:rsidP="00E35DB0" w:rsidRDefault="005032E6" w14:paraId="761E701B" w14:textId="77777777">
            <w:r>
              <w:t>Anil Sharma</w:t>
            </w:r>
          </w:p>
        </w:tc>
        <w:tc>
          <w:tcPr>
            <w:tcW w:w="1100" w:type="dxa"/>
          </w:tcPr>
          <w:p w:rsidR="005032E6" w:rsidP="00E35DB0" w:rsidRDefault="005032E6" w14:paraId="08BFAA7B" w14:textId="77777777">
            <w:r>
              <w:t>Continue feature dev</w:t>
            </w:r>
          </w:p>
        </w:tc>
        <w:tc>
          <w:tcPr>
            <w:tcW w:w="1084" w:type="dxa"/>
          </w:tcPr>
          <w:p w:rsidR="005032E6" w:rsidP="00E35DB0" w:rsidRDefault="005032E6" w14:paraId="3BFBEF19" w14:textId="77777777">
            <w:r>
              <w:t>Integrate module</w:t>
            </w:r>
          </w:p>
        </w:tc>
        <w:tc>
          <w:tcPr>
            <w:tcW w:w="1169" w:type="dxa"/>
          </w:tcPr>
          <w:p w:rsidR="005032E6" w:rsidP="00E35DB0" w:rsidRDefault="005032E6" w14:paraId="4B1077AF" w14:textId="77777777">
            <w:r>
              <w:t>Conduct testing</w:t>
            </w:r>
          </w:p>
        </w:tc>
        <w:tc>
          <w:tcPr>
            <w:tcW w:w="1194" w:type="dxa"/>
          </w:tcPr>
          <w:p w:rsidR="005032E6" w:rsidP="00E35DB0" w:rsidRDefault="005032E6" w14:paraId="51CC5A1A" w14:textId="77777777">
            <w:r>
              <w:t>Bug fixing</w:t>
            </w:r>
          </w:p>
        </w:tc>
        <w:tc>
          <w:tcPr>
            <w:tcW w:w="1195" w:type="dxa"/>
          </w:tcPr>
          <w:p w:rsidR="005032E6" w:rsidP="00E35DB0" w:rsidRDefault="005032E6" w14:paraId="27A97602" w14:textId="77777777">
            <w:r>
              <w:t>Prepare demo</w:t>
            </w:r>
          </w:p>
        </w:tc>
        <w:tc>
          <w:tcPr>
            <w:tcW w:w="1402" w:type="dxa"/>
          </w:tcPr>
          <w:p w:rsidR="005032E6" w:rsidP="00E35DB0" w:rsidRDefault="005032E6" w14:paraId="2B20E70C" w14:textId="77777777">
            <w:r>
              <w:t>Optimize performance</w:t>
            </w:r>
          </w:p>
        </w:tc>
      </w:tr>
      <w:tr w:rsidR="005032E6" w:rsidTr="00D14149" w14:paraId="14083877" w14:textId="77777777">
        <w:tc>
          <w:tcPr>
            <w:tcW w:w="1054" w:type="dxa"/>
            <w:vMerge w:val="restart"/>
          </w:tcPr>
          <w:p w:rsidRPr="005032E6" w:rsidR="005032E6" w:rsidP="00E35DB0" w:rsidRDefault="005032E6" w14:paraId="75732A8A" w14:textId="77777777">
            <w:pPr>
              <w:rPr>
                <w:b/>
                <w:bCs/>
                <w:i/>
                <w:iCs/>
              </w:rPr>
            </w:pPr>
            <w:r w:rsidRPr="005032E6">
              <w:rPr>
                <w:b/>
                <w:bCs/>
                <w:i/>
                <w:iCs/>
              </w:rPr>
              <w:t>What (if any) is blocking your progress?</w:t>
            </w:r>
          </w:p>
        </w:tc>
        <w:tc>
          <w:tcPr>
            <w:tcW w:w="818" w:type="dxa"/>
          </w:tcPr>
          <w:p w:rsidR="005032E6" w:rsidP="00E35DB0" w:rsidRDefault="005032E6" w14:paraId="5E33E8B1" w14:textId="77777777">
            <w:r>
              <w:t>Suresh Menon</w:t>
            </w:r>
          </w:p>
        </w:tc>
        <w:tc>
          <w:tcPr>
            <w:tcW w:w="1100" w:type="dxa"/>
          </w:tcPr>
          <w:p w:rsidR="005032E6" w:rsidP="00E35DB0" w:rsidRDefault="005032E6" w14:paraId="0872B22F" w14:textId="77777777">
            <w:r>
              <w:t>None</w:t>
            </w:r>
          </w:p>
        </w:tc>
        <w:tc>
          <w:tcPr>
            <w:tcW w:w="1084" w:type="dxa"/>
          </w:tcPr>
          <w:p w:rsidR="005032E6" w:rsidP="00E35DB0" w:rsidRDefault="005032E6" w14:paraId="332A6D6C" w14:textId="77777777">
            <w:r>
              <w:t>API downtime</w:t>
            </w:r>
          </w:p>
        </w:tc>
        <w:tc>
          <w:tcPr>
            <w:tcW w:w="1169" w:type="dxa"/>
          </w:tcPr>
          <w:p w:rsidR="005032E6" w:rsidP="00E35DB0" w:rsidRDefault="005032E6" w14:paraId="7DB4927C" w14:textId="77777777">
            <w:r>
              <w:t>Waiting for review</w:t>
            </w:r>
          </w:p>
        </w:tc>
        <w:tc>
          <w:tcPr>
            <w:tcW w:w="1194" w:type="dxa"/>
          </w:tcPr>
          <w:p w:rsidR="005032E6" w:rsidP="00E35DB0" w:rsidRDefault="005032E6" w14:paraId="13649F7A" w14:textId="77777777">
            <w:r>
              <w:t>Dependency delay</w:t>
            </w:r>
          </w:p>
        </w:tc>
        <w:tc>
          <w:tcPr>
            <w:tcW w:w="1195" w:type="dxa"/>
          </w:tcPr>
          <w:p w:rsidR="005032E6" w:rsidP="00E35DB0" w:rsidRDefault="005032E6" w14:paraId="1646CBB0" w14:textId="77777777">
            <w:r>
              <w:t>Environment issue</w:t>
            </w:r>
          </w:p>
        </w:tc>
        <w:tc>
          <w:tcPr>
            <w:tcW w:w="1402" w:type="dxa"/>
          </w:tcPr>
          <w:p w:rsidR="005032E6" w:rsidP="00E35DB0" w:rsidRDefault="005032E6" w14:paraId="3500D38A" w14:textId="77777777">
            <w:r>
              <w:t>None</w:t>
            </w:r>
          </w:p>
        </w:tc>
      </w:tr>
      <w:tr w:rsidR="005032E6" w:rsidTr="00D14149" w14:paraId="4C50DB89" w14:textId="77777777">
        <w:tc>
          <w:tcPr>
            <w:tcW w:w="1054" w:type="dxa"/>
            <w:vMerge/>
          </w:tcPr>
          <w:p w:rsidRPr="005032E6" w:rsidR="005032E6" w:rsidP="00E35DB0" w:rsidRDefault="005032E6" w14:paraId="1A6ADAB7" w14:textId="189B70C3">
            <w:pPr>
              <w:rPr>
                <w:b/>
                <w:bCs/>
                <w:i/>
                <w:iCs/>
              </w:rPr>
            </w:pPr>
          </w:p>
        </w:tc>
        <w:tc>
          <w:tcPr>
            <w:tcW w:w="818" w:type="dxa"/>
          </w:tcPr>
          <w:p w:rsidR="005032E6" w:rsidP="00E35DB0" w:rsidRDefault="005032E6" w14:paraId="10555BC6" w14:textId="77777777">
            <w:r>
              <w:t>Vivek Reddy</w:t>
            </w:r>
          </w:p>
        </w:tc>
        <w:tc>
          <w:tcPr>
            <w:tcW w:w="1100" w:type="dxa"/>
          </w:tcPr>
          <w:p w:rsidR="005032E6" w:rsidP="00E35DB0" w:rsidRDefault="005032E6" w14:paraId="35AE84BC" w14:textId="77777777">
            <w:r>
              <w:t>None</w:t>
            </w:r>
          </w:p>
        </w:tc>
        <w:tc>
          <w:tcPr>
            <w:tcW w:w="1084" w:type="dxa"/>
          </w:tcPr>
          <w:p w:rsidR="005032E6" w:rsidP="00E35DB0" w:rsidRDefault="005032E6" w14:paraId="0326F6EB" w14:textId="77777777">
            <w:r>
              <w:t>API downtime</w:t>
            </w:r>
          </w:p>
        </w:tc>
        <w:tc>
          <w:tcPr>
            <w:tcW w:w="1169" w:type="dxa"/>
          </w:tcPr>
          <w:p w:rsidR="005032E6" w:rsidP="00E35DB0" w:rsidRDefault="005032E6" w14:paraId="08DB47F4" w14:textId="77777777">
            <w:r>
              <w:t>Waiting for review</w:t>
            </w:r>
          </w:p>
        </w:tc>
        <w:tc>
          <w:tcPr>
            <w:tcW w:w="1194" w:type="dxa"/>
          </w:tcPr>
          <w:p w:rsidR="005032E6" w:rsidP="00E35DB0" w:rsidRDefault="005032E6" w14:paraId="5F64000E" w14:textId="77777777">
            <w:r>
              <w:t>Dependency delay</w:t>
            </w:r>
          </w:p>
        </w:tc>
        <w:tc>
          <w:tcPr>
            <w:tcW w:w="1195" w:type="dxa"/>
          </w:tcPr>
          <w:p w:rsidR="005032E6" w:rsidP="00E35DB0" w:rsidRDefault="005032E6" w14:paraId="1A631490" w14:textId="77777777">
            <w:r>
              <w:t>Environment issue</w:t>
            </w:r>
          </w:p>
        </w:tc>
        <w:tc>
          <w:tcPr>
            <w:tcW w:w="1402" w:type="dxa"/>
          </w:tcPr>
          <w:p w:rsidR="005032E6" w:rsidP="00E35DB0" w:rsidRDefault="005032E6" w14:paraId="661889B0" w14:textId="77777777">
            <w:r>
              <w:t>None</w:t>
            </w:r>
          </w:p>
        </w:tc>
      </w:tr>
      <w:tr w:rsidR="005032E6" w:rsidTr="00D14149" w14:paraId="52984452" w14:textId="77777777">
        <w:tc>
          <w:tcPr>
            <w:tcW w:w="1054" w:type="dxa"/>
            <w:vMerge/>
          </w:tcPr>
          <w:p w:rsidRPr="005032E6" w:rsidR="005032E6" w:rsidP="00E35DB0" w:rsidRDefault="005032E6" w14:paraId="550300DE" w14:textId="1E419653">
            <w:pPr>
              <w:rPr>
                <w:b/>
                <w:bCs/>
                <w:i/>
                <w:iCs/>
              </w:rPr>
            </w:pPr>
          </w:p>
        </w:tc>
        <w:tc>
          <w:tcPr>
            <w:tcW w:w="818" w:type="dxa"/>
          </w:tcPr>
          <w:p w:rsidR="005032E6" w:rsidP="00E35DB0" w:rsidRDefault="005032E6" w14:paraId="6F452647" w14:textId="77777777">
            <w:r>
              <w:t>Anil Sharma</w:t>
            </w:r>
          </w:p>
        </w:tc>
        <w:tc>
          <w:tcPr>
            <w:tcW w:w="1100" w:type="dxa"/>
          </w:tcPr>
          <w:p w:rsidR="005032E6" w:rsidP="00E35DB0" w:rsidRDefault="005032E6" w14:paraId="4ADA65A2" w14:textId="77777777">
            <w:r>
              <w:t>None</w:t>
            </w:r>
          </w:p>
        </w:tc>
        <w:tc>
          <w:tcPr>
            <w:tcW w:w="1084" w:type="dxa"/>
          </w:tcPr>
          <w:p w:rsidR="005032E6" w:rsidP="00E35DB0" w:rsidRDefault="005032E6" w14:paraId="3779CACC" w14:textId="77777777">
            <w:r>
              <w:t>API downtime</w:t>
            </w:r>
          </w:p>
        </w:tc>
        <w:tc>
          <w:tcPr>
            <w:tcW w:w="1169" w:type="dxa"/>
          </w:tcPr>
          <w:p w:rsidR="005032E6" w:rsidP="00E35DB0" w:rsidRDefault="005032E6" w14:paraId="5665D0DF" w14:textId="77777777">
            <w:r>
              <w:t>Waiting for review</w:t>
            </w:r>
          </w:p>
        </w:tc>
        <w:tc>
          <w:tcPr>
            <w:tcW w:w="1194" w:type="dxa"/>
          </w:tcPr>
          <w:p w:rsidR="005032E6" w:rsidP="00E35DB0" w:rsidRDefault="005032E6" w14:paraId="1B0ACFE8" w14:textId="77777777">
            <w:r>
              <w:t>Dependency delay</w:t>
            </w:r>
          </w:p>
        </w:tc>
        <w:tc>
          <w:tcPr>
            <w:tcW w:w="1195" w:type="dxa"/>
          </w:tcPr>
          <w:p w:rsidR="005032E6" w:rsidP="00E35DB0" w:rsidRDefault="005032E6" w14:paraId="08D6C968" w14:textId="77777777">
            <w:r>
              <w:t>Environment issue</w:t>
            </w:r>
          </w:p>
        </w:tc>
        <w:tc>
          <w:tcPr>
            <w:tcW w:w="1402" w:type="dxa"/>
          </w:tcPr>
          <w:p w:rsidR="005032E6" w:rsidP="00E35DB0" w:rsidRDefault="005032E6" w14:paraId="32F95141" w14:textId="77777777">
            <w:r>
              <w:t>None</w:t>
            </w:r>
          </w:p>
        </w:tc>
      </w:tr>
    </w:tbl>
    <w:p w:rsidR="00D14149" w:rsidP="00D14149" w:rsidRDefault="00D14149" w14:paraId="3681DB00" w14:textId="77777777"/>
    <w:p w:rsidR="00D14149" w:rsidP="005032E6" w:rsidRDefault="00D14149" w14:paraId="2EBB6758" w14:textId="77777777">
      <w:pPr>
        <w:pStyle w:val="Heading2"/>
      </w:pPr>
      <w:r>
        <w:t>Sprint 2 – Daily Stand-up Meeting</w:t>
      </w:r>
    </w:p>
    <w:p w:rsidRPr="005032E6" w:rsidR="00D14149" w:rsidP="00D14149" w:rsidRDefault="00D14149" w14:paraId="6678545D" w14:textId="77777777">
      <w:pPr>
        <w:rPr>
          <w:b/>
          <w:bCs/>
          <w:i/>
          <w:iCs/>
        </w:rPr>
      </w:pPr>
      <w:r w:rsidRPr="005032E6">
        <w:rPr>
          <w:b/>
          <w:bCs/>
          <w:i/>
          <w:iCs/>
        </w:rPr>
        <w:t>Week: 15-09-2025 to 28-09-2025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5032E6" w:rsidR="005032E6" w:rsidTr="005032E6" w14:paraId="4B0D18BC" w14:textId="77777777">
        <w:tc>
          <w:tcPr>
            <w:tcW w:w="1054" w:type="dxa"/>
          </w:tcPr>
          <w:p w:rsidRPr="005032E6" w:rsidR="005032E6" w:rsidP="00E35DB0" w:rsidRDefault="005032E6" w14:paraId="314952DF" w14:textId="77777777">
            <w:pPr>
              <w:rPr>
                <w:b/>
                <w:bCs/>
                <w:i/>
                <w:iCs/>
              </w:rPr>
            </w:pPr>
            <w:r w:rsidRPr="005032E6">
              <w:rPr>
                <w:b/>
                <w:bCs/>
                <w:i/>
                <w:iCs/>
              </w:rPr>
              <w:t>Question</w:t>
            </w:r>
          </w:p>
        </w:tc>
        <w:tc>
          <w:tcPr>
            <w:tcW w:w="818" w:type="dxa"/>
          </w:tcPr>
          <w:p w:rsidRPr="005032E6" w:rsidR="005032E6" w:rsidP="00E35DB0" w:rsidRDefault="005032E6" w14:paraId="64FCFBBE" w14:textId="77777777">
            <w:pPr>
              <w:rPr>
                <w:b/>
                <w:bCs/>
                <w:i/>
                <w:iCs/>
              </w:rPr>
            </w:pPr>
            <w:r w:rsidRPr="005032E6">
              <w:rPr>
                <w:b/>
                <w:bCs/>
                <w:i/>
                <w:iCs/>
              </w:rPr>
              <w:t>Name / Role</w:t>
            </w:r>
          </w:p>
        </w:tc>
        <w:tc>
          <w:tcPr>
            <w:tcW w:w="931" w:type="dxa"/>
          </w:tcPr>
          <w:p w:rsidRPr="005032E6" w:rsidR="005032E6" w:rsidP="00E35DB0" w:rsidRDefault="005032E6" w14:paraId="585293D8" w14:textId="77777777">
            <w:pPr>
              <w:rPr>
                <w:b/>
                <w:bCs/>
                <w:i/>
                <w:iCs/>
              </w:rPr>
            </w:pPr>
            <w:r w:rsidRPr="005032E6">
              <w:rPr>
                <w:b/>
                <w:bCs/>
                <w:i/>
                <w:iCs/>
              </w:rPr>
              <w:t>Monday</w:t>
            </w:r>
          </w:p>
        </w:tc>
        <w:tc>
          <w:tcPr>
            <w:tcW w:w="1253" w:type="dxa"/>
          </w:tcPr>
          <w:p w:rsidRPr="005032E6" w:rsidR="005032E6" w:rsidP="00E35DB0" w:rsidRDefault="005032E6" w14:paraId="72FEADEA" w14:textId="77777777">
            <w:pPr>
              <w:rPr>
                <w:b/>
                <w:bCs/>
                <w:i/>
                <w:iCs/>
              </w:rPr>
            </w:pPr>
            <w:r w:rsidRPr="005032E6">
              <w:rPr>
                <w:b/>
                <w:bCs/>
                <w:i/>
                <w:iCs/>
              </w:rPr>
              <w:t>Tuesday</w:t>
            </w:r>
          </w:p>
        </w:tc>
        <w:tc>
          <w:tcPr>
            <w:tcW w:w="1169" w:type="dxa"/>
          </w:tcPr>
          <w:p w:rsidRPr="005032E6" w:rsidR="005032E6" w:rsidP="00E35DB0" w:rsidRDefault="005032E6" w14:paraId="2F62F227" w14:textId="77777777">
            <w:pPr>
              <w:rPr>
                <w:b/>
                <w:bCs/>
                <w:i/>
                <w:iCs/>
              </w:rPr>
            </w:pPr>
            <w:r w:rsidRPr="005032E6">
              <w:rPr>
                <w:b/>
                <w:bCs/>
                <w:i/>
                <w:iCs/>
              </w:rPr>
              <w:t>Wednesday</w:t>
            </w:r>
          </w:p>
        </w:tc>
        <w:tc>
          <w:tcPr>
            <w:tcW w:w="1194" w:type="dxa"/>
          </w:tcPr>
          <w:p w:rsidRPr="005032E6" w:rsidR="005032E6" w:rsidP="00E35DB0" w:rsidRDefault="005032E6" w14:paraId="01F09DA9" w14:textId="77777777">
            <w:pPr>
              <w:rPr>
                <w:b/>
                <w:bCs/>
                <w:i/>
                <w:iCs/>
              </w:rPr>
            </w:pPr>
            <w:r w:rsidRPr="005032E6">
              <w:rPr>
                <w:b/>
                <w:bCs/>
                <w:i/>
                <w:iCs/>
              </w:rPr>
              <w:t>Thursday</w:t>
            </w:r>
          </w:p>
        </w:tc>
        <w:tc>
          <w:tcPr>
            <w:tcW w:w="1195" w:type="dxa"/>
          </w:tcPr>
          <w:p w:rsidRPr="005032E6" w:rsidR="005032E6" w:rsidP="00E35DB0" w:rsidRDefault="005032E6" w14:paraId="06DD078F" w14:textId="77777777">
            <w:pPr>
              <w:rPr>
                <w:b/>
                <w:bCs/>
                <w:i/>
                <w:iCs/>
              </w:rPr>
            </w:pPr>
            <w:r w:rsidRPr="005032E6">
              <w:rPr>
                <w:b/>
                <w:bCs/>
                <w:i/>
                <w:iCs/>
              </w:rPr>
              <w:t>Friday</w:t>
            </w:r>
          </w:p>
        </w:tc>
        <w:tc>
          <w:tcPr>
            <w:tcW w:w="1402" w:type="dxa"/>
          </w:tcPr>
          <w:p w:rsidRPr="005032E6" w:rsidR="005032E6" w:rsidP="00E35DB0" w:rsidRDefault="005032E6" w14:paraId="68779E0A" w14:textId="77777777">
            <w:pPr>
              <w:rPr>
                <w:b/>
                <w:bCs/>
                <w:i/>
                <w:iCs/>
              </w:rPr>
            </w:pPr>
            <w:r w:rsidRPr="005032E6">
              <w:rPr>
                <w:b/>
                <w:bCs/>
                <w:i/>
                <w:iCs/>
              </w:rPr>
              <w:t>Saturday</w:t>
            </w:r>
          </w:p>
        </w:tc>
      </w:tr>
      <w:tr w:rsidR="005032E6" w:rsidTr="005032E6" w14:paraId="4AF8C76D" w14:textId="77777777">
        <w:tc>
          <w:tcPr>
            <w:tcW w:w="1054" w:type="dxa"/>
            <w:vMerge w:val="restart"/>
          </w:tcPr>
          <w:p w:rsidRPr="005032E6" w:rsidR="005032E6" w:rsidP="00E35DB0" w:rsidRDefault="005032E6" w14:paraId="507AB60B" w14:textId="77777777">
            <w:pPr>
              <w:rPr>
                <w:b/>
                <w:bCs/>
                <w:i/>
                <w:iCs/>
              </w:rPr>
            </w:pPr>
            <w:r w:rsidRPr="005032E6">
              <w:rPr>
                <w:b/>
                <w:bCs/>
                <w:i/>
                <w:iCs/>
              </w:rPr>
              <w:t>What did you do yesterday?</w:t>
            </w:r>
          </w:p>
        </w:tc>
        <w:tc>
          <w:tcPr>
            <w:tcW w:w="818" w:type="dxa"/>
          </w:tcPr>
          <w:p w:rsidR="005032E6" w:rsidP="00E35DB0" w:rsidRDefault="005032E6" w14:paraId="0EA6A45B" w14:textId="77777777">
            <w:r>
              <w:t>Suresh Menon</w:t>
            </w:r>
          </w:p>
        </w:tc>
        <w:tc>
          <w:tcPr>
            <w:tcW w:w="931" w:type="dxa"/>
          </w:tcPr>
          <w:p w:rsidR="005032E6" w:rsidP="00E35DB0" w:rsidRDefault="005032E6" w14:paraId="29FC012A" w14:textId="77777777">
            <w:r>
              <w:t>Set up module</w:t>
            </w:r>
          </w:p>
        </w:tc>
        <w:tc>
          <w:tcPr>
            <w:tcW w:w="1253" w:type="dxa"/>
          </w:tcPr>
          <w:p w:rsidR="005032E6" w:rsidP="00E35DB0" w:rsidRDefault="005032E6" w14:paraId="43C57463" w14:textId="77777777">
            <w:r>
              <w:t>Implemented feature</w:t>
            </w:r>
          </w:p>
        </w:tc>
        <w:tc>
          <w:tcPr>
            <w:tcW w:w="1169" w:type="dxa"/>
          </w:tcPr>
          <w:p w:rsidR="005032E6" w:rsidP="00E35DB0" w:rsidRDefault="005032E6" w14:paraId="090EC26D" w14:textId="77777777">
            <w:r>
              <w:t>Tested component</w:t>
            </w:r>
          </w:p>
        </w:tc>
        <w:tc>
          <w:tcPr>
            <w:tcW w:w="1194" w:type="dxa"/>
          </w:tcPr>
          <w:p w:rsidR="005032E6" w:rsidP="00E35DB0" w:rsidRDefault="005032E6" w14:paraId="16457584" w14:textId="77777777">
            <w:r>
              <w:t>Fixed bug</w:t>
            </w:r>
          </w:p>
        </w:tc>
        <w:tc>
          <w:tcPr>
            <w:tcW w:w="1195" w:type="dxa"/>
          </w:tcPr>
          <w:p w:rsidR="005032E6" w:rsidP="00E35DB0" w:rsidRDefault="005032E6" w14:paraId="01B9F8FC" w14:textId="77777777">
            <w:r>
              <w:t>Reviewed code</w:t>
            </w:r>
          </w:p>
        </w:tc>
        <w:tc>
          <w:tcPr>
            <w:tcW w:w="1402" w:type="dxa"/>
          </w:tcPr>
          <w:p w:rsidR="005032E6" w:rsidP="00E35DB0" w:rsidRDefault="005032E6" w14:paraId="56919F95" w14:textId="77777777">
            <w:r>
              <w:t>Updated documentation</w:t>
            </w:r>
          </w:p>
        </w:tc>
      </w:tr>
      <w:tr w:rsidR="005032E6" w:rsidTr="005032E6" w14:paraId="0D272CDD" w14:textId="77777777">
        <w:tc>
          <w:tcPr>
            <w:tcW w:w="1054" w:type="dxa"/>
            <w:vMerge/>
          </w:tcPr>
          <w:p w:rsidRPr="005032E6" w:rsidR="005032E6" w:rsidP="00E35DB0" w:rsidRDefault="005032E6" w14:paraId="45076BD3" w14:textId="1C78B838">
            <w:pPr>
              <w:rPr>
                <w:b/>
                <w:bCs/>
                <w:i/>
                <w:iCs/>
              </w:rPr>
            </w:pPr>
          </w:p>
        </w:tc>
        <w:tc>
          <w:tcPr>
            <w:tcW w:w="818" w:type="dxa"/>
          </w:tcPr>
          <w:p w:rsidR="005032E6" w:rsidP="00E35DB0" w:rsidRDefault="005032E6" w14:paraId="48C06594" w14:textId="77777777">
            <w:r>
              <w:t>Vivek Reddy</w:t>
            </w:r>
          </w:p>
        </w:tc>
        <w:tc>
          <w:tcPr>
            <w:tcW w:w="931" w:type="dxa"/>
          </w:tcPr>
          <w:p w:rsidR="005032E6" w:rsidP="00E35DB0" w:rsidRDefault="005032E6" w14:paraId="1805B623" w14:textId="77777777">
            <w:r>
              <w:t>Set up module</w:t>
            </w:r>
          </w:p>
        </w:tc>
        <w:tc>
          <w:tcPr>
            <w:tcW w:w="1253" w:type="dxa"/>
          </w:tcPr>
          <w:p w:rsidR="005032E6" w:rsidP="00E35DB0" w:rsidRDefault="005032E6" w14:paraId="2E290840" w14:textId="77777777">
            <w:r>
              <w:t>Implemented feature</w:t>
            </w:r>
          </w:p>
        </w:tc>
        <w:tc>
          <w:tcPr>
            <w:tcW w:w="1169" w:type="dxa"/>
          </w:tcPr>
          <w:p w:rsidR="005032E6" w:rsidP="00E35DB0" w:rsidRDefault="005032E6" w14:paraId="772E472E" w14:textId="77777777">
            <w:r>
              <w:t>Tested component</w:t>
            </w:r>
          </w:p>
        </w:tc>
        <w:tc>
          <w:tcPr>
            <w:tcW w:w="1194" w:type="dxa"/>
          </w:tcPr>
          <w:p w:rsidR="005032E6" w:rsidP="00E35DB0" w:rsidRDefault="005032E6" w14:paraId="456D97F0" w14:textId="77777777">
            <w:r>
              <w:t>Fixed bug</w:t>
            </w:r>
          </w:p>
        </w:tc>
        <w:tc>
          <w:tcPr>
            <w:tcW w:w="1195" w:type="dxa"/>
          </w:tcPr>
          <w:p w:rsidR="005032E6" w:rsidP="00E35DB0" w:rsidRDefault="005032E6" w14:paraId="186A9F24" w14:textId="77777777">
            <w:r>
              <w:t>Reviewed code</w:t>
            </w:r>
          </w:p>
        </w:tc>
        <w:tc>
          <w:tcPr>
            <w:tcW w:w="1402" w:type="dxa"/>
          </w:tcPr>
          <w:p w:rsidR="005032E6" w:rsidP="00E35DB0" w:rsidRDefault="005032E6" w14:paraId="4D67F075" w14:textId="77777777">
            <w:r>
              <w:t>Updated documentation</w:t>
            </w:r>
          </w:p>
        </w:tc>
      </w:tr>
      <w:tr w:rsidR="005032E6" w:rsidTr="005032E6" w14:paraId="6497D2D1" w14:textId="77777777">
        <w:tc>
          <w:tcPr>
            <w:tcW w:w="1054" w:type="dxa"/>
            <w:vMerge/>
          </w:tcPr>
          <w:p w:rsidRPr="005032E6" w:rsidR="005032E6" w:rsidP="00E35DB0" w:rsidRDefault="005032E6" w14:paraId="32F0DDF2" w14:textId="5E400061">
            <w:pPr>
              <w:rPr>
                <w:b/>
                <w:bCs/>
                <w:i/>
                <w:iCs/>
              </w:rPr>
            </w:pPr>
          </w:p>
        </w:tc>
        <w:tc>
          <w:tcPr>
            <w:tcW w:w="818" w:type="dxa"/>
          </w:tcPr>
          <w:p w:rsidR="005032E6" w:rsidP="00E35DB0" w:rsidRDefault="005032E6" w14:paraId="5D7F6793" w14:textId="77777777">
            <w:r>
              <w:t>Anil Sharma</w:t>
            </w:r>
          </w:p>
        </w:tc>
        <w:tc>
          <w:tcPr>
            <w:tcW w:w="931" w:type="dxa"/>
          </w:tcPr>
          <w:p w:rsidR="005032E6" w:rsidP="00E35DB0" w:rsidRDefault="005032E6" w14:paraId="7BB56A5C" w14:textId="77777777">
            <w:r>
              <w:t>Set up module</w:t>
            </w:r>
          </w:p>
        </w:tc>
        <w:tc>
          <w:tcPr>
            <w:tcW w:w="1253" w:type="dxa"/>
          </w:tcPr>
          <w:p w:rsidR="005032E6" w:rsidP="00E35DB0" w:rsidRDefault="005032E6" w14:paraId="79BE4434" w14:textId="77777777">
            <w:r>
              <w:t>Implemented feature</w:t>
            </w:r>
          </w:p>
        </w:tc>
        <w:tc>
          <w:tcPr>
            <w:tcW w:w="1169" w:type="dxa"/>
          </w:tcPr>
          <w:p w:rsidR="005032E6" w:rsidP="00E35DB0" w:rsidRDefault="005032E6" w14:paraId="134B779A" w14:textId="77777777">
            <w:r>
              <w:t>Tested component</w:t>
            </w:r>
          </w:p>
        </w:tc>
        <w:tc>
          <w:tcPr>
            <w:tcW w:w="1194" w:type="dxa"/>
          </w:tcPr>
          <w:p w:rsidR="005032E6" w:rsidP="00E35DB0" w:rsidRDefault="005032E6" w14:paraId="51381A66" w14:textId="77777777">
            <w:r>
              <w:t>Fixed bug</w:t>
            </w:r>
          </w:p>
        </w:tc>
        <w:tc>
          <w:tcPr>
            <w:tcW w:w="1195" w:type="dxa"/>
          </w:tcPr>
          <w:p w:rsidR="005032E6" w:rsidP="00E35DB0" w:rsidRDefault="005032E6" w14:paraId="70599185" w14:textId="77777777">
            <w:r>
              <w:t>Reviewed code</w:t>
            </w:r>
          </w:p>
        </w:tc>
        <w:tc>
          <w:tcPr>
            <w:tcW w:w="1402" w:type="dxa"/>
          </w:tcPr>
          <w:p w:rsidR="005032E6" w:rsidP="00E35DB0" w:rsidRDefault="005032E6" w14:paraId="37308CAF" w14:textId="77777777">
            <w:r>
              <w:t>Updated documentation</w:t>
            </w:r>
          </w:p>
        </w:tc>
      </w:tr>
      <w:tr w:rsidR="005032E6" w:rsidTr="005032E6" w14:paraId="2AD06C7D" w14:textId="77777777">
        <w:tc>
          <w:tcPr>
            <w:tcW w:w="1054" w:type="dxa"/>
            <w:vMerge w:val="restart"/>
          </w:tcPr>
          <w:p w:rsidRPr="005032E6" w:rsidR="005032E6" w:rsidP="00E35DB0" w:rsidRDefault="005032E6" w14:paraId="2F7F8EF1" w14:textId="77777777">
            <w:pPr>
              <w:rPr>
                <w:b/>
                <w:bCs/>
                <w:i/>
                <w:iCs/>
              </w:rPr>
            </w:pPr>
            <w:r w:rsidRPr="005032E6">
              <w:rPr>
                <w:b/>
                <w:bCs/>
                <w:i/>
                <w:iCs/>
              </w:rPr>
              <w:t>What will you do today?</w:t>
            </w:r>
          </w:p>
        </w:tc>
        <w:tc>
          <w:tcPr>
            <w:tcW w:w="818" w:type="dxa"/>
          </w:tcPr>
          <w:p w:rsidR="005032E6" w:rsidP="00E35DB0" w:rsidRDefault="005032E6" w14:paraId="4B9B866C" w14:textId="77777777">
            <w:r>
              <w:t>Suresh Menon</w:t>
            </w:r>
          </w:p>
        </w:tc>
        <w:tc>
          <w:tcPr>
            <w:tcW w:w="931" w:type="dxa"/>
          </w:tcPr>
          <w:p w:rsidR="005032E6" w:rsidP="00E35DB0" w:rsidRDefault="005032E6" w14:paraId="2880B307" w14:textId="77777777">
            <w:r>
              <w:t>Continue feature dev</w:t>
            </w:r>
          </w:p>
        </w:tc>
        <w:tc>
          <w:tcPr>
            <w:tcW w:w="1253" w:type="dxa"/>
          </w:tcPr>
          <w:p w:rsidR="005032E6" w:rsidP="00E35DB0" w:rsidRDefault="005032E6" w14:paraId="6C60EC8E" w14:textId="77777777">
            <w:r>
              <w:t>Integrate module</w:t>
            </w:r>
          </w:p>
        </w:tc>
        <w:tc>
          <w:tcPr>
            <w:tcW w:w="1169" w:type="dxa"/>
          </w:tcPr>
          <w:p w:rsidR="005032E6" w:rsidP="00E35DB0" w:rsidRDefault="005032E6" w14:paraId="5D5FFBB2" w14:textId="77777777">
            <w:r>
              <w:t>Conduct testing</w:t>
            </w:r>
          </w:p>
        </w:tc>
        <w:tc>
          <w:tcPr>
            <w:tcW w:w="1194" w:type="dxa"/>
          </w:tcPr>
          <w:p w:rsidR="005032E6" w:rsidP="00E35DB0" w:rsidRDefault="005032E6" w14:paraId="4647BC19" w14:textId="77777777">
            <w:r>
              <w:t>Bug fixing</w:t>
            </w:r>
          </w:p>
        </w:tc>
        <w:tc>
          <w:tcPr>
            <w:tcW w:w="1195" w:type="dxa"/>
          </w:tcPr>
          <w:p w:rsidR="005032E6" w:rsidP="00E35DB0" w:rsidRDefault="005032E6" w14:paraId="4907DC27" w14:textId="77777777">
            <w:r>
              <w:t>Prepare demo</w:t>
            </w:r>
          </w:p>
        </w:tc>
        <w:tc>
          <w:tcPr>
            <w:tcW w:w="1402" w:type="dxa"/>
          </w:tcPr>
          <w:p w:rsidR="005032E6" w:rsidP="00E35DB0" w:rsidRDefault="005032E6" w14:paraId="4D95B289" w14:textId="77777777">
            <w:r>
              <w:t>Optimize performance</w:t>
            </w:r>
          </w:p>
        </w:tc>
      </w:tr>
      <w:tr w:rsidR="005032E6" w:rsidTr="005032E6" w14:paraId="445A8BB0" w14:textId="77777777">
        <w:tc>
          <w:tcPr>
            <w:tcW w:w="1054" w:type="dxa"/>
            <w:vMerge/>
          </w:tcPr>
          <w:p w:rsidRPr="005032E6" w:rsidR="005032E6" w:rsidP="00E35DB0" w:rsidRDefault="005032E6" w14:paraId="18DEB934" w14:textId="0C00A349">
            <w:pPr>
              <w:rPr>
                <w:b/>
                <w:bCs/>
                <w:i/>
                <w:iCs/>
              </w:rPr>
            </w:pPr>
          </w:p>
        </w:tc>
        <w:tc>
          <w:tcPr>
            <w:tcW w:w="818" w:type="dxa"/>
          </w:tcPr>
          <w:p w:rsidR="005032E6" w:rsidP="00E35DB0" w:rsidRDefault="005032E6" w14:paraId="3373B671" w14:textId="77777777">
            <w:r>
              <w:t>Vivek Reddy</w:t>
            </w:r>
          </w:p>
        </w:tc>
        <w:tc>
          <w:tcPr>
            <w:tcW w:w="931" w:type="dxa"/>
          </w:tcPr>
          <w:p w:rsidR="005032E6" w:rsidP="00E35DB0" w:rsidRDefault="005032E6" w14:paraId="792AC984" w14:textId="77777777">
            <w:r>
              <w:t>Continue feature dev</w:t>
            </w:r>
          </w:p>
        </w:tc>
        <w:tc>
          <w:tcPr>
            <w:tcW w:w="1253" w:type="dxa"/>
          </w:tcPr>
          <w:p w:rsidR="005032E6" w:rsidP="00E35DB0" w:rsidRDefault="005032E6" w14:paraId="7981BD31" w14:textId="77777777">
            <w:r>
              <w:t>Integrate module</w:t>
            </w:r>
          </w:p>
        </w:tc>
        <w:tc>
          <w:tcPr>
            <w:tcW w:w="1169" w:type="dxa"/>
          </w:tcPr>
          <w:p w:rsidR="005032E6" w:rsidP="00E35DB0" w:rsidRDefault="005032E6" w14:paraId="014404E7" w14:textId="77777777">
            <w:r>
              <w:t>Conduct testing</w:t>
            </w:r>
          </w:p>
        </w:tc>
        <w:tc>
          <w:tcPr>
            <w:tcW w:w="1194" w:type="dxa"/>
          </w:tcPr>
          <w:p w:rsidR="005032E6" w:rsidP="00E35DB0" w:rsidRDefault="005032E6" w14:paraId="297CCE63" w14:textId="77777777">
            <w:r>
              <w:t>Bug fixing</w:t>
            </w:r>
          </w:p>
        </w:tc>
        <w:tc>
          <w:tcPr>
            <w:tcW w:w="1195" w:type="dxa"/>
          </w:tcPr>
          <w:p w:rsidR="005032E6" w:rsidP="00E35DB0" w:rsidRDefault="005032E6" w14:paraId="340675D9" w14:textId="77777777">
            <w:r>
              <w:t>Prepare demo</w:t>
            </w:r>
          </w:p>
        </w:tc>
        <w:tc>
          <w:tcPr>
            <w:tcW w:w="1402" w:type="dxa"/>
          </w:tcPr>
          <w:p w:rsidR="005032E6" w:rsidP="00E35DB0" w:rsidRDefault="005032E6" w14:paraId="76E3C88D" w14:textId="77777777">
            <w:r>
              <w:t>Optimize performance</w:t>
            </w:r>
          </w:p>
        </w:tc>
      </w:tr>
      <w:tr w:rsidR="005032E6" w:rsidTr="005032E6" w14:paraId="543101AD" w14:textId="77777777">
        <w:tc>
          <w:tcPr>
            <w:tcW w:w="1054" w:type="dxa"/>
            <w:vMerge/>
          </w:tcPr>
          <w:p w:rsidRPr="005032E6" w:rsidR="005032E6" w:rsidP="00E35DB0" w:rsidRDefault="005032E6" w14:paraId="60ADC357" w14:textId="0F84D468">
            <w:pPr>
              <w:rPr>
                <w:b/>
                <w:bCs/>
                <w:i/>
                <w:iCs/>
              </w:rPr>
            </w:pPr>
          </w:p>
        </w:tc>
        <w:tc>
          <w:tcPr>
            <w:tcW w:w="818" w:type="dxa"/>
          </w:tcPr>
          <w:p w:rsidR="005032E6" w:rsidP="00E35DB0" w:rsidRDefault="005032E6" w14:paraId="052BC9BC" w14:textId="77777777">
            <w:r>
              <w:t>Anil Sharma</w:t>
            </w:r>
          </w:p>
        </w:tc>
        <w:tc>
          <w:tcPr>
            <w:tcW w:w="931" w:type="dxa"/>
          </w:tcPr>
          <w:p w:rsidR="005032E6" w:rsidP="00E35DB0" w:rsidRDefault="005032E6" w14:paraId="7BE6DEB3" w14:textId="77777777">
            <w:r>
              <w:t>Continue feature dev</w:t>
            </w:r>
          </w:p>
        </w:tc>
        <w:tc>
          <w:tcPr>
            <w:tcW w:w="1253" w:type="dxa"/>
          </w:tcPr>
          <w:p w:rsidR="005032E6" w:rsidP="00E35DB0" w:rsidRDefault="005032E6" w14:paraId="62FA7C13" w14:textId="77777777">
            <w:r>
              <w:t>Integrate module</w:t>
            </w:r>
          </w:p>
        </w:tc>
        <w:tc>
          <w:tcPr>
            <w:tcW w:w="1169" w:type="dxa"/>
          </w:tcPr>
          <w:p w:rsidR="005032E6" w:rsidP="00E35DB0" w:rsidRDefault="005032E6" w14:paraId="3E76D944" w14:textId="77777777">
            <w:r>
              <w:t>Conduct testing</w:t>
            </w:r>
          </w:p>
        </w:tc>
        <w:tc>
          <w:tcPr>
            <w:tcW w:w="1194" w:type="dxa"/>
          </w:tcPr>
          <w:p w:rsidR="005032E6" w:rsidP="00E35DB0" w:rsidRDefault="005032E6" w14:paraId="7079E2E9" w14:textId="77777777">
            <w:r>
              <w:t>Bug fixing</w:t>
            </w:r>
          </w:p>
        </w:tc>
        <w:tc>
          <w:tcPr>
            <w:tcW w:w="1195" w:type="dxa"/>
          </w:tcPr>
          <w:p w:rsidR="005032E6" w:rsidP="00E35DB0" w:rsidRDefault="005032E6" w14:paraId="0F03035A" w14:textId="77777777">
            <w:r>
              <w:t>Prepare demo</w:t>
            </w:r>
          </w:p>
        </w:tc>
        <w:tc>
          <w:tcPr>
            <w:tcW w:w="1402" w:type="dxa"/>
          </w:tcPr>
          <w:p w:rsidR="005032E6" w:rsidP="00E35DB0" w:rsidRDefault="005032E6" w14:paraId="01A44D2B" w14:textId="77777777">
            <w:r>
              <w:t>Optimize performance</w:t>
            </w:r>
          </w:p>
        </w:tc>
      </w:tr>
      <w:tr w:rsidR="005032E6" w:rsidTr="005032E6" w14:paraId="3BA0009A" w14:textId="77777777">
        <w:tc>
          <w:tcPr>
            <w:tcW w:w="1054" w:type="dxa"/>
            <w:vMerge w:val="restart"/>
          </w:tcPr>
          <w:p w:rsidRPr="005032E6" w:rsidR="005032E6" w:rsidP="00E35DB0" w:rsidRDefault="005032E6" w14:paraId="771A1B2E" w14:textId="77777777">
            <w:pPr>
              <w:rPr>
                <w:b/>
                <w:bCs/>
                <w:i/>
                <w:iCs/>
              </w:rPr>
            </w:pPr>
            <w:r w:rsidRPr="005032E6">
              <w:rPr>
                <w:b/>
                <w:bCs/>
                <w:i/>
                <w:iCs/>
              </w:rPr>
              <w:t>What (if any) is blocking your progress?</w:t>
            </w:r>
          </w:p>
        </w:tc>
        <w:tc>
          <w:tcPr>
            <w:tcW w:w="818" w:type="dxa"/>
          </w:tcPr>
          <w:p w:rsidR="005032E6" w:rsidP="00E35DB0" w:rsidRDefault="005032E6" w14:paraId="3F91A740" w14:textId="77777777">
            <w:r>
              <w:t>Suresh Menon</w:t>
            </w:r>
          </w:p>
        </w:tc>
        <w:tc>
          <w:tcPr>
            <w:tcW w:w="931" w:type="dxa"/>
          </w:tcPr>
          <w:p w:rsidR="005032E6" w:rsidP="00E35DB0" w:rsidRDefault="005032E6" w14:paraId="51CA1FAF" w14:textId="77777777">
            <w:r>
              <w:t>None</w:t>
            </w:r>
          </w:p>
        </w:tc>
        <w:tc>
          <w:tcPr>
            <w:tcW w:w="1253" w:type="dxa"/>
          </w:tcPr>
          <w:p w:rsidR="005032E6" w:rsidP="00E35DB0" w:rsidRDefault="005032E6" w14:paraId="522E69D2" w14:textId="77777777">
            <w:r>
              <w:t>API downtime</w:t>
            </w:r>
          </w:p>
        </w:tc>
        <w:tc>
          <w:tcPr>
            <w:tcW w:w="1169" w:type="dxa"/>
          </w:tcPr>
          <w:p w:rsidR="005032E6" w:rsidP="00E35DB0" w:rsidRDefault="005032E6" w14:paraId="599E70AF" w14:textId="77777777">
            <w:r>
              <w:t>Waiting for review</w:t>
            </w:r>
          </w:p>
        </w:tc>
        <w:tc>
          <w:tcPr>
            <w:tcW w:w="1194" w:type="dxa"/>
          </w:tcPr>
          <w:p w:rsidR="005032E6" w:rsidP="00E35DB0" w:rsidRDefault="005032E6" w14:paraId="2E55C9C9" w14:textId="77777777">
            <w:r>
              <w:t>Dependency delay</w:t>
            </w:r>
          </w:p>
        </w:tc>
        <w:tc>
          <w:tcPr>
            <w:tcW w:w="1195" w:type="dxa"/>
          </w:tcPr>
          <w:p w:rsidR="005032E6" w:rsidP="00E35DB0" w:rsidRDefault="005032E6" w14:paraId="2C2AE030" w14:textId="77777777">
            <w:r>
              <w:t>Environment issue</w:t>
            </w:r>
          </w:p>
        </w:tc>
        <w:tc>
          <w:tcPr>
            <w:tcW w:w="1402" w:type="dxa"/>
          </w:tcPr>
          <w:p w:rsidR="005032E6" w:rsidP="00E35DB0" w:rsidRDefault="005032E6" w14:paraId="03E765D0" w14:textId="77777777">
            <w:r>
              <w:t>None</w:t>
            </w:r>
          </w:p>
        </w:tc>
      </w:tr>
      <w:tr w:rsidR="005032E6" w:rsidTr="005032E6" w14:paraId="48FD6404" w14:textId="77777777">
        <w:tc>
          <w:tcPr>
            <w:tcW w:w="1054" w:type="dxa"/>
            <w:vMerge/>
          </w:tcPr>
          <w:p w:rsidR="005032E6" w:rsidP="00E35DB0" w:rsidRDefault="005032E6" w14:paraId="0443ED30" w14:textId="174CF54A"/>
        </w:tc>
        <w:tc>
          <w:tcPr>
            <w:tcW w:w="818" w:type="dxa"/>
          </w:tcPr>
          <w:p w:rsidR="005032E6" w:rsidP="00E35DB0" w:rsidRDefault="005032E6" w14:paraId="3CEF0ABA" w14:textId="77777777">
            <w:r>
              <w:t>Vivek Reddy</w:t>
            </w:r>
          </w:p>
        </w:tc>
        <w:tc>
          <w:tcPr>
            <w:tcW w:w="931" w:type="dxa"/>
          </w:tcPr>
          <w:p w:rsidR="005032E6" w:rsidP="00E35DB0" w:rsidRDefault="005032E6" w14:paraId="397B5591" w14:textId="77777777">
            <w:r>
              <w:t>None</w:t>
            </w:r>
          </w:p>
        </w:tc>
        <w:tc>
          <w:tcPr>
            <w:tcW w:w="1253" w:type="dxa"/>
          </w:tcPr>
          <w:p w:rsidR="005032E6" w:rsidP="00E35DB0" w:rsidRDefault="005032E6" w14:paraId="4B8E66E7" w14:textId="77777777">
            <w:r>
              <w:t>API downtime</w:t>
            </w:r>
          </w:p>
        </w:tc>
        <w:tc>
          <w:tcPr>
            <w:tcW w:w="1169" w:type="dxa"/>
          </w:tcPr>
          <w:p w:rsidR="005032E6" w:rsidP="00E35DB0" w:rsidRDefault="005032E6" w14:paraId="310E93D8" w14:textId="77777777">
            <w:r>
              <w:t>Waiting for review</w:t>
            </w:r>
          </w:p>
        </w:tc>
        <w:tc>
          <w:tcPr>
            <w:tcW w:w="1194" w:type="dxa"/>
          </w:tcPr>
          <w:p w:rsidR="005032E6" w:rsidP="00E35DB0" w:rsidRDefault="005032E6" w14:paraId="174A9CD7" w14:textId="77777777">
            <w:r>
              <w:t>Dependency delay</w:t>
            </w:r>
          </w:p>
        </w:tc>
        <w:tc>
          <w:tcPr>
            <w:tcW w:w="1195" w:type="dxa"/>
          </w:tcPr>
          <w:p w:rsidR="005032E6" w:rsidP="00E35DB0" w:rsidRDefault="005032E6" w14:paraId="246F8FA4" w14:textId="77777777">
            <w:r>
              <w:t>Environment issue</w:t>
            </w:r>
          </w:p>
        </w:tc>
        <w:tc>
          <w:tcPr>
            <w:tcW w:w="1402" w:type="dxa"/>
          </w:tcPr>
          <w:p w:rsidR="005032E6" w:rsidP="00E35DB0" w:rsidRDefault="005032E6" w14:paraId="66E64E82" w14:textId="77777777">
            <w:r>
              <w:t>None</w:t>
            </w:r>
          </w:p>
        </w:tc>
      </w:tr>
      <w:tr w:rsidR="005032E6" w:rsidTr="005032E6" w14:paraId="26A4BFDC" w14:textId="77777777">
        <w:tc>
          <w:tcPr>
            <w:tcW w:w="1054" w:type="dxa"/>
            <w:vMerge/>
          </w:tcPr>
          <w:p w:rsidR="005032E6" w:rsidP="00E35DB0" w:rsidRDefault="005032E6" w14:paraId="3BF2D53B" w14:textId="7E6ADF36"/>
        </w:tc>
        <w:tc>
          <w:tcPr>
            <w:tcW w:w="818" w:type="dxa"/>
          </w:tcPr>
          <w:p w:rsidR="005032E6" w:rsidP="00E35DB0" w:rsidRDefault="005032E6" w14:paraId="6DEB01DC" w14:textId="77777777">
            <w:r>
              <w:t>Anil Sharma</w:t>
            </w:r>
          </w:p>
        </w:tc>
        <w:tc>
          <w:tcPr>
            <w:tcW w:w="931" w:type="dxa"/>
          </w:tcPr>
          <w:p w:rsidR="005032E6" w:rsidP="00E35DB0" w:rsidRDefault="005032E6" w14:paraId="6BB3556C" w14:textId="77777777">
            <w:r>
              <w:t>None</w:t>
            </w:r>
          </w:p>
        </w:tc>
        <w:tc>
          <w:tcPr>
            <w:tcW w:w="1253" w:type="dxa"/>
          </w:tcPr>
          <w:p w:rsidR="005032E6" w:rsidP="00E35DB0" w:rsidRDefault="005032E6" w14:paraId="59E0FDDA" w14:textId="77777777">
            <w:r>
              <w:t>API downtime</w:t>
            </w:r>
          </w:p>
        </w:tc>
        <w:tc>
          <w:tcPr>
            <w:tcW w:w="1169" w:type="dxa"/>
          </w:tcPr>
          <w:p w:rsidR="005032E6" w:rsidP="00E35DB0" w:rsidRDefault="005032E6" w14:paraId="27778A82" w14:textId="77777777">
            <w:r>
              <w:t>Waiting for review</w:t>
            </w:r>
          </w:p>
        </w:tc>
        <w:tc>
          <w:tcPr>
            <w:tcW w:w="1194" w:type="dxa"/>
          </w:tcPr>
          <w:p w:rsidR="005032E6" w:rsidP="00E35DB0" w:rsidRDefault="005032E6" w14:paraId="30096FCD" w14:textId="77777777">
            <w:r>
              <w:t>Dependency delay</w:t>
            </w:r>
          </w:p>
        </w:tc>
        <w:tc>
          <w:tcPr>
            <w:tcW w:w="1195" w:type="dxa"/>
          </w:tcPr>
          <w:p w:rsidR="005032E6" w:rsidP="00E35DB0" w:rsidRDefault="005032E6" w14:paraId="7512C564" w14:textId="77777777">
            <w:r>
              <w:t>Environment issue</w:t>
            </w:r>
          </w:p>
        </w:tc>
        <w:tc>
          <w:tcPr>
            <w:tcW w:w="1402" w:type="dxa"/>
          </w:tcPr>
          <w:p w:rsidR="005032E6" w:rsidP="00E35DB0" w:rsidRDefault="005032E6" w14:paraId="6C2B76D3" w14:textId="77777777">
            <w:r>
              <w:t>None</w:t>
            </w:r>
          </w:p>
        </w:tc>
      </w:tr>
    </w:tbl>
    <w:p w:rsidR="00D14149" w:rsidP="00D14149" w:rsidRDefault="00D14149" w14:paraId="196131B1" w14:textId="77777777"/>
    <w:p w:rsidR="00D14149" w:rsidP="00095B32" w:rsidRDefault="00D14149" w14:paraId="40BC13D0" w14:textId="77777777">
      <w:pPr>
        <w:pStyle w:val="Heading2"/>
      </w:pPr>
      <w:r>
        <w:t>Sprint 3 – Daily Stand-up Meeting</w:t>
      </w:r>
    </w:p>
    <w:p w:rsidRPr="00095B32" w:rsidR="00D14149" w:rsidP="00D14149" w:rsidRDefault="00D14149" w14:paraId="0A50FB77" w14:textId="77777777">
      <w:pPr>
        <w:rPr>
          <w:b/>
          <w:bCs/>
          <w:i/>
          <w:iCs/>
        </w:rPr>
      </w:pPr>
      <w:r w:rsidRPr="00095B32">
        <w:rPr>
          <w:b/>
          <w:bCs/>
          <w:i/>
          <w:iCs/>
        </w:rPr>
        <w:t>Week: 29-09-2025 to 12-10-2025</w:t>
      </w:r>
    </w:p>
    <w:tbl>
      <w:tblPr>
        <w:tblStyle w:val="TableGrid"/>
        <w:tblW w:w="0" w:type="auto"/>
        <w:tblLook w:val="04A0" w:firstRow="1" w:lastRow="0" w:firstColumn="1" w:lastColumn="0" w:noHBand="0" w:noVBand="1"/>
      </w:tblPr>
      <w:tblGrid>
        <w:gridCol w:w="1054"/>
        <w:gridCol w:w="818"/>
        <w:gridCol w:w="931"/>
        <w:gridCol w:w="1253"/>
        <w:gridCol w:w="1169"/>
        <w:gridCol w:w="1194"/>
        <w:gridCol w:w="1195"/>
        <w:gridCol w:w="1402"/>
      </w:tblGrid>
      <w:tr w:rsidRPr="00095B32" w:rsidR="00095B32" w:rsidTr="00095B32" w14:paraId="1BF95236" w14:textId="77777777">
        <w:tc>
          <w:tcPr>
            <w:tcW w:w="1054" w:type="dxa"/>
          </w:tcPr>
          <w:p w:rsidRPr="00095B32" w:rsidR="00095B32" w:rsidP="00E35DB0" w:rsidRDefault="00095B32" w14:paraId="5FCBC318" w14:textId="77777777">
            <w:pPr>
              <w:rPr>
                <w:b/>
                <w:bCs/>
                <w:i/>
                <w:iCs/>
              </w:rPr>
            </w:pPr>
            <w:r w:rsidRPr="00095B32">
              <w:rPr>
                <w:b/>
                <w:bCs/>
                <w:i/>
                <w:iCs/>
              </w:rPr>
              <w:t>Question</w:t>
            </w:r>
          </w:p>
        </w:tc>
        <w:tc>
          <w:tcPr>
            <w:tcW w:w="818" w:type="dxa"/>
          </w:tcPr>
          <w:p w:rsidRPr="00095B32" w:rsidR="00095B32" w:rsidP="00E35DB0" w:rsidRDefault="00095B32" w14:paraId="270858C5" w14:textId="77777777">
            <w:pPr>
              <w:rPr>
                <w:b/>
                <w:bCs/>
                <w:i/>
                <w:iCs/>
              </w:rPr>
            </w:pPr>
            <w:r w:rsidRPr="00095B32">
              <w:rPr>
                <w:b/>
                <w:bCs/>
                <w:i/>
                <w:iCs/>
              </w:rPr>
              <w:t>Name / Role</w:t>
            </w:r>
          </w:p>
        </w:tc>
        <w:tc>
          <w:tcPr>
            <w:tcW w:w="931" w:type="dxa"/>
          </w:tcPr>
          <w:p w:rsidRPr="00095B32" w:rsidR="00095B32" w:rsidP="00E35DB0" w:rsidRDefault="00095B32" w14:paraId="06424A5F" w14:textId="77777777">
            <w:pPr>
              <w:rPr>
                <w:b/>
                <w:bCs/>
                <w:i/>
                <w:iCs/>
              </w:rPr>
            </w:pPr>
            <w:r w:rsidRPr="00095B32">
              <w:rPr>
                <w:b/>
                <w:bCs/>
                <w:i/>
                <w:iCs/>
              </w:rPr>
              <w:t>Monday</w:t>
            </w:r>
          </w:p>
        </w:tc>
        <w:tc>
          <w:tcPr>
            <w:tcW w:w="1253" w:type="dxa"/>
          </w:tcPr>
          <w:p w:rsidRPr="00095B32" w:rsidR="00095B32" w:rsidP="00E35DB0" w:rsidRDefault="00095B32" w14:paraId="382BD8F5" w14:textId="77777777">
            <w:pPr>
              <w:rPr>
                <w:b/>
                <w:bCs/>
                <w:i/>
                <w:iCs/>
              </w:rPr>
            </w:pPr>
            <w:r w:rsidRPr="00095B32">
              <w:rPr>
                <w:b/>
                <w:bCs/>
                <w:i/>
                <w:iCs/>
              </w:rPr>
              <w:t>Tuesday</w:t>
            </w:r>
          </w:p>
        </w:tc>
        <w:tc>
          <w:tcPr>
            <w:tcW w:w="1169" w:type="dxa"/>
          </w:tcPr>
          <w:p w:rsidRPr="00095B32" w:rsidR="00095B32" w:rsidP="00E35DB0" w:rsidRDefault="00095B32" w14:paraId="052EFC8F" w14:textId="77777777">
            <w:pPr>
              <w:rPr>
                <w:b/>
                <w:bCs/>
                <w:i/>
                <w:iCs/>
              </w:rPr>
            </w:pPr>
            <w:r w:rsidRPr="00095B32">
              <w:rPr>
                <w:b/>
                <w:bCs/>
                <w:i/>
                <w:iCs/>
              </w:rPr>
              <w:t>Wednesday</w:t>
            </w:r>
          </w:p>
        </w:tc>
        <w:tc>
          <w:tcPr>
            <w:tcW w:w="1194" w:type="dxa"/>
          </w:tcPr>
          <w:p w:rsidRPr="00095B32" w:rsidR="00095B32" w:rsidP="00E35DB0" w:rsidRDefault="00095B32" w14:paraId="769BAD59" w14:textId="77777777">
            <w:pPr>
              <w:rPr>
                <w:b/>
                <w:bCs/>
                <w:i/>
                <w:iCs/>
              </w:rPr>
            </w:pPr>
            <w:r w:rsidRPr="00095B32">
              <w:rPr>
                <w:b/>
                <w:bCs/>
                <w:i/>
                <w:iCs/>
              </w:rPr>
              <w:t>Thursday</w:t>
            </w:r>
          </w:p>
        </w:tc>
        <w:tc>
          <w:tcPr>
            <w:tcW w:w="1195" w:type="dxa"/>
          </w:tcPr>
          <w:p w:rsidRPr="00095B32" w:rsidR="00095B32" w:rsidP="00E35DB0" w:rsidRDefault="00095B32" w14:paraId="4D562066" w14:textId="77777777">
            <w:pPr>
              <w:rPr>
                <w:b/>
                <w:bCs/>
                <w:i/>
                <w:iCs/>
              </w:rPr>
            </w:pPr>
            <w:r w:rsidRPr="00095B32">
              <w:rPr>
                <w:b/>
                <w:bCs/>
                <w:i/>
                <w:iCs/>
              </w:rPr>
              <w:t>Friday</w:t>
            </w:r>
          </w:p>
        </w:tc>
        <w:tc>
          <w:tcPr>
            <w:tcW w:w="1402" w:type="dxa"/>
          </w:tcPr>
          <w:p w:rsidRPr="00095B32" w:rsidR="00095B32" w:rsidP="00E35DB0" w:rsidRDefault="00095B32" w14:paraId="7C25C6A3" w14:textId="77777777">
            <w:pPr>
              <w:rPr>
                <w:b/>
                <w:bCs/>
                <w:i/>
                <w:iCs/>
              </w:rPr>
            </w:pPr>
            <w:r w:rsidRPr="00095B32">
              <w:rPr>
                <w:b/>
                <w:bCs/>
                <w:i/>
                <w:iCs/>
              </w:rPr>
              <w:t>Saturday</w:t>
            </w:r>
          </w:p>
        </w:tc>
      </w:tr>
      <w:tr w:rsidR="00095B32" w:rsidTr="00095B32" w14:paraId="47D992C3" w14:textId="77777777">
        <w:tc>
          <w:tcPr>
            <w:tcW w:w="1054" w:type="dxa"/>
            <w:vMerge w:val="restart"/>
          </w:tcPr>
          <w:p w:rsidR="00095B32" w:rsidP="00E35DB0" w:rsidRDefault="00095B32" w14:paraId="46D39C36" w14:textId="77777777">
            <w:r>
              <w:t>What did you do yesterday?</w:t>
            </w:r>
          </w:p>
        </w:tc>
        <w:tc>
          <w:tcPr>
            <w:tcW w:w="818" w:type="dxa"/>
          </w:tcPr>
          <w:p w:rsidR="00095B32" w:rsidP="00E35DB0" w:rsidRDefault="00095B32" w14:paraId="3F1C9F1B" w14:textId="77777777">
            <w:r>
              <w:t>Suresh Menon</w:t>
            </w:r>
          </w:p>
        </w:tc>
        <w:tc>
          <w:tcPr>
            <w:tcW w:w="931" w:type="dxa"/>
          </w:tcPr>
          <w:p w:rsidR="00095B32" w:rsidP="00E35DB0" w:rsidRDefault="00095B32" w14:paraId="4810A055" w14:textId="77777777">
            <w:r>
              <w:t>Set up module</w:t>
            </w:r>
          </w:p>
        </w:tc>
        <w:tc>
          <w:tcPr>
            <w:tcW w:w="1253" w:type="dxa"/>
          </w:tcPr>
          <w:p w:rsidR="00095B32" w:rsidP="00E35DB0" w:rsidRDefault="00095B32" w14:paraId="40E3A855" w14:textId="77777777">
            <w:r>
              <w:t>Implemented feature</w:t>
            </w:r>
          </w:p>
        </w:tc>
        <w:tc>
          <w:tcPr>
            <w:tcW w:w="1169" w:type="dxa"/>
          </w:tcPr>
          <w:p w:rsidR="00095B32" w:rsidP="00E35DB0" w:rsidRDefault="00095B32" w14:paraId="78BD9B58" w14:textId="77777777">
            <w:r>
              <w:t>Tested component</w:t>
            </w:r>
          </w:p>
        </w:tc>
        <w:tc>
          <w:tcPr>
            <w:tcW w:w="1194" w:type="dxa"/>
          </w:tcPr>
          <w:p w:rsidR="00095B32" w:rsidP="00E35DB0" w:rsidRDefault="00095B32" w14:paraId="1CFD7056" w14:textId="77777777">
            <w:r>
              <w:t>Fixed bug</w:t>
            </w:r>
          </w:p>
        </w:tc>
        <w:tc>
          <w:tcPr>
            <w:tcW w:w="1195" w:type="dxa"/>
          </w:tcPr>
          <w:p w:rsidR="00095B32" w:rsidP="00E35DB0" w:rsidRDefault="00095B32" w14:paraId="41CB6656" w14:textId="77777777">
            <w:r>
              <w:t>Reviewed code</w:t>
            </w:r>
          </w:p>
        </w:tc>
        <w:tc>
          <w:tcPr>
            <w:tcW w:w="1402" w:type="dxa"/>
          </w:tcPr>
          <w:p w:rsidR="00095B32" w:rsidP="00E35DB0" w:rsidRDefault="00095B32" w14:paraId="3321DBF1" w14:textId="77777777">
            <w:r>
              <w:t>Updated documentation</w:t>
            </w:r>
          </w:p>
        </w:tc>
      </w:tr>
      <w:tr w:rsidR="00095B32" w:rsidTr="00095B32" w14:paraId="237B9393" w14:textId="77777777">
        <w:tc>
          <w:tcPr>
            <w:tcW w:w="1054" w:type="dxa"/>
            <w:vMerge/>
          </w:tcPr>
          <w:p w:rsidR="00095B32" w:rsidP="00E35DB0" w:rsidRDefault="00095B32" w14:paraId="00E018A3" w14:textId="7D297E57"/>
        </w:tc>
        <w:tc>
          <w:tcPr>
            <w:tcW w:w="818" w:type="dxa"/>
          </w:tcPr>
          <w:p w:rsidR="00095B32" w:rsidP="00E35DB0" w:rsidRDefault="00095B32" w14:paraId="301DD7DE" w14:textId="77777777">
            <w:r>
              <w:t>Vivek Reddy</w:t>
            </w:r>
          </w:p>
        </w:tc>
        <w:tc>
          <w:tcPr>
            <w:tcW w:w="931" w:type="dxa"/>
          </w:tcPr>
          <w:p w:rsidR="00095B32" w:rsidP="00E35DB0" w:rsidRDefault="00095B32" w14:paraId="03EF3166" w14:textId="77777777">
            <w:r>
              <w:t>Set up module</w:t>
            </w:r>
          </w:p>
        </w:tc>
        <w:tc>
          <w:tcPr>
            <w:tcW w:w="1253" w:type="dxa"/>
          </w:tcPr>
          <w:p w:rsidR="00095B32" w:rsidP="00E35DB0" w:rsidRDefault="00095B32" w14:paraId="0A46DB8E" w14:textId="77777777">
            <w:r>
              <w:t>Implemented feature</w:t>
            </w:r>
          </w:p>
        </w:tc>
        <w:tc>
          <w:tcPr>
            <w:tcW w:w="1169" w:type="dxa"/>
          </w:tcPr>
          <w:p w:rsidR="00095B32" w:rsidP="00E35DB0" w:rsidRDefault="00095B32" w14:paraId="5B6188F9" w14:textId="77777777">
            <w:r>
              <w:t>Tested component</w:t>
            </w:r>
          </w:p>
        </w:tc>
        <w:tc>
          <w:tcPr>
            <w:tcW w:w="1194" w:type="dxa"/>
          </w:tcPr>
          <w:p w:rsidR="00095B32" w:rsidP="00E35DB0" w:rsidRDefault="00095B32" w14:paraId="47D0AB5C" w14:textId="77777777">
            <w:r>
              <w:t>Fixed bug</w:t>
            </w:r>
          </w:p>
        </w:tc>
        <w:tc>
          <w:tcPr>
            <w:tcW w:w="1195" w:type="dxa"/>
          </w:tcPr>
          <w:p w:rsidR="00095B32" w:rsidP="00E35DB0" w:rsidRDefault="00095B32" w14:paraId="2B4AC3FC" w14:textId="77777777">
            <w:r>
              <w:t>Reviewed code</w:t>
            </w:r>
          </w:p>
        </w:tc>
        <w:tc>
          <w:tcPr>
            <w:tcW w:w="1402" w:type="dxa"/>
          </w:tcPr>
          <w:p w:rsidR="00095B32" w:rsidP="00E35DB0" w:rsidRDefault="00095B32" w14:paraId="6E4D7309" w14:textId="77777777">
            <w:r>
              <w:t>Updated documentation</w:t>
            </w:r>
          </w:p>
        </w:tc>
      </w:tr>
      <w:tr w:rsidR="00095B32" w:rsidTr="00095B32" w14:paraId="5EEABA79" w14:textId="77777777">
        <w:tc>
          <w:tcPr>
            <w:tcW w:w="1054" w:type="dxa"/>
            <w:vMerge/>
          </w:tcPr>
          <w:p w:rsidR="00095B32" w:rsidP="00E35DB0" w:rsidRDefault="00095B32" w14:paraId="56D935E2" w14:textId="3BE0CF35"/>
        </w:tc>
        <w:tc>
          <w:tcPr>
            <w:tcW w:w="818" w:type="dxa"/>
          </w:tcPr>
          <w:p w:rsidR="00095B32" w:rsidP="00E35DB0" w:rsidRDefault="00095B32" w14:paraId="65F503E1" w14:textId="77777777">
            <w:r>
              <w:t>Anil Sharma</w:t>
            </w:r>
          </w:p>
        </w:tc>
        <w:tc>
          <w:tcPr>
            <w:tcW w:w="931" w:type="dxa"/>
          </w:tcPr>
          <w:p w:rsidR="00095B32" w:rsidP="00E35DB0" w:rsidRDefault="00095B32" w14:paraId="03A2B458" w14:textId="77777777">
            <w:r>
              <w:t>Set up module</w:t>
            </w:r>
          </w:p>
        </w:tc>
        <w:tc>
          <w:tcPr>
            <w:tcW w:w="1253" w:type="dxa"/>
          </w:tcPr>
          <w:p w:rsidR="00095B32" w:rsidP="00E35DB0" w:rsidRDefault="00095B32" w14:paraId="13ED5323" w14:textId="77777777">
            <w:r>
              <w:t>Implemented feature</w:t>
            </w:r>
          </w:p>
        </w:tc>
        <w:tc>
          <w:tcPr>
            <w:tcW w:w="1169" w:type="dxa"/>
          </w:tcPr>
          <w:p w:rsidR="00095B32" w:rsidP="00E35DB0" w:rsidRDefault="00095B32" w14:paraId="129B1DEA" w14:textId="77777777">
            <w:r>
              <w:t>Tested component</w:t>
            </w:r>
          </w:p>
        </w:tc>
        <w:tc>
          <w:tcPr>
            <w:tcW w:w="1194" w:type="dxa"/>
          </w:tcPr>
          <w:p w:rsidR="00095B32" w:rsidP="00E35DB0" w:rsidRDefault="00095B32" w14:paraId="63D75653" w14:textId="77777777">
            <w:r>
              <w:t>Fixed bug</w:t>
            </w:r>
          </w:p>
        </w:tc>
        <w:tc>
          <w:tcPr>
            <w:tcW w:w="1195" w:type="dxa"/>
          </w:tcPr>
          <w:p w:rsidR="00095B32" w:rsidP="00E35DB0" w:rsidRDefault="00095B32" w14:paraId="57179075" w14:textId="77777777">
            <w:r>
              <w:t>Reviewed code</w:t>
            </w:r>
          </w:p>
        </w:tc>
        <w:tc>
          <w:tcPr>
            <w:tcW w:w="1402" w:type="dxa"/>
          </w:tcPr>
          <w:p w:rsidR="00095B32" w:rsidP="00E35DB0" w:rsidRDefault="00095B32" w14:paraId="3E0DBE55" w14:textId="77777777">
            <w:r>
              <w:t>Updated documentation</w:t>
            </w:r>
          </w:p>
        </w:tc>
      </w:tr>
      <w:tr w:rsidR="00095B32" w:rsidTr="00095B32" w14:paraId="01999971" w14:textId="77777777">
        <w:tc>
          <w:tcPr>
            <w:tcW w:w="1054" w:type="dxa"/>
            <w:vMerge w:val="restart"/>
          </w:tcPr>
          <w:p w:rsidR="00095B32" w:rsidP="00E35DB0" w:rsidRDefault="00095B32" w14:paraId="6E0097C2" w14:textId="77777777">
            <w:r>
              <w:t>What will you do today?</w:t>
            </w:r>
          </w:p>
        </w:tc>
        <w:tc>
          <w:tcPr>
            <w:tcW w:w="818" w:type="dxa"/>
          </w:tcPr>
          <w:p w:rsidR="00095B32" w:rsidP="00E35DB0" w:rsidRDefault="00095B32" w14:paraId="27CAEB95" w14:textId="77777777">
            <w:r>
              <w:t>Suresh Menon</w:t>
            </w:r>
          </w:p>
        </w:tc>
        <w:tc>
          <w:tcPr>
            <w:tcW w:w="931" w:type="dxa"/>
          </w:tcPr>
          <w:p w:rsidR="00095B32" w:rsidP="00E35DB0" w:rsidRDefault="00095B32" w14:paraId="2EBC8195" w14:textId="77777777">
            <w:r>
              <w:t>Continue feature dev</w:t>
            </w:r>
          </w:p>
        </w:tc>
        <w:tc>
          <w:tcPr>
            <w:tcW w:w="1253" w:type="dxa"/>
          </w:tcPr>
          <w:p w:rsidR="00095B32" w:rsidP="00E35DB0" w:rsidRDefault="00095B32" w14:paraId="10C3EB6D" w14:textId="77777777">
            <w:r>
              <w:t>Integrate module</w:t>
            </w:r>
          </w:p>
        </w:tc>
        <w:tc>
          <w:tcPr>
            <w:tcW w:w="1169" w:type="dxa"/>
          </w:tcPr>
          <w:p w:rsidR="00095B32" w:rsidP="00E35DB0" w:rsidRDefault="00095B32" w14:paraId="472B7436" w14:textId="77777777">
            <w:r>
              <w:t>Conduct testing</w:t>
            </w:r>
          </w:p>
        </w:tc>
        <w:tc>
          <w:tcPr>
            <w:tcW w:w="1194" w:type="dxa"/>
          </w:tcPr>
          <w:p w:rsidR="00095B32" w:rsidP="00E35DB0" w:rsidRDefault="00095B32" w14:paraId="69161D9F" w14:textId="77777777">
            <w:r>
              <w:t>Bug fixing</w:t>
            </w:r>
          </w:p>
        </w:tc>
        <w:tc>
          <w:tcPr>
            <w:tcW w:w="1195" w:type="dxa"/>
          </w:tcPr>
          <w:p w:rsidR="00095B32" w:rsidP="00E35DB0" w:rsidRDefault="00095B32" w14:paraId="107B4D15" w14:textId="77777777">
            <w:r>
              <w:t>Prepare demo</w:t>
            </w:r>
          </w:p>
        </w:tc>
        <w:tc>
          <w:tcPr>
            <w:tcW w:w="1402" w:type="dxa"/>
          </w:tcPr>
          <w:p w:rsidR="00095B32" w:rsidP="00E35DB0" w:rsidRDefault="00095B32" w14:paraId="6548DCD1" w14:textId="77777777">
            <w:r>
              <w:t>Optimize performance</w:t>
            </w:r>
          </w:p>
        </w:tc>
      </w:tr>
      <w:tr w:rsidR="00095B32" w:rsidTr="00095B32" w14:paraId="0F497775" w14:textId="77777777">
        <w:tc>
          <w:tcPr>
            <w:tcW w:w="1054" w:type="dxa"/>
            <w:vMerge/>
          </w:tcPr>
          <w:p w:rsidR="00095B32" w:rsidP="00E35DB0" w:rsidRDefault="00095B32" w14:paraId="7CA03B1F" w14:textId="3A7A0AFB"/>
        </w:tc>
        <w:tc>
          <w:tcPr>
            <w:tcW w:w="818" w:type="dxa"/>
          </w:tcPr>
          <w:p w:rsidR="00095B32" w:rsidP="00E35DB0" w:rsidRDefault="00095B32" w14:paraId="2A090183" w14:textId="77777777">
            <w:r>
              <w:t>Vivek Reddy</w:t>
            </w:r>
          </w:p>
        </w:tc>
        <w:tc>
          <w:tcPr>
            <w:tcW w:w="931" w:type="dxa"/>
          </w:tcPr>
          <w:p w:rsidR="00095B32" w:rsidP="00E35DB0" w:rsidRDefault="00095B32" w14:paraId="368BB729" w14:textId="77777777">
            <w:r>
              <w:t>Continue feature dev</w:t>
            </w:r>
          </w:p>
        </w:tc>
        <w:tc>
          <w:tcPr>
            <w:tcW w:w="1253" w:type="dxa"/>
          </w:tcPr>
          <w:p w:rsidR="00095B32" w:rsidP="00E35DB0" w:rsidRDefault="00095B32" w14:paraId="28FE7F0E" w14:textId="77777777">
            <w:r>
              <w:t>Integrate module</w:t>
            </w:r>
          </w:p>
        </w:tc>
        <w:tc>
          <w:tcPr>
            <w:tcW w:w="1169" w:type="dxa"/>
          </w:tcPr>
          <w:p w:rsidR="00095B32" w:rsidP="00E35DB0" w:rsidRDefault="00095B32" w14:paraId="465D09C9" w14:textId="77777777">
            <w:r>
              <w:t>Conduct testing</w:t>
            </w:r>
          </w:p>
        </w:tc>
        <w:tc>
          <w:tcPr>
            <w:tcW w:w="1194" w:type="dxa"/>
          </w:tcPr>
          <w:p w:rsidR="00095B32" w:rsidP="00E35DB0" w:rsidRDefault="00095B32" w14:paraId="7A4D4BB8" w14:textId="77777777">
            <w:r>
              <w:t>Bug fixing</w:t>
            </w:r>
          </w:p>
        </w:tc>
        <w:tc>
          <w:tcPr>
            <w:tcW w:w="1195" w:type="dxa"/>
          </w:tcPr>
          <w:p w:rsidR="00095B32" w:rsidP="00E35DB0" w:rsidRDefault="00095B32" w14:paraId="025EBAAC" w14:textId="77777777">
            <w:r>
              <w:t>Prepare demo</w:t>
            </w:r>
          </w:p>
        </w:tc>
        <w:tc>
          <w:tcPr>
            <w:tcW w:w="1402" w:type="dxa"/>
          </w:tcPr>
          <w:p w:rsidR="00095B32" w:rsidP="00E35DB0" w:rsidRDefault="00095B32" w14:paraId="072C1076" w14:textId="77777777">
            <w:r>
              <w:t>Optimize performance</w:t>
            </w:r>
          </w:p>
        </w:tc>
      </w:tr>
      <w:tr w:rsidR="00095B32" w:rsidTr="00095B32" w14:paraId="79799F68" w14:textId="77777777">
        <w:tc>
          <w:tcPr>
            <w:tcW w:w="1054" w:type="dxa"/>
            <w:vMerge/>
          </w:tcPr>
          <w:p w:rsidR="00095B32" w:rsidP="00E35DB0" w:rsidRDefault="00095B32" w14:paraId="10788FDC" w14:textId="77041A25"/>
        </w:tc>
        <w:tc>
          <w:tcPr>
            <w:tcW w:w="818" w:type="dxa"/>
          </w:tcPr>
          <w:p w:rsidR="00095B32" w:rsidP="00E35DB0" w:rsidRDefault="00095B32" w14:paraId="7C33A1EA" w14:textId="77777777">
            <w:r>
              <w:t>Anil Sharma</w:t>
            </w:r>
          </w:p>
        </w:tc>
        <w:tc>
          <w:tcPr>
            <w:tcW w:w="931" w:type="dxa"/>
          </w:tcPr>
          <w:p w:rsidR="00095B32" w:rsidP="00E35DB0" w:rsidRDefault="00095B32" w14:paraId="63D79AA5" w14:textId="77777777">
            <w:r>
              <w:t>Continue feature dev</w:t>
            </w:r>
          </w:p>
        </w:tc>
        <w:tc>
          <w:tcPr>
            <w:tcW w:w="1253" w:type="dxa"/>
          </w:tcPr>
          <w:p w:rsidR="00095B32" w:rsidP="00E35DB0" w:rsidRDefault="00095B32" w14:paraId="6154A9E5" w14:textId="77777777">
            <w:r>
              <w:t>Integrate module</w:t>
            </w:r>
          </w:p>
        </w:tc>
        <w:tc>
          <w:tcPr>
            <w:tcW w:w="1169" w:type="dxa"/>
          </w:tcPr>
          <w:p w:rsidR="00095B32" w:rsidP="00E35DB0" w:rsidRDefault="00095B32" w14:paraId="08069CFF" w14:textId="77777777">
            <w:r>
              <w:t>Conduct testing</w:t>
            </w:r>
          </w:p>
        </w:tc>
        <w:tc>
          <w:tcPr>
            <w:tcW w:w="1194" w:type="dxa"/>
          </w:tcPr>
          <w:p w:rsidR="00095B32" w:rsidP="00E35DB0" w:rsidRDefault="00095B32" w14:paraId="00C19E35" w14:textId="77777777">
            <w:r>
              <w:t>Bug fixing</w:t>
            </w:r>
          </w:p>
        </w:tc>
        <w:tc>
          <w:tcPr>
            <w:tcW w:w="1195" w:type="dxa"/>
          </w:tcPr>
          <w:p w:rsidR="00095B32" w:rsidP="00E35DB0" w:rsidRDefault="00095B32" w14:paraId="1EDF1A3E" w14:textId="77777777">
            <w:r>
              <w:t>Prepare demo</w:t>
            </w:r>
          </w:p>
        </w:tc>
        <w:tc>
          <w:tcPr>
            <w:tcW w:w="1402" w:type="dxa"/>
          </w:tcPr>
          <w:p w:rsidR="00095B32" w:rsidP="00E35DB0" w:rsidRDefault="00095B32" w14:paraId="6FFE7ED5" w14:textId="77777777">
            <w:r>
              <w:t>Optimize performance</w:t>
            </w:r>
          </w:p>
        </w:tc>
      </w:tr>
      <w:tr w:rsidR="00095B32" w:rsidTr="00095B32" w14:paraId="6257EE86" w14:textId="77777777">
        <w:tc>
          <w:tcPr>
            <w:tcW w:w="1054" w:type="dxa"/>
            <w:vMerge w:val="restart"/>
          </w:tcPr>
          <w:p w:rsidR="00095B32" w:rsidP="00E35DB0" w:rsidRDefault="00095B32" w14:paraId="49E561E6" w14:textId="77777777">
            <w:r>
              <w:t>What (if any) is blocking your progress?</w:t>
            </w:r>
          </w:p>
        </w:tc>
        <w:tc>
          <w:tcPr>
            <w:tcW w:w="818" w:type="dxa"/>
          </w:tcPr>
          <w:p w:rsidR="00095B32" w:rsidP="00E35DB0" w:rsidRDefault="00095B32" w14:paraId="7FE99DFA" w14:textId="77777777">
            <w:r>
              <w:t>Suresh Menon</w:t>
            </w:r>
          </w:p>
        </w:tc>
        <w:tc>
          <w:tcPr>
            <w:tcW w:w="931" w:type="dxa"/>
          </w:tcPr>
          <w:p w:rsidR="00095B32" w:rsidP="00E35DB0" w:rsidRDefault="00095B32" w14:paraId="405E6F77" w14:textId="77777777">
            <w:r>
              <w:t>None</w:t>
            </w:r>
          </w:p>
        </w:tc>
        <w:tc>
          <w:tcPr>
            <w:tcW w:w="1253" w:type="dxa"/>
          </w:tcPr>
          <w:p w:rsidR="00095B32" w:rsidP="00E35DB0" w:rsidRDefault="00095B32" w14:paraId="01E6F496" w14:textId="77777777">
            <w:r>
              <w:t>API downtime</w:t>
            </w:r>
          </w:p>
        </w:tc>
        <w:tc>
          <w:tcPr>
            <w:tcW w:w="1169" w:type="dxa"/>
          </w:tcPr>
          <w:p w:rsidR="00095B32" w:rsidP="00E35DB0" w:rsidRDefault="00095B32" w14:paraId="1441D57E" w14:textId="77777777">
            <w:r>
              <w:t>Waiting for review</w:t>
            </w:r>
          </w:p>
        </w:tc>
        <w:tc>
          <w:tcPr>
            <w:tcW w:w="1194" w:type="dxa"/>
          </w:tcPr>
          <w:p w:rsidR="00095B32" w:rsidP="00E35DB0" w:rsidRDefault="00095B32" w14:paraId="3CA802B1" w14:textId="77777777">
            <w:r>
              <w:t>Dependency delay</w:t>
            </w:r>
          </w:p>
        </w:tc>
        <w:tc>
          <w:tcPr>
            <w:tcW w:w="1195" w:type="dxa"/>
          </w:tcPr>
          <w:p w:rsidR="00095B32" w:rsidP="00E35DB0" w:rsidRDefault="00095B32" w14:paraId="147C0876" w14:textId="77777777">
            <w:r>
              <w:t>Environment issue</w:t>
            </w:r>
          </w:p>
        </w:tc>
        <w:tc>
          <w:tcPr>
            <w:tcW w:w="1402" w:type="dxa"/>
          </w:tcPr>
          <w:p w:rsidR="00095B32" w:rsidP="00E35DB0" w:rsidRDefault="00095B32" w14:paraId="755D4745" w14:textId="77777777">
            <w:r>
              <w:t>None</w:t>
            </w:r>
          </w:p>
        </w:tc>
      </w:tr>
      <w:tr w:rsidR="00095B32" w:rsidTr="00095B32" w14:paraId="29A0F20A" w14:textId="77777777">
        <w:tc>
          <w:tcPr>
            <w:tcW w:w="1054" w:type="dxa"/>
            <w:vMerge/>
          </w:tcPr>
          <w:p w:rsidR="00095B32" w:rsidP="00E35DB0" w:rsidRDefault="00095B32" w14:paraId="626676E0" w14:textId="736BEAE9"/>
        </w:tc>
        <w:tc>
          <w:tcPr>
            <w:tcW w:w="818" w:type="dxa"/>
          </w:tcPr>
          <w:p w:rsidR="00095B32" w:rsidP="00E35DB0" w:rsidRDefault="00095B32" w14:paraId="0FEB544F" w14:textId="77777777">
            <w:r>
              <w:t>Vivek Reddy</w:t>
            </w:r>
          </w:p>
        </w:tc>
        <w:tc>
          <w:tcPr>
            <w:tcW w:w="931" w:type="dxa"/>
          </w:tcPr>
          <w:p w:rsidR="00095B32" w:rsidP="00E35DB0" w:rsidRDefault="00095B32" w14:paraId="520E0183" w14:textId="77777777">
            <w:r>
              <w:t>None</w:t>
            </w:r>
          </w:p>
        </w:tc>
        <w:tc>
          <w:tcPr>
            <w:tcW w:w="1253" w:type="dxa"/>
          </w:tcPr>
          <w:p w:rsidR="00095B32" w:rsidP="00E35DB0" w:rsidRDefault="00095B32" w14:paraId="7E5CDBDF" w14:textId="77777777">
            <w:r>
              <w:t>API downtime</w:t>
            </w:r>
          </w:p>
        </w:tc>
        <w:tc>
          <w:tcPr>
            <w:tcW w:w="1169" w:type="dxa"/>
          </w:tcPr>
          <w:p w:rsidR="00095B32" w:rsidP="00E35DB0" w:rsidRDefault="00095B32" w14:paraId="4B6BFFAF" w14:textId="77777777">
            <w:r>
              <w:t>Waiting for review</w:t>
            </w:r>
          </w:p>
        </w:tc>
        <w:tc>
          <w:tcPr>
            <w:tcW w:w="1194" w:type="dxa"/>
          </w:tcPr>
          <w:p w:rsidR="00095B32" w:rsidP="00E35DB0" w:rsidRDefault="00095B32" w14:paraId="093CB837" w14:textId="77777777">
            <w:r>
              <w:t>Dependency delay</w:t>
            </w:r>
          </w:p>
        </w:tc>
        <w:tc>
          <w:tcPr>
            <w:tcW w:w="1195" w:type="dxa"/>
          </w:tcPr>
          <w:p w:rsidR="00095B32" w:rsidP="00E35DB0" w:rsidRDefault="00095B32" w14:paraId="7973CF13" w14:textId="77777777">
            <w:r>
              <w:t>Environment issue</w:t>
            </w:r>
          </w:p>
        </w:tc>
        <w:tc>
          <w:tcPr>
            <w:tcW w:w="1402" w:type="dxa"/>
          </w:tcPr>
          <w:p w:rsidR="00095B32" w:rsidP="00E35DB0" w:rsidRDefault="00095B32" w14:paraId="6ADBF579" w14:textId="77777777">
            <w:r>
              <w:t>None</w:t>
            </w:r>
          </w:p>
        </w:tc>
      </w:tr>
      <w:tr w:rsidR="00095B32" w:rsidTr="00095B32" w14:paraId="16CA6F80" w14:textId="77777777">
        <w:tc>
          <w:tcPr>
            <w:tcW w:w="1054" w:type="dxa"/>
            <w:vMerge/>
          </w:tcPr>
          <w:p w:rsidR="00095B32" w:rsidP="00E35DB0" w:rsidRDefault="00095B32" w14:paraId="1E723CA8" w14:textId="0E1FD506"/>
        </w:tc>
        <w:tc>
          <w:tcPr>
            <w:tcW w:w="818" w:type="dxa"/>
          </w:tcPr>
          <w:p w:rsidR="00095B32" w:rsidP="00E35DB0" w:rsidRDefault="00095B32" w14:paraId="1F8DB666" w14:textId="77777777">
            <w:r>
              <w:t>Anil Sharma</w:t>
            </w:r>
          </w:p>
        </w:tc>
        <w:tc>
          <w:tcPr>
            <w:tcW w:w="931" w:type="dxa"/>
          </w:tcPr>
          <w:p w:rsidR="00095B32" w:rsidP="00E35DB0" w:rsidRDefault="00095B32" w14:paraId="1A9B37D4" w14:textId="77777777">
            <w:r>
              <w:t>None</w:t>
            </w:r>
          </w:p>
        </w:tc>
        <w:tc>
          <w:tcPr>
            <w:tcW w:w="1253" w:type="dxa"/>
          </w:tcPr>
          <w:p w:rsidR="00095B32" w:rsidP="00E35DB0" w:rsidRDefault="00095B32" w14:paraId="4FB99283" w14:textId="77777777">
            <w:r>
              <w:t>API downtime</w:t>
            </w:r>
          </w:p>
        </w:tc>
        <w:tc>
          <w:tcPr>
            <w:tcW w:w="1169" w:type="dxa"/>
          </w:tcPr>
          <w:p w:rsidR="00095B32" w:rsidP="00E35DB0" w:rsidRDefault="00095B32" w14:paraId="1D3684E8" w14:textId="77777777">
            <w:r>
              <w:t>Waiting for review</w:t>
            </w:r>
          </w:p>
        </w:tc>
        <w:tc>
          <w:tcPr>
            <w:tcW w:w="1194" w:type="dxa"/>
          </w:tcPr>
          <w:p w:rsidR="00095B32" w:rsidP="00E35DB0" w:rsidRDefault="00095B32" w14:paraId="4F957F8A" w14:textId="77777777">
            <w:r>
              <w:t>Dependency delay</w:t>
            </w:r>
          </w:p>
        </w:tc>
        <w:tc>
          <w:tcPr>
            <w:tcW w:w="1195" w:type="dxa"/>
          </w:tcPr>
          <w:p w:rsidR="00095B32" w:rsidP="00E35DB0" w:rsidRDefault="00095B32" w14:paraId="354AA102" w14:textId="77777777">
            <w:r>
              <w:t>Environment issue</w:t>
            </w:r>
          </w:p>
        </w:tc>
        <w:tc>
          <w:tcPr>
            <w:tcW w:w="1402" w:type="dxa"/>
          </w:tcPr>
          <w:p w:rsidR="00095B32" w:rsidP="00E35DB0" w:rsidRDefault="00095B32" w14:paraId="0B0F9555" w14:textId="77777777">
            <w:r>
              <w:t>None</w:t>
            </w:r>
          </w:p>
        </w:tc>
      </w:tr>
    </w:tbl>
    <w:p w:rsidR="00D14149" w:rsidP="00D14149" w:rsidRDefault="00D14149" w14:paraId="6F242EFB" w14:textId="77777777"/>
    <w:p w:rsidR="00D14149" w:rsidP="00095B32" w:rsidRDefault="00D14149" w14:paraId="5A2B36D6" w14:textId="77777777">
      <w:pPr>
        <w:pStyle w:val="Heading2"/>
      </w:pPr>
      <w:r>
        <w:t>Sprint 4 – Daily Stand-up Meeting</w:t>
      </w:r>
    </w:p>
    <w:p w:rsidRPr="00095B32" w:rsidR="00D14149" w:rsidP="00D14149" w:rsidRDefault="00D14149" w14:paraId="46E3A00F" w14:textId="77777777">
      <w:pPr>
        <w:rPr>
          <w:b/>
          <w:bCs/>
          <w:i/>
          <w:iCs/>
        </w:rPr>
      </w:pPr>
      <w:r w:rsidRPr="00095B32">
        <w:rPr>
          <w:b/>
          <w:bCs/>
          <w:i/>
          <w:iCs/>
        </w:rPr>
        <w:t>Week: 13-10-2025 to 26-10-2025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095B32" w:rsidR="00095B32" w:rsidTr="00095B32" w14:paraId="0F3655BE" w14:textId="77777777">
        <w:tc>
          <w:tcPr>
            <w:tcW w:w="1054" w:type="dxa"/>
          </w:tcPr>
          <w:p w:rsidRPr="00095B32" w:rsidR="00095B32" w:rsidP="00E35DB0" w:rsidRDefault="00095B32" w14:paraId="25804401" w14:textId="77777777">
            <w:pPr>
              <w:rPr>
                <w:b/>
                <w:bCs/>
                <w:i/>
                <w:iCs/>
              </w:rPr>
            </w:pPr>
            <w:r w:rsidRPr="00095B32">
              <w:rPr>
                <w:b/>
                <w:bCs/>
                <w:i/>
                <w:iCs/>
              </w:rPr>
              <w:t>Question</w:t>
            </w:r>
          </w:p>
        </w:tc>
        <w:tc>
          <w:tcPr>
            <w:tcW w:w="818" w:type="dxa"/>
          </w:tcPr>
          <w:p w:rsidRPr="00095B32" w:rsidR="00095B32" w:rsidP="00E35DB0" w:rsidRDefault="00095B32" w14:paraId="44BDAB10" w14:textId="77777777">
            <w:pPr>
              <w:rPr>
                <w:b/>
                <w:bCs/>
                <w:i/>
                <w:iCs/>
              </w:rPr>
            </w:pPr>
            <w:r w:rsidRPr="00095B32">
              <w:rPr>
                <w:b/>
                <w:bCs/>
                <w:i/>
                <w:iCs/>
              </w:rPr>
              <w:t>Name / Role</w:t>
            </w:r>
          </w:p>
        </w:tc>
        <w:tc>
          <w:tcPr>
            <w:tcW w:w="931" w:type="dxa"/>
          </w:tcPr>
          <w:p w:rsidRPr="00095B32" w:rsidR="00095B32" w:rsidP="00E35DB0" w:rsidRDefault="00095B32" w14:paraId="3B585057" w14:textId="77777777">
            <w:pPr>
              <w:rPr>
                <w:b/>
                <w:bCs/>
                <w:i/>
                <w:iCs/>
              </w:rPr>
            </w:pPr>
            <w:r w:rsidRPr="00095B32">
              <w:rPr>
                <w:b/>
                <w:bCs/>
                <w:i/>
                <w:iCs/>
              </w:rPr>
              <w:t>Monday</w:t>
            </w:r>
          </w:p>
        </w:tc>
        <w:tc>
          <w:tcPr>
            <w:tcW w:w="1253" w:type="dxa"/>
          </w:tcPr>
          <w:p w:rsidRPr="00095B32" w:rsidR="00095B32" w:rsidP="00E35DB0" w:rsidRDefault="00095B32" w14:paraId="460EF70A" w14:textId="77777777">
            <w:pPr>
              <w:rPr>
                <w:b/>
                <w:bCs/>
                <w:i/>
                <w:iCs/>
              </w:rPr>
            </w:pPr>
            <w:r w:rsidRPr="00095B32">
              <w:rPr>
                <w:b/>
                <w:bCs/>
                <w:i/>
                <w:iCs/>
              </w:rPr>
              <w:t>Tuesday</w:t>
            </w:r>
          </w:p>
        </w:tc>
        <w:tc>
          <w:tcPr>
            <w:tcW w:w="1169" w:type="dxa"/>
          </w:tcPr>
          <w:p w:rsidRPr="00095B32" w:rsidR="00095B32" w:rsidP="00E35DB0" w:rsidRDefault="00095B32" w14:paraId="472827E1" w14:textId="77777777">
            <w:pPr>
              <w:rPr>
                <w:b/>
                <w:bCs/>
                <w:i/>
                <w:iCs/>
              </w:rPr>
            </w:pPr>
            <w:r w:rsidRPr="00095B32">
              <w:rPr>
                <w:b/>
                <w:bCs/>
                <w:i/>
                <w:iCs/>
              </w:rPr>
              <w:t>Wednesday</w:t>
            </w:r>
          </w:p>
        </w:tc>
        <w:tc>
          <w:tcPr>
            <w:tcW w:w="1194" w:type="dxa"/>
          </w:tcPr>
          <w:p w:rsidRPr="00095B32" w:rsidR="00095B32" w:rsidP="00E35DB0" w:rsidRDefault="00095B32" w14:paraId="6A8EB622" w14:textId="77777777">
            <w:pPr>
              <w:rPr>
                <w:b/>
                <w:bCs/>
                <w:i/>
                <w:iCs/>
              </w:rPr>
            </w:pPr>
            <w:r w:rsidRPr="00095B32">
              <w:rPr>
                <w:b/>
                <w:bCs/>
                <w:i/>
                <w:iCs/>
              </w:rPr>
              <w:t>Thursday</w:t>
            </w:r>
          </w:p>
        </w:tc>
        <w:tc>
          <w:tcPr>
            <w:tcW w:w="1195" w:type="dxa"/>
          </w:tcPr>
          <w:p w:rsidRPr="00095B32" w:rsidR="00095B32" w:rsidP="00E35DB0" w:rsidRDefault="00095B32" w14:paraId="7FEE168E" w14:textId="77777777">
            <w:pPr>
              <w:rPr>
                <w:b/>
                <w:bCs/>
                <w:i/>
                <w:iCs/>
              </w:rPr>
            </w:pPr>
            <w:r w:rsidRPr="00095B32">
              <w:rPr>
                <w:b/>
                <w:bCs/>
                <w:i/>
                <w:iCs/>
              </w:rPr>
              <w:t>Friday</w:t>
            </w:r>
          </w:p>
        </w:tc>
        <w:tc>
          <w:tcPr>
            <w:tcW w:w="1402" w:type="dxa"/>
          </w:tcPr>
          <w:p w:rsidRPr="00095B32" w:rsidR="00095B32" w:rsidP="00E35DB0" w:rsidRDefault="00095B32" w14:paraId="6BE44E7A" w14:textId="77777777">
            <w:pPr>
              <w:rPr>
                <w:b/>
                <w:bCs/>
                <w:i/>
                <w:iCs/>
              </w:rPr>
            </w:pPr>
            <w:r w:rsidRPr="00095B32">
              <w:rPr>
                <w:b/>
                <w:bCs/>
                <w:i/>
                <w:iCs/>
              </w:rPr>
              <w:t>Saturday</w:t>
            </w:r>
          </w:p>
        </w:tc>
      </w:tr>
      <w:tr w:rsidR="00095B32" w:rsidTr="00095B32" w14:paraId="439EB6F0" w14:textId="77777777">
        <w:tc>
          <w:tcPr>
            <w:tcW w:w="1054" w:type="dxa"/>
            <w:vMerge w:val="restart"/>
          </w:tcPr>
          <w:p w:rsidRPr="00095B32" w:rsidR="00095B32" w:rsidP="00E35DB0" w:rsidRDefault="00095B32" w14:paraId="328409D4" w14:textId="77777777">
            <w:pPr>
              <w:rPr>
                <w:b/>
                <w:bCs/>
                <w:i/>
                <w:iCs/>
              </w:rPr>
            </w:pPr>
            <w:r w:rsidRPr="00095B32">
              <w:rPr>
                <w:b/>
                <w:bCs/>
                <w:i/>
                <w:iCs/>
              </w:rPr>
              <w:t>What did you do yesterday?</w:t>
            </w:r>
          </w:p>
        </w:tc>
        <w:tc>
          <w:tcPr>
            <w:tcW w:w="818" w:type="dxa"/>
          </w:tcPr>
          <w:p w:rsidR="00095B32" w:rsidP="00E35DB0" w:rsidRDefault="00095B32" w14:paraId="0E79DF83" w14:textId="77777777">
            <w:r>
              <w:t>Suresh Menon</w:t>
            </w:r>
          </w:p>
        </w:tc>
        <w:tc>
          <w:tcPr>
            <w:tcW w:w="931" w:type="dxa"/>
          </w:tcPr>
          <w:p w:rsidR="00095B32" w:rsidP="00E35DB0" w:rsidRDefault="00095B32" w14:paraId="748061BA" w14:textId="77777777">
            <w:r>
              <w:t>Set up module</w:t>
            </w:r>
          </w:p>
        </w:tc>
        <w:tc>
          <w:tcPr>
            <w:tcW w:w="1253" w:type="dxa"/>
          </w:tcPr>
          <w:p w:rsidR="00095B32" w:rsidP="00E35DB0" w:rsidRDefault="00095B32" w14:paraId="7C322529" w14:textId="77777777">
            <w:r>
              <w:t>Implemented feature</w:t>
            </w:r>
          </w:p>
        </w:tc>
        <w:tc>
          <w:tcPr>
            <w:tcW w:w="1169" w:type="dxa"/>
          </w:tcPr>
          <w:p w:rsidR="00095B32" w:rsidP="00E35DB0" w:rsidRDefault="00095B32" w14:paraId="2AC89B32" w14:textId="77777777">
            <w:r>
              <w:t>Tested component</w:t>
            </w:r>
          </w:p>
        </w:tc>
        <w:tc>
          <w:tcPr>
            <w:tcW w:w="1194" w:type="dxa"/>
          </w:tcPr>
          <w:p w:rsidR="00095B32" w:rsidP="00E35DB0" w:rsidRDefault="00095B32" w14:paraId="6CF68608" w14:textId="77777777">
            <w:r>
              <w:t>Fixed bug</w:t>
            </w:r>
          </w:p>
        </w:tc>
        <w:tc>
          <w:tcPr>
            <w:tcW w:w="1195" w:type="dxa"/>
          </w:tcPr>
          <w:p w:rsidR="00095B32" w:rsidP="00E35DB0" w:rsidRDefault="00095B32" w14:paraId="4880DBF0" w14:textId="77777777">
            <w:r>
              <w:t>Reviewed code</w:t>
            </w:r>
          </w:p>
        </w:tc>
        <w:tc>
          <w:tcPr>
            <w:tcW w:w="1402" w:type="dxa"/>
          </w:tcPr>
          <w:p w:rsidR="00095B32" w:rsidP="00E35DB0" w:rsidRDefault="00095B32" w14:paraId="128269EC" w14:textId="77777777">
            <w:r>
              <w:t>Updated documentation</w:t>
            </w:r>
          </w:p>
        </w:tc>
      </w:tr>
      <w:tr w:rsidR="00095B32" w:rsidTr="00095B32" w14:paraId="3BC1EC0B" w14:textId="77777777">
        <w:tc>
          <w:tcPr>
            <w:tcW w:w="1054" w:type="dxa"/>
            <w:vMerge/>
          </w:tcPr>
          <w:p w:rsidRPr="00095B32" w:rsidR="00095B32" w:rsidP="00E35DB0" w:rsidRDefault="00095B32" w14:paraId="3ADCEE81" w14:textId="7582C087">
            <w:pPr>
              <w:rPr>
                <w:b/>
                <w:bCs/>
                <w:i/>
                <w:iCs/>
              </w:rPr>
            </w:pPr>
          </w:p>
        </w:tc>
        <w:tc>
          <w:tcPr>
            <w:tcW w:w="818" w:type="dxa"/>
          </w:tcPr>
          <w:p w:rsidR="00095B32" w:rsidP="00E35DB0" w:rsidRDefault="00095B32" w14:paraId="48B6921F" w14:textId="77777777">
            <w:r>
              <w:t>Vivek Reddy</w:t>
            </w:r>
          </w:p>
        </w:tc>
        <w:tc>
          <w:tcPr>
            <w:tcW w:w="931" w:type="dxa"/>
          </w:tcPr>
          <w:p w:rsidR="00095B32" w:rsidP="00E35DB0" w:rsidRDefault="00095B32" w14:paraId="1F107F23" w14:textId="77777777">
            <w:r>
              <w:t>Set up module</w:t>
            </w:r>
          </w:p>
        </w:tc>
        <w:tc>
          <w:tcPr>
            <w:tcW w:w="1253" w:type="dxa"/>
          </w:tcPr>
          <w:p w:rsidR="00095B32" w:rsidP="00E35DB0" w:rsidRDefault="00095B32" w14:paraId="56EA2D51" w14:textId="77777777">
            <w:r>
              <w:t>Implemented feature</w:t>
            </w:r>
          </w:p>
        </w:tc>
        <w:tc>
          <w:tcPr>
            <w:tcW w:w="1169" w:type="dxa"/>
          </w:tcPr>
          <w:p w:rsidR="00095B32" w:rsidP="00E35DB0" w:rsidRDefault="00095B32" w14:paraId="70D960D4" w14:textId="77777777">
            <w:r>
              <w:t>Tested component</w:t>
            </w:r>
          </w:p>
        </w:tc>
        <w:tc>
          <w:tcPr>
            <w:tcW w:w="1194" w:type="dxa"/>
          </w:tcPr>
          <w:p w:rsidR="00095B32" w:rsidP="00E35DB0" w:rsidRDefault="00095B32" w14:paraId="5E648E23" w14:textId="77777777">
            <w:r>
              <w:t>Fixed bug</w:t>
            </w:r>
          </w:p>
        </w:tc>
        <w:tc>
          <w:tcPr>
            <w:tcW w:w="1195" w:type="dxa"/>
          </w:tcPr>
          <w:p w:rsidR="00095B32" w:rsidP="00E35DB0" w:rsidRDefault="00095B32" w14:paraId="52ADCEEC" w14:textId="77777777">
            <w:r>
              <w:t>Reviewed code</w:t>
            </w:r>
          </w:p>
        </w:tc>
        <w:tc>
          <w:tcPr>
            <w:tcW w:w="1402" w:type="dxa"/>
          </w:tcPr>
          <w:p w:rsidR="00095B32" w:rsidP="00E35DB0" w:rsidRDefault="00095B32" w14:paraId="70E81763" w14:textId="77777777">
            <w:r>
              <w:t>Updated documentation</w:t>
            </w:r>
          </w:p>
        </w:tc>
      </w:tr>
      <w:tr w:rsidR="00095B32" w:rsidTr="00095B32" w14:paraId="12E54EAE" w14:textId="77777777">
        <w:tc>
          <w:tcPr>
            <w:tcW w:w="1054" w:type="dxa"/>
            <w:vMerge/>
          </w:tcPr>
          <w:p w:rsidRPr="00095B32" w:rsidR="00095B32" w:rsidP="00E35DB0" w:rsidRDefault="00095B32" w14:paraId="198941E8" w14:textId="3420E78A">
            <w:pPr>
              <w:rPr>
                <w:b/>
                <w:bCs/>
                <w:i/>
                <w:iCs/>
              </w:rPr>
            </w:pPr>
          </w:p>
        </w:tc>
        <w:tc>
          <w:tcPr>
            <w:tcW w:w="818" w:type="dxa"/>
          </w:tcPr>
          <w:p w:rsidR="00095B32" w:rsidP="00E35DB0" w:rsidRDefault="00095B32" w14:paraId="41B227F0" w14:textId="77777777">
            <w:r>
              <w:t>Anil Sharma</w:t>
            </w:r>
          </w:p>
        </w:tc>
        <w:tc>
          <w:tcPr>
            <w:tcW w:w="931" w:type="dxa"/>
          </w:tcPr>
          <w:p w:rsidR="00095B32" w:rsidP="00E35DB0" w:rsidRDefault="00095B32" w14:paraId="6AB3070A" w14:textId="77777777">
            <w:r>
              <w:t>Set up module</w:t>
            </w:r>
          </w:p>
        </w:tc>
        <w:tc>
          <w:tcPr>
            <w:tcW w:w="1253" w:type="dxa"/>
          </w:tcPr>
          <w:p w:rsidR="00095B32" w:rsidP="00E35DB0" w:rsidRDefault="00095B32" w14:paraId="7121F734" w14:textId="77777777">
            <w:r>
              <w:t>Implemented feature</w:t>
            </w:r>
          </w:p>
        </w:tc>
        <w:tc>
          <w:tcPr>
            <w:tcW w:w="1169" w:type="dxa"/>
          </w:tcPr>
          <w:p w:rsidR="00095B32" w:rsidP="00E35DB0" w:rsidRDefault="00095B32" w14:paraId="3F15674C" w14:textId="77777777">
            <w:r>
              <w:t>Tested component</w:t>
            </w:r>
          </w:p>
        </w:tc>
        <w:tc>
          <w:tcPr>
            <w:tcW w:w="1194" w:type="dxa"/>
          </w:tcPr>
          <w:p w:rsidR="00095B32" w:rsidP="00E35DB0" w:rsidRDefault="00095B32" w14:paraId="3328AD8B" w14:textId="77777777">
            <w:r>
              <w:t>Fixed bug</w:t>
            </w:r>
          </w:p>
        </w:tc>
        <w:tc>
          <w:tcPr>
            <w:tcW w:w="1195" w:type="dxa"/>
          </w:tcPr>
          <w:p w:rsidR="00095B32" w:rsidP="00E35DB0" w:rsidRDefault="00095B32" w14:paraId="3A968CA8" w14:textId="77777777">
            <w:r>
              <w:t>Reviewed code</w:t>
            </w:r>
          </w:p>
        </w:tc>
        <w:tc>
          <w:tcPr>
            <w:tcW w:w="1402" w:type="dxa"/>
          </w:tcPr>
          <w:p w:rsidR="00095B32" w:rsidP="00E35DB0" w:rsidRDefault="00095B32" w14:paraId="3C9ED6BC" w14:textId="77777777">
            <w:r>
              <w:t>Updated documentation</w:t>
            </w:r>
          </w:p>
        </w:tc>
      </w:tr>
      <w:tr w:rsidR="00095B32" w:rsidTr="00095B32" w14:paraId="20912ABE" w14:textId="77777777">
        <w:tc>
          <w:tcPr>
            <w:tcW w:w="1054" w:type="dxa"/>
            <w:vMerge w:val="restart"/>
          </w:tcPr>
          <w:p w:rsidRPr="00095B32" w:rsidR="00095B32" w:rsidP="00E35DB0" w:rsidRDefault="00095B32" w14:paraId="0208211D" w14:textId="77777777">
            <w:pPr>
              <w:rPr>
                <w:b/>
                <w:bCs/>
                <w:i/>
                <w:iCs/>
              </w:rPr>
            </w:pPr>
            <w:r w:rsidRPr="00095B32">
              <w:rPr>
                <w:b/>
                <w:bCs/>
                <w:i/>
                <w:iCs/>
              </w:rPr>
              <w:t>What will you do today?</w:t>
            </w:r>
          </w:p>
        </w:tc>
        <w:tc>
          <w:tcPr>
            <w:tcW w:w="818" w:type="dxa"/>
          </w:tcPr>
          <w:p w:rsidR="00095B32" w:rsidP="00E35DB0" w:rsidRDefault="00095B32" w14:paraId="0CEAF5FC" w14:textId="77777777">
            <w:r>
              <w:t>Suresh Menon</w:t>
            </w:r>
          </w:p>
        </w:tc>
        <w:tc>
          <w:tcPr>
            <w:tcW w:w="931" w:type="dxa"/>
          </w:tcPr>
          <w:p w:rsidR="00095B32" w:rsidP="00E35DB0" w:rsidRDefault="00095B32" w14:paraId="2CEB6A9D" w14:textId="77777777">
            <w:r>
              <w:t>Continue feature dev</w:t>
            </w:r>
          </w:p>
        </w:tc>
        <w:tc>
          <w:tcPr>
            <w:tcW w:w="1253" w:type="dxa"/>
          </w:tcPr>
          <w:p w:rsidR="00095B32" w:rsidP="00E35DB0" w:rsidRDefault="00095B32" w14:paraId="5E65DDFE" w14:textId="77777777">
            <w:r>
              <w:t>Integrate module</w:t>
            </w:r>
          </w:p>
        </w:tc>
        <w:tc>
          <w:tcPr>
            <w:tcW w:w="1169" w:type="dxa"/>
          </w:tcPr>
          <w:p w:rsidR="00095B32" w:rsidP="00E35DB0" w:rsidRDefault="00095B32" w14:paraId="0502497C" w14:textId="77777777">
            <w:r>
              <w:t>Conduct testing</w:t>
            </w:r>
          </w:p>
        </w:tc>
        <w:tc>
          <w:tcPr>
            <w:tcW w:w="1194" w:type="dxa"/>
          </w:tcPr>
          <w:p w:rsidR="00095B32" w:rsidP="00E35DB0" w:rsidRDefault="00095B32" w14:paraId="43C9BA91" w14:textId="77777777">
            <w:r>
              <w:t>Bug fixing</w:t>
            </w:r>
          </w:p>
        </w:tc>
        <w:tc>
          <w:tcPr>
            <w:tcW w:w="1195" w:type="dxa"/>
          </w:tcPr>
          <w:p w:rsidR="00095B32" w:rsidP="00E35DB0" w:rsidRDefault="00095B32" w14:paraId="2D072013" w14:textId="77777777">
            <w:r>
              <w:t>Prepare demo</w:t>
            </w:r>
          </w:p>
        </w:tc>
        <w:tc>
          <w:tcPr>
            <w:tcW w:w="1402" w:type="dxa"/>
          </w:tcPr>
          <w:p w:rsidR="00095B32" w:rsidP="00E35DB0" w:rsidRDefault="00095B32" w14:paraId="056632C0" w14:textId="77777777">
            <w:r>
              <w:t>Optimize performance</w:t>
            </w:r>
          </w:p>
        </w:tc>
      </w:tr>
      <w:tr w:rsidR="00095B32" w:rsidTr="00095B32" w14:paraId="1F4C191C" w14:textId="77777777">
        <w:tc>
          <w:tcPr>
            <w:tcW w:w="1054" w:type="dxa"/>
            <w:vMerge/>
          </w:tcPr>
          <w:p w:rsidRPr="00095B32" w:rsidR="00095B32" w:rsidP="00E35DB0" w:rsidRDefault="00095B32" w14:paraId="7C2182BA" w14:textId="6D5F7392">
            <w:pPr>
              <w:rPr>
                <w:b/>
                <w:bCs/>
                <w:i/>
                <w:iCs/>
              </w:rPr>
            </w:pPr>
          </w:p>
        </w:tc>
        <w:tc>
          <w:tcPr>
            <w:tcW w:w="818" w:type="dxa"/>
          </w:tcPr>
          <w:p w:rsidR="00095B32" w:rsidP="00E35DB0" w:rsidRDefault="00095B32" w14:paraId="2CA11341" w14:textId="77777777">
            <w:r>
              <w:t>Vivek Reddy</w:t>
            </w:r>
          </w:p>
        </w:tc>
        <w:tc>
          <w:tcPr>
            <w:tcW w:w="931" w:type="dxa"/>
          </w:tcPr>
          <w:p w:rsidR="00095B32" w:rsidP="00E35DB0" w:rsidRDefault="00095B32" w14:paraId="3A6C7DDB" w14:textId="77777777">
            <w:r>
              <w:t>Continue feature dev</w:t>
            </w:r>
          </w:p>
        </w:tc>
        <w:tc>
          <w:tcPr>
            <w:tcW w:w="1253" w:type="dxa"/>
          </w:tcPr>
          <w:p w:rsidR="00095B32" w:rsidP="00E35DB0" w:rsidRDefault="00095B32" w14:paraId="6F24FAD8" w14:textId="77777777">
            <w:r>
              <w:t>Integrate module</w:t>
            </w:r>
          </w:p>
        </w:tc>
        <w:tc>
          <w:tcPr>
            <w:tcW w:w="1169" w:type="dxa"/>
          </w:tcPr>
          <w:p w:rsidR="00095B32" w:rsidP="00E35DB0" w:rsidRDefault="00095B32" w14:paraId="78B82AD3" w14:textId="77777777">
            <w:r>
              <w:t>Conduct testing</w:t>
            </w:r>
          </w:p>
        </w:tc>
        <w:tc>
          <w:tcPr>
            <w:tcW w:w="1194" w:type="dxa"/>
          </w:tcPr>
          <w:p w:rsidR="00095B32" w:rsidP="00E35DB0" w:rsidRDefault="00095B32" w14:paraId="4C4FD251" w14:textId="77777777">
            <w:r>
              <w:t>Bug fixing</w:t>
            </w:r>
          </w:p>
        </w:tc>
        <w:tc>
          <w:tcPr>
            <w:tcW w:w="1195" w:type="dxa"/>
          </w:tcPr>
          <w:p w:rsidR="00095B32" w:rsidP="00E35DB0" w:rsidRDefault="00095B32" w14:paraId="2D445C65" w14:textId="77777777">
            <w:r>
              <w:t>Prepare demo</w:t>
            </w:r>
          </w:p>
        </w:tc>
        <w:tc>
          <w:tcPr>
            <w:tcW w:w="1402" w:type="dxa"/>
          </w:tcPr>
          <w:p w:rsidR="00095B32" w:rsidP="00E35DB0" w:rsidRDefault="00095B32" w14:paraId="329968E8" w14:textId="77777777">
            <w:r>
              <w:t>Optimize performance</w:t>
            </w:r>
          </w:p>
        </w:tc>
      </w:tr>
      <w:tr w:rsidR="00095B32" w:rsidTr="00095B32" w14:paraId="588DCF3A" w14:textId="77777777">
        <w:tc>
          <w:tcPr>
            <w:tcW w:w="1054" w:type="dxa"/>
            <w:vMerge/>
          </w:tcPr>
          <w:p w:rsidRPr="00095B32" w:rsidR="00095B32" w:rsidP="00E35DB0" w:rsidRDefault="00095B32" w14:paraId="456C1745" w14:textId="01E18B19">
            <w:pPr>
              <w:rPr>
                <w:b/>
                <w:bCs/>
                <w:i/>
                <w:iCs/>
              </w:rPr>
            </w:pPr>
          </w:p>
        </w:tc>
        <w:tc>
          <w:tcPr>
            <w:tcW w:w="818" w:type="dxa"/>
          </w:tcPr>
          <w:p w:rsidR="00095B32" w:rsidP="00E35DB0" w:rsidRDefault="00095B32" w14:paraId="5EC59293" w14:textId="77777777">
            <w:r>
              <w:t>Anil Sharma</w:t>
            </w:r>
          </w:p>
        </w:tc>
        <w:tc>
          <w:tcPr>
            <w:tcW w:w="931" w:type="dxa"/>
          </w:tcPr>
          <w:p w:rsidR="00095B32" w:rsidP="00E35DB0" w:rsidRDefault="00095B32" w14:paraId="5C94E971" w14:textId="77777777">
            <w:r>
              <w:t>Continue feature dev</w:t>
            </w:r>
          </w:p>
        </w:tc>
        <w:tc>
          <w:tcPr>
            <w:tcW w:w="1253" w:type="dxa"/>
          </w:tcPr>
          <w:p w:rsidR="00095B32" w:rsidP="00E35DB0" w:rsidRDefault="00095B32" w14:paraId="57CC7E4C" w14:textId="77777777">
            <w:r>
              <w:t>Integrate module</w:t>
            </w:r>
          </w:p>
        </w:tc>
        <w:tc>
          <w:tcPr>
            <w:tcW w:w="1169" w:type="dxa"/>
          </w:tcPr>
          <w:p w:rsidR="00095B32" w:rsidP="00E35DB0" w:rsidRDefault="00095B32" w14:paraId="5B16192D" w14:textId="77777777">
            <w:r>
              <w:t>Conduct testing</w:t>
            </w:r>
          </w:p>
        </w:tc>
        <w:tc>
          <w:tcPr>
            <w:tcW w:w="1194" w:type="dxa"/>
          </w:tcPr>
          <w:p w:rsidR="00095B32" w:rsidP="00E35DB0" w:rsidRDefault="00095B32" w14:paraId="79D0BEF1" w14:textId="77777777">
            <w:r>
              <w:t>Bug fixing</w:t>
            </w:r>
          </w:p>
        </w:tc>
        <w:tc>
          <w:tcPr>
            <w:tcW w:w="1195" w:type="dxa"/>
          </w:tcPr>
          <w:p w:rsidR="00095B32" w:rsidP="00E35DB0" w:rsidRDefault="00095B32" w14:paraId="583A1D75" w14:textId="77777777">
            <w:r>
              <w:t>Prepare demo</w:t>
            </w:r>
          </w:p>
        </w:tc>
        <w:tc>
          <w:tcPr>
            <w:tcW w:w="1402" w:type="dxa"/>
          </w:tcPr>
          <w:p w:rsidR="00095B32" w:rsidP="00E35DB0" w:rsidRDefault="00095B32" w14:paraId="4888FFB9" w14:textId="77777777">
            <w:r>
              <w:t>Optimize performance</w:t>
            </w:r>
          </w:p>
        </w:tc>
      </w:tr>
      <w:tr w:rsidR="00095B32" w:rsidTr="00095B32" w14:paraId="467BCD47" w14:textId="77777777">
        <w:tc>
          <w:tcPr>
            <w:tcW w:w="1054" w:type="dxa"/>
            <w:vMerge w:val="restart"/>
          </w:tcPr>
          <w:p w:rsidRPr="00095B32" w:rsidR="00095B32" w:rsidP="00E35DB0" w:rsidRDefault="00095B32" w14:paraId="5353CB78" w14:textId="77777777">
            <w:pPr>
              <w:rPr>
                <w:b/>
                <w:bCs/>
                <w:i/>
                <w:iCs/>
              </w:rPr>
            </w:pPr>
            <w:r w:rsidRPr="00095B32">
              <w:rPr>
                <w:b/>
                <w:bCs/>
                <w:i/>
                <w:iCs/>
              </w:rPr>
              <w:t>What (if any) is blocking your progress?</w:t>
            </w:r>
          </w:p>
        </w:tc>
        <w:tc>
          <w:tcPr>
            <w:tcW w:w="818" w:type="dxa"/>
          </w:tcPr>
          <w:p w:rsidR="00095B32" w:rsidP="00E35DB0" w:rsidRDefault="00095B32" w14:paraId="50B1ADE8" w14:textId="77777777">
            <w:r>
              <w:t>Suresh Menon</w:t>
            </w:r>
          </w:p>
        </w:tc>
        <w:tc>
          <w:tcPr>
            <w:tcW w:w="931" w:type="dxa"/>
          </w:tcPr>
          <w:p w:rsidR="00095B32" w:rsidP="00E35DB0" w:rsidRDefault="00095B32" w14:paraId="4B698C06" w14:textId="77777777">
            <w:r>
              <w:t>None</w:t>
            </w:r>
          </w:p>
        </w:tc>
        <w:tc>
          <w:tcPr>
            <w:tcW w:w="1253" w:type="dxa"/>
          </w:tcPr>
          <w:p w:rsidR="00095B32" w:rsidP="00E35DB0" w:rsidRDefault="00095B32" w14:paraId="2B2DADDA" w14:textId="77777777">
            <w:r>
              <w:t>API downtime</w:t>
            </w:r>
          </w:p>
        </w:tc>
        <w:tc>
          <w:tcPr>
            <w:tcW w:w="1169" w:type="dxa"/>
          </w:tcPr>
          <w:p w:rsidR="00095B32" w:rsidP="00E35DB0" w:rsidRDefault="00095B32" w14:paraId="12735EB6" w14:textId="77777777">
            <w:r>
              <w:t>Waiting for review</w:t>
            </w:r>
          </w:p>
        </w:tc>
        <w:tc>
          <w:tcPr>
            <w:tcW w:w="1194" w:type="dxa"/>
          </w:tcPr>
          <w:p w:rsidR="00095B32" w:rsidP="00E35DB0" w:rsidRDefault="00095B32" w14:paraId="6F052FC6" w14:textId="77777777">
            <w:r>
              <w:t>Dependency delay</w:t>
            </w:r>
          </w:p>
        </w:tc>
        <w:tc>
          <w:tcPr>
            <w:tcW w:w="1195" w:type="dxa"/>
          </w:tcPr>
          <w:p w:rsidR="00095B32" w:rsidP="00E35DB0" w:rsidRDefault="00095B32" w14:paraId="3506BFF5" w14:textId="77777777">
            <w:r>
              <w:t>Environment issue</w:t>
            </w:r>
          </w:p>
        </w:tc>
        <w:tc>
          <w:tcPr>
            <w:tcW w:w="1402" w:type="dxa"/>
          </w:tcPr>
          <w:p w:rsidR="00095B32" w:rsidP="00E35DB0" w:rsidRDefault="00095B32" w14:paraId="5EFEEBC0" w14:textId="77777777">
            <w:r>
              <w:t>None</w:t>
            </w:r>
          </w:p>
        </w:tc>
      </w:tr>
      <w:tr w:rsidR="00095B32" w:rsidTr="00095B32" w14:paraId="25A1D989" w14:textId="77777777">
        <w:tc>
          <w:tcPr>
            <w:tcW w:w="1054" w:type="dxa"/>
            <w:vMerge/>
          </w:tcPr>
          <w:p w:rsidR="00095B32" w:rsidP="00E35DB0" w:rsidRDefault="00095B32" w14:paraId="167EE8FF" w14:textId="44A1F6A7"/>
        </w:tc>
        <w:tc>
          <w:tcPr>
            <w:tcW w:w="818" w:type="dxa"/>
          </w:tcPr>
          <w:p w:rsidR="00095B32" w:rsidP="00E35DB0" w:rsidRDefault="00095B32" w14:paraId="1DBD4E10" w14:textId="77777777">
            <w:r>
              <w:t>Vivek Reddy</w:t>
            </w:r>
          </w:p>
        </w:tc>
        <w:tc>
          <w:tcPr>
            <w:tcW w:w="931" w:type="dxa"/>
          </w:tcPr>
          <w:p w:rsidR="00095B32" w:rsidP="00E35DB0" w:rsidRDefault="00095B32" w14:paraId="026883F9" w14:textId="77777777">
            <w:r>
              <w:t>None</w:t>
            </w:r>
          </w:p>
        </w:tc>
        <w:tc>
          <w:tcPr>
            <w:tcW w:w="1253" w:type="dxa"/>
          </w:tcPr>
          <w:p w:rsidR="00095B32" w:rsidP="00E35DB0" w:rsidRDefault="00095B32" w14:paraId="7E9B97DB" w14:textId="77777777">
            <w:r>
              <w:t>API downtime</w:t>
            </w:r>
          </w:p>
        </w:tc>
        <w:tc>
          <w:tcPr>
            <w:tcW w:w="1169" w:type="dxa"/>
          </w:tcPr>
          <w:p w:rsidR="00095B32" w:rsidP="00E35DB0" w:rsidRDefault="00095B32" w14:paraId="321DB9CD" w14:textId="77777777">
            <w:r>
              <w:t>Waiting for review</w:t>
            </w:r>
          </w:p>
        </w:tc>
        <w:tc>
          <w:tcPr>
            <w:tcW w:w="1194" w:type="dxa"/>
          </w:tcPr>
          <w:p w:rsidR="00095B32" w:rsidP="00E35DB0" w:rsidRDefault="00095B32" w14:paraId="396DC703" w14:textId="77777777">
            <w:r>
              <w:t>Dependency delay</w:t>
            </w:r>
          </w:p>
        </w:tc>
        <w:tc>
          <w:tcPr>
            <w:tcW w:w="1195" w:type="dxa"/>
          </w:tcPr>
          <w:p w:rsidR="00095B32" w:rsidP="00E35DB0" w:rsidRDefault="00095B32" w14:paraId="43789A40" w14:textId="77777777">
            <w:r>
              <w:t>Environment issue</w:t>
            </w:r>
          </w:p>
        </w:tc>
        <w:tc>
          <w:tcPr>
            <w:tcW w:w="1402" w:type="dxa"/>
          </w:tcPr>
          <w:p w:rsidR="00095B32" w:rsidP="00E35DB0" w:rsidRDefault="00095B32" w14:paraId="04C27321" w14:textId="77777777">
            <w:r>
              <w:t>None</w:t>
            </w:r>
          </w:p>
        </w:tc>
      </w:tr>
      <w:tr w:rsidR="00095B32" w:rsidTr="00095B32" w14:paraId="05DA8F08" w14:textId="77777777">
        <w:tc>
          <w:tcPr>
            <w:tcW w:w="1054" w:type="dxa"/>
            <w:vMerge/>
          </w:tcPr>
          <w:p w:rsidR="00095B32" w:rsidP="00E35DB0" w:rsidRDefault="00095B32" w14:paraId="4D232E71" w14:textId="148043D5"/>
        </w:tc>
        <w:tc>
          <w:tcPr>
            <w:tcW w:w="818" w:type="dxa"/>
          </w:tcPr>
          <w:p w:rsidR="00095B32" w:rsidP="00E35DB0" w:rsidRDefault="00095B32" w14:paraId="59B97E70" w14:textId="77777777">
            <w:r>
              <w:t>Anil Sharma</w:t>
            </w:r>
          </w:p>
        </w:tc>
        <w:tc>
          <w:tcPr>
            <w:tcW w:w="931" w:type="dxa"/>
          </w:tcPr>
          <w:p w:rsidR="00095B32" w:rsidP="00E35DB0" w:rsidRDefault="00095B32" w14:paraId="3C348347" w14:textId="77777777">
            <w:r>
              <w:t>None</w:t>
            </w:r>
          </w:p>
        </w:tc>
        <w:tc>
          <w:tcPr>
            <w:tcW w:w="1253" w:type="dxa"/>
          </w:tcPr>
          <w:p w:rsidR="00095B32" w:rsidP="00E35DB0" w:rsidRDefault="00095B32" w14:paraId="459D068C" w14:textId="77777777">
            <w:r>
              <w:t>API downtime</w:t>
            </w:r>
          </w:p>
        </w:tc>
        <w:tc>
          <w:tcPr>
            <w:tcW w:w="1169" w:type="dxa"/>
          </w:tcPr>
          <w:p w:rsidR="00095B32" w:rsidP="00E35DB0" w:rsidRDefault="00095B32" w14:paraId="3410F4D6" w14:textId="77777777">
            <w:r>
              <w:t>Waiting for review</w:t>
            </w:r>
          </w:p>
        </w:tc>
        <w:tc>
          <w:tcPr>
            <w:tcW w:w="1194" w:type="dxa"/>
          </w:tcPr>
          <w:p w:rsidR="00095B32" w:rsidP="00E35DB0" w:rsidRDefault="00095B32" w14:paraId="098D96A1" w14:textId="77777777">
            <w:r>
              <w:t>Dependency delay</w:t>
            </w:r>
          </w:p>
        </w:tc>
        <w:tc>
          <w:tcPr>
            <w:tcW w:w="1195" w:type="dxa"/>
          </w:tcPr>
          <w:p w:rsidR="00095B32" w:rsidP="00E35DB0" w:rsidRDefault="00095B32" w14:paraId="17D84CA6" w14:textId="77777777">
            <w:r>
              <w:t>Environment issue</w:t>
            </w:r>
          </w:p>
        </w:tc>
        <w:tc>
          <w:tcPr>
            <w:tcW w:w="1402" w:type="dxa"/>
          </w:tcPr>
          <w:p w:rsidR="00095B32" w:rsidP="00E35DB0" w:rsidRDefault="00095B32" w14:paraId="60012B95" w14:textId="77777777">
            <w:r>
              <w:t>None</w:t>
            </w:r>
          </w:p>
        </w:tc>
      </w:tr>
    </w:tbl>
    <w:p w:rsidR="00D14149" w:rsidP="00D14149" w:rsidRDefault="00D14149" w14:paraId="2CADDF27" w14:textId="77777777"/>
    <w:p w:rsidR="00D14149" w:rsidP="00095B32" w:rsidRDefault="00D14149" w14:paraId="2556AC51" w14:textId="77777777">
      <w:pPr>
        <w:pStyle w:val="Heading2"/>
      </w:pPr>
      <w:r>
        <w:t>Sprint 5 – Daily Stand-up Meeting</w:t>
      </w:r>
    </w:p>
    <w:p w:rsidRPr="00095B32" w:rsidR="00D14149" w:rsidP="00D14149" w:rsidRDefault="00D14149" w14:paraId="091D6E67" w14:textId="77777777">
      <w:pPr>
        <w:rPr>
          <w:b/>
          <w:bCs/>
          <w:i/>
          <w:iCs/>
        </w:rPr>
      </w:pPr>
      <w:r w:rsidRPr="00095B32">
        <w:rPr>
          <w:b/>
          <w:bCs/>
          <w:i/>
          <w:iCs/>
        </w:rPr>
        <w:t>Week: 27-10-2025 to 09-11-2025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095B32" w:rsidR="00095B32" w:rsidTr="00095B32" w14:paraId="6A6693BA" w14:textId="77777777">
        <w:tc>
          <w:tcPr>
            <w:tcW w:w="1054" w:type="dxa"/>
          </w:tcPr>
          <w:p w:rsidRPr="00095B32" w:rsidR="00095B32" w:rsidP="00E35DB0" w:rsidRDefault="00095B32" w14:paraId="49212A21" w14:textId="77777777">
            <w:pPr>
              <w:rPr>
                <w:b/>
                <w:bCs/>
                <w:i/>
                <w:iCs/>
              </w:rPr>
            </w:pPr>
            <w:r w:rsidRPr="00095B32">
              <w:rPr>
                <w:b/>
                <w:bCs/>
                <w:i/>
                <w:iCs/>
              </w:rPr>
              <w:t>Question</w:t>
            </w:r>
          </w:p>
        </w:tc>
        <w:tc>
          <w:tcPr>
            <w:tcW w:w="818" w:type="dxa"/>
          </w:tcPr>
          <w:p w:rsidRPr="00095B32" w:rsidR="00095B32" w:rsidP="00E35DB0" w:rsidRDefault="00095B32" w14:paraId="1859FD1F" w14:textId="77777777">
            <w:pPr>
              <w:rPr>
                <w:b/>
                <w:bCs/>
                <w:i/>
                <w:iCs/>
              </w:rPr>
            </w:pPr>
            <w:r w:rsidRPr="00095B32">
              <w:rPr>
                <w:b/>
                <w:bCs/>
                <w:i/>
                <w:iCs/>
              </w:rPr>
              <w:t>Name / Role</w:t>
            </w:r>
          </w:p>
        </w:tc>
        <w:tc>
          <w:tcPr>
            <w:tcW w:w="931" w:type="dxa"/>
          </w:tcPr>
          <w:p w:rsidRPr="00095B32" w:rsidR="00095B32" w:rsidP="00E35DB0" w:rsidRDefault="00095B32" w14:paraId="4F504C87" w14:textId="77777777">
            <w:pPr>
              <w:rPr>
                <w:b/>
                <w:bCs/>
                <w:i/>
                <w:iCs/>
              </w:rPr>
            </w:pPr>
            <w:r w:rsidRPr="00095B32">
              <w:rPr>
                <w:b/>
                <w:bCs/>
                <w:i/>
                <w:iCs/>
              </w:rPr>
              <w:t>Monday</w:t>
            </w:r>
          </w:p>
        </w:tc>
        <w:tc>
          <w:tcPr>
            <w:tcW w:w="1253" w:type="dxa"/>
          </w:tcPr>
          <w:p w:rsidRPr="00095B32" w:rsidR="00095B32" w:rsidP="00E35DB0" w:rsidRDefault="00095B32" w14:paraId="5694AEB5" w14:textId="77777777">
            <w:pPr>
              <w:rPr>
                <w:b/>
                <w:bCs/>
                <w:i/>
                <w:iCs/>
              </w:rPr>
            </w:pPr>
            <w:r w:rsidRPr="00095B32">
              <w:rPr>
                <w:b/>
                <w:bCs/>
                <w:i/>
                <w:iCs/>
              </w:rPr>
              <w:t>Tuesday</w:t>
            </w:r>
          </w:p>
        </w:tc>
        <w:tc>
          <w:tcPr>
            <w:tcW w:w="1169" w:type="dxa"/>
          </w:tcPr>
          <w:p w:rsidRPr="00095B32" w:rsidR="00095B32" w:rsidP="00E35DB0" w:rsidRDefault="00095B32" w14:paraId="20FF4387" w14:textId="77777777">
            <w:pPr>
              <w:rPr>
                <w:b/>
                <w:bCs/>
                <w:i/>
                <w:iCs/>
              </w:rPr>
            </w:pPr>
            <w:r w:rsidRPr="00095B32">
              <w:rPr>
                <w:b/>
                <w:bCs/>
                <w:i/>
                <w:iCs/>
              </w:rPr>
              <w:t>Wednesday</w:t>
            </w:r>
          </w:p>
        </w:tc>
        <w:tc>
          <w:tcPr>
            <w:tcW w:w="1194" w:type="dxa"/>
          </w:tcPr>
          <w:p w:rsidRPr="00095B32" w:rsidR="00095B32" w:rsidP="00E35DB0" w:rsidRDefault="00095B32" w14:paraId="7BCE497D" w14:textId="77777777">
            <w:pPr>
              <w:rPr>
                <w:b/>
                <w:bCs/>
                <w:i/>
                <w:iCs/>
              </w:rPr>
            </w:pPr>
            <w:r w:rsidRPr="00095B32">
              <w:rPr>
                <w:b/>
                <w:bCs/>
                <w:i/>
                <w:iCs/>
              </w:rPr>
              <w:t>Thursday</w:t>
            </w:r>
          </w:p>
        </w:tc>
        <w:tc>
          <w:tcPr>
            <w:tcW w:w="1195" w:type="dxa"/>
          </w:tcPr>
          <w:p w:rsidRPr="00095B32" w:rsidR="00095B32" w:rsidP="00E35DB0" w:rsidRDefault="00095B32" w14:paraId="33E62A23" w14:textId="77777777">
            <w:pPr>
              <w:rPr>
                <w:b/>
                <w:bCs/>
                <w:i/>
                <w:iCs/>
              </w:rPr>
            </w:pPr>
            <w:r w:rsidRPr="00095B32">
              <w:rPr>
                <w:b/>
                <w:bCs/>
                <w:i/>
                <w:iCs/>
              </w:rPr>
              <w:t>Friday</w:t>
            </w:r>
          </w:p>
        </w:tc>
        <w:tc>
          <w:tcPr>
            <w:tcW w:w="1402" w:type="dxa"/>
          </w:tcPr>
          <w:p w:rsidRPr="00095B32" w:rsidR="00095B32" w:rsidP="00E35DB0" w:rsidRDefault="00095B32" w14:paraId="1FEB3F95" w14:textId="77777777">
            <w:pPr>
              <w:rPr>
                <w:b/>
                <w:bCs/>
                <w:i/>
                <w:iCs/>
              </w:rPr>
            </w:pPr>
            <w:r w:rsidRPr="00095B32">
              <w:rPr>
                <w:b/>
                <w:bCs/>
                <w:i/>
                <w:iCs/>
              </w:rPr>
              <w:t>Saturday</w:t>
            </w:r>
          </w:p>
        </w:tc>
      </w:tr>
      <w:tr w:rsidR="00095B32" w:rsidTr="00095B32" w14:paraId="0E85EF55" w14:textId="77777777">
        <w:tc>
          <w:tcPr>
            <w:tcW w:w="1054" w:type="dxa"/>
            <w:vMerge w:val="restart"/>
          </w:tcPr>
          <w:p w:rsidRPr="00095B32" w:rsidR="00095B32" w:rsidP="00E35DB0" w:rsidRDefault="00095B32" w14:paraId="7C3E2760" w14:textId="77777777">
            <w:pPr>
              <w:rPr>
                <w:b/>
                <w:bCs/>
                <w:i/>
                <w:iCs/>
              </w:rPr>
            </w:pPr>
            <w:r w:rsidRPr="00095B32">
              <w:rPr>
                <w:b/>
                <w:bCs/>
                <w:i/>
                <w:iCs/>
              </w:rPr>
              <w:t>What did you do yesterday?</w:t>
            </w:r>
          </w:p>
        </w:tc>
        <w:tc>
          <w:tcPr>
            <w:tcW w:w="818" w:type="dxa"/>
          </w:tcPr>
          <w:p w:rsidR="00095B32" w:rsidP="00E35DB0" w:rsidRDefault="00095B32" w14:paraId="777981C9" w14:textId="77777777">
            <w:r>
              <w:t>Suresh Menon</w:t>
            </w:r>
          </w:p>
        </w:tc>
        <w:tc>
          <w:tcPr>
            <w:tcW w:w="931" w:type="dxa"/>
          </w:tcPr>
          <w:p w:rsidR="00095B32" w:rsidP="00E35DB0" w:rsidRDefault="00095B32" w14:paraId="0B74FC3A" w14:textId="77777777">
            <w:r>
              <w:t>Set up module</w:t>
            </w:r>
          </w:p>
        </w:tc>
        <w:tc>
          <w:tcPr>
            <w:tcW w:w="1253" w:type="dxa"/>
          </w:tcPr>
          <w:p w:rsidR="00095B32" w:rsidP="00E35DB0" w:rsidRDefault="00095B32" w14:paraId="21FCE875" w14:textId="77777777">
            <w:r>
              <w:t>Implemented feature</w:t>
            </w:r>
          </w:p>
        </w:tc>
        <w:tc>
          <w:tcPr>
            <w:tcW w:w="1169" w:type="dxa"/>
          </w:tcPr>
          <w:p w:rsidR="00095B32" w:rsidP="00E35DB0" w:rsidRDefault="00095B32" w14:paraId="7E6E8A7F" w14:textId="77777777">
            <w:r>
              <w:t>Tested component</w:t>
            </w:r>
          </w:p>
        </w:tc>
        <w:tc>
          <w:tcPr>
            <w:tcW w:w="1194" w:type="dxa"/>
          </w:tcPr>
          <w:p w:rsidR="00095B32" w:rsidP="00E35DB0" w:rsidRDefault="00095B32" w14:paraId="71C41A9A" w14:textId="77777777">
            <w:r>
              <w:t>Fixed bug</w:t>
            </w:r>
          </w:p>
        </w:tc>
        <w:tc>
          <w:tcPr>
            <w:tcW w:w="1195" w:type="dxa"/>
          </w:tcPr>
          <w:p w:rsidR="00095B32" w:rsidP="00E35DB0" w:rsidRDefault="00095B32" w14:paraId="0B3D7884" w14:textId="77777777">
            <w:r>
              <w:t>Reviewed code</w:t>
            </w:r>
          </w:p>
        </w:tc>
        <w:tc>
          <w:tcPr>
            <w:tcW w:w="1402" w:type="dxa"/>
          </w:tcPr>
          <w:p w:rsidR="00095B32" w:rsidP="00E35DB0" w:rsidRDefault="00095B32" w14:paraId="50450917" w14:textId="77777777">
            <w:r>
              <w:t>Updated documentation</w:t>
            </w:r>
          </w:p>
        </w:tc>
      </w:tr>
      <w:tr w:rsidR="00095B32" w:rsidTr="00095B32" w14:paraId="53613E66" w14:textId="77777777">
        <w:tc>
          <w:tcPr>
            <w:tcW w:w="1054" w:type="dxa"/>
            <w:vMerge/>
          </w:tcPr>
          <w:p w:rsidRPr="00095B32" w:rsidR="00095B32" w:rsidP="00E35DB0" w:rsidRDefault="00095B32" w14:paraId="433B50C4" w14:textId="6AF13D55">
            <w:pPr>
              <w:rPr>
                <w:b/>
                <w:bCs/>
                <w:i/>
                <w:iCs/>
              </w:rPr>
            </w:pPr>
          </w:p>
        </w:tc>
        <w:tc>
          <w:tcPr>
            <w:tcW w:w="818" w:type="dxa"/>
          </w:tcPr>
          <w:p w:rsidR="00095B32" w:rsidP="00E35DB0" w:rsidRDefault="00095B32" w14:paraId="55965495" w14:textId="77777777">
            <w:r>
              <w:t>Vivek Reddy</w:t>
            </w:r>
          </w:p>
        </w:tc>
        <w:tc>
          <w:tcPr>
            <w:tcW w:w="931" w:type="dxa"/>
          </w:tcPr>
          <w:p w:rsidR="00095B32" w:rsidP="00E35DB0" w:rsidRDefault="00095B32" w14:paraId="0337A8C1" w14:textId="77777777">
            <w:r>
              <w:t>Set up module</w:t>
            </w:r>
          </w:p>
        </w:tc>
        <w:tc>
          <w:tcPr>
            <w:tcW w:w="1253" w:type="dxa"/>
          </w:tcPr>
          <w:p w:rsidR="00095B32" w:rsidP="00E35DB0" w:rsidRDefault="00095B32" w14:paraId="0951B8AD" w14:textId="77777777">
            <w:r>
              <w:t>Implemented feature</w:t>
            </w:r>
          </w:p>
        </w:tc>
        <w:tc>
          <w:tcPr>
            <w:tcW w:w="1169" w:type="dxa"/>
          </w:tcPr>
          <w:p w:rsidR="00095B32" w:rsidP="00E35DB0" w:rsidRDefault="00095B32" w14:paraId="1F26800C" w14:textId="77777777">
            <w:r>
              <w:t>Tested component</w:t>
            </w:r>
          </w:p>
        </w:tc>
        <w:tc>
          <w:tcPr>
            <w:tcW w:w="1194" w:type="dxa"/>
          </w:tcPr>
          <w:p w:rsidR="00095B32" w:rsidP="00E35DB0" w:rsidRDefault="00095B32" w14:paraId="230B0380" w14:textId="77777777">
            <w:r>
              <w:t>Fixed bug</w:t>
            </w:r>
          </w:p>
        </w:tc>
        <w:tc>
          <w:tcPr>
            <w:tcW w:w="1195" w:type="dxa"/>
          </w:tcPr>
          <w:p w:rsidR="00095B32" w:rsidP="00E35DB0" w:rsidRDefault="00095B32" w14:paraId="78920419" w14:textId="77777777">
            <w:r>
              <w:t>Reviewed code</w:t>
            </w:r>
          </w:p>
        </w:tc>
        <w:tc>
          <w:tcPr>
            <w:tcW w:w="1402" w:type="dxa"/>
          </w:tcPr>
          <w:p w:rsidR="00095B32" w:rsidP="00E35DB0" w:rsidRDefault="00095B32" w14:paraId="14B43D4A" w14:textId="77777777">
            <w:r>
              <w:t>Updated documentation</w:t>
            </w:r>
          </w:p>
        </w:tc>
      </w:tr>
      <w:tr w:rsidR="00095B32" w:rsidTr="00095B32" w14:paraId="784BBF49" w14:textId="77777777">
        <w:tc>
          <w:tcPr>
            <w:tcW w:w="1054" w:type="dxa"/>
            <w:vMerge/>
          </w:tcPr>
          <w:p w:rsidRPr="00095B32" w:rsidR="00095B32" w:rsidP="00E35DB0" w:rsidRDefault="00095B32" w14:paraId="54A3B5EE" w14:textId="43CAD18D">
            <w:pPr>
              <w:rPr>
                <w:b/>
                <w:bCs/>
                <w:i/>
                <w:iCs/>
              </w:rPr>
            </w:pPr>
          </w:p>
        </w:tc>
        <w:tc>
          <w:tcPr>
            <w:tcW w:w="818" w:type="dxa"/>
          </w:tcPr>
          <w:p w:rsidR="00095B32" w:rsidP="00E35DB0" w:rsidRDefault="00095B32" w14:paraId="2787545D" w14:textId="77777777">
            <w:r>
              <w:t>Anil Sharma</w:t>
            </w:r>
          </w:p>
        </w:tc>
        <w:tc>
          <w:tcPr>
            <w:tcW w:w="931" w:type="dxa"/>
          </w:tcPr>
          <w:p w:rsidR="00095B32" w:rsidP="00E35DB0" w:rsidRDefault="00095B32" w14:paraId="0DBC32A7" w14:textId="77777777">
            <w:r>
              <w:t>Set up module</w:t>
            </w:r>
          </w:p>
        </w:tc>
        <w:tc>
          <w:tcPr>
            <w:tcW w:w="1253" w:type="dxa"/>
          </w:tcPr>
          <w:p w:rsidR="00095B32" w:rsidP="00E35DB0" w:rsidRDefault="00095B32" w14:paraId="07EFF35C" w14:textId="77777777">
            <w:r>
              <w:t>Implemented feature</w:t>
            </w:r>
          </w:p>
        </w:tc>
        <w:tc>
          <w:tcPr>
            <w:tcW w:w="1169" w:type="dxa"/>
          </w:tcPr>
          <w:p w:rsidR="00095B32" w:rsidP="00E35DB0" w:rsidRDefault="00095B32" w14:paraId="1B57B6DD" w14:textId="77777777">
            <w:r>
              <w:t>Tested component</w:t>
            </w:r>
          </w:p>
        </w:tc>
        <w:tc>
          <w:tcPr>
            <w:tcW w:w="1194" w:type="dxa"/>
          </w:tcPr>
          <w:p w:rsidR="00095B32" w:rsidP="00E35DB0" w:rsidRDefault="00095B32" w14:paraId="0F0EF6BC" w14:textId="77777777">
            <w:r>
              <w:t>Fixed bug</w:t>
            </w:r>
          </w:p>
        </w:tc>
        <w:tc>
          <w:tcPr>
            <w:tcW w:w="1195" w:type="dxa"/>
          </w:tcPr>
          <w:p w:rsidR="00095B32" w:rsidP="00E35DB0" w:rsidRDefault="00095B32" w14:paraId="4C1C317C" w14:textId="77777777">
            <w:r>
              <w:t>Reviewed code</w:t>
            </w:r>
          </w:p>
        </w:tc>
        <w:tc>
          <w:tcPr>
            <w:tcW w:w="1402" w:type="dxa"/>
          </w:tcPr>
          <w:p w:rsidR="00095B32" w:rsidP="00E35DB0" w:rsidRDefault="00095B32" w14:paraId="70A33BCF" w14:textId="77777777">
            <w:r>
              <w:t>Updated documentation</w:t>
            </w:r>
          </w:p>
        </w:tc>
      </w:tr>
      <w:tr w:rsidR="00095B32" w:rsidTr="00095B32" w14:paraId="76478A27" w14:textId="77777777">
        <w:tc>
          <w:tcPr>
            <w:tcW w:w="1054" w:type="dxa"/>
            <w:vMerge w:val="restart"/>
          </w:tcPr>
          <w:p w:rsidRPr="00095B32" w:rsidR="00095B32" w:rsidP="00E35DB0" w:rsidRDefault="00095B32" w14:paraId="0CF64EB5" w14:textId="77777777">
            <w:pPr>
              <w:rPr>
                <w:b/>
                <w:bCs/>
                <w:i/>
                <w:iCs/>
              </w:rPr>
            </w:pPr>
            <w:r w:rsidRPr="00095B32">
              <w:rPr>
                <w:b/>
                <w:bCs/>
                <w:i/>
                <w:iCs/>
              </w:rPr>
              <w:t>What will you do today?</w:t>
            </w:r>
          </w:p>
        </w:tc>
        <w:tc>
          <w:tcPr>
            <w:tcW w:w="818" w:type="dxa"/>
          </w:tcPr>
          <w:p w:rsidR="00095B32" w:rsidP="00E35DB0" w:rsidRDefault="00095B32" w14:paraId="60361A8B" w14:textId="77777777">
            <w:r>
              <w:t>Suresh Menon</w:t>
            </w:r>
          </w:p>
        </w:tc>
        <w:tc>
          <w:tcPr>
            <w:tcW w:w="931" w:type="dxa"/>
          </w:tcPr>
          <w:p w:rsidR="00095B32" w:rsidP="00E35DB0" w:rsidRDefault="00095B32" w14:paraId="16A52775" w14:textId="77777777">
            <w:r>
              <w:t>Continue feature dev</w:t>
            </w:r>
          </w:p>
        </w:tc>
        <w:tc>
          <w:tcPr>
            <w:tcW w:w="1253" w:type="dxa"/>
          </w:tcPr>
          <w:p w:rsidR="00095B32" w:rsidP="00E35DB0" w:rsidRDefault="00095B32" w14:paraId="58E768A0" w14:textId="77777777">
            <w:r>
              <w:t>Integrate module</w:t>
            </w:r>
          </w:p>
        </w:tc>
        <w:tc>
          <w:tcPr>
            <w:tcW w:w="1169" w:type="dxa"/>
          </w:tcPr>
          <w:p w:rsidR="00095B32" w:rsidP="00E35DB0" w:rsidRDefault="00095B32" w14:paraId="40A5BA03" w14:textId="77777777">
            <w:r>
              <w:t>Conduct testing</w:t>
            </w:r>
          </w:p>
        </w:tc>
        <w:tc>
          <w:tcPr>
            <w:tcW w:w="1194" w:type="dxa"/>
          </w:tcPr>
          <w:p w:rsidR="00095B32" w:rsidP="00E35DB0" w:rsidRDefault="00095B32" w14:paraId="30DDD08B" w14:textId="77777777">
            <w:r>
              <w:t>Bug fixing</w:t>
            </w:r>
          </w:p>
        </w:tc>
        <w:tc>
          <w:tcPr>
            <w:tcW w:w="1195" w:type="dxa"/>
          </w:tcPr>
          <w:p w:rsidR="00095B32" w:rsidP="00E35DB0" w:rsidRDefault="00095B32" w14:paraId="48963AF7" w14:textId="77777777">
            <w:r>
              <w:t>Prepare demo</w:t>
            </w:r>
          </w:p>
        </w:tc>
        <w:tc>
          <w:tcPr>
            <w:tcW w:w="1402" w:type="dxa"/>
          </w:tcPr>
          <w:p w:rsidR="00095B32" w:rsidP="00E35DB0" w:rsidRDefault="00095B32" w14:paraId="4660E0BC" w14:textId="77777777">
            <w:r>
              <w:t>Optimize performance</w:t>
            </w:r>
          </w:p>
        </w:tc>
      </w:tr>
      <w:tr w:rsidR="00095B32" w:rsidTr="00095B32" w14:paraId="6A4B2322" w14:textId="77777777">
        <w:tc>
          <w:tcPr>
            <w:tcW w:w="1054" w:type="dxa"/>
            <w:vMerge/>
          </w:tcPr>
          <w:p w:rsidRPr="00095B32" w:rsidR="00095B32" w:rsidP="00E35DB0" w:rsidRDefault="00095B32" w14:paraId="318BF14E" w14:textId="17931057">
            <w:pPr>
              <w:rPr>
                <w:b/>
                <w:bCs/>
                <w:i/>
                <w:iCs/>
              </w:rPr>
            </w:pPr>
          </w:p>
        </w:tc>
        <w:tc>
          <w:tcPr>
            <w:tcW w:w="818" w:type="dxa"/>
          </w:tcPr>
          <w:p w:rsidR="00095B32" w:rsidP="00E35DB0" w:rsidRDefault="00095B32" w14:paraId="60B50FFB" w14:textId="77777777">
            <w:r>
              <w:t>Vivek Reddy</w:t>
            </w:r>
          </w:p>
        </w:tc>
        <w:tc>
          <w:tcPr>
            <w:tcW w:w="931" w:type="dxa"/>
          </w:tcPr>
          <w:p w:rsidR="00095B32" w:rsidP="00E35DB0" w:rsidRDefault="00095B32" w14:paraId="1D32F770" w14:textId="77777777">
            <w:r>
              <w:t>Continue feature dev</w:t>
            </w:r>
          </w:p>
        </w:tc>
        <w:tc>
          <w:tcPr>
            <w:tcW w:w="1253" w:type="dxa"/>
          </w:tcPr>
          <w:p w:rsidR="00095B32" w:rsidP="00E35DB0" w:rsidRDefault="00095B32" w14:paraId="474B42B4" w14:textId="77777777">
            <w:r>
              <w:t>Integrate module</w:t>
            </w:r>
          </w:p>
        </w:tc>
        <w:tc>
          <w:tcPr>
            <w:tcW w:w="1169" w:type="dxa"/>
          </w:tcPr>
          <w:p w:rsidR="00095B32" w:rsidP="00E35DB0" w:rsidRDefault="00095B32" w14:paraId="2D4AC404" w14:textId="77777777">
            <w:r>
              <w:t>Conduct testing</w:t>
            </w:r>
          </w:p>
        </w:tc>
        <w:tc>
          <w:tcPr>
            <w:tcW w:w="1194" w:type="dxa"/>
          </w:tcPr>
          <w:p w:rsidR="00095B32" w:rsidP="00E35DB0" w:rsidRDefault="00095B32" w14:paraId="284E9204" w14:textId="77777777">
            <w:r>
              <w:t>Bug fixing</w:t>
            </w:r>
          </w:p>
        </w:tc>
        <w:tc>
          <w:tcPr>
            <w:tcW w:w="1195" w:type="dxa"/>
          </w:tcPr>
          <w:p w:rsidR="00095B32" w:rsidP="00E35DB0" w:rsidRDefault="00095B32" w14:paraId="69445EA5" w14:textId="77777777">
            <w:r>
              <w:t>Prepare demo</w:t>
            </w:r>
          </w:p>
        </w:tc>
        <w:tc>
          <w:tcPr>
            <w:tcW w:w="1402" w:type="dxa"/>
          </w:tcPr>
          <w:p w:rsidR="00095B32" w:rsidP="00E35DB0" w:rsidRDefault="00095B32" w14:paraId="7EEFCCCF" w14:textId="77777777">
            <w:r>
              <w:t>Optimize performance</w:t>
            </w:r>
          </w:p>
        </w:tc>
      </w:tr>
      <w:tr w:rsidR="00095B32" w:rsidTr="00095B32" w14:paraId="79283128" w14:textId="77777777">
        <w:tc>
          <w:tcPr>
            <w:tcW w:w="1054" w:type="dxa"/>
            <w:vMerge/>
          </w:tcPr>
          <w:p w:rsidRPr="00095B32" w:rsidR="00095B32" w:rsidP="00E35DB0" w:rsidRDefault="00095B32" w14:paraId="5F8FB002" w14:textId="7FE68B22">
            <w:pPr>
              <w:rPr>
                <w:b/>
                <w:bCs/>
                <w:i/>
                <w:iCs/>
              </w:rPr>
            </w:pPr>
          </w:p>
        </w:tc>
        <w:tc>
          <w:tcPr>
            <w:tcW w:w="818" w:type="dxa"/>
          </w:tcPr>
          <w:p w:rsidR="00095B32" w:rsidP="00E35DB0" w:rsidRDefault="00095B32" w14:paraId="266022B5" w14:textId="77777777">
            <w:r>
              <w:t>Anil Sharma</w:t>
            </w:r>
          </w:p>
        </w:tc>
        <w:tc>
          <w:tcPr>
            <w:tcW w:w="931" w:type="dxa"/>
          </w:tcPr>
          <w:p w:rsidR="00095B32" w:rsidP="00E35DB0" w:rsidRDefault="00095B32" w14:paraId="51203565" w14:textId="77777777">
            <w:r>
              <w:t>Continue feature dev</w:t>
            </w:r>
          </w:p>
        </w:tc>
        <w:tc>
          <w:tcPr>
            <w:tcW w:w="1253" w:type="dxa"/>
          </w:tcPr>
          <w:p w:rsidR="00095B32" w:rsidP="00E35DB0" w:rsidRDefault="00095B32" w14:paraId="5BAD5402" w14:textId="77777777">
            <w:r>
              <w:t>Integrate module</w:t>
            </w:r>
          </w:p>
        </w:tc>
        <w:tc>
          <w:tcPr>
            <w:tcW w:w="1169" w:type="dxa"/>
          </w:tcPr>
          <w:p w:rsidR="00095B32" w:rsidP="00E35DB0" w:rsidRDefault="00095B32" w14:paraId="237CB548" w14:textId="77777777">
            <w:r>
              <w:t>Conduct testing</w:t>
            </w:r>
          </w:p>
        </w:tc>
        <w:tc>
          <w:tcPr>
            <w:tcW w:w="1194" w:type="dxa"/>
          </w:tcPr>
          <w:p w:rsidR="00095B32" w:rsidP="00E35DB0" w:rsidRDefault="00095B32" w14:paraId="02435BDC" w14:textId="77777777">
            <w:r>
              <w:t>Bug fixing</w:t>
            </w:r>
          </w:p>
        </w:tc>
        <w:tc>
          <w:tcPr>
            <w:tcW w:w="1195" w:type="dxa"/>
          </w:tcPr>
          <w:p w:rsidR="00095B32" w:rsidP="00E35DB0" w:rsidRDefault="00095B32" w14:paraId="6D27AC15" w14:textId="77777777">
            <w:r>
              <w:t>Prepare demo</w:t>
            </w:r>
          </w:p>
        </w:tc>
        <w:tc>
          <w:tcPr>
            <w:tcW w:w="1402" w:type="dxa"/>
          </w:tcPr>
          <w:p w:rsidR="00095B32" w:rsidP="00E35DB0" w:rsidRDefault="00095B32" w14:paraId="2601A56F" w14:textId="77777777">
            <w:r>
              <w:t>Optimize performance</w:t>
            </w:r>
          </w:p>
        </w:tc>
      </w:tr>
      <w:tr w:rsidR="00095B32" w:rsidTr="00095B32" w14:paraId="038102EA" w14:textId="77777777">
        <w:tc>
          <w:tcPr>
            <w:tcW w:w="1054" w:type="dxa"/>
            <w:vMerge w:val="restart"/>
          </w:tcPr>
          <w:p w:rsidRPr="00095B32" w:rsidR="00095B32" w:rsidP="00E35DB0" w:rsidRDefault="00095B32" w14:paraId="15F2D2EE" w14:textId="77777777">
            <w:pPr>
              <w:rPr>
                <w:b/>
                <w:bCs/>
                <w:i/>
                <w:iCs/>
              </w:rPr>
            </w:pPr>
            <w:r w:rsidRPr="00095B32">
              <w:rPr>
                <w:b/>
                <w:bCs/>
                <w:i/>
                <w:iCs/>
              </w:rPr>
              <w:t>What (if any) is blocking your progress?</w:t>
            </w:r>
          </w:p>
        </w:tc>
        <w:tc>
          <w:tcPr>
            <w:tcW w:w="818" w:type="dxa"/>
          </w:tcPr>
          <w:p w:rsidR="00095B32" w:rsidP="00E35DB0" w:rsidRDefault="00095B32" w14:paraId="1F92B0A1" w14:textId="77777777">
            <w:r>
              <w:t>Suresh Menon</w:t>
            </w:r>
          </w:p>
        </w:tc>
        <w:tc>
          <w:tcPr>
            <w:tcW w:w="931" w:type="dxa"/>
          </w:tcPr>
          <w:p w:rsidR="00095B32" w:rsidP="00E35DB0" w:rsidRDefault="00095B32" w14:paraId="598EE4DB" w14:textId="77777777">
            <w:r>
              <w:t>None</w:t>
            </w:r>
          </w:p>
        </w:tc>
        <w:tc>
          <w:tcPr>
            <w:tcW w:w="1253" w:type="dxa"/>
          </w:tcPr>
          <w:p w:rsidR="00095B32" w:rsidP="00E35DB0" w:rsidRDefault="00095B32" w14:paraId="59EE93A1" w14:textId="77777777">
            <w:r>
              <w:t>API downtime</w:t>
            </w:r>
          </w:p>
        </w:tc>
        <w:tc>
          <w:tcPr>
            <w:tcW w:w="1169" w:type="dxa"/>
          </w:tcPr>
          <w:p w:rsidR="00095B32" w:rsidP="00E35DB0" w:rsidRDefault="00095B32" w14:paraId="30A25ACF" w14:textId="77777777">
            <w:r>
              <w:t>Waiting for review</w:t>
            </w:r>
          </w:p>
        </w:tc>
        <w:tc>
          <w:tcPr>
            <w:tcW w:w="1194" w:type="dxa"/>
          </w:tcPr>
          <w:p w:rsidR="00095B32" w:rsidP="00E35DB0" w:rsidRDefault="00095B32" w14:paraId="5F829070" w14:textId="77777777">
            <w:r>
              <w:t>Dependency delay</w:t>
            </w:r>
          </w:p>
        </w:tc>
        <w:tc>
          <w:tcPr>
            <w:tcW w:w="1195" w:type="dxa"/>
          </w:tcPr>
          <w:p w:rsidR="00095B32" w:rsidP="00E35DB0" w:rsidRDefault="00095B32" w14:paraId="2EEBFF57" w14:textId="77777777">
            <w:r>
              <w:t>Environment issue</w:t>
            </w:r>
          </w:p>
        </w:tc>
        <w:tc>
          <w:tcPr>
            <w:tcW w:w="1402" w:type="dxa"/>
          </w:tcPr>
          <w:p w:rsidR="00095B32" w:rsidP="00E35DB0" w:rsidRDefault="00095B32" w14:paraId="2EAF809A" w14:textId="77777777">
            <w:r>
              <w:t>None</w:t>
            </w:r>
          </w:p>
        </w:tc>
      </w:tr>
      <w:tr w:rsidR="00095B32" w:rsidTr="00095B32" w14:paraId="37A8242F" w14:textId="77777777">
        <w:tc>
          <w:tcPr>
            <w:tcW w:w="1054" w:type="dxa"/>
            <w:vMerge/>
          </w:tcPr>
          <w:p w:rsidR="00095B32" w:rsidP="00E35DB0" w:rsidRDefault="00095B32" w14:paraId="07597C04" w14:textId="20B6154E"/>
        </w:tc>
        <w:tc>
          <w:tcPr>
            <w:tcW w:w="818" w:type="dxa"/>
          </w:tcPr>
          <w:p w:rsidR="00095B32" w:rsidP="00E35DB0" w:rsidRDefault="00095B32" w14:paraId="0EF750FD" w14:textId="77777777">
            <w:r>
              <w:t>Vivek Reddy</w:t>
            </w:r>
          </w:p>
        </w:tc>
        <w:tc>
          <w:tcPr>
            <w:tcW w:w="931" w:type="dxa"/>
          </w:tcPr>
          <w:p w:rsidR="00095B32" w:rsidP="00E35DB0" w:rsidRDefault="00095B32" w14:paraId="40EAC1D7" w14:textId="77777777">
            <w:r>
              <w:t>None</w:t>
            </w:r>
          </w:p>
        </w:tc>
        <w:tc>
          <w:tcPr>
            <w:tcW w:w="1253" w:type="dxa"/>
          </w:tcPr>
          <w:p w:rsidR="00095B32" w:rsidP="00E35DB0" w:rsidRDefault="00095B32" w14:paraId="091B3D56" w14:textId="77777777">
            <w:r>
              <w:t>API downtime</w:t>
            </w:r>
          </w:p>
        </w:tc>
        <w:tc>
          <w:tcPr>
            <w:tcW w:w="1169" w:type="dxa"/>
          </w:tcPr>
          <w:p w:rsidR="00095B32" w:rsidP="00E35DB0" w:rsidRDefault="00095B32" w14:paraId="750CB2C1" w14:textId="77777777">
            <w:r>
              <w:t>Waiting for review</w:t>
            </w:r>
          </w:p>
        </w:tc>
        <w:tc>
          <w:tcPr>
            <w:tcW w:w="1194" w:type="dxa"/>
          </w:tcPr>
          <w:p w:rsidR="00095B32" w:rsidP="00E35DB0" w:rsidRDefault="00095B32" w14:paraId="03327DE5" w14:textId="77777777">
            <w:r>
              <w:t>Dependency delay</w:t>
            </w:r>
          </w:p>
        </w:tc>
        <w:tc>
          <w:tcPr>
            <w:tcW w:w="1195" w:type="dxa"/>
          </w:tcPr>
          <w:p w:rsidR="00095B32" w:rsidP="00E35DB0" w:rsidRDefault="00095B32" w14:paraId="43145D55" w14:textId="77777777">
            <w:r>
              <w:t>Environment issue</w:t>
            </w:r>
          </w:p>
        </w:tc>
        <w:tc>
          <w:tcPr>
            <w:tcW w:w="1402" w:type="dxa"/>
          </w:tcPr>
          <w:p w:rsidR="00095B32" w:rsidP="00E35DB0" w:rsidRDefault="00095B32" w14:paraId="7F4D66FC" w14:textId="77777777">
            <w:r>
              <w:t>None</w:t>
            </w:r>
          </w:p>
        </w:tc>
      </w:tr>
      <w:tr w:rsidR="00095B32" w:rsidTr="00095B32" w14:paraId="3E51CA37" w14:textId="77777777">
        <w:tc>
          <w:tcPr>
            <w:tcW w:w="1054" w:type="dxa"/>
            <w:vMerge/>
          </w:tcPr>
          <w:p w:rsidR="00095B32" w:rsidP="00E35DB0" w:rsidRDefault="00095B32" w14:paraId="4880FA09" w14:textId="045C1EE4"/>
        </w:tc>
        <w:tc>
          <w:tcPr>
            <w:tcW w:w="818" w:type="dxa"/>
          </w:tcPr>
          <w:p w:rsidR="00095B32" w:rsidP="00E35DB0" w:rsidRDefault="00095B32" w14:paraId="170518BE" w14:textId="77777777">
            <w:r>
              <w:t>Anil Sharma</w:t>
            </w:r>
          </w:p>
        </w:tc>
        <w:tc>
          <w:tcPr>
            <w:tcW w:w="931" w:type="dxa"/>
          </w:tcPr>
          <w:p w:rsidR="00095B32" w:rsidP="00E35DB0" w:rsidRDefault="00095B32" w14:paraId="3992F2F6" w14:textId="77777777">
            <w:r>
              <w:t>None</w:t>
            </w:r>
          </w:p>
        </w:tc>
        <w:tc>
          <w:tcPr>
            <w:tcW w:w="1253" w:type="dxa"/>
          </w:tcPr>
          <w:p w:rsidR="00095B32" w:rsidP="00E35DB0" w:rsidRDefault="00095B32" w14:paraId="557F9B36" w14:textId="77777777">
            <w:r>
              <w:t>API downtime</w:t>
            </w:r>
          </w:p>
        </w:tc>
        <w:tc>
          <w:tcPr>
            <w:tcW w:w="1169" w:type="dxa"/>
          </w:tcPr>
          <w:p w:rsidR="00095B32" w:rsidP="00E35DB0" w:rsidRDefault="00095B32" w14:paraId="1B724A46" w14:textId="77777777">
            <w:r>
              <w:t>Waiting for review</w:t>
            </w:r>
          </w:p>
        </w:tc>
        <w:tc>
          <w:tcPr>
            <w:tcW w:w="1194" w:type="dxa"/>
          </w:tcPr>
          <w:p w:rsidR="00095B32" w:rsidP="00E35DB0" w:rsidRDefault="00095B32" w14:paraId="0A98293D" w14:textId="77777777">
            <w:r>
              <w:t>Dependency delay</w:t>
            </w:r>
          </w:p>
        </w:tc>
        <w:tc>
          <w:tcPr>
            <w:tcW w:w="1195" w:type="dxa"/>
          </w:tcPr>
          <w:p w:rsidR="00095B32" w:rsidP="00E35DB0" w:rsidRDefault="00095B32" w14:paraId="0A72B96B" w14:textId="77777777">
            <w:r>
              <w:t>Environment issue</w:t>
            </w:r>
          </w:p>
        </w:tc>
        <w:tc>
          <w:tcPr>
            <w:tcW w:w="1402" w:type="dxa"/>
          </w:tcPr>
          <w:p w:rsidR="00095B32" w:rsidP="00E35DB0" w:rsidRDefault="00095B32" w14:paraId="6E3FF072" w14:textId="77777777">
            <w:r>
              <w:t>None</w:t>
            </w:r>
          </w:p>
        </w:tc>
      </w:tr>
    </w:tbl>
    <w:p w:rsidR="00D14149" w:rsidP="00D14149" w:rsidRDefault="00D14149" w14:paraId="62C777A5" w14:textId="77777777"/>
    <w:p w:rsidR="00D14149" w:rsidP="0098741A" w:rsidRDefault="00D14149" w14:paraId="1945E2B7" w14:textId="77777777">
      <w:pPr>
        <w:pStyle w:val="Heading2"/>
      </w:pPr>
      <w:r>
        <w:t>Sprint 6 – Daily Stand-up Meeting</w:t>
      </w:r>
    </w:p>
    <w:p w:rsidRPr="0098741A" w:rsidR="00D14149" w:rsidP="00D14149" w:rsidRDefault="00D14149" w14:paraId="29173DEE" w14:textId="77777777">
      <w:pPr>
        <w:rPr>
          <w:b/>
          <w:bCs/>
          <w:i/>
          <w:iCs/>
        </w:rPr>
      </w:pPr>
      <w:r w:rsidRPr="0098741A">
        <w:rPr>
          <w:b/>
          <w:bCs/>
          <w:i/>
          <w:iCs/>
        </w:rPr>
        <w:t>Week: 10-11-2025 to 23-11-2025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98741A" w:rsidR="0098741A" w:rsidTr="0098741A" w14:paraId="03666680" w14:textId="77777777">
        <w:tc>
          <w:tcPr>
            <w:tcW w:w="1054" w:type="dxa"/>
          </w:tcPr>
          <w:p w:rsidRPr="0098741A" w:rsidR="0098741A" w:rsidP="00E35DB0" w:rsidRDefault="0098741A" w14:paraId="7BAF96D1" w14:textId="77777777">
            <w:pPr>
              <w:rPr>
                <w:b/>
                <w:bCs/>
                <w:i/>
                <w:iCs/>
              </w:rPr>
            </w:pPr>
            <w:r w:rsidRPr="0098741A">
              <w:rPr>
                <w:b/>
                <w:bCs/>
                <w:i/>
                <w:iCs/>
              </w:rPr>
              <w:t>Question</w:t>
            </w:r>
          </w:p>
        </w:tc>
        <w:tc>
          <w:tcPr>
            <w:tcW w:w="818" w:type="dxa"/>
          </w:tcPr>
          <w:p w:rsidRPr="0098741A" w:rsidR="0098741A" w:rsidP="00E35DB0" w:rsidRDefault="0098741A" w14:paraId="1A39DB72" w14:textId="77777777">
            <w:pPr>
              <w:rPr>
                <w:b/>
                <w:bCs/>
                <w:i/>
                <w:iCs/>
              </w:rPr>
            </w:pPr>
            <w:r w:rsidRPr="0098741A">
              <w:rPr>
                <w:b/>
                <w:bCs/>
                <w:i/>
                <w:iCs/>
              </w:rPr>
              <w:t>Name / Role</w:t>
            </w:r>
          </w:p>
        </w:tc>
        <w:tc>
          <w:tcPr>
            <w:tcW w:w="931" w:type="dxa"/>
          </w:tcPr>
          <w:p w:rsidRPr="0098741A" w:rsidR="0098741A" w:rsidP="00E35DB0" w:rsidRDefault="0098741A" w14:paraId="38A46048" w14:textId="77777777">
            <w:pPr>
              <w:rPr>
                <w:b/>
                <w:bCs/>
                <w:i/>
                <w:iCs/>
              </w:rPr>
            </w:pPr>
            <w:r w:rsidRPr="0098741A">
              <w:rPr>
                <w:b/>
                <w:bCs/>
                <w:i/>
                <w:iCs/>
              </w:rPr>
              <w:t>Monday</w:t>
            </w:r>
          </w:p>
        </w:tc>
        <w:tc>
          <w:tcPr>
            <w:tcW w:w="1253" w:type="dxa"/>
          </w:tcPr>
          <w:p w:rsidRPr="0098741A" w:rsidR="0098741A" w:rsidP="00E35DB0" w:rsidRDefault="0098741A" w14:paraId="150E8905" w14:textId="77777777">
            <w:pPr>
              <w:rPr>
                <w:b/>
                <w:bCs/>
                <w:i/>
                <w:iCs/>
              </w:rPr>
            </w:pPr>
            <w:r w:rsidRPr="0098741A">
              <w:rPr>
                <w:b/>
                <w:bCs/>
                <w:i/>
                <w:iCs/>
              </w:rPr>
              <w:t>Tuesday</w:t>
            </w:r>
          </w:p>
        </w:tc>
        <w:tc>
          <w:tcPr>
            <w:tcW w:w="1169" w:type="dxa"/>
          </w:tcPr>
          <w:p w:rsidRPr="0098741A" w:rsidR="0098741A" w:rsidP="00E35DB0" w:rsidRDefault="0098741A" w14:paraId="69AB36A4" w14:textId="77777777">
            <w:pPr>
              <w:rPr>
                <w:b/>
                <w:bCs/>
                <w:i/>
                <w:iCs/>
              </w:rPr>
            </w:pPr>
            <w:r w:rsidRPr="0098741A">
              <w:rPr>
                <w:b/>
                <w:bCs/>
                <w:i/>
                <w:iCs/>
              </w:rPr>
              <w:t>Wednesday</w:t>
            </w:r>
          </w:p>
        </w:tc>
        <w:tc>
          <w:tcPr>
            <w:tcW w:w="1194" w:type="dxa"/>
          </w:tcPr>
          <w:p w:rsidRPr="0098741A" w:rsidR="0098741A" w:rsidP="00E35DB0" w:rsidRDefault="0098741A" w14:paraId="685C29C3" w14:textId="77777777">
            <w:pPr>
              <w:rPr>
                <w:b/>
                <w:bCs/>
                <w:i/>
                <w:iCs/>
              </w:rPr>
            </w:pPr>
            <w:r w:rsidRPr="0098741A">
              <w:rPr>
                <w:b/>
                <w:bCs/>
                <w:i/>
                <w:iCs/>
              </w:rPr>
              <w:t>Thursday</w:t>
            </w:r>
          </w:p>
        </w:tc>
        <w:tc>
          <w:tcPr>
            <w:tcW w:w="1195" w:type="dxa"/>
          </w:tcPr>
          <w:p w:rsidRPr="0098741A" w:rsidR="0098741A" w:rsidP="00E35DB0" w:rsidRDefault="0098741A" w14:paraId="32BB052B" w14:textId="77777777">
            <w:pPr>
              <w:rPr>
                <w:b/>
                <w:bCs/>
                <w:i/>
                <w:iCs/>
              </w:rPr>
            </w:pPr>
            <w:r w:rsidRPr="0098741A">
              <w:rPr>
                <w:b/>
                <w:bCs/>
                <w:i/>
                <w:iCs/>
              </w:rPr>
              <w:t>Friday</w:t>
            </w:r>
          </w:p>
        </w:tc>
        <w:tc>
          <w:tcPr>
            <w:tcW w:w="1402" w:type="dxa"/>
          </w:tcPr>
          <w:p w:rsidRPr="0098741A" w:rsidR="0098741A" w:rsidP="00E35DB0" w:rsidRDefault="0098741A" w14:paraId="4BC2089B" w14:textId="77777777">
            <w:pPr>
              <w:rPr>
                <w:b/>
                <w:bCs/>
                <w:i/>
                <w:iCs/>
              </w:rPr>
            </w:pPr>
            <w:r w:rsidRPr="0098741A">
              <w:rPr>
                <w:b/>
                <w:bCs/>
                <w:i/>
                <w:iCs/>
              </w:rPr>
              <w:t>Saturday</w:t>
            </w:r>
          </w:p>
        </w:tc>
      </w:tr>
      <w:tr w:rsidR="0098741A" w:rsidTr="0098741A" w14:paraId="3600AC5F" w14:textId="77777777">
        <w:tc>
          <w:tcPr>
            <w:tcW w:w="1054" w:type="dxa"/>
            <w:vMerge w:val="restart"/>
          </w:tcPr>
          <w:p w:rsidRPr="00A15BC5" w:rsidR="0098741A" w:rsidP="00E35DB0" w:rsidRDefault="0098741A" w14:paraId="0A76F42D" w14:textId="77777777">
            <w:pPr>
              <w:rPr>
                <w:b/>
                <w:bCs/>
                <w:i/>
                <w:iCs/>
              </w:rPr>
            </w:pPr>
            <w:r w:rsidRPr="00A15BC5">
              <w:rPr>
                <w:b/>
                <w:bCs/>
                <w:i/>
                <w:iCs/>
              </w:rPr>
              <w:t>What did you do yesterday?</w:t>
            </w:r>
          </w:p>
        </w:tc>
        <w:tc>
          <w:tcPr>
            <w:tcW w:w="818" w:type="dxa"/>
          </w:tcPr>
          <w:p w:rsidR="0098741A" w:rsidP="00E35DB0" w:rsidRDefault="0098741A" w14:paraId="10821441" w14:textId="77777777">
            <w:r>
              <w:t>Suresh Menon</w:t>
            </w:r>
          </w:p>
        </w:tc>
        <w:tc>
          <w:tcPr>
            <w:tcW w:w="931" w:type="dxa"/>
          </w:tcPr>
          <w:p w:rsidR="0098741A" w:rsidP="00E35DB0" w:rsidRDefault="0098741A" w14:paraId="694FB40A" w14:textId="77777777">
            <w:r>
              <w:t>Set up module</w:t>
            </w:r>
          </w:p>
        </w:tc>
        <w:tc>
          <w:tcPr>
            <w:tcW w:w="1253" w:type="dxa"/>
          </w:tcPr>
          <w:p w:rsidR="0098741A" w:rsidP="00E35DB0" w:rsidRDefault="0098741A" w14:paraId="31BAC6D7" w14:textId="77777777">
            <w:r>
              <w:t>Implemented feature</w:t>
            </w:r>
          </w:p>
        </w:tc>
        <w:tc>
          <w:tcPr>
            <w:tcW w:w="1169" w:type="dxa"/>
          </w:tcPr>
          <w:p w:rsidR="0098741A" w:rsidP="00E35DB0" w:rsidRDefault="0098741A" w14:paraId="656AEC76" w14:textId="77777777">
            <w:r>
              <w:t>Tested component</w:t>
            </w:r>
          </w:p>
        </w:tc>
        <w:tc>
          <w:tcPr>
            <w:tcW w:w="1194" w:type="dxa"/>
          </w:tcPr>
          <w:p w:rsidR="0098741A" w:rsidP="00E35DB0" w:rsidRDefault="0098741A" w14:paraId="51FE5A36" w14:textId="77777777">
            <w:r>
              <w:t>Fixed bug</w:t>
            </w:r>
          </w:p>
        </w:tc>
        <w:tc>
          <w:tcPr>
            <w:tcW w:w="1195" w:type="dxa"/>
          </w:tcPr>
          <w:p w:rsidR="0098741A" w:rsidP="00E35DB0" w:rsidRDefault="0098741A" w14:paraId="25D7A050" w14:textId="77777777">
            <w:r>
              <w:t>Reviewed code</w:t>
            </w:r>
          </w:p>
        </w:tc>
        <w:tc>
          <w:tcPr>
            <w:tcW w:w="1402" w:type="dxa"/>
          </w:tcPr>
          <w:p w:rsidR="0098741A" w:rsidP="00E35DB0" w:rsidRDefault="0098741A" w14:paraId="5C2DD69B" w14:textId="77777777">
            <w:r>
              <w:t>Updated documentation</w:t>
            </w:r>
          </w:p>
        </w:tc>
      </w:tr>
      <w:tr w:rsidR="0098741A" w:rsidTr="0098741A" w14:paraId="67D95FF4" w14:textId="77777777">
        <w:tc>
          <w:tcPr>
            <w:tcW w:w="1054" w:type="dxa"/>
            <w:vMerge/>
          </w:tcPr>
          <w:p w:rsidRPr="00A15BC5" w:rsidR="0098741A" w:rsidP="00E35DB0" w:rsidRDefault="0098741A" w14:paraId="52E17EB8" w14:textId="686F1413">
            <w:pPr>
              <w:rPr>
                <w:b/>
                <w:bCs/>
                <w:i/>
                <w:iCs/>
              </w:rPr>
            </w:pPr>
          </w:p>
        </w:tc>
        <w:tc>
          <w:tcPr>
            <w:tcW w:w="818" w:type="dxa"/>
          </w:tcPr>
          <w:p w:rsidR="0098741A" w:rsidP="00E35DB0" w:rsidRDefault="0098741A" w14:paraId="2FC73A40" w14:textId="77777777">
            <w:r>
              <w:t>Vivek Reddy</w:t>
            </w:r>
          </w:p>
        </w:tc>
        <w:tc>
          <w:tcPr>
            <w:tcW w:w="931" w:type="dxa"/>
          </w:tcPr>
          <w:p w:rsidR="0098741A" w:rsidP="00E35DB0" w:rsidRDefault="0098741A" w14:paraId="09128830" w14:textId="77777777">
            <w:r>
              <w:t>Set up module</w:t>
            </w:r>
          </w:p>
        </w:tc>
        <w:tc>
          <w:tcPr>
            <w:tcW w:w="1253" w:type="dxa"/>
          </w:tcPr>
          <w:p w:rsidR="0098741A" w:rsidP="00E35DB0" w:rsidRDefault="0098741A" w14:paraId="26FF523C" w14:textId="77777777">
            <w:r>
              <w:t>Implemented feature</w:t>
            </w:r>
          </w:p>
        </w:tc>
        <w:tc>
          <w:tcPr>
            <w:tcW w:w="1169" w:type="dxa"/>
          </w:tcPr>
          <w:p w:rsidR="0098741A" w:rsidP="00E35DB0" w:rsidRDefault="0098741A" w14:paraId="2C029580" w14:textId="77777777">
            <w:r>
              <w:t>Tested component</w:t>
            </w:r>
          </w:p>
        </w:tc>
        <w:tc>
          <w:tcPr>
            <w:tcW w:w="1194" w:type="dxa"/>
          </w:tcPr>
          <w:p w:rsidR="0098741A" w:rsidP="00E35DB0" w:rsidRDefault="0098741A" w14:paraId="7A2E10D6" w14:textId="77777777">
            <w:r>
              <w:t>Fixed bug</w:t>
            </w:r>
          </w:p>
        </w:tc>
        <w:tc>
          <w:tcPr>
            <w:tcW w:w="1195" w:type="dxa"/>
          </w:tcPr>
          <w:p w:rsidR="0098741A" w:rsidP="00E35DB0" w:rsidRDefault="0098741A" w14:paraId="5448CA91" w14:textId="77777777">
            <w:r>
              <w:t>Reviewed code</w:t>
            </w:r>
          </w:p>
        </w:tc>
        <w:tc>
          <w:tcPr>
            <w:tcW w:w="1402" w:type="dxa"/>
          </w:tcPr>
          <w:p w:rsidR="0098741A" w:rsidP="00E35DB0" w:rsidRDefault="0098741A" w14:paraId="078FFB04" w14:textId="77777777">
            <w:r>
              <w:t>Updated documentation</w:t>
            </w:r>
          </w:p>
        </w:tc>
      </w:tr>
      <w:tr w:rsidR="0098741A" w:rsidTr="0098741A" w14:paraId="43D522AB" w14:textId="77777777">
        <w:tc>
          <w:tcPr>
            <w:tcW w:w="1054" w:type="dxa"/>
            <w:vMerge/>
          </w:tcPr>
          <w:p w:rsidRPr="00A15BC5" w:rsidR="0098741A" w:rsidP="00E35DB0" w:rsidRDefault="0098741A" w14:paraId="1942F859" w14:textId="086207C1">
            <w:pPr>
              <w:rPr>
                <w:b/>
                <w:bCs/>
                <w:i/>
                <w:iCs/>
              </w:rPr>
            </w:pPr>
          </w:p>
        </w:tc>
        <w:tc>
          <w:tcPr>
            <w:tcW w:w="818" w:type="dxa"/>
          </w:tcPr>
          <w:p w:rsidR="0098741A" w:rsidP="00E35DB0" w:rsidRDefault="0098741A" w14:paraId="393E269B" w14:textId="77777777">
            <w:r>
              <w:t>Anil Sharma</w:t>
            </w:r>
          </w:p>
        </w:tc>
        <w:tc>
          <w:tcPr>
            <w:tcW w:w="931" w:type="dxa"/>
          </w:tcPr>
          <w:p w:rsidR="0098741A" w:rsidP="00E35DB0" w:rsidRDefault="0098741A" w14:paraId="205BCB99" w14:textId="77777777">
            <w:r>
              <w:t>Set up module</w:t>
            </w:r>
          </w:p>
        </w:tc>
        <w:tc>
          <w:tcPr>
            <w:tcW w:w="1253" w:type="dxa"/>
          </w:tcPr>
          <w:p w:rsidR="0098741A" w:rsidP="00E35DB0" w:rsidRDefault="0098741A" w14:paraId="7C9E6466" w14:textId="77777777">
            <w:r>
              <w:t>Implemented feature</w:t>
            </w:r>
          </w:p>
        </w:tc>
        <w:tc>
          <w:tcPr>
            <w:tcW w:w="1169" w:type="dxa"/>
          </w:tcPr>
          <w:p w:rsidR="0098741A" w:rsidP="00E35DB0" w:rsidRDefault="0098741A" w14:paraId="637EA99E" w14:textId="77777777">
            <w:r>
              <w:t>Tested component</w:t>
            </w:r>
          </w:p>
        </w:tc>
        <w:tc>
          <w:tcPr>
            <w:tcW w:w="1194" w:type="dxa"/>
          </w:tcPr>
          <w:p w:rsidR="0098741A" w:rsidP="00E35DB0" w:rsidRDefault="0098741A" w14:paraId="0D3E0950" w14:textId="77777777">
            <w:r>
              <w:t>Fixed bug</w:t>
            </w:r>
          </w:p>
        </w:tc>
        <w:tc>
          <w:tcPr>
            <w:tcW w:w="1195" w:type="dxa"/>
          </w:tcPr>
          <w:p w:rsidR="0098741A" w:rsidP="00E35DB0" w:rsidRDefault="0098741A" w14:paraId="1FF7FFA8" w14:textId="77777777">
            <w:r>
              <w:t>Reviewed code</w:t>
            </w:r>
          </w:p>
        </w:tc>
        <w:tc>
          <w:tcPr>
            <w:tcW w:w="1402" w:type="dxa"/>
          </w:tcPr>
          <w:p w:rsidR="0098741A" w:rsidP="00E35DB0" w:rsidRDefault="0098741A" w14:paraId="08178F59" w14:textId="77777777">
            <w:r>
              <w:t>Updated documentation</w:t>
            </w:r>
          </w:p>
        </w:tc>
      </w:tr>
      <w:tr w:rsidR="0098741A" w:rsidTr="0098741A" w14:paraId="5DF4B0E0" w14:textId="77777777">
        <w:tc>
          <w:tcPr>
            <w:tcW w:w="1054" w:type="dxa"/>
            <w:vMerge w:val="restart"/>
          </w:tcPr>
          <w:p w:rsidRPr="00A15BC5" w:rsidR="0098741A" w:rsidP="00E35DB0" w:rsidRDefault="0098741A" w14:paraId="629FDD2D" w14:textId="77777777">
            <w:pPr>
              <w:rPr>
                <w:b/>
                <w:bCs/>
                <w:i/>
                <w:iCs/>
              </w:rPr>
            </w:pPr>
            <w:r w:rsidRPr="00A15BC5">
              <w:rPr>
                <w:b/>
                <w:bCs/>
                <w:i/>
                <w:iCs/>
              </w:rPr>
              <w:t>What will you do today?</w:t>
            </w:r>
          </w:p>
        </w:tc>
        <w:tc>
          <w:tcPr>
            <w:tcW w:w="818" w:type="dxa"/>
          </w:tcPr>
          <w:p w:rsidR="0098741A" w:rsidP="00E35DB0" w:rsidRDefault="0098741A" w14:paraId="29F4E622" w14:textId="77777777">
            <w:r>
              <w:t>Suresh Menon</w:t>
            </w:r>
          </w:p>
        </w:tc>
        <w:tc>
          <w:tcPr>
            <w:tcW w:w="931" w:type="dxa"/>
          </w:tcPr>
          <w:p w:rsidR="0098741A" w:rsidP="00E35DB0" w:rsidRDefault="0098741A" w14:paraId="332D7793" w14:textId="77777777">
            <w:r>
              <w:t>Continue feature dev</w:t>
            </w:r>
          </w:p>
        </w:tc>
        <w:tc>
          <w:tcPr>
            <w:tcW w:w="1253" w:type="dxa"/>
          </w:tcPr>
          <w:p w:rsidR="0098741A" w:rsidP="00E35DB0" w:rsidRDefault="0098741A" w14:paraId="72511858" w14:textId="77777777">
            <w:r>
              <w:t>Integrate module</w:t>
            </w:r>
          </w:p>
        </w:tc>
        <w:tc>
          <w:tcPr>
            <w:tcW w:w="1169" w:type="dxa"/>
          </w:tcPr>
          <w:p w:rsidR="0098741A" w:rsidP="00E35DB0" w:rsidRDefault="0098741A" w14:paraId="2C1FCEEC" w14:textId="77777777">
            <w:r>
              <w:t>Conduct testing</w:t>
            </w:r>
          </w:p>
        </w:tc>
        <w:tc>
          <w:tcPr>
            <w:tcW w:w="1194" w:type="dxa"/>
          </w:tcPr>
          <w:p w:rsidR="0098741A" w:rsidP="00E35DB0" w:rsidRDefault="0098741A" w14:paraId="5B51FD63" w14:textId="77777777">
            <w:r>
              <w:t>Bug fixing</w:t>
            </w:r>
          </w:p>
        </w:tc>
        <w:tc>
          <w:tcPr>
            <w:tcW w:w="1195" w:type="dxa"/>
          </w:tcPr>
          <w:p w:rsidR="0098741A" w:rsidP="00E35DB0" w:rsidRDefault="0098741A" w14:paraId="7372AE01" w14:textId="77777777">
            <w:r>
              <w:t>Prepare demo</w:t>
            </w:r>
          </w:p>
        </w:tc>
        <w:tc>
          <w:tcPr>
            <w:tcW w:w="1402" w:type="dxa"/>
          </w:tcPr>
          <w:p w:rsidR="0098741A" w:rsidP="00E35DB0" w:rsidRDefault="0098741A" w14:paraId="118A63E9" w14:textId="77777777">
            <w:r>
              <w:t>Optimize performance</w:t>
            </w:r>
          </w:p>
        </w:tc>
      </w:tr>
      <w:tr w:rsidR="0098741A" w:rsidTr="0098741A" w14:paraId="4BE22BA5" w14:textId="77777777">
        <w:tc>
          <w:tcPr>
            <w:tcW w:w="1054" w:type="dxa"/>
            <w:vMerge/>
          </w:tcPr>
          <w:p w:rsidRPr="00A15BC5" w:rsidR="0098741A" w:rsidP="00E35DB0" w:rsidRDefault="0098741A" w14:paraId="0F327032" w14:textId="33D02B57">
            <w:pPr>
              <w:rPr>
                <w:b/>
                <w:bCs/>
                <w:i/>
                <w:iCs/>
              </w:rPr>
            </w:pPr>
          </w:p>
        </w:tc>
        <w:tc>
          <w:tcPr>
            <w:tcW w:w="818" w:type="dxa"/>
          </w:tcPr>
          <w:p w:rsidR="0098741A" w:rsidP="00E35DB0" w:rsidRDefault="0098741A" w14:paraId="1D06FA72" w14:textId="77777777">
            <w:r>
              <w:t>Vivek Reddy</w:t>
            </w:r>
          </w:p>
        </w:tc>
        <w:tc>
          <w:tcPr>
            <w:tcW w:w="931" w:type="dxa"/>
          </w:tcPr>
          <w:p w:rsidR="0098741A" w:rsidP="00E35DB0" w:rsidRDefault="0098741A" w14:paraId="2FC29772" w14:textId="77777777">
            <w:r>
              <w:t>Continue feature dev</w:t>
            </w:r>
          </w:p>
        </w:tc>
        <w:tc>
          <w:tcPr>
            <w:tcW w:w="1253" w:type="dxa"/>
          </w:tcPr>
          <w:p w:rsidR="0098741A" w:rsidP="00E35DB0" w:rsidRDefault="0098741A" w14:paraId="5738B473" w14:textId="77777777">
            <w:r>
              <w:t>Integrate module</w:t>
            </w:r>
          </w:p>
        </w:tc>
        <w:tc>
          <w:tcPr>
            <w:tcW w:w="1169" w:type="dxa"/>
          </w:tcPr>
          <w:p w:rsidR="0098741A" w:rsidP="00E35DB0" w:rsidRDefault="0098741A" w14:paraId="356F76EB" w14:textId="77777777">
            <w:r>
              <w:t>Conduct testing</w:t>
            </w:r>
          </w:p>
        </w:tc>
        <w:tc>
          <w:tcPr>
            <w:tcW w:w="1194" w:type="dxa"/>
          </w:tcPr>
          <w:p w:rsidR="0098741A" w:rsidP="00E35DB0" w:rsidRDefault="0098741A" w14:paraId="1031F8BB" w14:textId="77777777">
            <w:r>
              <w:t>Bug fixing</w:t>
            </w:r>
          </w:p>
        </w:tc>
        <w:tc>
          <w:tcPr>
            <w:tcW w:w="1195" w:type="dxa"/>
          </w:tcPr>
          <w:p w:rsidR="0098741A" w:rsidP="00E35DB0" w:rsidRDefault="0098741A" w14:paraId="681FCBDD" w14:textId="77777777">
            <w:r>
              <w:t>Prepare demo</w:t>
            </w:r>
          </w:p>
        </w:tc>
        <w:tc>
          <w:tcPr>
            <w:tcW w:w="1402" w:type="dxa"/>
          </w:tcPr>
          <w:p w:rsidR="0098741A" w:rsidP="00E35DB0" w:rsidRDefault="0098741A" w14:paraId="26DCC463" w14:textId="77777777">
            <w:r>
              <w:t>Optimize performance</w:t>
            </w:r>
          </w:p>
        </w:tc>
      </w:tr>
      <w:tr w:rsidR="0098741A" w:rsidTr="0098741A" w14:paraId="1E4698ED" w14:textId="77777777">
        <w:tc>
          <w:tcPr>
            <w:tcW w:w="1054" w:type="dxa"/>
            <w:vMerge/>
          </w:tcPr>
          <w:p w:rsidRPr="00A15BC5" w:rsidR="0098741A" w:rsidP="00E35DB0" w:rsidRDefault="0098741A" w14:paraId="3EB14344" w14:textId="541B733C">
            <w:pPr>
              <w:rPr>
                <w:b/>
                <w:bCs/>
                <w:i/>
                <w:iCs/>
              </w:rPr>
            </w:pPr>
          </w:p>
        </w:tc>
        <w:tc>
          <w:tcPr>
            <w:tcW w:w="818" w:type="dxa"/>
          </w:tcPr>
          <w:p w:rsidR="0098741A" w:rsidP="00E35DB0" w:rsidRDefault="0098741A" w14:paraId="316E57E1" w14:textId="77777777">
            <w:r>
              <w:t>Anil Sharma</w:t>
            </w:r>
          </w:p>
        </w:tc>
        <w:tc>
          <w:tcPr>
            <w:tcW w:w="931" w:type="dxa"/>
          </w:tcPr>
          <w:p w:rsidR="0098741A" w:rsidP="00E35DB0" w:rsidRDefault="0098741A" w14:paraId="712E13D9" w14:textId="77777777">
            <w:r>
              <w:t>Continue feature dev</w:t>
            </w:r>
          </w:p>
        </w:tc>
        <w:tc>
          <w:tcPr>
            <w:tcW w:w="1253" w:type="dxa"/>
          </w:tcPr>
          <w:p w:rsidR="0098741A" w:rsidP="00E35DB0" w:rsidRDefault="0098741A" w14:paraId="0FBC661E" w14:textId="77777777">
            <w:r>
              <w:t>Integrate module</w:t>
            </w:r>
          </w:p>
        </w:tc>
        <w:tc>
          <w:tcPr>
            <w:tcW w:w="1169" w:type="dxa"/>
          </w:tcPr>
          <w:p w:rsidR="0098741A" w:rsidP="00E35DB0" w:rsidRDefault="0098741A" w14:paraId="49A65128" w14:textId="77777777">
            <w:r>
              <w:t>Conduct testing</w:t>
            </w:r>
          </w:p>
        </w:tc>
        <w:tc>
          <w:tcPr>
            <w:tcW w:w="1194" w:type="dxa"/>
          </w:tcPr>
          <w:p w:rsidR="0098741A" w:rsidP="00E35DB0" w:rsidRDefault="0098741A" w14:paraId="0C845795" w14:textId="77777777">
            <w:r>
              <w:t>Bug fixing</w:t>
            </w:r>
          </w:p>
        </w:tc>
        <w:tc>
          <w:tcPr>
            <w:tcW w:w="1195" w:type="dxa"/>
          </w:tcPr>
          <w:p w:rsidR="0098741A" w:rsidP="00E35DB0" w:rsidRDefault="0098741A" w14:paraId="4C209FC2" w14:textId="77777777">
            <w:r>
              <w:t>Prepare demo</w:t>
            </w:r>
          </w:p>
        </w:tc>
        <w:tc>
          <w:tcPr>
            <w:tcW w:w="1402" w:type="dxa"/>
          </w:tcPr>
          <w:p w:rsidR="0098741A" w:rsidP="00E35DB0" w:rsidRDefault="0098741A" w14:paraId="1A9DAAE6" w14:textId="77777777">
            <w:r>
              <w:t>Optimize performance</w:t>
            </w:r>
          </w:p>
        </w:tc>
      </w:tr>
      <w:tr w:rsidR="0098741A" w:rsidTr="0098741A" w14:paraId="39C65D3C" w14:textId="77777777">
        <w:tc>
          <w:tcPr>
            <w:tcW w:w="1054" w:type="dxa"/>
            <w:vMerge w:val="restart"/>
          </w:tcPr>
          <w:p w:rsidRPr="00A15BC5" w:rsidR="0098741A" w:rsidP="00E35DB0" w:rsidRDefault="0098741A" w14:paraId="15657439" w14:textId="77777777">
            <w:pPr>
              <w:rPr>
                <w:b/>
                <w:bCs/>
                <w:i/>
                <w:iCs/>
              </w:rPr>
            </w:pPr>
            <w:r w:rsidRPr="00A15BC5">
              <w:rPr>
                <w:b/>
                <w:bCs/>
                <w:i/>
                <w:iCs/>
              </w:rPr>
              <w:t>What (if any) is blocking your progress?</w:t>
            </w:r>
          </w:p>
        </w:tc>
        <w:tc>
          <w:tcPr>
            <w:tcW w:w="818" w:type="dxa"/>
          </w:tcPr>
          <w:p w:rsidR="0098741A" w:rsidP="00E35DB0" w:rsidRDefault="0098741A" w14:paraId="7028640E" w14:textId="77777777">
            <w:r>
              <w:t>Suresh Menon</w:t>
            </w:r>
          </w:p>
        </w:tc>
        <w:tc>
          <w:tcPr>
            <w:tcW w:w="931" w:type="dxa"/>
          </w:tcPr>
          <w:p w:rsidR="0098741A" w:rsidP="00E35DB0" w:rsidRDefault="0098741A" w14:paraId="58935383" w14:textId="77777777">
            <w:r>
              <w:t>None</w:t>
            </w:r>
          </w:p>
        </w:tc>
        <w:tc>
          <w:tcPr>
            <w:tcW w:w="1253" w:type="dxa"/>
          </w:tcPr>
          <w:p w:rsidR="0098741A" w:rsidP="00E35DB0" w:rsidRDefault="0098741A" w14:paraId="26F7AE1F" w14:textId="77777777">
            <w:r>
              <w:t>API downtime</w:t>
            </w:r>
          </w:p>
        </w:tc>
        <w:tc>
          <w:tcPr>
            <w:tcW w:w="1169" w:type="dxa"/>
          </w:tcPr>
          <w:p w:rsidR="0098741A" w:rsidP="00E35DB0" w:rsidRDefault="0098741A" w14:paraId="06DF9376" w14:textId="77777777">
            <w:r>
              <w:t>Waiting for review</w:t>
            </w:r>
          </w:p>
        </w:tc>
        <w:tc>
          <w:tcPr>
            <w:tcW w:w="1194" w:type="dxa"/>
          </w:tcPr>
          <w:p w:rsidR="0098741A" w:rsidP="00E35DB0" w:rsidRDefault="0098741A" w14:paraId="4A28D22F" w14:textId="77777777">
            <w:r>
              <w:t>Dependency delay</w:t>
            </w:r>
          </w:p>
        </w:tc>
        <w:tc>
          <w:tcPr>
            <w:tcW w:w="1195" w:type="dxa"/>
          </w:tcPr>
          <w:p w:rsidR="0098741A" w:rsidP="00E35DB0" w:rsidRDefault="0098741A" w14:paraId="1B143762" w14:textId="77777777">
            <w:r>
              <w:t>Environment issue</w:t>
            </w:r>
          </w:p>
        </w:tc>
        <w:tc>
          <w:tcPr>
            <w:tcW w:w="1402" w:type="dxa"/>
          </w:tcPr>
          <w:p w:rsidR="0098741A" w:rsidP="00E35DB0" w:rsidRDefault="0098741A" w14:paraId="719D6A10" w14:textId="77777777">
            <w:r>
              <w:t>None</w:t>
            </w:r>
          </w:p>
        </w:tc>
      </w:tr>
      <w:tr w:rsidR="0098741A" w:rsidTr="0098741A" w14:paraId="53D4CD58" w14:textId="77777777">
        <w:tc>
          <w:tcPr>
            <w:tcW w:w="1054" w:type="dxa"/>
            <w:vMerge/>
          </w:tcPr>
          <w:p w:rsidR="0098741A" w:rsidP="00E35DB0" w:rsidRDefault="0098741A" w14:paraId="09F3922E" w14:textId="3C209B57"/>
        </w:tc>
        <w:tc>
          <w:tcPr>
            <w:tcW w:w="818" w:type="dxa"/>
          </w:tcPr>
          <w:p w:rsidR="0098741A" w:rsidP="00E35DB0" w:rsidRDefault="0098741A" w14:paraId="603B97D8" w14:textId="77777777">
            <w:r>
              <w:t>Vivek Reddy</w:t>
            </w:r>
          </w:p>
        </w:tc>
        <w:tc>
          <w:tcPr>
            <w:tcW w:w="931" w:type="dxa"/>
          </w:tcPr>
          <w:p w:rsidR="0098741A" w:rsidP="00E35DB0" w:rsidRDefault="0098741A" w14:paraId="693D2EF4" w14:textId="77777777">
            <w:r>
              <w:t>None</w:t>
            </w:r>
          </w:p>
        </w:tc>
        <w:tc>
          <w:tcPr>
            <w:tcW w:w="1253" w:type="dxa"/>
          </w:tcPr>
          <w:p w:rsidR="0098741A" w:rsidP="00E35DB0" w:rsidRDefault="0098741A" w14:paraId="6B3F3FA6" w14:textId="77777777">
            <w:r>
              <w:t>API downtime</w:t>
            </w:r>
          </w:p>
        </w:tc>
        <w:tc>
          <w:tcPr>
            <w:tcW w:w="1169" w:type="dxa"/>
          </w:tcPr>
          <w:p w:rsidR="0098741A" w:rsidP="00E35DB0" w:rsidRDefault="0098741A" w14:paraId="7479AA8E" w14:textId="77777777">
            <w:r>
              <w:t>Waiting for review</w:t>
            </w:r>
          </w:p>
        </w:tc>
        <w:tc>
          <w:tcPr>
            <w:tcW w:w="1194" w:type="dxa"/>
          </w:tcPr>
          <w:p w:rsidR="0098741A" w:rsidP="00E35DB0" w:rsidRDefault="0098741A" w14:paraId="7A90EF1C" w14:textId="77777777">
            <w:r>
              <w:t>Dependency delay</w:t>
            </w:r>
          </w:p>
        </w:tc>
        <w:tc>
          <w:tcPr>
            <w:tcW w:w="1195" w:type="dxa"/>
          </w:tcPr>
          <w:p w:rsidR="0098741A" w:rsidP="00E35DB0" w:rsidRDefault="0098741A" w14:paraId="25320A2C" w14:textId="77777777">
            <w:r>
              <w:t>Environment issue</w:t>
            </w:r>
          </w:p>
        </w:tc>
        <w:tc>
          <w:tcPr>
            <w:tcW w:w="1402" w:type="dxa"/>
          </w:tcPr>
          <w:p w:rsidR="0098741A" w:rsidP="00E35DB0" w:rsidRDefault="0098741A" w14:paraId="0BBCFD59" w14:textId="77777777">
            <w:r>
              <w:t>None</w:t>
            </w:r>
          </w:p>
        </w:tc>
      </w:tr>
      <w:tr w:rsidR="0098741A" w:rsidTr="0098741A" w14:paraId="4F5BDBA7" w14:textId="77777777">
        <w:tc>
          <w:tcPr>
            <w:tcW w:w="1054" w:type="dxa"/>
            <w:vMerge/>
          </w:tcPr>
          <w:p w:rsidR="0098741A" w:rsidP="00E35DB0" w:rsidRDefault="0098741A" w14:paraId="25D679F8" w14:textId="49F42A94"/>
        </w:tc>
        <w:tc>
          <w:tcPr>
            <w:tcW w:w="818" w:type="dxa"/>
          </w:tcPr>
          <w:p w:rsidR="0098741A" w:rsidP="00E35DB0" w:rsidRDefault="0098741A" w14:paraId="3011E022" w14:textId="77777777">
            <w:r>
              <w:t>Anil Sharma</w:t>
            </w:r>
          </w:p>
        </w:tc>
        <w:tc>
          <w:tcPr>
            <w:tcW w:w="931" w:type="dxa"/>
          </w:tcPr>
          <w:p w:rsidR="0098741A" w:rsidP="00E35DB0" w:rsidRDefault="0098741A" w14:paraId="38D0454E" w14:textId="77777777">
            <w:r>
              <w:t>None</w:t>
            </w:r>
          </w:p>
        </w:tc>
        <w:tc>
          <w:tcPr>
            <w:tcW w:w="1253" w:type="dxa"/>
          </w:tcPr>
          <w:p w:rsidR="0098741A" w:rsidP="00E35DB0" w:rsidRDefault="0098741A" w14:paraId="28FF89B8" w14:textId="77777777">
            <w:r>
              <w:t>API downtime</w:t>
            </w:r>
          </w:p>
        </w:tc>
        <w:tc>
          <w:tcPr>
            <w:tcW w:w="1169" w:type="dxa"/>
          </w:tcPr>
          <w:p w:rsidR="0098741A" w:rsidP="00E35DB0" w:rsidRDefault="0098741A" w14:paraId="6E531D26" w14:textId="77777777">
            <w:r>
              <w:t>Waiting for review</w:t>
            </w:r>
          </w:p>
        </w:tc>
        <w:tc>
          <w:tcPr>
            <w:tcW w:w="1194" w:type="dxa"/>
          </w:tcPr>
          <w:p w:rsidR="0098741A" w:rsidP="00E35DB0" w:rsidRDefault="0098741A" w14:paraId="05923BAF" w14:textId="77777777">
            <w:r>
              <w:t>Dependency delay</w:t>
            </w:r>
          </w:p>
        </w:tc>
        <w:tc>
          <w:tcPr>
            <w:tcW w:w="1195" w:type="dxa"/>
          </w:tcPr>
          <w:p w:rsidR="0098741A" w:rsidP="00E35DB0" w:rsidRDefault="0098741A" w14:paraId="56086C3C" w14:textId="77777777">
            <w:r>
              <w:t>Environment issue</w:t>
            </w:r>
          </w:p>
        </w:tc>
        <w:tc>
          <w:tcPr>
            <w:tcW w:w="1402" w:type="dxa"/>
          </w:tcPr>
          <w:p w:rsidR="0098741A" w:rsidP="00E35DB0" w:rsidRDefault="0098741A" w14:paraId="1C2D1476" w14:textId="77777777">
            <w:r>
              <w:t>None</w:t>
            </w:r>
          </w:p>
        </w:tc>
      </w:tr>
    </w:tbl>
    <w:p w:rsidR="00D14149" w:rsidP="00D14149" w:rsidRDefault="00D14149" w14:paraId="12066804" w14:textId="77777777"/>
    <w:p w:rsidR="00D14149" w:rsidP="00434E01" w:rsidRDefault="00D14149" w14:paraId="1AD12CD5" w14:textId="77777777">
      <w:pPr>
        <w:pStyle w:val="Heading2"/>
      </w:pPr>
      <w:r>
        <w:t>Sprint 7 – Daily Stand-up Meeting</w:t>
      </w:r>
    </w:p>
    <w:p w:rsidRPr="00434E01" w:rsidR="00D14149" w:rsidP="00D14149" w:rsidRDefault="00D14149" w14:paraId="65B1B6E0" w14:textId="77777777">
      <w:pPr>
        <w:rPr>
          <w:b/>
          <w:bCs/>
          <w:i/>
          <w:iCs/>
        </w:rPr>
      </w:pPr>
      <w:r w:rsidRPr="00434E01">
        <w:rPr>
          <w:b/>
          <w:bCs/>
          <w:i/>
          <w:iCs/>
        </w:rPr>
        <w:t>Week: 24-11-2025 to 07-12-2025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434E01" w:rsidR="00434E01" w:rsidTr="00434E01" w14:paraId="1DA4AD0F" w14:textId="77777777">
        <w:tc>
          <w:tcPr>
            <w:tcW w:w="1054" w:type="dxa"/>
          </w:tcPr>
          <w:p w:rsidRPr="00434E01" w:rsidR="00434E01" w:rsidP="00E35DB0" w:rsidRDefault="00434E01" w14:paraId="6DC1A4DC" w14:textId="77777777">
            <w:pPr>
              <w:rPr>
                <w:b/>
                <w:bCs/>
                <w:i/>
                <w:iCs/>
              </w:rPr>
            </w:pPr>
            <w:r w:rsidRPr="00434E01">
              <w:rPr>
                <w:b/>
                <w:bCs/>
                <w:i/>
                <w:iCs/>
              </w:rPr>
              <w:t>Question</w:t>
            </w:r>
          </w:p>
        </w:tc>
        <w:tc>
          <w:tcPr>
            <w:tcW w:w="818" w:type="dxa"/>
          </w:tcPr>
          <w:p w:rsidRPr="00434E01" w:rsidR="00434E01" w:rsidP="00E35DB0" w:rsidRDefault="00434E01" w14:paraId="38DE84EF" w14:textId="77777777">
            <w:pPr>
              <w:rPr>
                <w:b/>
                <w:bCs/>
                <w:i/>
                <w:iCs/>
              </w:rPr>
            </w:pPr>
            <w:r w:rsidRPr="00434E01">
              <w:rPr>
                <w:b/>
                <w:bCs/>
                <w:i/>
                <w:iCs/>
              </w:rPr>
              <w:t>Name / Role</w:t>
            </w:r>
          </w:p>
        </w:tc>
        <w:tc>
          <w:tcPr>
            <w:tcW w:w="931" w:type="dxa"/>
          </w:tcPr>
          <w:p w:rsidRPr="00434E01" w:rsidR="00434E01" w:rsidP="00E35DB0" w:rsidRDefault="00434E01" w14:paraId="4B9E85C9" w14:textId="77777777">
            <w:pPr>
              <w:rPr>
                <w:b/>
                <w:bCs/>
                <w:i/>
                <w:iCs/>
              </w:rPr>
            </w:pPr>
            <w:r w:rsidRPr="00434E01">
              <w:rPr>
                <w:b/>
                <w:bCs/>
                <w:i/>
                <w:iCs/>
              </w:rPr>
              <w:t>Monday</w:t>
            </w:r>
          </w:p>
        </w:tc>
        <w:tc>
          <w:tcPr>
            <w:tcW w:w="1253" w:type="dxa"/>
          </w:tcPr>
          <w:p w:rsidRPr="00434E01" w:rsidR="00434E01" w:rsidP="00E35DB0" w:rsidRDefault="00434E01" w14:paraId="1B7F5C5E" w14:textId="77777777">
            <w:pPr>
              <w:rPr>
                <w:b/>
                <w:bCs/>
                <w:i/>
                <w:iCs/>
              </w:rPr>
            </w:pPr>
            <w:r w:rsidRPr="00434E01">
              <w:rPr>
                <w:b/>
                <w:bCs/>
                <w:i/>
                <w:iCs/>
              </w:rPr>
              <w:t>Tuesday</w:t>
            </w:r>
          </w:p>
        </w:tc>
        <w:tc>
          <w:tcPr>
            <w:tcW w:w="1169" w:type="dxa"/>
          </w:tcPr>
          <w:p w:rsidRPr="00434E01" w:rsidR="00434E01" w:rsidP="00E35DB0" w:rsidRDefault="00434E01" w14:paraId="00074EA8" w14:textId="77777777">
            <w:pPr>
              <w:rPr>
                <w:b/>
                <w:bCs/>
                <w:i/>
                <w:iCs/>
              </w:rPr>
            </w:pPr>
            <w:r w:rsidRPr="00434E01">
              <w:rPr>
                <w:b/>
                <w:bCs/>
                <w:i/>
                <w:iCs/>
              </w:rPr>
              <w:t>Wednesday</w:t>
            </w:r>
          </w:p>
        </w:tc>
        <w:tc>
          <w:tcPr>
            <w:tcW w:w="1194" w:type="dxa"/>
          </w:tcPr>
          <w:p w:rsidRPr="00434E01" w:rsidR="00434E01" w:rsidP="00E35DB0" w:rsidRDefault="00434E01" w14:paraId="3361219A" w14:textId="77777777">
            <w:pPr>
              <w:rPr>
                <w:b/>
                <w:bCs/>
                <w:i/>
                <w:iCs/>
              </w:rPr>
            </w:pPr>
            <w:r w:rsidRPr="00434E01">
              <w:rPr>
                <w:b/>
                <w:bCs/>
                <w:i/>
                <w:iCs/>
              </w:rPr>
              <w:t>Thursday</w:t>
            </w:r>
          </w:p>
        </w:tc>
        <w:tc>
          <w:tcPr>
            <w:tcW w:w="1195" w:type="dxa"/>
          </w:tcPr>
          <w:p w:rsidRPr="00434E01" w:rsidR="00434E01" w:rsidP="00E35DB0" w:rsidRDefault="00434E01" w14:paraId="3052EEFC" w14:textId="77777777">
            <w:pPr>
              <w:rPr>
                <w:b/>
                <w:bCs/>
                <w:i/>
                <w:iCs/>
              </w:rPr>
            </w:pPr>
            <w:r w:rsidRPr="00434E01">
              <w:rPr>
                <w:b/>
                <w:bCs/>
                <w:i/>
                <w:iCs/>
              </w:rPr>
              <w:t>Friday</w:t>
            </w:r>
          </w:p>
        </w:tc>
        <w:tc>
          <w:tcPr>
            <w:tcW w:w="1402" w:type="dxa"/>
          </w:tcPr>
          <w:p w:rsidRPr="00434E01" w:rsidR="00434E01" w:rsidP="00E35DB0" w:rsidRDefault="00434E01" w14:paraId="78A6F915" w14:textId="77777777">
            <w:pPr>
              <w:rPr>
                <w:b/>
                <w:bCs/>
                <w:i/>
                <w:iCs/>
              </w:rPr>
            </w:pPr>
            <w:r w:rsidRPr="00434E01">
              <w:rPr>
                <w:b/>
                <w:bCs/>
                <w:i/>
                <w:iCs/>
              </w:rPr>
              <w:t>Saturday</w:t>
            </w:r>
          </w:p>
        </w:tc>
      </w:tr>
      <w:tr w:rsidR="00434E01" w:rsidTr="00434E01" w14:paraId="44EFCFF5" w14:textId="77777777">
        <w:tc>
          <w:tcPr>
            <w:tcW w:w="1054" w:type="dxa"/>
            <w:vMerge w:val="restart"/>
          </w:tcPr>
          <w:p w:rsidRPr="00434E01" w:rsidR="00434E01" w:rsidP="00E35DB0" w:rsidRDefault="00434E01" w14:paraId="518FDD3C" w14:textId="77777777">
            <w:pPr>
              <w:rPr>
                <w:b/>
                <w:bCs/>
                <w:i/>
                <w:iCs/>
              </w:rPr>
            </w:pPr>
            <w:r w:rsidRPr="00434E01">
              <w:rPr>
                <w:b/>
                <w:bCs/>
                <w:i/>
                <w:iCs/>
              </w:rPr>
              <w:t>What did you do yesterday?</w:t>
            </w:r>
          </w:p>
        </w:tc>
        <w:tc>
          <w:tcPr>
            <w:tcW w:w="818" w:type="dxa"/>
          </w:tcPr>
          <w:p w:rsidR="00434E01" w:rsidP="00E35DB0" w:rsidRDefault="00434E01" w14:paraId="172716E6" w14:textId="77777777">
            <w:r>
              <w:t>Suresh Menon</w:t>
            </w:r>
          </w:p>
        </w:tc>
        <w:tc>
          <w:tcPr>
            <w:tcW w:w="931" w:type="dxa"/>
          </w:tcPr>
          <w:p w:rsidR="00434E01" w:rsidP="00E35DB0" w:rsidRDefault="00434E01" w14:paraId="51A62FB3" w14:textId="77777777">
            <w:r>
              <w:t>Set up module</w:t>
            </w:r>
          </w:p>
        </w:tc>
        <w:tc>
          <w:tcPr>
            <w:tcW w:w="1253" w:type="dxa"/>
          </w:tcPr>
          <w:p w:rsidR="00434E01" w:rsidP="00E35DB0" w:rsidRDefault="00434E01" w14:paraId="6F80BE11" w14:textId="77777777">
            <w:r>
              <w:t>Implemented feature</w:t>
            </w:r>
          </w:p>
        </w:tc>
        <w:tc>
          <w:tcPr>
            <w:tcW w:w="1169" w:type="dxa"/>
          </w:tcPr>
          <w:p w:rsidR="00434E01" w:rsidP="00E35DB0" w:rsidRDefault="00434E01" w14:paraId="39087C6D" w14:textId="77777777">
            <w:r>
              <w:t>Tested component</w:t>
            </w:r>
          </w:p>
        </w:tc>
        <w:tc>
          <w:tcPr>
            <w:tcW w:w="1194" w:type="dxa"/>
          </w:tcPr>
          <w:p w:rsidR="00434E01" w:rsidP="00E35DB0" w:rsidRDefault="00434E01" w14:paraId="159A2AF5" w14:textId="77777777">
            <w:r>
              <w:t>Fixed bug</w:t>
            </w:r>
          </w:p>
        </w:tc>
        <w:tc>
          <w:tcPr>
            <w:tcW w:w="1195" w:type="dxa"/>
          </w:tcPr>
          <w:p w:rsidR="00434E01" w:rsidP="00E35DB0" w:rsidRDefault="00434E01" w14:paraId="566EA5CF" w14:textId="77777777">
            <w:r>
              <w:t>Reviewed code</w:t>
            </w:r>
          </w:p>
        </w:tc>
        <w:tc>
          <w:tcPr>
            <w:tcW w:w="1402" w:type="dxa"/>
          </w:tcPr>
          <w:p w:rsidR="00434E01" w:rsidP="00E35DB0" w:rsidRDefault="00434E01" w14:paraId="6DDBE7DD" w14:textId="77777777">
            <w:r>
              <w:t>Updated documentation</w:t>
            </w:r>
          </w:p>
        </w:tc>
      </w:tr>
      <w:tr w:rsidR="00434E01" w:rsidTr="00434E01" w14:paraId="0DFD37DF" w14:textId="77777777">
        <w:tc>
          <w:tcPr>
            <w:tcW w:w="1054" w:type="dxa"/>
            <w:vMerge/>
          </w:tcPr>
          <w:p w:rsidRPr="00434E01" w:rsidR="00434E01" w:rsidP="00E35DB0" w:rsidRDefault="00434E01" w14:paraId="3F09BC47" w14:textId="6B1814DD">
            <w:pPr>
              <w:rPr>
                <w:b/>
                <w:bCs/>
                <w:i/>
                <w:iCs/>
              </w:rPr>
            </w:pPr>
          </w:p>
        </w:tc>
        <w:tc>
          <w:tcPr>
            <w:tcW w:w="818" w:type="dxa"/>
          </w:tcPr>
          <w:p w:rsidR="00434E01" w:rsidP="00E35DB0" w:rsidRDefault="00434E01" w14:paraId="7388B433" w14:textId="77777777">
            <w:r>
              <w:t>Vivek Reddy</w:t>
            </w:r>
          </w:p>
        </w:tc>
        <w:tc>
          <w:tcPr>
            <w:tcW w:w="931" w:type="dxa"/>
          </w:tcPr>
          <w:p w:rsidR="00434E01" w:rsidP="00E35DB0" w:rsidRDefault="00434E01" w14:paraId="5E760282" w14:textId="77777777">
            <w:r>
              <w:t>Set up module</w:t>
            </w:r>
          </w:p>
        </w:tc>
        <w:tc>
          <w:tcPr>
            <w:tcW w:w="1253" w:type="dxa"/>
          </w:tcPr>
          <w:p w:rsidR="00434E01" w:rsidP="00E35DB0" w:rsidRDefault="00434E01" w14:paraId="704B2A56" w14:textId="77777777">
            <w:r>
              <w:t>Implemented feature</w:t>
            </w:r>
          </w:p>
        </w:tc>
        <w:tc>
          <w:tcPr>
            <w:tcW w:w="1169" w:type="dxa"/>
          </w:tcPr>
          <w:p w:rsidR="00434E01" w:rsidP="00E35DB0" w:rsidRDefault="00434E01" w14:paraId="0EA421C7" w14:textId="77777777">
            <w:r>
              <w:t>Tested component</w:t>
            </w:r>
          </w:p>
        </w:tc>
        <w:tc>
          <w:tcPr>
            <w:tcW w:w="1194" w:type="dxa"/>
          </w:tcPr>
          <w:p w:rsidR="00434E01" w:rsidP="00E35DB0" w:rsidRDefault="00434E01" w14:paraId="49B07E93" w14:textId="77777777">
            <w:r>
              <w:t>Fixed bug</w:t>
            </w:r>
          </w:p>
        </w:tc>
        <w:tc>
          <w:tcPr>
            <w:tcW w:w="1195" w:type="dxa"/>
          </w:tcPr>
          <w:p w:rsidR="00434E01" w:rsidP="00E35DB0" w:rsidRDefault="00434E01" w14:paraId="12F4987C" w14:textId="77777777">
            <w:r>
              <w:t>Reviewed code</w:t>
            </w:r>
          </w:p>
        </w:tc>
        <w:tc>
          <w:tcPr>
            <w:tcW w:w="1402" w:type="dxa"/>
          </w:tcPr>
          <w:p w:rsidR="00434E01" w:rsidP="00E35DB0" w:rsidRDefault="00434E01" w14:paraId="4C8A80AC" w14:textId="77777777">
            <w:r>
              <w:t>Updated documentation</w:t>
            </w:r>
          </w:p>
        </w:tc>
      </w:tr>
      <w:tr w:rsidR="00434E01" w:rsidTr="00434E01" w14:paraId="6C49FA53" w14:textId="77777777">
        <w:tc>
          <w:tcPr>
            <w:tcW w:w="1054" w:type="dxa"/>
            <w:vMerge/>
          </w:tcPr>
          <w:p w:rsidRPr="00434E01" w:rsidR="00434E01" w:rsidP="00E35DB0" w:rsidRDefault="00434E01" w14:paraId="46550EB3" w14:textId="15E55501">
            <w:pPr>
              <w:rPr>
                <w:b/>
                <w:bCs/>
                <w:i/>
                <w:iCs/>
              </w:rPr>
            </w:pPr>
          </w:p>
        </w:tc>
        <w:tc>
          <w:tcPr>
            <w:tcW w:w="818" w:type="dxa"/>
          </w:tcPr>
          <w:p w:rsidR="00434E01" w:rsidP="00E35DB0" w:rsidRDefault="00434E01" w14:paraId="4821B4B4" w14:textId="77777777">
            <w:r>
              <w:t>Anil Sharma</w:t>
            </w:r>
          </w:p>
        </w:tc>
        <w:tc>
          <w:tcPr>
            <w:tcW w:w="931" w:type="dxa"/>
          </w:tcPr>
          <w:p w:rsidR="00434E01" w:rsidP="00E35DB0" w:rsidRDefault="00434E01" w14:paraId="501E48C3" w14:textId="77777777">
            <w:r>
              <w:t>Set up module</w:t>
            </w:r>
          </w:p>
        </w:tc>
        <w:tc>
          <w:tcPr>
            <w:tcW w:w="1253" w:type="dxa"/>
          </w:tcPr>
          <w:p w:rsidR="00434E01" w:rsidP="00E35DB0" w:rsidRDefault="00434E01" w14:paraId="34DA45D8" w14:textId="77777777">
            <w:r>
              <w:t>Implemented feature</w:t>
            </w:r>
          </w:p>
        </w:tc>
        <w:tc>
          <w:tcPr>
            <w:tcW w:w="1169" w:type="dxa"/>
          </w:tcPr>
          <w:p w:rsidR="00434E01" w:rsidP="00E35DB0" w:rsidRDefault="00434E01" w14:paraId="34B6439D" w14:textId="77777777">
            <w:r>
              <w:t>Tested component</w:t>
            </w:r>
          </w:p>
        </w:tc>
        <w:tc>
          <w:tcPr>
            <w:tcW w:w="1194" w:type="dxa"/>
          </w:tcPr>
          <w:p w:rsidR="00434E01" w:rsidP="00E35DB0" w:rsidRDefault="00434E01" w14:paraId="4F4CB733" w14:textId="77777777">
            <w:r>
              <w:t>Fixed bug</w:t>
            </w:r>
          </w:p>
        </w:tc>
        <w:tc>
          <w:tcPr>
            <w:tcW w:w="1195" w:type="dxa"/>
          </w:tcPr>
          <w:p w:rsidR="00434E01" w:rsidP="00E35DB0" w:rsidRDefault="00434E01" w14:paraId="4D1CFF36" w14:textId="77777777">
            <w:r>
              <w:t>Reviewed code</w:t>
            </w:r>
          </w:p>
        </w:tc>
        <w:tc>
          <w:tcPr>
            <w:tcW w:w="1402" w:type="dxa"/>
          </w:tcPr>
          <w:p w:rsidR="00434E01" w:rsidP="00E35DB0" w:rsidRDefault="00434E01" w14:paraId="6C7792BB" w14:textId="77777777">
            <w:r>
              <w:t>Updated documentation</w:t>
            </w:r>
          </w:p>
        </w:tc>
      </w:tr>
      <w:tr w:rsidR="00434E01" w:rsidTr="00434E01" w14:paraId="22DFDB8F" w14:textId="77777777">
        <w:tc>
          <w:tcPr>
            <w:tcW w:w="1054" w:type="dxa"/>
            <w:vMerge w:val="restart"/>
          </w:tcPr>
          <w:p w:rsidRPr="00434E01" w:rsidR="00434E01" w:rsidP="00E35DB0" w:rsidRDefault="00434E01" w14:paraId="6D153517" w14:textId="77777777">
            <w:pPr>
              <w:rPr>
                <w:b/>
                <w:bCs/>
                <w:i/>
                <w:iCs/>
              </w:rPr>
            </w:pPr>
            <w:r w:rsidRPr="00434E01">
              <w:rPr>
                <w:b/>
                <w:bCs/>
                <w:i/>
                <w:iCs/>
              </w:rPr>
              <w:t>What will you do today?</w:t>
            </w:r>
          </w:p>
        </w:tc>
        <w:tc>
          <w:tcPr>
            <w:tcW w:w="818" w:type="dxa"/>
          </w:tcPr>
          <w:p w:rsidR="00434E01" w:rsidP="00E35DB0" w:rsidRDefault="00434E01" w14:paraId="61A2A5C5" w14:textId="77777777">
            <w:r>
              <w:t>Suresh Menon</w:t>
            </w:r>
          </w:p>
        </w:tc>
        <w:tc>
          <w:tcPr>
            <w:tcW w:w="931" w:type="dxa"/>
          </w:tcPr>
          <w:p w:rsidR="00434E01" w:rsidP="00E35DB0" w:rsidRDefault="00434E01" w14:paraId="37BE5E7E" w14:textId="77777777">
            <w:r>
              <w:t>Continue feature dev</w:t>
            </w:r>
          </w:p>
        </w:tc>
        <w:tc>
          <w:tcPr>
            <w:tcW w:w="1253" w:type="dxa"/>
          </w:tcPr>
          <w:p w:rsidR="00434E01" w:rsidP="00E35DB0" w:rsidRDefault="00434E01" w14:paraId="1D3BDF24" w14:textId="77777777">
            <w:r>
              <w:t>Integrate module</w:t>
            </w:r>
          </w:p>
        </w:tc>
        <w:tc>
          <w:tcPr>
            <w:tcW w:w="1169" w:type="dxa"/>
          </w:tcPr>
          <w:p w:rsidR="00434E01" w:rsidP="00E35DB0" w:rsidRDefault="00434E01" w14:paraId="1CEC39FA" w14:textId="77777777">
            <w:r>
              <w:t>Conduct testing</w:t>
            </w:r>
          </w:p>
        </w:tc>
        <w:tc>
          <w:tcPr>
            <w:tcW w:w="1194" w:type="dxa"/>
          </w:tcPr>
          <w:p w:rsidR="00434E01" w:rsidP="00E35DB0" w:rsidRDefault="00434E01" w14:paraId="2D78F3C1" w14:textId="77777777">
            <w:r>
              <w:t>Bug fixing</w:t>
            </w:r>
          </w:p>
        </w:tc>
        <w:tc>
          <w:tcPr>
            <w:tcW w:w="1195" w:type="dxa"/>
          </w:tcPr>
          <w:p w:rsidR="00434E01" w:rsidP="00E35DB0" w:rsidRDefault="00434E01" w14:paraId="142BF4FA" w14:textId="77777777">
            <w:r>
              <w:t>Prepare demo</w:t>
            </w:r>
          </w:p>
        </w:tc>
        <w:tc>
          <w:tcPr>
            <w:tcW w:w="1402" w:type="dxa"/>
          </w:tcPr>
          <w:p w:rsidR="00434E01" w:rsidP="00E35DB0" w:rsidRDefault="00434E01" w14:paraId="7561E7B2" w14:textId="77777777">
            <w:r>
              <w:t>Optimize performance</w:t>
            </w:r>
          </w:p>
        </w:tc>
      </w:tr>
      <w:tr w:rsidR="00434E01" w:rsidTr="00434E01" w14:paraId="522F052D" w14:textId="77777777">
        <w:tc>
          <w:tcPr>
            <w:tcW w:w="1054" w:type="dxa"/>
            <w:vMerge/>
          </w:tcPr>
          <w:p w:rsidRPr="00434E01" w:rsidR="00434E01" w:rsidP="00E35DB0" w:rsidRDefault="00434E01" w14:paraId="00F6B7B2" w14:textId="19FABE70">
            <w:pPr>
              <w:rPr>
                <w:b/>
                <w:bCs/>
                <w:i/>
                <w:iCs/>
              </w:rPr>
            </w:pPr>
          </w:p>
        </w:tc>
        <w:tc>
          <w:tcPr>
            <w:tcW w:w="818" w:type="dxa"/>
          </w:tcPr>
          <w:p w:rsidR="00434E01" w:rsidP="00E35DB0" w:rsidRDefault="00434E01" w14:paraId="13F1EABA" w14:textId="77777777">
            <w:r>
              <w:t>Vivek Reddy</w:t>
            </w:r>
          </w:p>
        </w:tc>
        <w:tc>
          <w:tcPr>
            <w:tcW w:w="931" w:type="dxa"/>
          </w:tcPr>
          <w:p w:rsidR="00434E01" w:rsidP="00E35DB0" w:rsidRDefault="00434E01" w14:paraId="42C6AADA" w14:textId="77777777">
            <w:r>
              <w:t>Continue feature dev</w:t>
            </w:r>
          </w:p>
        </w:tc>
        <w:tc>
          <w:tcPr>
            <w:tcW w:w="1253" w:type="dxa"/>
          </w:tcPr>
          <w:p w:rsidR="00434E01" w:rsidP="00E35DB0" w:rsidRDefault="00434E01" w14:paraId="5A9544E6" w14:textId="77777777">
            <w:r>
              <w:t>Integrate module</w:t>
            </w:r>
          </w:p>
        </w:tc>
        <w:tc>
          <w:tcPr>
            <w:tcW w:w="1169" w:type="dxa"/>
          </w:tcPr>
          <w:p w:rsidR="00434E01" w:rsidP="00E35DB0" w:rsidRDefault="00434E01" w14:paraId="2B8109AB" w14:textId="77777777">
            <w:r>
              <w:t>Conduct testing</w:t>
            </w:r>
          </w:p>
        </w:tc>
        <w:tc>
          <w:tcPr>
            <w:tcW w:w="1194" w:type="dxa"/>
          </w:tcPr>
          <w:p w:rsidR="00434E01" w:rsidP="00E35DB0" w:rsidRDefault="00434E01" w14:paraId="105C9DFF" w14:textId="77777777">
            <w:r>
              <w:t>Bug fixing</w:t>
            </w:r>
          </w:p>
        </w:tc>
        <w:tc>
          <w:tcPr>
            <w:tcW w:w="1195" w:type="dxa"/>
          </w:tcPr>
          <w:p w:rsidR="00434E01" w:rsidP="00E35DB0" w:rsidRDefault="00434E01" w14:paraId="4C25EDF1" w14:textId="77777777">
            <w:r>
              <w:t>Prepare demo</w:t>
            </w:r>
          </w:p>
        </w:tc>
        <w:tc>
          <w:tcPr>
            <w:tcW w:w="1402" w:type="dxa"/>
          </w:tcPr>
          <w:p w:rsidR="00434E01" w:rsidP="00E35DB0" w:rsidRDefault="00434E01" w14:paraId="66261A21" w14:textId="77777777">
            <w:r>
              <w:t>Optimize performance</w:t>
            </w:r>
          </w:p>
        </w:tc>
      </w:tr>
      <w:tr w:rsidR="00434E01" w:rsidTr="00434E01" w14:paraId="0DE1B3D9" w14:textId="77777777">
        <w:tc>
          <w:tcPr>
            <w:tcW w:w="1054" w:type="dxa"/>
            <w:vMerge/>
          </w:tcPr>
          <w:p w:rsidRPr="00434E01" w:rsidR="00434E01" w:rsidP="00E35DB0" w:rsidRDefault="00434E01" w14:paraId="70E667E9" w14:textId="43689592">
            <w:pPr>
              <w:rPr>
                <w:b/>
                <w:bCs/>
                <w:i/>
                <w:iCs/>
              </w:rPr>
            </w:pPr>
          </w:p>
        </w:tc>
        <w:tc>
          <w:tcPr>
            <w:tcW w:w="818" w:type="dxa"/>
          </w:tcPr>
          <w:p w:rsidR="00434E01" w:rsidP="00E35DB0" w:rsidRDefault="00434E01" w14:paraId="522D4A4F" w14:textId="77777777">
            <w:r>
              <w:t>Anil Sharma</w:t>
            </w:r>
          </w:p>
        </w:tc>
        <w:tc>
          <w:tcPr>
            <w:tcW w:w="931" w:type="dxa"/>
          </w:tcPr>
          <w:p w:rsidR="00434E01" w:rsidP="00E35DB0" w:rsidRDefault="00434E01" w14:paraId="2E888B7F" w14:textId="77777777">
            <w:r>
              <w:t>Continue feature dev</w:t>
            </w:r>
          </w:p>
        </w:tc>
        <w:tc>
          <w:tcPr>
            <w:tcW w:w="1253" w:type="dxa"/>
          </w:tcPr>
          <w:p w:rsidR="00434E01" w:rsidP="00E35DB0" w:rsidRDefault="00434E01" w14:paraId="475C55F6" w14:textId="77777777">
            <w:r>
              <w:t>Integrate module</w:t>
            </w:r>
          </w:p>
        </w:tc>
        <w:tc>
          <w:tcPr>
            <w:tcW w:w="1169" w:type="dxa"/>
          </w:tcPr>
          <w:p w:rsidR="00434E01" w:rsidP="00E35DB0" w:rsidRDefault="00434E01" w14:paraId="3C5A9B81" w14:textId="77777777">
            <w:r>
              <w:t>Conduct testing</w:t>
            </w:r>
          </w:p>
        </w:tc>
        <w:tc>
          <w:tcPr>
            <w:tcW w:w="1194" w:type="dxa"/>
          </w:tcPr>
          <w:p w:rsidR="00434E01" w:rsidP="00E35DB0" w:rsidRDefault="00434E01" w14:paraId="7B0C753B" w14:textId="77777777">
            <w:r>
              <w:t>Bug fixing</w:t>
            </w:r>
          </w:p>
        </w:tc>
        <w:tc>
          <w:tcPr>
            <w:tcW w:w="1195" w:type="dxa"/>
          </w:tcPr>
          <w:p w:rsidR="00434E01" w:rsidP="00E35DB0" w:rsidRDefault="00434E01" w14:paraId="27FA62AE" w14:textId="77777777">
            <w:r>
              <w:t>Prepare demo</w:t>
            </w:r>
          </w:p>
        </w:tc>
        <w:tc>
          <w:tcPr>
            <w:tcW w:w="1402" w:type="dxa"/>
          </w:tcPr>
          <w:p w:rsidR="00434E01" w:rsidP="00E35DB0" w:rsidRDefault="00434E01" w14:paraId="4BA865A2" w14:textId="77777777">
            <w:r>
              <w:t>Optimize performance</w:t>
            </w:r>
          </w:p>
        </w:tc>
      </w:tr>
      <w:tr w:rsidR="00434E01" w:rsidTr="00434E01" w14:paraId="4402ED72" w14:textId="77777777">
        <w:tc>
          <w:tcPr>
            <w:tcW w:w="1054" w:type="dxa"/>
            <w:vMerge w:val="restart"/>
          </w:tcPr>
          <w:p w:rsidRPr="00434E01" w:rsidR="00434E01" w:rsidP="00E35DB0" w:rsidRDefault="00434E01" w14:paraId="26BD4C6C" w14:textId="77777777">
            <w:pPr>
              <w:rPr>
                <w:b/>
                <w:bCs/>
                <w:i/>
                <w:iCs/>
              </w:rPr>
            </w:pPr>
            <w:r w:rsidRPr="00434E01">
              <w:rPr>
                <w:b/>
                <w:bCs/>
                <w:i/>
                <w:iCs/>
              </w:rPr>
              <w:t>What (if any) is blocking your progress?</w:t>
            </w:r>
          </w:p>
        </w:tc>
        <w:tc>
          <w:tcPr>
            <w:tcW w:w="818" w:type="dxa"/>
          </w:tcPr>
          <w:p w:rsidR="00434E01" w:rsidP="00E35DB0" w:rsidRDefault="00434E01" w14:paraId="472994BD" w14:textId="77777777">
            <w:r>
              <w:t>Suresh Menon</w:t>
            </w:r>
          </w:p>
        </w:tc>
        <w:tc>
          <w:tcPr>
            <w:tcW w:w="931" w:type="dxa"/>
          </w:tcPr>
          <w:p w:rsidR="00434E01" w:rsidP="00E35DB0" w:rsidRDefault="00434E01" w14:paraId="213BF7C5" w14:textId="77777777">
            <w:r>
              <w:t>None</w:t>
            </w:r>
          </w:p>
        </w:tc>
        <w:tc>
          <w:tcPr>
            <w:tcW w:w="1253" w:type="dxa"/>
          </w:tcPr>
          <w:p w:rsidR="00434E01" w:rsidP="00E35DB0" w:rsidRDefault="00434E01" w14:paraId="149D03A1" w14:textId="77777777">
            <w:r>
              <w:t>API downtime</w:t>
            </w:r>
          </w:p>
        </w:tc>
        <w:tc>
          <w:tcPr>
            <w:tcW w:w="1169" w:type="dxa"/>
          </w:tcPr>
          <w:p w:rsidR="00434E01" w:rsidP="00E35DB0" w:rsidRDefault="00434E01" w14:paraId="66A100C4" w14:textId="77777777">
            <w:r>
              <w:t>Waiting for review</w:t>
            </w:r>
          </w:p>
        </w:tc>
        <w:tc>
          <w:tcPr>
            <w:tcW w:w="1194" w:type="dxa"/>
          </w:tcPr>
          <w:p w:rsidR="00434E01" w:rsidP="00E35DB0" w:rsidRDefault="00434E01" w14:paraId="49A751C5" w14:textId="77777777">
            <w:r>
              <w:t>Dependency delay</w:t>
            </w:r>
          </w:p>
        </w:tc>
        <w:tc>
          <w:tcPr>
            <w:tcW w:w="1195" w:type="dxa"/>
          </w:tcPr>
          <w:p w:rsidR="00434E01" w:rsidP="00E35DB0" w:rsidRDefault="00434E01" w14:paraId="32F8C1FE" w14:textId="77777777">
            <w:r>
              <w:t>Environment issue</w:t>
            </w:r>
          </w:p>
        </w:tc>
        <w:tc>
          <w:tcPr>
            <w:tcW w:w="1402" w:type="dxa"/>
          </w:tcPr>
          <w:p w:rsidR="00434E01" w:rsidP="00E35DB0" w:rsidRDefault="00434E01" w14:paraId="0C36F56F" w14:textId="77777777">
            <w:r>
              <w:t>None</w:t>
            </w:r>
          </w:p>
        </w:tc>
      </w:tr>
      <w:tr w:rsidR="00434E01" w:rsidTr="00434E01" w14:paraId="6F137FF8" w14:textId="77777777">
        <w:tc>
          <w:tcPr>
            <w:tcW w:w="1054" w:type="dxa"/>
            <w:vMerge/>
          </w:tcPr>
          <w:p w:rsidR="00434E01" w:rsidP="00E35DB0" w:rsidRDefault="00434E01" w14:paraId="3F5C1750" w14:textId="1E3ED570"/>
        </w:tc>
        <w:tc>
          <w:tcPr>
            <w:tcW w:w="818" w:type="dxa"/>
          </w:tcPr>
          <w:p w:rsidR="00434E01" w:rsidP="00E35DB0" w:rsidRDefault="00434E01" w14:paraId="4AF73D4A" w14:textId="77777777">
            <w:r>
              <w:t>Vivek Reddy</w:t>
            </w:r>
          </w:p>
        </w:tc>
        <w:tc>
          <w:tcPr>
            <w:tcW w:w="931" w:type="dxa"/>
          </w:tcPr>
          <w:p w:rsidR="00434E01" w:rsidP="00E35DB0" w:rsidRDefault="00434E01" w14:paraId="09F728F0" w14:textId="77777777">
            <w:r>
              <w:t>None</w:t>
            </w:r>
          </w:p>
        </w:tc>
        <w:tc>
          <w:tcPr>
            <w:tcW w:w="1253" w:type="dxa"/>
          </w:tcPr>
          <w:p w:rsidR="00434E01" w:rsidP="00E35DB0" w:rsidRDefault="00434E01" w14:paraId="69EA25A0" w14:textId="77777777">
            <w:r>
              <w:t>API downtime</w:t>
            </w:r>
          </w:p>
        </w:tc>
        <w:tc>
          <w:tcPr>
            <w:tcW w:w="1169" w:type="dxa"/>
          </w:tcPr>
          <w:p w:rsidR="00434E01" w:rsidP="00E35DB0" w:rsidRDefault="00434E01" w14:paraId="56B24BEE" w14:textId="77777777">
            <w:r>
              <w:t>Waiting for review</w:t>
            </w:r>
          </w:p>
        </w:tc>
        <w:tc>
          <w:tcPr>
            <w:tcW w:w="1194" w:type="dxa"/>
          </w:tcPr>
          <w:p w:rsidR="00434E01" w:rsidP="00E35DB0" w:rsidRDefault="00434E01" w14:paraId="1117DD61" w14:textId="77777777">
            <w:r>
              <w:t>Dependency delay</w:t>
            </w:r>
          </w:p>
        </w:tc>
        <w:tc>
          <w:tcPr>
            <w:tcW w:w="1195" w:type="dxa"/>
          </w:tcPr>
          <w:p w:rsidR="00434E01" w:rsidP="00E35DB0" w:rsidRDefault="00434E01" w14:paraId="5B9485A3" w14:textId="77777777">
            <w:r>
              <w:t>Environment issue</w:t>
            </w:r>
          </w:p>
        </w:tc>
        <w:tc>
          <w:tcPr>
            <w:tcW w:w="1402" w:type="dxa"/>
          </w:tcPr>
          <w:p w:rsidR="00434E01" w:rsidP="00E35DB0" w:rsidRDefault="00434E01" w14:paraId="6BD7AF47" w14:textId="77777777">
            <w:r>
              <w:t>None</w:t>
            </w:r>
          </w:p>
        </w:tc>
      </w:tr>
      <w:tr w:rsidR="00434E01" w:rsidTr="00434E01" w14:paraId="2180AFA1" w14:textId="77777777">
        <w:tc>
          <w:tcPr>
            <w:tcW w:w="1054" w:type="dxa"/>
            <w:vMerge/>
          </w:tcPr>
          <w:p w:rsidR="00434E01" w:rsidP="00E35DB0" w:rsidRDefault="00434E01" w14:paraId="5A2142BB" w14:textId="6B8EE388"/>
        </w:tc>
        <w:tc>
          <w:tcPr>
            <w:tcW w:w="818" w:type="dxa"/>
          </w:tcPr>
          <w:p w:rsidR="00434E01" w:rsidP="00E35DB0" w:rsidRDefault="00434E01" w14:paraId="4909E0AA" w14:textId="77777777">
            <w:r>
              <w:t>Anil Sharma</w:t>
            </w:r>
          </w:p>
        </w:tc>
        <w:tc>
          <w:tcPr>
            <w:tcW w:w="931" w:type="dxa"/>
          </w:tcPr>
          <w:p w:rsidR="00434E01" w:rsidP="00E35DB0" w:rsidRDefault="00434E01" w14:paraId="1AFCC6B5" w14:textId="77777777">
            <w:r>
              <w:t>None</w:t>
            </w:r>
          </w:p>
        </w:tc>
        <w:tc>
          <w:tcPr>
            <w:tcW w:w="1253" w:type="dxa"/>
          </w:tcPr>
          <w:p w:rsidR="00434E01" w:rsidP="00E35DB0" w:rsidRDefault="00434E01" w14:paraId="6E5FC546" w14:textId="77777777">
            <w:r>
              <w:t>API downtime</w:t>
            </w:r>
          </w:p>
        </w:tc>
        <w:tc>
          <w:tcPr>
            <w:tcW w:w="1169" w:type="dxa"/>
          </w:tcPr>
          <w:p w:rsidR="00434E01" w:rsidP="00E35DB0" w:rsidRDefault="00434E01" w14:paraId="6B1FFF1F" w14:textId="77777777">
            <w:r>
              <w:t>Waiting for review</w:t>
            </w:r>
          </w:p>
        </w:tc>
        <w:tc>
          <w:tcPr>
            <w:tcW w:w="1194" w:type="dxa"/>
          </w:tcPr>
          <w:p w:rsidR="00434E01" w:rsidP="00E35DB0" w:rsidRDefault="00434E01" w14:paraId="458B294B" w14:textId="77777777">
            <w:r>
              <w:t>Dependency delay</w:t>
            </w:r>
          </w:p>
        </w:tc>
        <w:tc>
          <w:tcPr>
            <w:tcW w:w="1195" w:type="dxa"/>
          </w:tcPr>
          <w:p w:rsidR="00434E01" w:rsidP="00E35DB0" w:rsidRDefault="00434E01" w14:paraId="06BC04C8" w14:textId="77777777">
            <w:r>
              <w:t>Environment issue</w:t>
            </w:r>
          </w:p>
        </w:tc>
        <w:tc>
          <w:tcPr>
            <w:tcW w:w="1402" w:type="dxa"/>
          </w:tcPr>
          <w:p w:rsidR="00434E01" w:rsidP="00E35DB0" w:rsidRDefault="00434E01" w14:paraId="76101AA9" w14:textId="77777777">
            <w:r>
              <w:t>None</w:t>
            </w:r>
          </w:p>
        </w:tc>
      </w:tr>
    </w:tbl>
    <w:p w:rsidR="00D14149" w:rsidP="00D14149" w:rsidRDefault="00D14149" w14:paraId="60DE6D55" w14:textId="77777777"/>
    <w:p w:rsidR="00D14149" w:rsidP="00CF1011" w:rsidRDefault="00D14149" w14:paraId="50153869" w14:textId="77777777">
      <w:pPr>
        <w:pStyle w:val="Heading2"/>
      </w:pPr>
      <w:r>
        <w:t>Sprint 8 – Daily Stand-up Meeting</w:t>
      </w:r>
    </w:p>
    <w:p w:rsidRPr="00CF1011" w:rsidR="00D14149" w:rsidP="00D14149" w:rsidRDefault="00D14149" w14:paraId="5921E883" w14:textId="77777777">
      <w:pPr>
        <w:rPr>
          <w:b/>
          <w:bCs/>
          <w:i/>
          <w:iCs/>
        </w:rPr>
      </w:pPr>
      <w:r w:rsidRPr="00CF1011">
        <w:rPr>
          <w:b/>
          <w:bCs/>
          <w:i/>
          <w:iCs/>
        </w:rPr>
        <w:t>Week: 08-12-2025 to 21-12-2025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CF1011" w:rsidR="00CF1011" w:rsidTr="00CF1011" w14:paraId="646FB9D2" w14:textId="77777777">
        <w:tc>
          <w:tcPr>
            <w:tcW w:w="1054" w:type="dxa"/>
          </w:tcPr>
          <w:p w:rsidRPr="00CF1011" w:rsidR="00CF1011" w:rsidP="00E35DB0" w:rsidRDefault="00CF1011" w14:paraId="04E1D7AA" w14:textId="77777777">
            <w:pPr>
              <w:rPr>
                <w:b/>
                <w:bCs/>
                <w:i/>
                <w:iCs/>
              </w:rPr>
            </w:pPr>
            <w:r w:rsidRPr="00CF1011">
              <w:rPr>
                <w:b/>
                <w:bCs/>
                <w:i/>
                <w:iCs/>
              </w:rPr>
              <w:t>Question</w:t>
            </w:r>
          </w:p>
        </w:tc>
        <w:tc>
          <w:tcPr>
            <w:tcW w:w="818" w:type="dxa"/>
          </w:tcPr>
          <w:p w:rsidRPr="00CF1011" w:rsidR="00CF1011" w:rsidP="00E35DB0" w:rsidRDefault="00CF1011" w14:paraId="671B41B6" w14:textId="77777777">
            <w:pPr>
              <w:rPr>
                <w:b/>
                <w:bCs/>
                <w:i/>
                <w:iCs/>
              </w:rPr>
            </w:pPr>
            <w:r w:rsidRPr="00CF1011">
              <w:rPr>
                <w:b/>
                <w:bCs/>
                <w:i/>
                <w:iCs/>
              </w:rPr>
              <w:t>Name / Role</w:t>
            </w:r>
          </w:p>
        </w:tc>
        <w:tc>
          <w:tcPr>
            <w:tcW w:w="931" w:type="dxa"/>
          </w:tcPr>
          <w:p w:rsidRPr="00CF1011" w:rsidR="00CF1011" w:rsidP="00E35DB0" w:rsidRDefault="00CF1011" w14:paraId="1BB4E2B9" w14:textId="77777777">
            <w:pPr>
              <w:rPr>
                <w:b/>
                <w:bCs/>
                <w:i/>
                <w:iCs/>
              </w:rPr>
            </w:pPr>
            <w:r w:rsidRPr="00CF1011">
              <w:rPr>
                <w:b/>
                <w:bCs/>
                <w:i/>
                <w:iCs/>
              </w:rPr>
              <w:t>Monday</w:t>
            </w:r>
          </w:p>
        </w:tc>
        <w:tc>
          <w:tcPr>
            <w:tcW w:w="1253" w:type="dxa"/>
          </w:tcPr>
          <w:p w:rsidRPr="00CF1011" w:rsidR="00CF1011" w:rsidP="00E35DB0" w:rsidRDefault="00CF1011" w14:paraId="056A9380" w14:textId="77777777">
            <w:pPr>
              <w:rPr>
                <w:b/>
                <w:bCs/>
                <w:i/>
                <w:iCs/>
              </w:rPr>
            </w:pPr>
            <w:r w:rsidRPr="00CF1011">
              <w:rPr>
                <w:b/>
                <w:bCs/>
                <w:i/>
                <w:iCs/>
              </w:rPr>
              <w:t>Tuesday</w:t>
            </w:r>
          </w:p>
        </w:tc>
        <w:tc>
          <w:tcPr>
            <w:tcW w:w="1169" w:type="dxa"/>
          </w:tcPr>
          <w:p w:rsidRPr="00CF1011" w:rsidR="00CF1011" w:rsidP="00E35DB0" w:rsidRDefault="00CF1011" w14:paraId="64A94321" w14:textId="77777777">
            <w:pPr>
              <w:rPr>
                <w:b/>
                <w:bCs/>
                <w:i/>
                <w:iCs/>
              </w:rPr>
            </w:pPr>
            <w:r w:rsidRPr="00CF1011">
              <w:rPr>
                <w:b/>
                <w:bCs/>
                <w:i/>
                <w:iCs/>
              </w:rPr>
              <w:t>Wednesday</w:t>
            </w:r>
          </w:p>
        </w:tc>
        <w:tc>
          <w:tcPr>
            <w:tcW w:w="1194" w:type="dxa"/>
          </w:tcPr>
          <w:p w:rsidRPr="00CF1011" w:rsidR="00CF1011" w:rsidP="00E35DB0" w:rsidRDefault="00CF1011" w14:paraId="4C813A94" w14:textId="77777777">
            <w:pPr>
              <w:rPr>
                <w:b/>
                <w:bCs/>
                <w:i/>
                <w:iCs/>
              </w:rPr>
            </w:pPr>
            <w:r w:rsidRPr="00CF1011">
              <w:rPr>
                <w:b/>
                <w:bCs/>
                <w:i/>
                <w:iCs/>
              </w:rPr>
              <w:t>Thursday</w:t>
            </w:r>
          </w:p>
        </w:tc>
        <w:tc>
          <w:tcPr>
            <w:tcW w:w="1195" w:type="dxa"/>
          </w:tcPr>
          <w:p w:rsidRPr="00CF1011" w:rsidR="00CF1011" w:rsidP="00E35DB0" w:rsidRDefault="00CF1011" w14:paraId="14B127B2" w14:textId="77777777">
            <w:pPr>
              <w:rPr>
                <w:b/>
                <w:bCs/>
                <w:i/>
                <w:iCs/>
              </w:rPr>
            </w:pPr>
            <w:r w:rsidRPr="00CF1011">
              <w:rPr>
                <w:b/>
                <w:bCs/>
                <w:i/>
                <w:iCs/>
              </w:rPr>
              <w:t>Friday</w:t>
            </w:r>
          </w:p>
        </w:tc>
        <w:tc>
          <w:tcPr>
            <w:tcW w:w="1402" w:type="dxa"/>
          </w:tcPr>
          <w:p w:rsidRPr="00CF1011" w:rsidR="00CF1011" w:rsidP="00E35DB0" w:rsidRDefault="00CF1011" w14:paraId="6B4C88AA" w14:textId="77777777">
            <w:pPr>
              <w:rPr>
                <w:b/>
                <w:bCs/>
                <w:i/>
                <w:iCs/>
              </w:rPr>
            </w:pPr>
            <w:r w:rsidRPr="00CF1011">
              <w:rPr>
                <w:b/>
                <w:bCs/>
                <w:i/>
                <w:iCs/>
              </w:rPr>
              <w:t>Saturday</w:t>
            </w:r>
          </w:p>
        </w:tc>
      </w:tr>
      <w:tr w:rsidR="00CF1011" w:rsidTr="00CF1011" w14:paraId="6B03C6A6" w14:textId="77777777">
        <w:tc>
          <w:tcPr>
            <w:tcW w:w="1054" w:type="dxa"/>
            <w:vMerge w:val="restart"/>
          </w:tcPr>
          <w:p w:rsidRPr="00CF1011" w:rsidR="00CF1011" w:rsidP="00E35DB0" w:rsidRDefault="00CF1011" w14:paraId="2D389C8F" w14:textId="77777777">
            <w:pPr>
              <w:rPr>
                <w:b/>
                <w:bCs/>
                <w:i/>
                <w:iCs/>
              </w:rPr>
            </w:pPr>
            <w:r w:rsidRPr="00CF1011">
              <w:rPr>
                <w:b/>
                <w:bCs/>
                <w:i/>
                <w:iCs/>
              </w:rPr>
              <w:t>What did you do yesterday?</w:t>
            </w:r>
          </w:p>
        </w:tc>
        <w:tc>
          <w:tcPr>
            <w:tcW w:w="818" w:type="dxa"/>
          </w:tcPr>
          <w:p w:rsidR="00CF1011" w:rsidP="00E35DB0" w:rsidRDefault="00CF1011" w14:paraId="6FDAE9AC" w14:textId="77777777">
            <w:r>
              <w:t>Suresh Menon</w:t>
            </w:r>
          </w:p>
        </w:tc>
        <w:tc>
          <w:tcPr>
            <w:tcW w:w="931" w:type="dxa"/>
          </w:tcPr>
          <w:p w:rsidR="00CF1011" w:rsidP="00E35DB0" w:rsidRDefault="00CF1011" w14:paraId="3C434F84" w14:textId="77777777">
            <w:r>
              <w:t>Set up module</w:t>
            </w:r>
          </w:p>
        </w:tc>
        <w:tc>
          <w:tcPr>
            <w:tcW w:w="1253" w:type="dxa"/>
          </w:tcPr>
          <w:p w:rsidR="00CF1011" w:rsidP="00E35DB0" w:rsidRDefault="00CF1011" w14:paraId="7D4E414F" w14:textId="77777777">
            <w:r>
              <w:t>Implemented feature</w:t>
            </w:r>
          </w:p>
        </w:tc>
        <w:tc>
          <w:tcPr>
            <w:tcW w:w="1169" w:type="dxa"/>
          </w:tcPr>
          <w:p w:rsidR="00CF1011" w:rsidP="00E35DB0" w:rsidRDefault="00CF1011" w14:paraId="3E2C630B" w14:textId="77777777">
            <w:r>
              <w:t>Tested component</w:t>
            </w:r>
          </w:p>
        </w:tc>
        <w:tc>
          <w:tcPr>
            <w:tcW w:w="1194" w:type="dxa"/>
          </w:tcPr>
          <w:p w:rsidR="00CF1011" w:rsidP="00E35DB0" w:rsidRDefault="00CF1011" w14:paraId="47E073D6" w14:textId="77777777">
            <w:r>
              <w:t>Fixed bug</w:t>
            </w:r>
          </w:p>
        </w:tc>
        <w:tc>
          <w:tcPr>
            <w:tcW w:w="1195" w:type="dxa"/>
          </w:tcPr>
          <w:p w:rsidR="00CF1011" w:rsidP="00E35DB0" w:rsidRDefault="00CF1011" w14:paraId="08C8C697" w14:textId="77777777">
            <w:r>
              <w:t>Reviewed code</w:t>
            </w:r>
          </w:p>
        </w:tc>
        <w:tc>
          <w:tcPr>
            <w:tcW w:w="1402" w:type="dxa"/>
          </w:tcPr>
          <w:p w:rsidR="00CF1011" w:rsidP="00E35DB0" w:rsidRDefault="00CF1011" w14:paraId="19774D46" w14:textId="77777777">
            <w:r>
              <w:t>Updated documentation</w:t>
            </w:r>
          </w:p>
        </w:tc>
      </w:tr>
      <w:tr w:rsidR="00CF1011" w:rsidTr="00CF1011" w14:paraId="041CC746" w14:textId="77777777">
        <w:tc>
          <w:tcPr>
            <w:tcW w:w="1054" w:type="dxa"/>
            <w:vMerge/>
          </w:tcPr>
          <w:p w:rsidRPr="00CF1011" w:rsidR="00CF1011" w:rsidP="00E35DB0" w:rsidRDefault="00CF1011" w14:paraId="0AE8ACDE" w14:textId="25A0AFEF">
            <w:pPr>
              <w:rPr>
                <w:b/>
                <w:bCs/>
                <w:i/>
                <w:iCs/>
              </w:rPr>
            </w:pPr>
          </w:p>
        </w:tc>
        <w:tc>
          <w:tcPr>
            <w:tcW w:w="818" w:type="dxa"/>
          </w:tcPr>
          <w:p w:rsidR="00CF1011" w:rsidP="00E35DB0" w:rsidRDefault="00CF1011" w14:paraId="1B3C7D1E" w14:textId="77777777">
            <w:r>
              <w:t>Vivek Reddy</w:t>
            </w:r>
          </w:p>
        </w:tc>
        <w:tc>
          <w:tcPr>
            <w:tcW w:w="931" w:type="dxa"/>
          </w:tcPr>
          <w:p w:rsidR="00CF1011" w:rsidP="00E35DB0" w:rsidRDefault="00CF1011" w14:paraId="7A98B1C6" w14:textId="77777777">
            <w:r>
              <w:t>Set up module</w:t>
            </w:r>
          </w:p>
        </w:tc>
        <w:tc>
          <w:tcPr>
            <w:tcW w:w="1253" w:type="dxa"/>
          </w:tcPr>
          <w:p w:rsidR="00CF1011" w:rsidP="00E35DB0" w:rsidRDefault="00CF1011" w14:paraId="4EE8FCE1" w14:textId="77777777">
            <w:r>
              <w:t>Implemented feature</w:t>
            </w:r>
          </w:p>
        </w:tc>
        <w:tc>
          <w:tcPr>
            <w:tcW w:w="1169" w:type="dxa"/>
          </w:tcPr>
          <w:p w:rsidR="00CF1011" w:rsidP="00E35DB0" w:rsidRDefault="00CF1011" w14:paraId="5B3A18A1" w14:textId="77777777">
            <w:r>
              <w:t>Tested component</w:t>
            </w:r>
          </w:p>
        </w:tc>
        <w:tc>
          <w:tcPr>
            <w:tcW w:w="1194" w:type="dxa"/>
          </w:tcPr>
          <w:p w:rsidR="00CF1011" w:rsidP="00E35DB0" w:rsidRDefault="00CF1011" w14:paraId="5ECFD0F9" w14:textId="77777777">
            <w:r>
              <w:t>Fixed bug</w:t>
            </w:r>
          </w:p>
        </w:tc>
        <w:tc>
          <w:tcPr>
            <w:tcW w:w="1195" w:type="dxa"/>
          </w:tcPr>
          <w:p w:rsidR="00CF1011" w:rsidP="00E35DB0" w:rsidRDefault="00CF1011" w14:paraId="6590BD4B" w14:textId="77777777">
            <w:r>
              <w:t>Reviewed code</w:t>
            </w:r>
          </w:p>
        </w:tc>
        <w:tc>
          <w:tcPr>
            <w:tcW w:w="1402" w:type="dxa"/>
          </w:tcPr>
          <w:p w:rsidR="00CF1011" w:rsidP="00E35DB0" w:rsidRDefault="00CF1011" w14:paraId="7CBAC21B" w14:textId="77777777">
            <w:r>
              <w:t>Updated documentation</w:t>
            </w:r>
          </w:p>
        </w:tc>
      </w:tr>
      <w:tr w:rsidR="00CF1011" w:rsidTr="00CF1011" w14:paraId="71659DC1" w14:textId="77777777">
        <w:tc>
          <w:tcPr>
            <w:tcW w:w="1054" w:type="dxa"/>
            <w:vMerge/>
          </w:tcPr>
          <w:p w:rsidRPr="00CF1011" w:rsidR="00CF1011" w:rsidP="00E35DB0" w:rsidRDefault="00CF1011" w14:paraId="5F158160" w14:textId="208A3280">
            <w:pPr>
              <w:rPr>
                <w:b/>
                <w:bCs/>
                <w:i/>
                <w:iCs/>
              </w:rPr>
            </w:pPr>
          </w:p>
        </w:tc>
        <w:tc>
          <w:tcPr>
            <w:tcW w:w="818" w:type="dxa"/>
          </w:tcPr>
          <w:p w:rsidR="00CF1011" w:rsidP="00E35DB0" w:rsidRDefault="00CF1011" w14:paraId="57111B83" w14:textId="77777777">
            <w:r>
              <w:t>Anil Sharma</w:t>
            </w:r>
          </w:p>
        </w:tc>
        <w:tc>
          <w:tcPr>
            <w:tcW w:w="931" w:type="dxa"/>
          </w:tcPr>
          <w:p w:rsidR="00CF1011" w:rsidP="00E35DB0" w:rsidRDefault="00CF1011" w14:paraId="4659500C" w14:textId="77777777">
            <w:r>
              <w:t>Set up module</w:t>
            </w:r>
          </w:p>
        </w:tc>
        <w:tc>
          <w:tcPr>
            <w:tcW w:w="1253" w:type="dxa"/>
          </w:tcPr>
          <w:p w:rsidR="00CF1011" w:rsidP="00E35DB0" w:rsidRDefault="00CF1011" w14:paraId="6B60C5EE" w14:textId="77777777">
            <w:r>
              <w:t>Implemented feature</w:t>
            </w:r>
          </w:p>
        </w:tc>
        <w:tc>
          <w:tcPr>
            <w:tcW w:w="1169" w:type="dxa"/>
          </w:tcPr>
          <w:p w:rsidR="00CF1011" w:rsidP="00E35DB0" w:rsidRDefault="00CF1011" w14:paraId="7A96390A" w14:textId="77777777">
            <w:r>
              <w:t>Tested component</w:t>
            </w:r>
          </w:p>
        </w:tc>
        <w:tc>
          <w:tcPr>
            <w:tcW w:w="1194" w:type="dxa"/>
          </w:tcPr>
          <w:p w:rsidR="00CF1011" w:rsidP="00E35DB0" w:rsidRDefault="00CF1011" w14:paraId="70171EF4" w14:textId="77777777">
            <w:r>
              <w:t>Fixed bug</w:t>
            </w:r>
          </w:p>
        </w:tc>
        <w:tc>
          <w:tcPr>
            <w:tcW w:w="1195" w:type="dxa"/>
          </w:tcPr>
          <w:p w:rsidR="00CF1011" w:rsidP="00E35DB0" w:rsidRDefault="00CF1011" w14:paraId="420B6D41" w14:textId="77777777">
            <w:r>
              <w:t>Reviewed code</w:t>
            </w:r>
          </w:p>
        </w:tc>
        <w:tc>
          <w:tcPr>
            <w:tcW w:w="1402" w:type="dxa"/>
          </w:tcPr>
          <w:p w:rsidR="00CF1011" w:rsidP="00E35DB0" w:rsidRDefault="00CF1011" w14:paraId="4B6B1EC5" w14:textId="77777777">
            <w:r>
              <w:t>Updated documentation</w:t>
            </w:r>
          </w:p>
        </w:tc>
      </w:tr>
      <w:tr w:rsidR="00CF1011" w:rsidTr="00CF1011" w14:paraId="61D0CD5F" w14:textId="77777777">
        <w:tc>
          <w:tcPr>
            <w:tcW w:w="1054" w:type="dxa"/>
            <w:vMerge w:val="restart"/>
          </w:tcPr>
          <w:p w:rsidRPr="00CF1011" w:rsidR="00CF1011" w:rsidP="00E35DB0" w:rsidRDefault="00CF1011" w14:paraId="6261DE03" w14:textId="77777777">
            <w:pPr>
              <w:rPr>
                <w:b/>
                <w:bCs/>
                <w:i/>
                <w:iCs/>
              </w:rPr>
            </w:pPr>
            <w:r w:rsidRPr="00CF1011">
              <w:rPr>
                <w:b/>
                <w:bCs/>
                <w:i/>
                <w:iCs/>
              </w:rPr>
              <w:t>What will you do today?</w:t>
            </w:r>
          </w:p>
        </w:tc>
        <w:tc>
          <w:tcPr>
            <w:tcW w:w="818" w:type="dxa"/>
          </w:tcPr>
          <w:p w:rsidR="00CF1011" w:rsidP="00E35DB0" w:rsidRDefault="00CF1011" w14:paraId="5F8EFE51" w14:textId="77777777">
            <w:r>
              <w:t>Suresh Menon</w:t>
            </w:r>
          </w:p>
        </w:tc>
        <w:tc>
          <w:tcPr>
            <w:tcW w:w="931" w:type="dxa"/>
          </w:tcPr>
          <w:p w:rsidR="00CF1011" w:rsidP="00E35DB0" w:rsidRDefault="00CF1011" w14:paraId="0BBF527B" w14:textId="77777777">
            <w:r>
              <w:t>Continue feature dev</w:t>
            </w:r>
          </w:p>
        </w:tc>
        <w:tc>
          <w:tcPr>
            <w:tcW w:w="1253" w:type="dxa"/>
          </w:tcPr>
          <w:p w:rsidR="00CF1011" w:rsidP="00E35DB0" w:rsidRDefault="00CF1011" w14:paraId="45CBDF1F" w14:textId="77777777">
            <w:r>
              <w:t>Integrate module</w:t>
            </w:r>
          </w:p>
        </w:tc>
        <w:tc>
          <w:tcPr>
            <w:tcW w:w="1169" w:type="dxa"/>
          </w:tcPr>
          <w:p w:rsidR="00CF1011" w:rsidP="00E35DB0" w:rsidRDefault="00CF1011" w14:paraId="393B8912" w14:textId="77777777">
            <w:r>
              <w:t>Conduct testing</w:t>
            </w:r>
          </w:p>
        </w:tc>
        <w:tc>
          <w:tcPr>
            <w:tcW w:w="1194" w:type="dxa"/>
          </w:tcPr>
          <w:p w:rsidR="00CF1011" w:rsidP="00E35DB0" w:rsidRDefault="00CF1011" w14:paraId="3C064517" w14:textId="77777777">
            <w:r>
              <w:t>Bug fixing</w:t>
            </w:r>
          </w:p>
        </w:tc>
        <w:tc>
          <w:tcPr>
            <w:tcW w:w="1195" w:type="dxa"/>
          </w:tcPr>
          <w:p w:rsidR="00CF1011" w:rsidP="00E35DB0" w:rsidRDefault="00CF1011" w14:paraId="57955D1E" w14:textId="77777777">
            <w:r>
              <w:t>Prepare demo</w:t>
            </w:r>
          </w:p>
        </w:tc>
        <w:tc>
          <w:tcPr>
            <w:tcW w:w="1402" w:type="dxa"/>
          </w:tcPr>
          <w:p w:rsidR="00CF1011" w:rsidP="00E35DB0" w:rsidRDefault="00CF1011" w14:paraId="182238F8" w14:textId="77777777">
            <w:r>
              <w:t>Optimize performance</w:t>
            </w:r>
          </w:p>
        </w:tc>
      </w:tr>
      <w:tr w:rsidR="00CF1011" w:rsidTr="00CF1011" w14:paraId="718ECBDC" w14:textId="77777777">
        <w:tc>
          <w:tcPr>
            <w:tcW w:w="1054" w:type="dxa"/>
            <w:vMerge/>
          </w:tcPr>
          <w:p w:rsidRPr="00CF1011" w:rsidR="00CF1011" w:rsidP="00E35DB0" w:rsidRDefault="00CF1011" w14:paraId="2263AB3A" w14:textId="70C027B2">
            <w:pPr>
              <w:rPr>
                <w:b/>
                <w:bCs/>
                <w:i/>
                <w:iCs/>
              </w:rPr>
            </w:pPr>
          </w:p>
        </w:tc>
        <w:tc>
          <w:tcPr>
            <w:tcW w:w="818" w:type="dxa"/>
          </w:tcPr>
          <w:p w:rsidR="00CF1011" w:rsidP="00E35DB0" w:rsidRDefault="00CF1011" w14:paraId="64AC9142" w14:textId="77777777">
            <w:r>
              <w:t>Vivek Reddy</w:t>
            </w:r>
          </w:p>
        </w:tc>
        <w:tc>
          <w:tcPr>
            <w:tcW w:w="931" w:type="dxa"/>
          </w:tcPr>
          <w:p w:rsidR="00CF1011" w:rsidP="00E35DB0" w:rsidRDefault="00CF1011" w14:paraId="4B4D6BDD" w14:textId="77777777">
            <w:r>
              <w:t>Continue feature dev</w:t>
            </w:r>
          </w:p>
        </w:tc>
        <w:tc>
          <w:tcPr>
            <w:tcW w:w="1253" w:type="dxa"/>
          </w:tcPr>
          <w:p w:rsidR="00CF1011" w:rsidP="00E35DB0" w:rsidRDefault="00CF1011" w14:paraId="742FE3C9" w14:textId="77777777">
            <w:r>
              <w:t>Integrate module</w:t>
            </w:r>
          </w:p>
        </w:tc>
        <w:tc>
          <w:tcPr>
            <w:tcW w:w="1169" w:type="dxa"/>
          </w:tcPr>
          <w:p w:rsidR="00CF1011" w:rsidP="00E35DB0" w:rsidRDefault="00CF1011" w14:paraId="6C428270" w14:textId="77777777">
            <w:r>
              <w:t>Conduct testing</w:t>
            </w:r>
          </w:p>
        </w:tc>
        <w:tc>
          <w:tcPr>
            <w:tcW w:w="1194" w:type="dxa"/>
          </w:tcPr>
          <w:p w:rsidR="00CF1011" w:rsidP="00E35DB0" w:rsidRDefault="00CF1011" w14:paraId="4E92FC98" w14:textId="77777777">
            <w:r>
              <w:t>Bug fixing</w:t>
            </w:r>
          </w:p>
        </w:tc>
        <w:tc>
          <w:tcPr>
            <w:tcW w:w="1195" w:type="dxa"/>
          </w:tcPr>
          <w:p w:rsidR="00CF1011" w:rsidP="00E35DB0" w:rsidRDefault="00CF1011" w14:paraId="77F1416F" w14:textId="77777777">
            <w:r>
              <w:t>Prepare demo</w:t>
            </w:r>
          </w:p>
        </w:tc>
        <w:tc>
          <w:tcPr>
            <w:tcW w:w="1402" w:type="dxa"/>
          </w:tcPr>
          <w:p w:rsidR="00CF1011" w:rsidP="00E35DB0" w:rsidRDefault="00CF1011" w14:paraId="7D6846F1" w14:textId="77777777">
            <w:r>
              <w:t>Optimize performance</w:t>
            </w:r>
          </w:p>
        </w:tc>
      </w:tr>
      <w:tr w:rsidR="00CF1011" w:rsidTr="00CF1011" w14:paraId="0145E553" w14:textId="77777777">
        <w:tc>
          <w:tcPr>
            <w:tcW w:w="1054" w:type="dxa"/>
            <w:vMerge/>
          </w:tcPr>
          <w:p w:rsidRPr="00CF1011" w:rsidR="00CF1011" w:rsidP="00E35DB0" w:rsidRDefault="00CF1011" w14:paraId="0E2FA8F7" w14:textId="16BFD7A5">
            <w:pPr>
              <w:rPr>
                <w:b/>
                <w:bCs/>
                <w:i/>
                <w:iCs/>
              </w:rPr>
            </w:pPr>
          </w:p>
        </w:tc>
        <w:tc>
          <w:tcPr>
            <w:tcW w:w="818" w:type="dxa"/>
          </w:tcPr>
          <w:p w:rsidR="00CF1011" w:rsidP="00E35DB0" w:rsidRDefault="00CF1011" w14:paraId="5571D0E3" w14:textId="77777777">
            <w:r>
              <w:t>Anil Sharma</w:t>
            </w:r>
          </w:p>
        </w:tc>
        <w:tc>
          <w:tcPr>
            <w:tcW w:w="931" w:type="dxa"/>
          </w:tcPr>
          <w:p w:rsidR="00CF1011" w:rsidP="00E35DB0" w:rsidRDefault="00CF1011" w14:paraId="0A678769" w14:textId="77777777">
            <w:r>
              <w:t>Continue feature dev</w:t>
            </w:r>
          </w:p>
        </w:tc>
        <w:tc>
          <w:tcPr>
            <w:tcW w:w="1253" w:type="dxa"/>
          </w:tcPr>
          <w:p w:rsidR="00CF1011" w:rsidP="00E35DB0" w:rsidRDefault="00CF1011" w14:paraId="40C26CAF" w14:textId="77777777">
            <w:r>
              <w:t>Integrate module</w:t>
            </w:r>
          </w:p>
        </w:tc>
        <w:tc>
          <w:tcPr>
            <w:tcW w:w="1169" w:type="dxa"/>
          </w:tcPr>
          <w:p w:rsidR="00CF1011" w:rsidP="00E35DB0" w:rsidRDefault="00CF1011" w14:paraId="7DD04F7C" w14:textId="77777777">
            <w:r>
              <w:t>Conduct testing</w:t>
            </w:r>
          </w:p>
        </w:tc>
        <w:tc>
          <w:tcPr>
            <w:tcW w:w="1194" w:type="dxa"/>
          </w:tcPr>
          <w:p w:rsidR="00CF1011" w:rsidP="00E35DB0" w:rsidRDefault="00CF1011" w14:paraId="3B86470D" w14:textId="77777777">
            <w:r>
              <w:t>Bug fixing</w:t>
            </w:r>
          </w:p>
        </w:tc>
        <w:tc>
          <w:tcPr>
            <w:tcW w:w="1195" w:type="dxa"/>
          </w:tcPr>
          <w:p w:rsidR="00CF1011" w:rsidP="00E35DB0" w:rsidRDefault="00CF1011" w14:paraId="29609311" w14:textId="77777777">
            <w:r>
              <w:t>Prepare demo</w:t>
            </w:r>
          </w:p>
        </w:tc>
        <w:tc>
          <w:tcPr>
            <w:tcW w:w="1402" w:type="dxa"/>
          </w:tcPr>
          <w:p w:rsidR="00CF1011" w:rsidP="00E35DB0" w:rsidRDefault="00CF1011" w14:paraId="78F6C8BE" w14:textId="77777777">
            <w:r>
              <w:t>Optimize performance</w:t>
            </w:r>
          </w:p>
        </w:tc>
      </w:tr>
      <w:tr w:rsidR="00CF1011" w:rsidTr="00CF1011" w14:paraId="5C025D38" w14:textId="77777777">
        <w:tc>
          <w:tcPr>
            <w:tcW w:w="1054" w:type="dxa"/>
            <w:vMerge w:val="restart"/>
          </w:tcPr>
          <w:p w:rsidRPr="00CF1011" w:rsidR="00CF1011" w:rsidP="00E35DB0" w:rsidRDefault="00CF1011" w14:paraId="717B60FD" w14:textId="77777777">
            <w:pPr>
              <w:rPr>
                <w:b/>
                <w:bCs/>
                <w:i/>
                <w:iCs/>
              </w:rPr>
            </w:pPr>
            <w:r w:rsidRPr="00CF1011">
              <w:rPr>
                <w:b/>
                <w:bCs/>
                <w:i/>
                <w:iCs/>
              </w:rPr>
              <w:t>What (if any) is blocking your progress?</w:t>
            </w:r>
          </w:p>
        </w:tc>
        <w:tc>
          <w:tcPr>
            <w:tcW w:w="818" w:type="dxa"/>
          </w:tcPr>
          <w:p w:rsidR="00CF1011" w:rsidP="00E35DB0" w:rsidRDefault="00CF1011" w14:paraId="2544C0D3" w14:textId="77777777">
            <w:r>
              <w:t>Suresh Menon</w:t>
            </w:r>
          </w:p>
        </w:tc>
        <w:tc>
          <w:tcPr>
            <w:tcW w:w="931" w:type="dxa"/>
          </w:tcPr>
          <w:p w:rsidR="00CF1011" w:rsidP="00E35DB0" w:rsidRDefault="00CF1011" w14:paraId="59A627DB" w14:textId="77777777">
            <w:r>
              <w:t>None</w:t>
            </w:r>
          </w:p>
        </w:tc>
        <w:tc>
          <w:tcPr>
            <w:tcW w:w="1253" w:type="dxa"/>
          </w:tcPr>
          <w:p w:rsidR="00CF1011" w:rsidP="00E35DB0" w:rsidRDefault="00CF1011" w14:paraId="5653E828" w14:textId="77777777">
            <w:r>
              <w:t>API downtime</w:t>
            </w:r>
          </w:p>
        </w:tc>
        <w:tc>
          <w:tcPr>
            <w:tcW w:w="1169" w:type="dxa"/>
          </w:tcPr>
          <w:p w:rsidR="00CF1011" w:rsidP="00E35DB0" w:rsidRDefault="00CF1011" w14:paraId="6BFE1A13" w14:textId="77777777">
            <w:r>
              <w:t>Waiting for review</w:t>
            </w:r>
          </w:p>
        </w:tc>
        <w:tc>
          <w:tcPr>
            <w:tcW w:w="1194" w:type="dxa"/>
          </w:tcPr>
          <w:p w:rsidR="00CF1011" w:rsidP="00E35DB0" w:rsidRDefault="00CF1011" w14:paraId="0E3B390D" w14:textId="77777777">
            <w:r>
              <w:t>Dependency delay</w:t>
            </w:r>
          </w:p>
        </w:tc>
        <w:tc>
          <w:tcPr>
            <w:tcW w:w="1195" w:type="dxa"/>
          </w:tcPr>
          <w:p w:rsidR="00CF1011" w:rsidP="00E35DB0" w:rsidRDefault="00CF1011" w14:paraId="11085BCD" w14:textId="77777777">
            <w:r>
              <w:t>Environment issue</w:t>
            </w:r>
          </w:p>
        </w:tc>
        <w:tc>
          <w:tcPr>
            <w:tcW w:w="1402" w:type="dxa"/>
          </w:tcPr>
          <w:p w:rsidR="00CF1011" w:rsidP="00E35DB0" w:rsidRDefault="00CF1011" w14:paraId="08B6842B" w14:textId="77777777">
            <w:r>
              <w:t>None</w:t>
            </w:r>
          </w:p>
        </w:tc>
      </w:tr>
      <w:tr w:rsidR="00CF1011" w:rsidTr="00CF1011" w14:paraId="7F641054" w14:textId="77777777">
        <w:tc>
          <w:tcPr>
            <w:tcW w:w="1054" w:type="dxa"/>
            <w:vMerge/>
          </w:tcPr>
          <w:p w:rsidR="00CF1011" w:rsidP="00E35DB0" w:rsidRDefault="00CF1011" w14:paraId="61BF0349" w14:textId="58C091B5"/>
        </w:tc>
        <w:tc>
          <w:tcPr>
            <w:tcW w:w="818" w:type="dxa"/>
          </w:tcPr>
          <w:p w:rsidR="00CF1011" w:rsidP="00E35DB0" w:rsidRDefault="00CF1011" w14:paraId="77EDEE78" w14:textId="77777777">
            <w:r>
              <w:t>Vivek Reddy</w:t>
            </w:r>
          </w:p>
        </w:tc>
        <w:tc>
          <w:tcPr>
            <w:tcW w:w="931" w:type="dxa"/>
          </w:tcPr>
          <w:p w:rsidR="00CF1011" w:rsidP="00E35DB0" w:rsidRDefault="00CF1011" w14:paraId="7DE26175" w14:textId="77777777">
            <w:r>
              <w:t>None</w:t>
            </w:r>
          </w:p>
        </w:tc>
        <w:tc>
          <w:tcPr>
            <w:tcW w:w="1253" w:type="dxa"/>
          </w:tcPr>
          <w:p w:rsidR="00CF1011" w:rsidP="00E35DB0" w:rsidRDefault="00CF1011" w14:paraId="70C1CD0C" w14:textId="77777777">
            <w:r>
              <w:t>API downtime</w:t>
            </w:r>
          </w:p>
        </w:tc>
        <w:tc>
          <w:tcPr>
            <w:tcW w:w="1169" w:type="dxa"/>
          </w:tcPr>
          <w:p w:rsidR="00CF1011" w:rsidP="00E35DB0" w:rsidRDefault="00CF1011" w14:paraId="55E435D3" w14:textId="77777777">
            <w:r>
              <w:t>Waiting for review</w:t>
            </w:r>
          </w:p>
        </w:tc>
        <w:tc>
          <w:tcPr>
            <w:tcW w:w="1194" w:type="dxa"/>
          </w:tcPr>
          <w:p w:rsidR="00CF1011" w:rsidP="00E35DB0" w:rsidRDefault="00CF1011" w14:paraId="2EF1D238" w14:textId="77777777">
            <w:r>
              <w:t>Dependency delay</w:t>
            </w:r>
          </w:p>
        </w:tc>
        <w:tc>
          <w:tcPr>
            <w:tcW w:w="1195" w:type="dxa"/>
          </w:tcPr>
          <w:p w:rsidR="00CF1011" w:rsidP="00E35DB0" w:rsidRDefault="00CF1011" w14:paraId="0E1A7DC5" w14:textId="77777777">
            <w:r>
              <w:t>Environment issue</w:t>
            </w:r>
          </w:p>
        </w:tc>
        <w:tc>
          <w:tcPr>
            <w:tcW w:w="1402" w:type="dxa"/>
          </w:tcPr>
          <w:p w:rsidR="00CF1011" w:rsidP="00E35DB0" w:rsidRDefault="00CF1011" w14:paraId="2957B6B9" w14:textId="77777777">
            <w:r>
              <w:t>None</w:t>
            </w:r>
          </w:p>
        </w:tc>
      </w:tr>
      <w:tr w:rsidR="00CF1011" w:rsidTr="00CF1011" w14:paraId="423C4ABA" w14:textId="77777777">
        <w:tc>
          <w:tcPr>
            <w:tcW w:w="1054" w:type="dxa"/>
            <w:vMerge/>
          </w:tcPr>
          <w:p w:rsidR="00CF1011" w:rsidP="00E35DB0" w:rsidRDefault="00CF1011" w14:paraId="3CD375C7" w14:textId="6EA2B281"/>
        </w:tc>
        <w:tc>
          <w:tcPr>
            <w:tcW w:w="818" w:type="dxa"/>
          </w:tcPr>
          <w:p w:rsidR="00CF1011" w:rsidP="00E35DB0" w:rsidRDefault="00CF1011" w14:paraId="175A3886" w14:textId="77777777">
            <w:r>
              <w:t>Anil Sharma</w:t>
            </w:r>
          </w:p>
        </w:tc>
        <w:tc>
          <w:tcPr>
            <w:tcW w:w="931" w:type="dxa"/>
          </w:tcPr>
          <w:p w:rsidR="00CF1011" w:rsidP="00E35DB0" w:rsidRDefault="00CF1011" w14:paraId="7B372F5D" w14:textId="77777777">
            <w:r>
              <w:t>None</w:t>
            </w:r>
          </w:p>
        </w:tc>
        <w:tc>
          <w:tcPr>
            <w:tcW w:w="1253" w:type="dxa"/>
          </w:tcPr>
          <w:p w:rsidR="00CF1011" w:rsidP="00E35DB0" w:rsidRDefault="00CF1011" w14:paraId="0F20F5F4" w14:textId="77777777">
            <w:r>
              <w:t>API downtime</w:t>
            </w:r>
          </w:p>
        </w:tc>
        <w:tc>
          <w:tcPr>
            <w:tcW w:w="1169" w:type="dxa"/>
          </w:tcPr>
          <w:p w:rsidR="00CF1011" w:rsidP="00E35DB0" w:rsidRDefault="00CF1011" w14:paraId="7E884C28" w14:textId="77777777">
            <w:r>
              <w:t>Waiting for review</w:t>
            </w:r>
          </w:p>
        </w:tc>
        <w:tc>
          <w:tcPr>
            <w:tcW w:w="1194" w:type="dxa"/>
          </w:tcPr>
          <w:p w:rsidR="00CF1011" w:rsidP="00E35DB0" w:rsidRDefault="00CF1011" w14:paraId="4DDE956A" w14:textId="77777777">
            <w:r>
              <w:t>Dependency delay</w:t>
            </w:r>
          </w:p>
        </w:tc>
        <w:tc>
          <w:tcPr>
            <w:tcW w:w="1195" w:type="dxa"/>
          </w:tcPr>
          <w:p w:rsidR="00CF1011" w:rsidP="00E35DB0" w:rsidRDefault="00CF1011" w14:paraId="6F16D926" w14:textId="77777777">
            <w:r>
              <w:t>Environment issue</w:t>
            </w:r>
          </w:p>
        </w:tc>
        <w:tc>
          <w:tcPr>
            <w:tcW w:w="1402" w:type="dxa"/>
          </w:tcPr>
          <w:p w:rsidR="00CF1011" w:rsidP="00E35DB0" w:rsidRDefault="00CF1011" w14:paraId="5A95783F" w14:textId="77777777">
            <w:r>
              <w:t>None</w:t>
            </w:r>
          </w:p>
        </w:tc>
      </w:tr>
    </w:tbl>
    <w:p w:rsidR="00D14149" w:rsidP="00D14149" w:rsidRDefault="00D14149" w14:paraId="1E0B8A7A" w14:textId="77777777"/>
    <w:p w:rsidR="00D14149" w:rsidP="00CF1011" w:rsidRDefault="00D14149" w14:paraId="3BCC3A0B" w14:textId="77777777">
      <w:pPr>
        <w:pStyle w:val="Heading2"/>
      </w:pPr>
      <w:r>
        <w:t>Sprint 9 – Daily Stand-up Meeting</w:t>
      </w:r>
    </w:p>
    <w:p w:rsidRPr="00CF1011" w:rsidR="00D14149" w:rsidP="00D14149" w:rsidRDefault="00D14149" w14:paraId="24DB9C07" w14:textId="77777777">
      <w:pPr>
        <w:rPr>
          <w:b/>
          <w:bCs/>
          <w:i/>
          <w:iCs/>
        </w:rPr>
      </w:pPr>
      <w:r w:rsidRPr="00CF1011">
        <w:rPr>
          <w:b/>
          <w:bCs/>
          <w:i/>
          <w:iCs/>
        </w:rPr>
        <w:t>Week: 22-12-2025 to 04-01-2026</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CF1011" w:rsidR="00CF1011" w:rsidTr="00CF1011" w14:paraId="4A778698" w14:textId="77777777">
        <w:tc>
          <w:tcPr>
            <w:tcW w:w="1054" w:type="dxa"/>
          </w:tcPr>
          <w:p w:rsidRPr="00CF1011" w:rsidR="00CF1011" w:rsidP="00E35DB0" w:rsidRDefault="00CF1011" w14:paraId="17FD7ED4" w14:textId="77777777">
            <w:pPr>
              <w:rPr>
                <w:b/>
                <w:bCs/>
                <w:i/>
                <w:iCs/>
              </w:rPr>
            </w:pPr>
            <w:r w:rsidRPr="00CF1011">
              <w:rPr>
                <w:b/>
                <w:bCs/>
                <w:i/>
                <w:iCs/>
              </w:rPr>
              <w:t>Question</w:t>
            </w:r>
          </w:p>
        </w:tc>
        <w:tc>
          <w:tcPr>
            <w:tcW w:w="818" w:type="dxa"/>
          </w:tcPr>
          <w:p w:rsidRPr="00CF1011" w:rsidR="00CF1011" w:rsidP="00E35DB0" w:rsidRDefault="00CF1011" w14:paraId="72F74D06" w14:textId="77777777">
            <w:pPr>
              <w:rPr>
                <w:b/>
                <w:bCs/>
                <w:i/>
                <w:iCs/>
              </w:rPr>
            </w:pPr>
            <w:r w:rsidRPr="00CF1011">
              <w:rPr>
                <w:b/>
                <w:bCs/>
                <w:i/>
                <w:iCs/>
              </w:rPr>
              <w:t>Name / Role</w:t>
            </w:r>
          </w:p>
        </w:tc>
        <w:tc>
          <w:tcPr>
            <w:tcW w:w="931" w:type="dxa"/>
          </w:tcPr>
          <w:p w:rsidRPr="00CF1011" w:rsidR="00CF1011" w:rsidP="00E35DB0" w:rsidRDefault="00CF1011" w14:paraId="1452E05C" w14:textId="77777777">
            <w:pPr>
              <w:rPr>
                <w:b/>
                <w:bCs/>
                <w:i/>
                <w:iCs/>
              </w:rPr>
            </w:pPr>
            <w:r w:rsidRPr="00CF1011">
              <w:rPr>
                <w:b/>
                <w:bCs/>
                <w:i/>
                <w:iCs/>
              </w:rPr>
              <w:t>Monday</w:t>
            </w:r>
          </w:p>
        </w:tc>
        <w:tc>
          <w:tcPr>
            <w:tcW w:w="1253" w:type="dxa"/>
          </w:tcPr>
          <w:p w:rsidRPr="00CF1011" w:rsidR="00CF1011" w:rsidP="00E35DB0" w:rsidRDefault="00CF1011" w14:paraId="4A75E298" w14:textId="77777777">
            <w:pPr>
              <w:rPr>
                <w:b/>
                <w:bCs/>
                <w:i/>
                <w:iCs/>
              </w:rPr>
            </w:pPr>
            <w:r w:rsidRPr="00CF1011">
              <w:rPr>
                <w:b/>
                <w:bCs/>
                <w:i/>
                <w:iCs/>
              </w:rPr>
              <w:t>Tuesday</w:t>
            </w:r>
          </w:p>
        </w:tc>
        <w:tc>
          <w:tcPr>
            <w:tcW w:w="1169" w:type="dxa"/>
          </w:tcPr>
          <w:p w:rsidRPr="00CF1011" w:rsidR="00CF1011" w:rsidP="00E35DB0" w:rsidRDefault="00CF1011" w14:paraId="2782AB66" w14:textId="77777777">
            <w:pPr>
              <w:rPr>
                <w:b/>
                <w:bCs/>
                <w:i/>
                <w:iCs/>
              </w:rPr>
            </w:pPr>
            <w:r w:rsidRPr="00CF1011">
              <w:rPr>
                <w:b/>
                <w:bCs/>
                <w:i/>
                <w:iCs/>
              </w:rPr>
              <w:t>Wednesday</w:t>
            </w:r>
          </w:p>
        </w:tc>
        <w:tc>
          <w:tcPr>
            <w:tcW w:w="1194" w:type="dxa"/>
          </w:tcPr>
          <w:p w:rsidRPr="00CF1011" w:rsidR="00CF1011" w:rsidP="00E35DB0" w:rsidRDefault="00CF1011" w14:paraId="5AF63B26" w14:textId="77777777">
            <w:pPr>
              <w:rPr>
                <w:b/>
                <w:bCs/>
                <w:i/>
                <w:iCs/>
              </w:rPr>
            </w:pPr>
            <w:r w:rsidRPr="00CF1011">
              <w:rPr>
                <w:b/>
                <w:bCs/>
                <w:i/>
                <w:iCs/>
              </w:rPr>
              <w:t>Thursday</w:t>
            </w:r>
          </w:p>
        </w:tc>
        <w:tc>
          <w:tcPr>
            <w:tcW w:w="1195" w:type="dxa"/>
          </w:tcPr>
          <w:p w:rsidRPr="00CF1011" w:rsidR="00CF1011" w:rsidP="00E35DB0" w:rsidRDefault="00CF1011" w14:paraId="33480B81" w14:textId="77777777">
            <w:pPr>
              <w:rPr>
                <w:b/>
                <w:bCs/>
                <w:i/>
                <w:iCs/>
              </w:rPr>
            </w:pPr>
            <w:r w:rsidRPr="00CF1011">
              <w:rPr>
                <w:b/>
                <w:bCs/>
                <w:i/>
                <w:iCs/>
              </w:rPr>
              <w:t>Friday</w:t>
            </w:r>
          </w:p>
        </w:tc>
        <w:tc>
          <w:tcPr>
            <w:tcW w:w="1402" w:type="dxa"/>
          </w:tcPr>
          <w:p w:rsidRPr="00CF1011" w:rsidR="00CF1011" w:rsidP="00E35DB0" w:rsidRDefault="00CF1011" w14:paraId="6DEE2083" w14:textId="77777777">
            <w:pPr>
              <w:rPr>
                <w:b/>
                <w:bCs/>
                <w:i/>
                <w:iCs/>
              </w:rPr>
            </w:pPr>
            <w:r w:rsidRPr="00CF1011">
              <w:rPr>
                <w:b/>
                <w:bCs/>
                <w:i/>
                <w:iCs/>
              </w:rPr>
              <w:t>Saturday</w:t>
            </w:r>
          </w:p>
        </w:tc>
      </w:tr>
      <w:tr w:rsidR="00CF1011" w:rsidTr="00CF1011" w14:paraId="633A0485" w14:textId="77777777">
        <w:tc>
          <w:tcPr>
            <w:tcW w:w="1054" w:type="dxa"/>
            <w:vMerge w:val="restart"/>
          </w:tcPr>
          <w:p w:rsidRPr="00CF1011" w:rsidR="00CF1011" w:rsidP="00E35DB0" w:rsidRDefault="00CF1011" w14:paraId="66735C2B" w14:textId="77777777">
            <w:pPr>
              <w:rPr>
                <w:b/>
                <w:bCs/>
                <w:i/>
                <w:iCs/>
              </w:rPr>
            </w:pPr>
            <w:r w:rsidRPr="00CF1011">
              <w:rPr>
                <w:b/>
                <w:bCs/>
                <w:i/>
                <w:iCs/>
              </w:rPr>
              <w:t>What did you do yesterday?</w:t>
            </w:r>
          </w:p>
        </w:tc>
        <w:tc>
          <w:tcPr>
            <w:tcW w:w="818" w:type="dxa"/>
          </w:tcPr>
          <w:p w:rsidR="00CF1011" w:rsidP="00E35DB0" w:rsidRDefault="00CF1011" w14:paraId="72A3CD7C" w14:textId="77777777">
            <w:r>
              <w:t>Suresh Menon</w:t>
            </w:r>
          </w:p>
        </w:tc>
        <w:tc>
          <w:tcPr>
            <w:tcW w:w="931" w:type="dxa"/>
          </w:tcPr>
          <w:p w:rsidR="00CF1011" w:rsidP="00E35DB0" w:rsidRDefault="00CF1011" w14:paraId="110F1585" w14:textId="77777777">
            <w:r>
              <w:t>Set up module</w:t>
            </w:r>
          </w:p>
        </w:tc>
        <w:tc>
          <w:tcPr>
            <w:tcW w:w="1253" w:type="dxa"/>
          </w:tcPr>
          <w:p w:rsidR="00CF1011" w:rsidP="00E35DB0" w:rsidRDefault="00CF1011" w14:paraId="0AB95261" w14:textId="77777777">
            <w:r>
              <w:t>Implemented feature</w:t>
            </w:r>
          </w:p>
        </w:tc>
        <w:tc>
          <w:tcPr>
            <w:tcW w:w="1169" w:type="dxa"/>
          </w:tcPr>
          <w:p w:rsidR="00CF1011" w:rsidP="00E35DB0" w:rsidRDefault="00CF1011" w14:paraId="029A1C86" w14:textId="77777777">
            <w:r>
              <w:t>Tested component</w:t>
            </w:r>
          </w:p>
        </w:tc>
        <w:tc>
          <w:tcPr>
            <w:tcW w:w="1194" w:type="dxa"/>
          </w:tcPr>
          <w:p w:rsidR="00CF1011" w:rsidP="00E35DB0" w:rsidRDefault="00CF1011" w14:paraId="6D44E684" w14:textId="77777777">
            <w:r>
              <w:t>Fixed bug</w:t>
            </w:r>
          </w:p>
        </w:tc>
        <w:tc>
          <w:tcPr>
            <w:tcW w:w="1195" w:type="dxa"/>
          </w:tcPr>
          <w:p w:rsidR="00CF1011" w:rsidP="00E35DB0" w:rsidRDefault="00CF1011" w14:paraId="074C4BBF" w14:textId="77777777">
            <w:r>
              <w:t>Reviewed code</w:t>
            </w:r>
          </w:p>
        </w:tc>
        <w:tc>
          <w:tcPr>
            <w:tcW w:w="1402" w:type="dxa"/>
          </w:tcPr>
          <w:p w:rsidR="00CF1011" w:rsidP="00E35DB0" w:rsidRDefault="00CF1011" w14:paraId="15029743" w14:textId="77777777">
            <w:r>
              <w:t>Updated documentation</w:t>
            </w:r>
          </w:p>
        </w:tc>
      </w:tr>
      <w:tr w:rsidR="00CF1011" w:rsidTr="00CF1011" w14:paraId="5F4D1189" w14:textId="77777777">
        <w:tc>
          <w:tcPr>
            <w:tcW w:w="1054" w:type="dxa"/>
            <w:vMerge/>
          </w:tcPr>
          <w:p w:rsidRPr="00CF1011" w:rsidR="00CF1011" w:rsidP="00E35DB0" w:rsidRDefault="00CF1011" w14:paraId="43CC4B84" w14:textId="33BDCF8E">
            <w:pPr>
              <w:rPr>
                <w:b/>
                <w:bCs/>
                <w:i/>
                <w:iCs/>
              </w:rPr>
            </w:pPr>
          </w:p>
        </w:tc>
        <w:tc>
          <w:tcPr>
            <w:tcW w:w="818" w:type="dxa"/>
          </w:tcPr>
          <w:p w:rsidR="00CF1011" w:rsidP="00E35DB0" w:rsidRDefault="00CF1011" w14:paraId="0F79E1B2" w14:textId="77777777">
            <w:r>
              <w:t>Vivek Reddy</w:t>
            </w:r>
          </w:p>
        </w:tc>
        <w:tc>
          <w:tcPr>
            <w:tcW w:w="931" w:type="dxa"/>
          </w:tcPr>
          <w:p w:rsidR="00CF1011" w:rsidP="00E35DB0" w:rsidRDefault="00CF1011" w14:paraId="51D41BDE" w14:textId="77777777">
            <w:r>
              <w:t>Set up module</w:t>
            </w:r>
          </w:p>
        </w:tc>
        <w:tc>
          <w:tcPr>
            <w:tcW w:w="1253" w:type="dxa"/>
          </w:tcPr>
          <w:p w:rsidR="00CF1011" w:rsidP="00E35DB0" w:rsidRDefault="00CF1011" w14:paraId="513DE1F3" w14:textId="77777777">
            <w:r>
              <w:t>Implemented feature</w:t>
            </w:r>
          </w:p>
        </w:tc>
        <w:tc>
          <w:tcPr>
            <w:tcW w:w="1169" w:type="dxa"/>
          </w:tcPr>
          <w:p w:rsidR="00CF1011" w:rsidP="00E35DB0" w:rsidRDefault="00CF1011" w14:paraId="4E11F9FF" w14:textId="77777777">
            <w:r>
              <w:t>Tested component</w:t>
            </w:r>
          </w:p>
        </w:tc>
        <w:tc>
          <w:tcPr>
            <w:tcW w:w="1194" w:type="dxa"/>
          </w:tcPr>
          <w:p w:rsidR="00CF1011" w:rsidP="00E35DB0" w:rsidRDefault="00CF1011" w14:paraId="22B099DC" w14:textId="77777777">
            <w:r>
              <w:t>Fixed bug</w:t>
            </w:r>
          </w:p>
        </w:tc>
        <w:tc>
          <w:tcPr>
            <w:tcW w:w="1195" w:type="dxa"/>
          </w:tcPr>
          <w:p w:rsidR="00CF1011" w:rsidP="00E35DB0" w:rsidRDefault="00CF1011" w14:paraId="6C0B47D0" w14:textId="77777777">
            <w:r>
              <w:t>Reviewed code</w:t>
            </w:r>
          </w:p>
        </w:tc>
        <w:tc>
          <w:tcPr>
            <w:tcW w:w="1402" w:type="dxa"/>
          </w:tcPr>
          <w:p w:rsidR="00CF1011" w:rsidP="00E35DB0" w:rsidRDefault="00CF1011" w14:paraId="07CEEDED" w14:textId="77777777">
            <w:r>
              <w:t>Updated documentation</w:t>
            </w:r>
          </w:p>
        </w:tc>
      </w:tr>
      <w:tr w:rsidR="00CF1011" w:rsidTr="00CF1011" w14:paraId="18258158" w14:textId="77777777">
        <w:tc>
          <w:tcPr>
            <w:tcW w:w="1054" w:type="dxa"/>
            <w:vMerge/>
          </w:tcPr>
          <w:p w:rsidRPr="00CF1011" w:rsidR="00CF1011" w:rsidP="00E35DB0" w:rsidRDefault="00CF1011" w14:paraId="2AA69F65" w14:textId="13D0455E">
            <w:pPr>
              <w:rPr>
                <w:b/>
                <w:bCs/>
                <w:i/>
                <w:iCs/>
              </w:rPr>
            </w:pPr>
          </w:p>
        </w:tc>
        <w:tc>
          <w:tcPr>
            <w:tcW w:w="818" w:type="dxa"/>
          </w:tcPr>
          <w:p w:rsidR="00CF1011" w:rsidP="00E35DB0" w:rsidRDefault="00CF1011" w14:paraId="553DAB60" w14:textId="77777777">
            <w:r>
              <w:t>Anil Sharma</w:t>
            </w:r>
          </w:p>
        </w:tc>
        <w:tc>
          <w:tcPr>
            <w:tcW w:w="931" w:type="dxa"/>
          </w:tcPr>
          <w:p w:rsidR="00CF1011" w:rsidP="00E35DB0" w:rsidRDefault="00CF1011" w14:paraId="39E458DE" w14:textId="77777777">
            <w:r>
              <w:t>Set up module</w:t>
            </w:r>
          </w:p>
        </w:tc>
        <w:tc>
          <w:tcPr>
            <w:tcW w:w="1253" w:type="dxa"/>
          </w:tcPr>
          <w:p w:rsidR="00CF1011" w:rsidP="00E35DB0" w:rsidRDefault="00CF1011" w14:paraId="08321212" w14:textId="77777777">
            <w:r>
              <w:t>Implemented feature</w:t>
            </w:r>
          </w:p>
        </w:tc>
        <w:tc>
          <w:tcPr>
            <w:tcW w:w="1169" w:type="dxa"/>
          </w:tcPr>
          <w:p w:rsidR="00CF1011" w:rsidP="00E35DB0" w:rsidRDefault="00CF1011" w14:paraId="03EBF2B7" w14:textId="77777777">
            <w:r>
              <w:t>Tested component</w:t>
            </w:r>
          </w:p>
        </w:tc>
        <w:tc>
          <w:tcPr>
            <w:tcW w:w="1194" w:type="dxa"/>
          </w:tcPr>
          <w:p w:rsidR="00CF1011" w:rsidP="00E35DB0" w:rsidRDefault="00CF1011" w14:paraId="0DCB1679" w14:textId="77777777">
            <w:r>
              <w:t>Fixed bug</w:t>
            </w:r>
          </w:p>
        </w:tc>
        <w:tc>
          <w:tcPr>
            <w:tcW w:w="1195" w:type="dxa"/>
          </w:tcPr>
          <w:p w:rsidR="00CF1011" w:rsidP="00E35DB0" w:rsidRDefault="00CF1011" w14:paraId="4329D814" w14:textId="77777777">
            <w:r>
              <w:t>Reviewed code</w:t>
            </w:r>
          </w:p>
        </w:tc>
        <w:tc>
          <w:tcPr>
            <w:tcW w:w="1402" w:type="dxa"/>
          </w:tcPr>
          <w:p w:rsidR="00CF1011" w:rsidP="00E35DB0" w:rsidRDefault="00CF1011" w14:paraId="375352FB" w14:textId="77777777">
            <w:r>
              <w:t>Updated documentation</w:t>
            </w:r>
          </w:p>
        </w:tc>
      </w:tr>
      <w:tr w:rsidR="00CF1011" w:rsidTr="00CF1011" w14:paraId="71EABD51" w14:textId="77777777">
        <w:tc>
          <w:tcPr>
            <w:tcW w:w="1054" w:type="dxa"/>
            <w:vMerge w:val="restart"/>
          </w:tcPr>
          <w:p w:rsidRPr="00CF1011" w:rsidR="00CF1011" w:rsidP="00E35DB0" w:rsidRDefault="00CF1011" w14:paraId="71DFBE32" w14:textId="77777777">
            <w:pPr>
              <w:rPr>
                <w:b/>
                <w:bCs/>
                <w:i/>
                <w:iCs/>
              </w:rPr>
            </w:pPr>
            <w:r w:rsidRPr="00CF1011">
              <w:rPr>
                <w:b/>
                <w:bCs/>
                <w:i/>
                <w:iCs/>
              </w:rPr>
              <w:t>What will you do today?</w:t>
            </w:r>
          </w:p>
        </w:tc>
        <w:tc>
          <w:tcPr>
            <w:tcW w:w="818" w:type="dxa"/>
          </w:tcPr>
          <w:p w:rsidR="00CF1011" w:rsidP="00E35DB0" w:rsidRDefault="00CF1011" w14:paraId="2F906AF8" w14:textId="77777777">
            <w:r>
              <w:t>Suresh Menon</w:t>
            </w:r>
          </w:p>
        </w:tc>
        <w:tc>
          <w:tcPr>
            <w:tcW w:w="931" w:type="dxa"/>
          </w:tcPr>
          <w:p w:rsidR="00CF1011" w:rsidP="00E35DB0" w:rsidRDefault="00CF1011" w14:paraId="526467A9" w14:textId="77777777">
            <w:r>
              <w:t>Continue feature dev</w:t>
            </w:r>
          </w:p>
        </w:tc>
        <w:tc>
          <w:tcPr>
            <w:tcW w:w="1253" w:type="dxa"/>
          </w:tcPr>
          <w:p w:rsidR="00CF1011" w:rsidP="00E35DB0" w:rsidRDefault="00CF1011" w14:paraId="70E9A7BE" w14:textId="77777777">
            <w:r>
              <w:t>Integrate module</w:t>
            </w:r>
          </w:p>
        </w:tc>
        <w:tc>
          <w:tcPr>
            <w:tcW w:w="1169" w:type="dxa"/>
          </w:tcPr>
          <w:p w:rsidR="00CF1011" w:rsidP="00E35DB0" w:rsidRDefault="00CF1011" w14:paraId="4ED50CB3" w14:textId="77777777">
            <w:r>
              <w:t>Conduct testing</w:t>
            </w:r>
          </w:p>
        </w:tc>
        <w:tc>
          <w:tcPr>
            <w:tcW w:w="1194" w:type="dxa"/>
          </w:tcPr>
          <w:p w:rsidR="00CF1011" w:rsidP="00E35DB0" w:rsidRDefault="00CF1011" w14:paraId="5E54FF6D" w14:textId="77777777">
            <w:r>
              <w:t>Bug fixing</w:t>
            </w:r>
          </w:p>
        </w:tc>
        <w:tc>
          <w:tcPr>
            <w:tcW w:w="1195" w:type="dxa"/>
          </w:tcPr>
          <w:p w:rsidR="00CF1011" w:rsidP="00E35DB0" w:rsidRDefault="00CF1011" w14:paraId="7DD7CE9D" w14:textId="77777777">
            <w:r>
              <w:t>Prepare demo</w:t>
            </w:r>
          </w:p>
        </w:tc>
        <w:tc>
          <w:tcPr>
            <w:tcW w:w="1402" w:type="dxa"/>
          </w:tcPr>
          <w:p w:rsidR="00CF1011" w:rsidP="00E35DB0" w:rsidRDefault="00CF1011" w14:paraId="5B1E4AF4" w14:textId="77777777">
            <w:r>
              <w:t>Optimize performance</w:t>
            </w:r>
          </w:p>
        </w:tc>
      </w:tr>
      <w:tr w:rsidR="00CF1011" w:rsidTr="00CF1011" w14:paraId="6CAF53F0" w14:textId="77777777">
        <w:tc>
          <w:tcPr>
            <w:tcW w:w="1054" w:type="dxa"/>
            <w:vMerge/>
          </w:tcPr>
          <w:p w:rsidRPr="00CF1011" w:rsidR="00CF1011" w:rsidP="00E35DB0" w:rsidRDefault="00CF1011" w14:paraId="556DAE35" w14:textId="3801E544">
            <w:pPr>
              <w:rPr>
                <w:b/>
                <w:bCs/>
                <w:i/>
                <w:iCs/>
              </w:rPr>
            </w:pPr>
          </w:p>
        </w:tc>
        <w:tc>
          <w:tcPr>
            <w:tcW w:w="818" w:type="dxa"/>
          </w:tcPr>
          <w:p w:rsidR="00CF1011" w:rsidP="00E35DB0" w:rsidRDefault="00CF1011" w14:paraId="6BC102BD" w14:textId="77777777">
            <w:r>
              <w:t>Vivek Reddy</w:t>
            </w:r>
          </w:p>
        </w:tc>
        <w:tc>
          <w:tcPr>
            <w:tcW w:w="931" w:type="dxa"/>
          </w:tcPr>
          <w:p w:rsidR="00CF1011" w:rsidP="00E35DB0" w:rsidRDefault="00CF1011" w14:paraId="6693048B" w14:textId="77777777">
            <w:r>
              <w:t>Continue feature dev</w:t>
            </w:r>
          </w:p>
        </w:tc>
        <w:tc>
          <w:tcPr>
            <w:tcW w:w="1253" w:type="dxa"/>
          </w:tcPr>
          <w:p w:rsidR="00CF1011" w:rsidP="00E35DB0" w:rsidRDefault="00CF1011" w14:paraId="31223A50" w14:textId="77777777">
            <w:r>
              <w:t>Integrate module</w:t>
            </w:r>
          </w:p>
        </w:tc>
        <w:tc>
          <w:tcPr>
            <w:tcW w:w="1169" w:type="dxa"/>
          </w:tcPr>
          <w:p w:rsidR="00CF1011" w:rsidP="00E35DB0" w:rsidRDefault="00CF1011" w14:paraId="0923E589" w14:textId="77777777">
            <w:r>
              <w:t>Conduct testing</w:t>
            </w:r>
          </w:p>
        </w:tc>
        <w:tc>
          <w:tcPr>
            <w:tcW w:w="1194" w:type="dxa"/>
          </w:tcPr>
          <w:p w:rsidR="00CF1011" w:rsidP="00E35DB0" w:rsidRDefault="00CF1011" w14:paraId="41295D69" w14:textId="77777777">
            <w:r>
              <w:t>Bug fixing</w:t>
            </w:r>
          </w:p>
        </w:tc>
        <w:tc>
          <w:tcPr>
            <w:tcW w:w="1195" w:type="dxa"/>
          </w:tcPr>
          <w:p w:rsidR="00CF1011" w:rsidP="00E35DB0" w:rsidRDefault="00CF1011" w14:paraId="6AF1582A" w14:textId="77777777">
            <w:r>
              <w:t>Prepare demo</w:t>
            </w:r>
          </w:p>
        </w:tc>
        <w:tc>
          <w:tcPr>
            <w:tcW w:w="1402" w:type="dxa"/>
          </w:tcPr>
          <w:p w:rsidR="00CF1011" w:rsidP="00E35DB0" w:rsidRDefault="00CF1011" w14:paraId="47D026FD" w14:textId="77777777">
            <w:r>
              <w:t>Optimize performance</w:t>
            </w:r>
          </w:p>
        </w:tc>
      </w:tr>
      <w:tr w:rsidR="00CF1011" w:rsidTr="00CF1011" w14:paraId="364B9A91" w14:textId="77777777">
        <w:tc>
          <w:tcPr>
            <w:tcW w:w="1054" w:type="dxa"/>
            <w:vMerge/>
          </w:tcPr>
          <w:p w:rsidRPr="00CF1011" w:rsidR="00CF1011" w:rsidP="00E35DB0" w:rsidRDefault="00CF1011" w14:paraId="1D3419BF" w14:textId="3BC52B6F">
            <w:pPr>
              <w:rPr>
                <w:b/>
                <w:bCs/>
                <w:i/>
                <w:iCs/>
              </w:rPr>
            </w:pPr>
          </w:p>
        </w:tc>
        <w:tc>
          <w:tcPr>
            <w:tcW w:w="818" w:type="dxa"/>
          </w:tcPr>
          <w:p w:rsidR="00CF1011" w:rsidP="00E35DB0" w:rsidRDefault="00CF1011" w14:paraId="72CC7C17" w14:textId="77777777">
            <w:r>
              <w:t>Anil Sharma</w:t>
            </w:r>
          </w:p>
        </w:tc>
        <w:tc>
          <w:tcPr>
            <w:tcW w:w="931" w:type="dxa"/>
          </w:tcPr>
          <w:p w:rsidR="00CF1011" w:rsidP="00E35DB0" w:rsidRDefault="00CF1011" w14:paraId="29C1780A" w14:textId="77777777">
            <w:r>
              <w:t>Continue feature dev</w:t>
            </w:r>
          </w:p>
        </w:tc>
        <w:tc>
          <w:tcPr>
            <w:tcW w:w="1253" w:type="dxa"/>
          </w:tcPr>
          <w:p w:rsidR="00CF1011" w:rsidP="00E35DB0" w:rsidRDefault="00CF1011" w14:paraId="7E26F0DE" w14:textId="77777777">
            <w:r>
              <w:t>Integrate module</w:t>
            </w:r>
          </w:p>
        </w:tc>
        <w:tc>
          <w:tcPr>
            <w:tcW w:w="1169" w:type="dxa"/>
          </w:tcPr>
          <w:p w:rsidR="00CF1011" w:rsidP="00E35DB0" w:rsidRDefault="00CF1011" w14:paraId="36F381AA" w14:textId="77777777">
            <w:r>
              <w:t>Conduct testing</w:t>
            </w:r>
          </w:p>
        </w:tc>
        <w:tc>
          <w:tcPr>
            <w:tcW w:w="1194" w:type="dxa"/>
          </w:tcPr>
          <w:p w:rsidR="00CF1011" w:rsidP="00E35DB0" w:rsidRDefault="00CF1011" w14:paraId="36C22AE7" w14:textId="77777777">
            <w:r>
              <w:t>Bug fixing</w:t>
            </w:r>
          </w:p>
        </w:tc>
        <w:tc>
          <w:tcPr>
            <w:tcW w:w="1195" w:type="dxa"/>
          </w:tcPr>
          <w:p w:rsidR="00CF1011" w:rsidP="00E35DB0" w:rsidRDefault="00CF1011" w14:paraId="51F4B915" w14:textId="77777777">
            <w:r>
              <w:t>Prepare demo</w:t>
            </w:r>
          </w:p>
        </w:tc>
        <w:tc>
          <w:tcPr>
            <w:tcW w:w="1402" w:type="dxa"/>
          </w:tcPr>
          <w:p w:rsidR="00CF1011" w:rsidP="00E35DB0" w:rsidRDefault="00CF1011" w14:paraId="346D3A50" w14:textId="77777777">
            <w:r>
              <w:t>Optimize performance</w:t>
            </w:r>
          </w:p>
        </w:tc>
      </w:tr>
      <w:tr w:rsidR="00CF1011" w:rsidTr="00CF1011" w14:paraId="4A372371" w14:textId="77777777">
        <w:tc>
          <w:tcPr>
            <w:tcW w:w="1054" w:type="dxa"/>
            <w:vMerge w:val="restart"/>
          </w:tcPr>
          <w:p w:rsidRPr="00CF1011" w:rsidR="00CF1011" w:rsidP="00E35DB0" w:rsidRDefault="00CF1011" w14:paraId="0D7571C3" w14:textId="77777777">
            <w:pPr>
              <w:rPr>
                <w:b/>
                <w:bCs/>
                <w:i/>
                <w:iCs/>
              </w:rPr>
            </w:pPr>
            <w:r w:rsidRPr="00CF1011">
              <w:rPr>
                <w:b/>
                <w:bCs/>
                <w:i/>
                <w:iCs/>
              </w:rPr>
              <w:t>What (if any) is blocking your progress?</w:t>
            </w:r>
          </w:p>
        </w:tc>
        <w:tc>
          <w:tcPr>
            <w:tcW w:w="818" w:type="dxa"/>
          </w:tcPr>
          <w:p w:rsidR="00CF1011" w:rsidP="00E35DB0" w:rsidRDefault="00CF1011" w14:paraId="6D9A0B72" w14:textId="77777777">
            <w:r>
              <w:t>Suresh Menon</w:t>
            </w:r>
          </w:p>
        </w:tc>
        <w:tc>
          <w:tcPr>
            <w:tcW w:w="931" w:type="dxa"/>
          </w:tcPr>
          <w:p w:rsidR="00CF1011" w:rsidP="00E35DB0" w:rsidRDefault="00CF1011" w14:paraId="49B60ACD" w14:textId="77777777">
            <w:r>
              <w:t>None</w:t>
            </w:r>
          </w:p>
        </w:tc>
        <w:tc>
          <w:tcPr>
            <w:tcW w:w="1253" w:type="dxa"/>
          </w:tcPr>
          <w:p w:rsidR="00CF1011" w:rsidP="00E35DB0" w:rsidRDefault="00CF1011" w14:paraId="67C93403" w14:textId="77777777">
            <w:r>
              <w:t>API downtime</w:t>
            </w:r>
          </w:p>
        </w:tc>
        <w:tc>
          <w:tcPr>
            <w:tcW w:w="1169" w:type="dxa"/>
          </w:tcPr>
          <w:p w:rsidR="00CF1011" w:rsidP="00E35DB0" w:rsidRDefault="00CF1011" w14:paraId="2CDD3341" w14:textId="77777777">
            <w:r>
              <w:t>Waiting for review</w:t>
            </w:r>
          </w:p>
        </w:tc>
        <w:tc>
          <w:tcPr>
            <w:tcW w:w="1194" w:type="dxa"/>
          </w:tcPr>
          <w:p w:rsidR="00CF1011" w:rsidP="00E35DB0" w:rsidRDefault="00CF1011" w14:paraId="3D040820" w14:textId="77777777">
            <w:r>
              <w:t>Dependency delay</w:t>
            </w:r>
          </w:p>
        </w:tc>
        <w:tc>
          <w:tcPr>
            <w:tcW w:w="1195" w:type="dxa"/>
          </w:tcPr>
          <w:p w:rsidR="00CF1011" w:rsidP="00E35DB0" w:rsidRDefault="00CF1011" w14:paraId="5EB8805A" w14:textId="77777777">
            <w:r>
              <w:t>Environment issue</w:t>
            </w:r>
          </w:p>
        </w:tc>
        <w:tc>
          <w:tcPr>
            <w:tcW w:w="1402" w:type="dxa"/>
          </w:tcPr>
          <w:p w:rsidR="00CF1011" w:rsidP="00E35DB0" w:rsidRDefault="00CF1011" w14:paraId="6720D688" w14:textId="77777777">
            <w:r>
              <w:t>None</w:t>
            </w:r>
          </w:p>
        </w:tc>
      </w:tr>
      <w:tr w:rsidR="00CF1011" w:rsidTr="00CF1011" w14:paraId="6BD528ED" w14:textId="77777777">
        <w:tc>
          <w:tcPr>
            <w:tcW w:w="1054" w:type="dxa"/>
            <w:vMerge/>
          </w:tcPr>
          <w:p w:rsidR="00CF1011" w:rsidP="00E35DB0" w:rsidRDefault="00CF1011" w14:paraId="4057745A" w14:textId="162010FA"/>
        </w:tc>
        <w:tc>
          <w:tcPr>
            <w:tcW w:w="818" w:type="dxa"/>
          </w:tcPr>
          <w:p w:rsidR="00CF1011" w:rsidP="00E35DB0" w:rsidRDefault="00CF1011" w14:paraId="7617736A" w14:textId="77777777">
            <w:r>
              <w:t>Vivek Reddy</w:t>
            </w:r>
          </w:p>
        </w:tc>
        <w:tc>
          <w:tcPr>
            <w:tcW w:w="931" w:type="dxa"/>
          </w:tcPr>
          <w:p w:rsidR="00CF1011" w:rsidP="00E35DB0" w:rsidRDefault="00CF1011" w14:paraId="7CB397B9" w14:textId="77777777">
            <w:r>
              <w:t>None</w:t>
            </w:r>
          </w:p>
        </w:tc>
        <w:tc>
          <w:tcPr>
            <w:tcW w:w="1253" w:type="dxa"/>
          </w:tcPr>
          <w:p w:rsidR="00CF1011" w:rsidP="00E35DB0" w:rsidRDefault="00CF1011" w14:paraId="10D09BE8" w14:textId="77777777">
            <w:r>
              <w:t>API downtime</w:t>
            </w:r>
          </w:p>
        </w:tc>
        <w:tc>
          <w:tcPr>
            <w:tcW w:w="1169" w:type="dxa"/>
          </w:tcPr>
          <w:p w:rsidR="00CF1011" w:rsidP="00E35DB0" w:rsidRDefault="00CF1011" w14:paraId="2DF9C4F6" w14:textId="77777777">
            <w:r>
              <w:t>Waiting for review</w:t>
            </w:r>
          </w:p>
        </w:tc>
        <w:tc>
          <w:tcPr>
            <w:tcW w:w="1194" w:type="dxa"/>
          </w:tcPr>
          <w:p w:rsidR="00CF1011" w:rsidP="00E35DB0" w:rsidRDefault="00CF1011" w14:paraId="6205D540" w14:textId="77777777">
            <w:r>
              <w:t>Dependency delay</w:t>
            </w:r>
          </w:p>
        </w:tc>
        <w:tc>
          <w:tcPr>
            <w:tcW w:w="1195" w:type="dxa"/>
          </w:tcPr>
          <w:p w:rsidR="00CF1011" w:rsidP="00E35DB0" w:rsidRDefault="00CF1011" w14:paraId="14D2E7D2" w14:textId="77777777">
            <w:r>
              <w:t>Environment issue</w:t>
            </w:r>
          </w:p>
        </w:tc>
        <w:tc>
          <w:tcPr>
            <w:tcW w:w="1402" w:type="dxa"/>
          </w:tcPr>
          <w:p w:rsidR="00CF1011" w:rsidP="00E35DB0" w:rsidRDefault="00CF1011" w14:paraId="7A142885" w14:textId="77777777">
            <w:r>
              <w:t>None</w:t>
            </w:r>
          </w:p>
        </w:tc>
      </w:tr>
      <w:tr w:rsidR="00CF1011" w:rsidTr="00CF1011" w14:paraId="4E808D20" w14:textId="77777777">
        <w:tc>
          <w:tcPr>
            <w:tcW w:w="1054" w:type="dxa"/>
            <w:vMerge/>
          </w:tcPr>
          <w:p w:rsidR="00CF1011" w:rsidP="00E35DB0" w:rsidRDefault="00CF1011" w14:paraId="6B8FED6D" w14:textId="6737FD84"/>
        </w:tc>
        <w:tc>
          <w:tcPr>
            <w:tcW w:w="818" w:type="dxa"/>
          </w:tcPr>
          <w:p w:rsidR="00CF1011" w:rsidP="00E35DB0" w:rsidRDefault="00CF1011" w14:paraId="0B946D01" w14:textId="77777777">
            <w:r>
              <w:t>Anil Sharma</w:t>
            </w:r>
          </w:p>
        </w:tc>
        <w:tc>
          <w:tcPr>
            <w:tcW w:w="931" w:type="dxa"/>
          </w:tcPr>
          <w:p w:rsidR="00CF1011" w:rsidP="00E35DB0" w:rsidRDefault="00CF1011" w14:paraId="58268352" w14:textId="77777777">
            <w:r>
              <w:t>None</w:t>
            </w:r>
          </w:p>
        </w:tc>
        <w:tc>
          <w:tcPr>
            <w:tcW w:w="1253" w:type="dxa"/>
          </w:tcPr>
          <w:p w:rsidR="00CF1011" w:rsidP="00E35DB0" w:rsidRDefault="00CF1011" w14:paraId="5888D753" w14:textId="77777777">
            <w:r>
              <w:t>API downtime</w:t>
            </w:r>
          </w:p>
        </w:tc>
        <w:tc>
          <w:tcPr>
            <w:tcW w:w="1169" w:type="dxa"/>
          </w:tcPr>
          <w:p w:rsidR="00CF1011" w:rsidP="00E35DB0" w:rsidRDefault="00CF1011" w14:paraId="14B972A2" w14:textId="77777777">
            <w:r>
              <w:t>Waiting for review</w:t>
            </w:r>
          </w:p>
        </w:tc>
        <w:tc>
          <w:tcPr>
            <w:tcW w:w="1194" w:type="dxa"/>
          </w:tcPr>
          <w:p w:rsidR="00CF1011" w:rsidP="00E35DB0" w:rsidRDefault="00CF1011" w14:paraId="296F5E69" w14:textId="77777777">
            <w:r>
              <w:t>Dependency delay</w:t>
            </w:r>
          </w:p>
        </w:tc>
        <w:tc>
          <w:tcPr>
            <w:tcW w:w="1195" w:type="dxa"/>
          </w:tcPr>
          <w:p w:rsidR="00CF1011" w:rsidP="00E35DB0" w:rsidRDefault="00CF1011" w14:paraId="3085A668" w14:textId="77777777">
            <w:r>
              <w:t>Environment issue</w:t>
            </w:r>
          </w:p>
        </w:tc>
        <w:tc>
          <w:tcPr>
            <w:tcW w:w="1402" w:type="dxa"/>
          </w:tcPr>
          <w:p w:rsidR="00CF1011" w:rsidP="00E35DB0" w:rsidRDefault="00CF1011" w14:paraId="124DA978" w14:textId="77777777">
            <w:r>
              <w:t>None</w:t>
            </w:r>
          </w:p>
        </w:tc>
      </w:tr>
    </w:tbl>
    <w:p w:rsidR="00D14149" w:rsidP="00D14149" w:rsidRDefault="00D14149" w14:paraId="34B2E12A" w14:textId="77777777"/>
    <w:p w:rsidR="00D14149" w:rsidP="000C377A" w:rsidRDefault="00D14149" w14:paraId="4D74C83F" w14:textId="77777777">
      <w:pPr>
        <w:pStyle w:val="Heading2"/>
      </w:pPr>
      <w:r>
        <w:t>Sprint 10 – Daily Stand-up Meeting</w:t>
      </w:r>
    </w:p>
    <w:p w:rsidRPr="00036DE2" w:rsidR="00D14149" w:rsidP="00D14149" w:rsidRDefault="00D14149" w14:paraId="1432F760" w14:textId="77777777">
      <w:pPr>
        <w:rPr>
          <w:b/>
          <w:bCs/>
          <w:i/>
          <w:iCs/>
        </w:rPr>
      </w:pPr>
      <w:r w:rsidRPr="00036DE2">
        <w:rPr>
          <w:b/>
          <w:bCs/>
          <w:i/>
          <w:iCs/>
        </w:rPr>
        <w:t>Week: 05-01-2026 to 18-01-2026</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Pr="00036DE2" w:rsidR="000C377A" w:rsidTr="00036DE2" w14:paraId="2EB164ED" w14:textId="77777777">
        <w:tc>
          <w:tcPr>
            <w:tcW w:w="1102" w:type="dxa"/>
          </w:tcPr>
          <w:p w:rsidRPr="00036DE2" w:rsidR="000C377A" w:rsidP="00E35DB0" w:rsidRDefault="000C377A" w14:paraId="0248D33A" w14:textId="77777777">
            <w:pPr>
              <w:rPr>
                <w:b/>
                <w:bCs/>
                <w:i/>
                <w:iCs/>
              </w:rPr>
            </w:pPr>
            <w:r w:rsidRPr="00036DE2">
              <w:rPr>
                <w:b/>
                <w:bCs/>
                <w:i/>
                <w:iCs/>
              </w:rPr>
              <w:t>Question</w:t>
            </w:r>
          </w:p>
        </w:tc>
        <w:tc>
          <w:tcPr>
            <w:tcW w:w="814" w:type="dxa"/>
          </w:tcPr>
          <w:p w:rsidRPr="00036DE2" w:rsidR="000C377A" w:rsidP="00E35DB0" w:rsidRDefault="000C377A" w14:paraId="3EDC1822" w14:textId="77777777">
            <w:pPr>
              <w:rPr>
                <w:b/>
                <w:bCs/>
                <w:i/>
                <w:iCs/>
              </w:rPr>
            </w:pPr>
            <w:r w:rsidRPr="00036DE2">
              <w:rPr>
                <w:b/>
                <w:bCs/>
                <w:i/>
                <w:iCs/>
              </w:rPr>
              <w:t>Name / Role</w:t>
            </w:r>
          </w:p>
        </w:tc>
        <w:tc>
          <w:tcPr>
            <w:tcW w:w="925" w:type="dxa"/>
          </w:tcPr>
          <w:p w:rsidRPr="00036DE2" w:rsidR="000C377A" w:rsidP="00E35DB0" w:rsidRDefault="000C377A" w14:paraId="1C96B5CF" w14:textId="77777777">
            <w:pPr>
              <w:rPr>
                <w:b/>
                <w:bCs/>
                <w:i/>
                <w:iCs/>
              </w:rPr>
            </w:pPr>
            <w:r w:rsidRPr="00036DE2">
              <w:rPr>
                <w:b/>
                <w:bCs/>
                <w:i/>
                <w:iCs/>
              </w:rPr>
              <w:t>Monday</w:t>
            </w:r>
          </w:p>
        </w:tc>
        <w:tc>
          <w:tcPr>
            <w:tcW w:w="1246" w:type="dxa"/>
          </w:tcPr>
          <w:p w:rsidRPr="00036DE2" w:rsidR="000C377A" w:rsidP="00E35DB0" w:rsidRDefault="000C377A" w14:paraId="5CC98E6E" w14:textId="77777777">
            <w:pPr>
              <w:rPr>
                <w:b/>
                <w:bCs/>
                <w:i/>
                <w:iCs/>
              </w:rPr>
            </w:pPr>
            <w:r w:rsidRPr="00036DE2">
              <w:rPr>
                <w:b/>
                <w:bCs/>
                <w:i/>
                <w:iCs/>
              </w:rPr>
              <w:t>Tuesday</w:t>
            </w:r>
          </w:p>
        </w:tc>
        <w:tc>
          <w:tcPr>
            <w:tcW w:w="1162" w:type="dxa"/>
          </w:tcPr>
          <w:p w:rsidRPr="00036DE2" w:rsidR="000C377A" w:rsidP="00E35DB0" w:rsidRDefault="000C377A" w14:paraId="3B69EFB2" w14:textId="77777777">
            <w:pPr>
              <w:rPr>
                <w:b/>
                <w:bCs/>
                <w:i/>
                <w:iCs/>
              </w:rPr>
            </w:pPr>
            <w:r w:rsidRPr="00036DE2">
              <w:rPr>
                <w:b/>
                <w:bCs/>
                <w:i/>
                <w:iCs/>
              </w:rPr>
              <w:t>Wednesday</w:t>
            </w:r>
          </w:p>
        </w:tc>
        <w:tc>
          <w:tcPr>
            <w:tcW w:w="1187" w:type="dxa"/>
          </w:tcPr>
          <w:p w:rsidRPr="00036DE2" w:rsidR="000C377A" w:rsidP="00E35DB0" w:rsidRDefault="000C377A" w14:paraId="6A1D626B" w14:textId="77777777">
            <w:pPr>
              <w:rPr>
                <w:b/>
                <w:bCs/>
                <w:i/>
                <w:iCs/>
              </w:rPr>
            </w:pPr>
            <w:r w:rsidRPr="00036DE2">
              <w:rPr>
                <w:b/>
                <w:bCs/>
                <w:i/>
                <w:iCs/>
              </w:rPr>
              <w:t>Thursday</w:t>
            </w:r>
          </w:p>
        </w:tc>
        <w:tc>
          <w:tcPr>
            <w:tcW w:w="1187" w:type="dxa"/>
          </w:tcPr>
          <w:p w:rsidRPr="00036DE2" w:rsidR="000C377A" w:rsidP="00E35DB0" w:rsidRDefault="000C377A" w14:paraId="04558C26" w14:textId="77777777">
            <w:pPr>
              <w:rPr>
                <w:b/>
                <w:bCs/>
                <w:i/>
                <w:iCs/>
              </w:rPr>
            </w:pPr>
            <w:r w:rsidRPr="00036DE2">
              <w:rPr>
                <w:b/>
                <w:bCs/>
                <w:i/>
                <w:iCs/>
              </w:rPr>
              <w:t>Friday</w:t>
            </w:r>
          </w:p>
        </w:tc>
        <w:tc>
          <w:tcPr>
            <w:tcW w:w="1393" w:type="dxa"/>
          </w:tcPr>
          <w:p w:rsidRPr="00036DE2" w:rsidR="000C377A" w:rsidP="00E35DB0" w:rsidRDefault="000C377A" w14:paraId="60EE4925" w14:textId="77777777">
            <w:pPr>
              <w:rPr>
                <w:b/>
                <w:bCs/>
                <w:i/>
                <w:iCs/>
              </w:rPr>
            </w:pPr>
            <w:r w:rsidRPr="00036DE2">
              <w:rPr>
                <w:b/>
                <w:bCs/>
                <w:i/>
                <w:iCs/>
              </w:rPr>
              <w:t>Saturday</w:t>
            </w:r>
          </w:p>
        </w:tc>
      </w:tr>
      <w:tr w:rsidR="00036DE2" w:rsidTr="00036DE2" w14:paraId="25390299" w14:textId="77777777">
        <w:tc>
          <w:tcPr>
            <w:tcW w:w="1102" w:type="dxa"/>
            <w:vMerge w:val="restart"/>
          </w:tcPr>
          <w:p w:rsidRPr="00036DE2" w:rsidR="00036DE2" w:rsidP="00E35DB0" w:rsidRDefault="00036DE2" w14:paraId="6679A74B" w14:textId="77777777">
            <w:pPr>
              <w:rPr>
                <w:b/>
                <w:bCs/>
                <w:i/>
                <w:iCs/>
              </w:rPr>
            </w:pPr>
            <w:r w:rsidRPr="00036DE2">
              <w:rPr>
                <w:b/>
                <w:bCs/>
                <w:i/>
                <w:iCs/>
              </w:rPr>
              <w:t>What did you do yesterday?</w:t>
            </w:r>
          </w:p>
        </w:tc>
        <w:tc>
          <w:tcPr>
            <w:tcW w:w="814" w:type="dxa"/>
          </w:tcPr>
          <w:p w:rsidR="00036DE2" w:rsidP="00E35DB0" w:rsidRDefault="00036DE2" w14:paraId="6413E839" w14:textId="77777777">
            <w:r>
              <w:t>Suresh Menon</w:t>
            </w:r>
          </w:p>
        </w:tc>
        <w:tc>
          <w:tcPr>
            <w:tcW w:w="925" w:type="dxa"/>
          </w:tcPr>
          <w:p w:rsidR="00036DE2" w:rsidP="00E35DB0" w:rsidRDefault="00036DE2" w14:paraId="6AC0B5D6" w14:textId="77777777">
            <w:r>
              <w:t>Set up module</w:t>
            </w:r>
          </w:p>
        </w:tc>
        <w:tc>
          <w:tcPr>
            <w:tcW w:w="1246" w:type="dxa"/>
          </w:tcPr>
          <w:p w:rsidR="00036DE2" w:rsidP="00E35DB0" w:rsidRDefault="00036DE2" w14:paraId="7E0CB87E" w14:textId="77777777">
            <w:r>
              <w:t>Implemented feature</w:t>
            </w:r>
          </w:p>
        </w:tc>
        <w:tc>
          <w:tcPr>
            <w:tcW w:w="1162" w:type="dxa"/>
          </w:tcPr>
          <w:p w:rsidR="00036DE2" w:rsidP="00E35DB0" w:rsidRDefault="00036DE2" w14:paraId="490EAD3D" w14:textId="77777777">
            <w:r>
              <w:t>Tested component</w:t>
            </w:r>
          </w:p>
        </w:tc>
        <w:tc>
          <w:tcPr>
            <w:tcW w:w="1187" w:type="dxa"/>
          </w:tcPr>
          <w:p w:rsidR="00036DE2" w:rsidP="00E35DB0" w:rsidRDefault="00036DE2" w14:paraId="5318D38D" w14:textId="77777777">
            <w:r>
              <w:t>Fixed bug</w:t>
            </w:r>
          </w:p>
        </w:tc>
        <w:tc>
          <w:tcPr>
            <w:tcW w:w="1187" w:type="dxa"/>
          </w:tcPr>
          <w:p w:rsidR="00036DE2" w:rsidP="00E35DB0" w:rsidRDefault="00036DE2" w14:paraId="7A78B29E" w14:textId="77777777">
            <w:r>
              <w:t>Reviewed code</w:t>
            </w:r>
          </w:p>
        </w:tc>
        <w:tc>
          <w:tcPr>
            <w:tcW w:w="1393" w:type="dxa"/>
          </w:tcPr>
          <w:p w:rsidR="00036DE2" w:rsidP="00E35DB0" w:rsidRDefault="00036DE2" w14:paraId="036954E8" w14:textId="77777777">
            <w:r>
              <w:t>Updated documentation</w:t>
            </w:r>
          </w:p>
        </w:tc>
      </w:tr>
      <w:tr w:rsidR="00036DE2" w:rsidTr="00036DE2" w14:paraId="020F27D8" w14:textId="77777777">
        <w:tc>
          <w:tcPr>
            <w:tcW w:w="1102" w:type="dxa"/>
            <w:vMerge/>
          </w:tcPr>
          <w:p w:rsidR="00036DE2" w:rsidP="00E35DB0" w:rsidRDefault="00036DE2" w14:paraId="1725645A" w14:textId="4F1307FF"/>
        </w:tc>
        <w:tc>
          <w:tcPr>
            <w:tcW w:w="814" w:type="dxa"/>
          </w:tcPr>
          <w:p w:rsidR="00036DE2" w:rsidP="00E35DB0" w:rsidRDefault="00036DE2" w14:paraId="10879016" w14:textId="77777777">
            <w:r>
              <w:t>Vivek Reddy</w:t>
            </w:r>
          </w:p>
        </w:tc>
        <w:tc>
          <w:tcPr>
            <w:tcW w:w="925" w:type="dxa"/>
          </w:tcPr>
          <w:p w:rsidR="00036DE2" w:rsidP="00E35DB0" w:rsidRDefault="00036DE2" w14:paraId="3BAF6918" w14:textId="77777777">
            <w:r>
              <w:t>Set up module</w:t>
            </w:r>
          </w:p>
        </w:tc>
        <w:tc>
          <w:tcPr>
            <w:tcW w:w="1246" w:type="dxa"/>
          </w:tcPr>
          <w:p w:rsidR="00036DE2" w:rsidP="00E35DB0" w:rsidRDefault="00036DE2" w14:paraId="535F9409" w14:textId="77777777">
            <w:r>
              <w:t>Implemented feature</w:t>
            </w:r>
          </w:p>
        </w:tc>
        <w:tc>
          <w:tcPr>
            <w:tcW w:w="1162" w:type="dxa"/>
          </w:tcPr>
          <w:p w:rsidR="00036DE2" w:rsidP="00E35DB0" w:rsidRDefault="00036DE2" w14:paraId="14BF00B4" w14:textId="77777777">
            <w:r>
              <w:t>Tested component</w:t>
            </w:r>
          </w:p>
        </w:tc>
        <w:tc>
          <w:tcPr>
            <w:tcW w:w="1187" w:type="dxa"/>
          </w:tcPr>
          <w:p w:rsidR="00036DE2" w:rsidP="00E35DB0" w:rsidRDefault="00036DE2" w14:paraId="7E8AAE49" w14:textId="77777777">
            <w:r>
              <w:t>Fixed bug</w:t>
            </w:r>
          </w:p>
        </w:tc>
        <w:tc>
          <w:tcPr>
            <w:tcW w:w="1187" w:type="dxa"/>
          </w:tcPr>
          <w:p w:rsidR="00036DE2" w:rsidP="00E35DB0" w:rsidRDefault="00036DE2" w14:paraId="294D2FDD" w14:textId="77777777">
            <w:r>
              <w:t>Reviewed code</w:t>
            </w:r>
          </w:p>
        </w:tc>
        <w:tc>
          <w:tcPr>
            <w:tcW w:w="1393" w:type="dxa"/>
          </w:tcPr>
          <w:p w:rsidR="00036DE2" w:rsidP="00E35DB0" w:rsidRDefault="00036DE2" w14:paraId="1132092E" w14:textId="77777777">
            <w:r>
              <w:t>Updated documentation</w:t>
            </w:r>
          </w:p>
        </w:tc>
      </w:tr>
      <w:tr w:rsidR="00036DE2" w:rsidTr="00036DE2" w14:paraId="430D7296" w14:textId="77777777">
        <w:tc>
          <w:tcPr>
            <w:tcW w:w="1102" w:type="dxa"/>
            <w:vMerge/>
          </w:tcPr>
          <w:p w:rsidR="00036DE2" w:rsidP="00E35DB0" w:rsidRDefault="00036DE2" w14:paraId="1A784DF5" w14:textId="28268FCA"/>
        </w:tc>
        <w:tc>
          <w:tcPr>
            <w:tcW w:w="814" w:type="dxa"/>
          </w:tcPr>
          <w:p w:rsidR="00036DE2" w:rsidP="00E35DB0" w:rsidRDefault="00036DE2" w14:paraId="1453643C" w14:textId="77777777">
            <w:r>
              <w:t>Anil Sharma</w:t>
            </w:r>
          </w:p>
        </w:tc>
        <w:tc>
          <w:tcPr>
            <w:tcW w:w="925" w:type="dxa"/>
          </w:tcPr>
          <w:p w:rsidR="00036DE2" w:rsidP="00E35DB0" w:rsidRDefault="00036DE2" w14:paraId="5E390D10" w14:textId="77777777">
            <w:r>
              <w:t>Set up module</w:t>
            </w:r>
          </w:p>
        </w:tc>
        <w:tc>
          <w:tcPr>
            <w:tcW w:w="1246" w:type="dxa"/>
          </w:tcPr>
          <w:p w:rsidR="00036DE2" w:rsidP="00E35DB0" w:rsidRDefault="00036DE2" w14:paraId="4DB712A7" w14:textId="77777777">
            <w:r>
              <w:t>Implemented feature</w:t>
            </w:r>
          </w:p>
        </w:tc>
        <w:tc>
          <w:tcPr>
            <w:tcW w:w="1162" w:type="dxa"/>
          </w:tcPr>
          <w:p w:rsidR="00036DE2" w:rsidP="00E35DB0" w:rsidRDefault="00036DE2" w14:paraId="03536378" w14:textId="77777777">
            <w:r>
              <w:t>Tested component</w:t>
            </w:r>
          </w:p>
        </w:tc>
        <w:tc>
          <w:tcPr>
            <w:tcW w:w="1187" w:type="dxa"/>
          </w:tcPr>
          <w:p w:rsidR="00036DE2" w:rsidP="00E35DB0" w:rsidRDefault="00036DE2" w14:paraId="311B9B0E" w14:textId="77777777">
            <w:r>
              <w:t>Fixed bug</w:t>
            </w:r>
          </w:p>
        </w:tc>
        <w:tc>
          <w:tcPr>
            <w:tcW w:w="1187" w:type="dxa"/>
          </w:tcPr>
          <w:p w:rsidR="00036DE2" w:rsidP="00E35DB0" w:rsidRDefault="00036DE2" w14:paraId="0B18453A" w14:textId="77777777">
            <w:r>
              <w:t>Reviewed code</w:t>
            </w:r>
          </w:p>
        </w:tc>
        <w:tc>
          <w:tcPr>
            <w:tcW w:w="1393" w:type="dxa"/>
          </w:tcPr>
          <w:p w:rsidR="00036DE2" w:rsidP="00E35DB0" w:rsidRDefault="00036DE2" w14:paraId="3D248415" w14:textId="77777777">
            <w:r>
              <w:t>Updated documentation</w:t>
            </w:r>
          </w:p>
        </w:tc>
      </w:tr>
      <w:tr w:rsidR="00036DE2" w:rsidTr="00036DE2" w14:paraId="1B75E3A3" w14:textId="77777777">
        <w:tc>
          <w:tcPr>
            <w:tcW w:w="1102" w:type="dxa"/>
            <w:vMerge w:val="restart"/>
          </w:tcPr>
          <w:p w:rsidRPr="00036DE2" w:rsidR="00036DE2" w:rsidP="00E35DB0" w:rsidRDefault="00036DE2" w14:paraId="75F1AEAB" w14:textId="77777777">
            <w:pPr>
              <w:rPr>
                <w:b/>
                <w:bCs/>
                <w:i/>
                <w:iCs/>
              </w:rPr>
            </w:pPr>
            <w:r w:rsidRPr="00036DE2">
              <w:rPr>
                <w:b/>
                <w:bCs/>
                <w:i/>
                <w:iCs/>
              </w:rPr>
              <w:t>What will you do today?</w:t>
            </w:r>
          </w:p>
        </w:tc>
        <w:tc>
          <w:tcPr>
            <w:tcW w:w="814" w:type="dxa"/>
          </w:tcPr>
          <w:p w:rsidR="00036DE2" w:rsidP="00E35DB0" w:rsidRDefault="00036DE2" w14:paraId="53C6CF94" w14:textId="77777777">
            <w:r>
              <w:t>Suresh Menon</w:t>
            </w:r>
          </w:p>
        </w:tc>
        <w:tc>
          <w:tcPr>
            <w:tcW w:w="925" w:type="dxa"/>
          </w:tcPr>
          <w:p w:rsidR="00036DE2" w:rsidP="00E35DB0" w:rsidRDefault="00036DE2" w14:paraId="0D164B8B" w14:textId="77777777">
            <w:r>
              <w:t>Continue feature dev</w:t>
            </w:r>
          </w:p>
        </w:tc>
        <w:tc>
          <w:tcPr>
            <w:tcW w:w="1246" w:type="dxa"/>
          </w:tcPr>
          <w:p w:rsidR="00036DE2" w:rsidP="00E35DB0" w:rsidRDefault="00036DE2" w14:paraId="2B5CC0C1" w14:textId="77777777">
            <w:r>
              <w:t>Integrate module</w:t>
            </w:r>
          </w:p>
        </w:tc>
        <w:tc>
          <w:tcPr>
            <w:tcW w:w="1162" w:type="dxa"/>
          </w:tcPr>
          <w:p w:rsidR="00036DE2" w:rsidP="00E35DB0" w:rsidRDefault="00036DE2" w14:paraId="205B7ADD" w14:textId="77777777">
            <w:r>
              <w:t>Conduct testing</w:t>
            </w:r>
          </w:p>
        </w:tc>
        <w:tc>
          <w:tcPr>
            <w:tcW w:w="1187" w:type="dxa"/>
          </w:tcPr>
          <w:p w:rsidR="00036DE2" w:rsidP="00E35DB0" w:rsidRDefault="00036DE2" w14:paraId="70854673" w14:textId="77777777">
            <w:r>
              <w:t>Bug fixing</w:t>
            </w:r>
          </w:p>
        </w:tc>
        <w:tc>
          <w:tcPr>
            <w:tcW w:w="1187" w:type="dxa"/>
          </w:tcPr>
          <w:p w:rsidR="00036DE2" w:rsidP="00E35DB0" w:rsidRDefault="00036DE2" w14:paraId="43ECA5A2" w14:textId="77777777">
            <w:r>
              <w:t>Prepare demo</w:t>
            </w:r>
          </w:p>
        </w:tc>
        <w:tc>
          <w:tcPr>
            <w:tcW w:w="1393" w:type="dxa"/>
          </w:tcPr>
          <w:p w:rsidR="00036DE2" w:rsidP="00E35DB0" w:rsidRDefault="00036DE2" w14:paraId="689B1B6E" w14:textId="77777777">
            <w:r>
              <w:t>Optimize performance</w:t>
            </w:r>
          </w:p>
        </w:tc>
      </w:tr>
      <w:tr w:rsidR="00036DE2" w:rsidTr="00036DE2" w14:paraId="63B06251" w14:textId="77777777">
        <w:tc>
          <w:tcPr>
            <w:tcW w:w="1102" w:type="dxa"/>
            <w:vMerge/>
          </w:tcPr>
          <w:p w:rsidR="00036DE2" w:rsidP="00E35DB0" w:rsidRDefault="00036DE2" w14:paraId="14AA966B" w14:textId="0D89F164"/>
        </w:tc>
        <w:tc>
          <w:tcPr>
            <w:tcW w:w="814" w:type="dxa"/>
          </w:tcPr>
          <w:p w:rsidR="00036DE2" w:rsidP="00E35DB0" w:rsidRDefault="00036DE2" w14:paraId="6F59552B" w14:textId="77777777">
            <w:r>
              <w:t>Vivek Reddy</w:t>
            </w:r>
          </w:p>
        </w:tc>
        <w:tc>
          <w:tcPr>
            <w:tcW w:w="925" w:type="dxa"/>
          </w:tcPr>
          <w:p w:rsidR="00036DE2" w:rsidP="00E35DB0" w:rsidRDefault="00036DE2" w14:paraId="51254BB4" w14:textId="77777777">
            <w:r>
              <w:t>Continue feature dev</w:t>
            </w:r>
          </w:p>
        </w:tc>
        <w:tc>
          <w:tcPr>
            <w:tcW w:w="1246" w:type="dxa"/>
          </w:tcPr>
          <w:p w:rsidR="00036DE2" w:rsidP="00E35DB0" w:rsidRDefault="00036DE2" w14:paraId="1ED6269D" w14:textId="77777777">
            <w:r>
              <w:t>Integrate module</w:t>
            </w:r>
          </w:p>
        </w:tc>
        <w:tc>
          <w:tcPr>
            <w:tcW w:w="1162" w:type="dxa"/>
          </w:tcPr>
          <w:p w:rsidR="00036DE2" w:rsidP="00E35DB0" w:rsidRDefault="00036DE2" w14:paraId="18940FEE" w14:textId="77777777">
            <w:r>
              <w:t>Conduct testing</w:t>
            </w:r>
          </w:p>
        </w:tc>
        <w:tc>
          <w:tcPr>
            <w:tcW w:w="1187" w:type="dxa"/>
          </w:tcPr>
          <w:p w:rsidR="00036DE2" w:rsidP="00E35DB0" w:rsidRDefault="00036DE2" w14:paraId="0333EE76" w14:textId="77777777">
            <w:r>
              <w:t>Bug fixing</w:t>
            </w:r>
          </w:p>
        </w:tc>
        <w:tc>
          <w:tcPr>
            <w:tcW w:w="1187" w:type="dxa"/>
          </w:tcPr>
          <w:p w:rsidR="00036DE2" w:rsidP="00E35DB0" w:rsidRDefault="00036DE2" w14:paraId="7A4FE5E7" w14:textId="77777777">
            <w:r>
              <w:t>Prepare demo</w:t>
            </w:r>
          </w:p>
        </w:tc>
        <w:tc>
          <w:tcPr>
            <w:tcW w:w="1393" w:type="dxa"/>
          </w:tcPr>
          <w:p w:rsidR="00036DE2" w:rsidP="00E35DB0" w:rsidRDefault="00036DE2" w14:paraId="6633C23C" w14:textId="77777777">
            <w:r>
              <w:t>Optimize performance</w:t>
            </w:r>
          </w:p>
        </w:tc>
      </w:tr>
      <w:tr w:rsidR="00036DE2" w:rsidTr="00036DE2" w14:paraId="5DF5A4ED" w14:textId="77777777">
        <w:tc>
          <w:tcPr>
            <w:tcW w:w="1102" w:type="dxa"/>
            <w:vMerge/>
          </w:tcPr>
          <w:p w:rsidR="00036DE2" w:rsidP="00E35DB0" w:rsidRDefault="00036DE2" w14:paraId="00B898C4" w14:textId="7FFE390E"/>
        </w:tc>
        <w:tc>
          <w:tcPr>
            <w:tcW w:w="814" w:type="dxa"/>
          </w:tcPr>
          <w:p w:rsidR="00036DE2" w:rsidP="00E35DB0" w:rsidRDefault="00036DE2" w14:paraId="44C95ACA" w14:textId="77777777">
            <w:r>
              <w:t>Anil Sharma</w:t>
            </w:r>
          </w:p>
        </w:tc>
        <w:tc>
          <w:tcPr>
            <w:tcW w:w="925" w:type="dxa"/>
          </w:tcPr>
          <w:p w:rsidR="00036DE2" w:rsidP="00E35DB0" w:rsidRDefault="00036DE2" w14:paraId="7BACCB13" w14:textId="77777777">
            <w:r>
              <w:t>Continue feature dev</w:t>
            </w:r>
          </w:p>
        </w:tc>
        <w:tc>
          <w:tcPr>
            <w:tcW w:w="1246" w:type="dxa"/>
          </w:tcPr>
          <w:p w:rsidR="00036DE2" w:rsidP="00E35DB0" w:rsidRDefault="00036DE2" w14:paraId="2EF79F73" w14:textId="77777777">
            <w:r>
              <w:t>Integrate module</w:t>
            </w:r>
          </w:p>
        </w:tc>
        <w:tc>
          <w:tcPr>
            <w:tcW w:w="1162" w:type="dxa"/>
          </w:tcPr>
          <w:p w:rsidR="00036DE2" w:rsidP="00E35DB0" w:rsidRDefault="00036DE2" w14:paraId="6CACC8E1" w14:textId="77777777">
            <w:r>
              <w:t>Conduct testing</w:t>
            </w:r>
          </w:p>
        </w:tc>
        <w:tc>
          <w:tcPr>
            <w:tcW w:w="1187" w:type="dxa"/>
          </w:tcPr>
          <w:p w:rsidR="00036DE2" w:rsidP="00E35DB0" w:rsidRDefault="00036DE2" w14:paraId="3BA3523B" w14:textId="77777777">
            <w:r>
              <w:t>Bug fixing</w:t>
            </w:r>
          </w:p>
        </w:tc>
        <w:tc>
          <w:tcPr>
            <w:tcW w:w="1187" w:type="dxa"/>
          </w:tcPr>
          <w:p w:rsidR="00036DE2" w:rsidP="00E35DB0" w:rsidRDefault="00036DE2" w14:paraId="039669E5" w14:textId="77777777">
            <w:r>
              <w:t>Prepare demo</w:t>
            </w:r>
          </w:p>
        </w:tc>
        <w:tc>
          <w:tcPr>
            <w:tcW w:w="1393" w:type="dxa"/>
          </w:tcPr>
          <w:p w:rsidR="00036DE2" w:rsidP="00E35DB0" w:rsidRDefault="00036DE2" w14:paraId="3C691C1B" w14:textId="77777777">
            <w:r>
              <w:t>Optimize performance</w:t>
            </w:r>
          </w:p>
        </w:tc>
      </w:tr>
      <w:tr w:rsidR="00036DE2" w:rsidTr="00036DE2" w14:paraId="235635C0" w14:textId="77777777">
        <w:tc>
          <w:tcPr>
            <w:tcW w:w="1102" w:type="dxa"/>
            <w:vMerge w:val="restart"/>
          </w:tcPr>
          <w:p w:rsidRPr="00036DE2" w:rsidR="00036DE2" w:rsidP="00E35DB0" w:rsidRDefault="00036DE2" w14:paraId="33C4EF3E" w14:textId="77777777">
            <w:pPr>
              <w:rPr>
                <w:b/>
                <w:bCs/>
                <w:i/>
                <w:iCs/>
              </w:rPr>
            </w:pPr>
            <w:r w:rsidRPr="00036DE2">
              <w:rPr>
                <w:b/>
                <w:bCs/>
                <w:i/>
                <w:iCs/>
              </w:rPr>
              <w:t>What (if any) is blocking your progress?</w:t>
            </w:r>
          </w:p>
        </w:tc>
        <w:tc>
          <w:tcPr>
            <w:tcW w:w="814" w:type="dxa"/>
          </w:tcPr>
          <w:p w:rsidR="00036DE2" w:rsidP="00E35DB0" w:rsidRDefault="00036DE2" w14:paraId="251ADA84" w14:textId="77777777">
            <w:r>
              <w:t>Suresh Menon</w:t>
            </w:r>
          </w:p>
        </w:tc>
        <w:tc>
          <w:tcPr>
            <w:tcW w:w="925" w:type="dxa"/>
          </w:tcPr>
          <w:p w:rsidR="00036DE2" w:rsidP="00E35DB0" w:rsidRDefault="00036DE2" w14:paraId="123DCE40" w14:textId="77777777">
            <w:r>
              <w:t>None</w:t>
            </w:r>
          </w:p>
        </w:tc>
        <w:tc>
          <w:tcPr>
            <w:tcW w:w="1246" w:type="dxa"/>
          </w:tcPr>
          <w:p w:rsidR="00036DE2" w:rsidP="00E35DB0" w:rsidRDefault="00036DE2" w14:paraId="681E2DFC" w14:textId="77777777">
            <w:r>
              <w:t>API downtime</w:t>
            </w:r>
          </w:p>
        </w:tc>
        <w:tc>
          <w:tcPr>
            <w:tcW w:w="1162" w:type="dxa"/>
          </w:tcPr>
          <w:p w:rsidR="00036DE2" w:rsidP="00E35DB0" w:rsidRDefault="00036DE2" w14:paraId="68D71A59" w14:textId="77777777">
            <w:r>
              <w:t>Waiting for review</w:t>
            </w:r>
          </w:p>
        </w:tc>
        <w:tc>
          <w:tcPr>
            <w:tcW w:w="1187" w:type="dxa"/>
          </w:tcPr>
          <w:p w:rsidR="00036DE2" w:rsidP="00E35DB0" w:rsidRDefault="00036DE2" w14:paraId="1F1AC790" w14:textId="77777777">
            <w:r>
              <w:t>Dependency delay</w:t>
            </w:r>
          </w:p>
        </w:tc>
        <w:tc>
          <w:tcPr>
            <w:tcW w:w="1187" w:type="dxa"/>
          </w:tcPr>
          <w:p w:rsidR="00036DE2" w:rsidP="00E35DB0" w:rsidRDefault="00036DE2" w14:paraId="6166A31F" w14:textId="77777777">
            <w:r>
              <w:t>Environment issue</w:t>
            </w:r>
          </w:p>
        </w:tc>
        <w:tc>
          <w:tcPr>
            <w:tcW w:w="1393" w:type="dxa"/>
          </w:tcPr>
          <w:p w:rsidR="00036DE2" w:rsidP="00E35DB0" w:rsidRDefault="00036DE2" w14:paraId="398CC4DD" w14:textId="77777777">
            <w:r>
              <w:t>None</w:t>
            </w:r>
          </w:p>
        </w:tc>
      </w:tr>
      <w:tr w:rsidR="00036DE2" w:rsidTr="00036DE2" w14:paraId="7209B22D" w14:textId="77777777">
        <w:tc>
          <w:tcPr>
            <w:tcW w:w="1102" w:type="dxa"/>
            <w:vMerge/>
          </w:tcPr>
          <w:p w:rsidR="00036DE2" w:rsidP="00E35DB0" w:rsidRDefault="00036DE2" w14:paraId="3D58D20E" w14:textId="35CE253C"/>
        </w:tc>
        <w:tc>
          <w:tcPr>
            <w:tcW w:w="814" w:type="dxa"/>
          </w:tcPr>
          <w:p w:rsidR="00036DE2" w:rsidP="00E35DB0" w:rsidRDefault="00036DE2" w14:paraId="137F2B9F" w14:textId="77777777">
            <w:r>
              <w:t>Vivek Reddy</w:t>
            </w:r>
          </w:p>
        </w:tc>
        <w:tc>
          <w:tcPr>
            <w:tcW w:w="925" w:type="dxa"/>
          </w:tcPr>
          <w:p w:rsidR="00036DE2" w:rsidP="00E35DB0" w:rsidRDefault="00036DE2" w14:paraId="10B91FA6" w14:textId="77777777">
            <w:r>
              <w:t>None</w:t>
            </w:r>
          </w:p>
        </w:tc>
        <w:tc>
          <w:tcPr>
            <w:tcW w:w="1246" w:type="dxa"/>
          </w:tcPr>
          <w:p w:rsidR="00036DE2" w:rsidP="00E35DB0" w:rsidRDefault="00036DE2" w14:paraId="28FFCF37" w14:textId="77777777">
            <w:r>
              <w:t>API downtime</w:t>
            </w:r>
          </w:p>
        </w:tc>
        <w:tc>
          <w:tcPr>
            <w:tcW w:w="1162" w:type="dxa"/>
          </w:tcPr>
          <w:p w:rsidR="00036DE2" w:rsidP="00E35DB0" w:rsidRDefault="00036DE2" w14:paraId="78BD3563" w14:textId="77777777">
            <w:r>
              <w:t>Waiting for review</w:t>
            </w:r>
          </w:p>
        </w:tc>
        <w:tc>
          <w:tcPr>
            <w:tcW w:w="1187" w:type="dxa"/>
          </w:tcPr>
          <w:p w:rsidR="00036DE2" w:rsidP="00E35DB0" w:rsidRDefault="00036DE2" w14:paraId="0DB610F4" w14:textId="77777777">
            <w:r>
              <w:t>Dependency delay</w:t>
            </w:r>
          </w:p>
        </w:tc>
        <w:tc>
          <w:tcPr>
            <w:tcW w:w="1187" w:type="dxa"/>
          </w:tcPr>
          <w:p w:rsidR="00036DE2" w:rsidP="00E35DB0" w:rsidRDefault="00036DE2" w14:paraId="1CB50908" w14:textId="77777777">
            <w:r>
              <w:t>Environment issue</w:t>
            </w:r>
          </w:p>
        </w:tc>
        <w:tc>
          <w:tcPr>
            <w:tcW w:w="1393" w:type="dxa"/>
          </w:tcPr>
          <w:p w:rsidR="00036DE2" w:rsidP="00E35DB0" w:rsidRDefault="00036DE2" w14:paraId="682827B5" w14:textId="77777777">
            <w:r>
              <w:t>None</w:t>
            </w:r>
          </w:p>
        </w:tc>
      </w:tr>
      <w:tr w:rsidR="00036DE2" w:rsidTr="00036DE2" w14:paraId="2B430573" w14:textId="77777777">
        <w:tc>
          <w:tcPr>
            <w:tcW w:w="1102" w:type="dxa"/>
            <w:vMerge/>
          </w:tcPr>
          <w:p w:rsidR="00036DE2" w:rsidP="00E35DB0" w:rsidRDefault="00036DE2" w14:paraId="79054A93" w14:textId="407736CE"/>
        </w:tc>
        <w:tc>
          <w:tcPr>
            <w:tcW w:w="814" w:type="dxa"/>
          </w:tcPr>
          <w:p w:rsidR="00036DE2" w:rsidP="00E35DB0" w:rsidRDefault="00036DE2" w14:paraId="5B0AEEB3" w14:textId="77777777">
            <w:r>
              <w:t>Anil Sharma</w:t>
            </w:r>
          </w:p>
        </w:tc>
        <w:tc>
          <w:tcPr>
            <w:tcW w:w="925" w:type="dxa"/>
          </w:tcPr>
          <w:p w:rsidR="00036DE2" w:rsidP="00E35DB0" w:rsidRDefault="00036DE2" w14:paraId="4D742843" w14:textId="77777777">
            <w:r>
              <w:t>None</w:t>
            </w:r>
          </w:p>
        </w:tc>
        <w:tc>
          <w:tcPr>
            <w:tcW w:w="1246" w:type="dxa"/>
          </w:tcPr>
          <w:p w:rsidR="00036DE2" w:rsidP="00E35DB0" w:rsidRDefault="00036DE2" w14:paraId="7C396701" w14:textId="77777777">
            <w:r>
              <w:t>API downtime</w:t>
            </w:r>
          </w:p>
        </w:tc>
        <w:tc>
          <w:tcPr>
            <w:tcW w:w="1162" w:type="dxa"/>
          </w:tcPr>
          <w:p w:rsidR="00036DE2" w:rsidP="00E35DB0" w:rsidRDefault="00036DE2" w14:paraId="41319B4E" w14:textId="77777777">
            <w:r>
              <w:t>Waiting for review</w:t>
            </w:r>
          </w:p>
        </w:tc>
        <w:tc>
          <w:tcPr>
            <w:tcW w:w="1187" w:type="dxa"/>
          </w:tcPr>
          <w:p w:rsidR="00036DE2" w:rsidP="00E35DB0" w:rsidRDefault="00036DE2" w14:paraId="271FE89D" w14:textId="77777777">
            <w:r>
              <w:t>Dependency delay</w:t>
            </w:r>
          </w:p>
        </w:tc>
        <w:tc>
          <w:tcPr>
            <w:tcW w:w="1187" w:type="dxa"/>
          </w:tcPr>
          <w:p w:rsidR="00036DE2" w:rsidP="00E35DB0" w:rsidRDefault="00036DE2" w14:paraId="0E2B8A62" w14:textId="77777777">
            <w:r>
              <w:t>Environment issue</w:t>
            </w:r>
          </w:p>
        </w:tc>
        <w:tc>
          <w:tcPr>
            <w:tcW w:w="1393" w:type="dxa"/>
          </w:tcPr>
          <w:p w:rsidR="00036DE2" w:rsidP="00E35DB0" w:rsidRDefault="00036DE2" w14:paraId="37687FAF" w14:textId="77777777">
            <w:r>
              <w:t>None</w:t>
            </w:r>
          </w:p>
        </w:tc>
      </w:tr>
    </w:tbl>
    <w:p w:rsidR="00D14149" w:rsidP="00D14149" w:rsidRDefault="00D14149" w14:paraId="4534E664" w14:textId="77777777"/>
    <w:p w:rsidRPr="00D14149" w:rsidR="00D14149" w:rsidP="00D14149" w:rsidRDefault="00D14149" w14:paraId="131924E0" w14:textId="77777777"/>
    <w:sectPr w:rsidRPr="00D14149" w:rsidR="00D14149">
      <w:headerReference w:type="default" r:id="rId18"/>
      <w:footerReference w:type="default" r:id="rId1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798A" w:rsidP="003273F4" w:rsidRDefault="0019798A" w14:paraId="47D6B166" w14:textId="77777777">
      <w:pPr>
        <w:spacing w:after="0" w:line="240" w:lineRule="auto"/>
      </w:pPr>
      <w:r>
        <w:separator/>
      </w:r>
    </w:p>
  </w:endnote>
  <w:endnote w:type="continuationSeparator" w:id="0">
    <w:p w:rsidR="0019798A" w:rsidP="003273F4" w:rsidRDefault="0019798A" w14:paraId="16FF696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74136233"/>
      <w:docPartObj>
        <w:docPartGallery w:val="Page Numbers (Bottom of Page)"/>
        <w:docPartUnique/>
      </w:docPartObj>
    </w:sdtPr>
    <w:sdtEndPr/>
    <w:sdtContent>
      <w:p w:rsidR="003273F4" w:rsidRDefault="003273F4" w14:paraId="1EFE5600" w14:textId="42597AD9">
        <w:pPr>
          <w:pStyle w:val="Footer"/>
        </w:pPr>
        <w:r>
          <w:rPr>
            <w:noProof/>
          </w:rPr>
          <mc:AlternateContent>
            <mc:Choice Requires="wpg">
              <w:drawing>
                <wp:anchor distT="0" distB="0" distL="114300" distR="114300" simplePos="0" relativeHeight="251659264" behindDoc="0" locked="0" layoutInCell="1" allowOverlap="1" wp14:anchorId="47CFB711" wp14:editId="1167E66F">
                  <wp:simplePos x="0" y="0"/>
                  <wp:positionH relativeFrom="margin">
                    <wp:align>right</wp:align>
                  </wp:positionH>
                  <wp:positionV relativeFrom="page">
                    <wp:align>bottom</wp:align>
                  </wp:positionV>
                  <wp:extent cx="436880" cy="716915"/>
                  <wp:effectExtent l="7620" t="9525" r="12700" b="6985"/>
                  <wp:wrapNone/>
                  <wp:docPr id="140326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59609645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69350277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273F4" w:rsidRDefault="003273F4" w14:paraId="06AEDE8C" w14:textId="77777777">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16.8pt;margin-top:0;width:34.4pt;height:56.45pt;z-index:251659264;mso-position-horizontal:right;mso-position-horizontal-relative:margin;mso-position-vertical:bottom;mso-position-vertical-relative:page" coordsize="688,1129" coordorigin="1743,14699" o:spid="_x0000_s1026" w14:anchorId="47CFB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or/wIAAGYHAAAOAAAAZHJzL2Uyb0RvYy54bWy8VW1v2yAQ/j5p/wHxfXWc2HFs1amq9EWT&#10;9lKt3b4TG79oGBiQON2v3wF24nXVpHVSE8kCjjuee547OL84dAztqdKt4DkOz2YYUV6IsuV1jr8+&#10;3LxbYaQN4SVhgtMcP1KNL9Zv35z3MqNz0QhWUoUgCNdZL3PcGCOzINBFQzuiz4SkHIyVUB0xMFV1&#10;UCrSQ/SOBfPZbBn0QpVSiYJqDatX3ojXLn5V0cJ8ripNDWI5BmzGfZX7bu03WJ+TrFZENm0xwCAv&#10;QNGRlsOhx1BXxBC0U+0fobq2UEKLypwVogtEVbUFdTlANuHsSTa3Suyky6XO+loeaQJqn/D04rDF&#10;p/2tkvfyTnn0MPwgiu8aeAl6WWdTu53XfjPa9h9FCXqSnREu8UOlOhsCUkIHx+/jkV96MKiAxWix&#10;XK1AhQJMSbhMw9jzXzQgkvUKk2iBEVjDaJmmo/F6cAdn7xuGc2cMSOaPdVAHaFZ6qCV9okv/H133&#10;DZHUqaAtHXcKtSUgjNPlLF1GcYwRJx1QcQlUuL0oSSx0CwP2b7jntjjwgVvExaYhvKZu98OjBOfQ&#10;ekAaExc70SDM81yjirXym3WcsD4Pw9DzFy9WDgTJRvIH3qPIHzVSRzKptLmlokN2kGNtFGnrxmwE&#10;59A+QvkTyP6DNhbjycEezMVNyxisk4xx1Oc4jeexg6QFa0trtDat6u2GKbQn0IfJjf27hMEy3Qb1&#10;zksXrKGkvB7GhrTMj+FwxgeeLDWe5K0oH+/UyB8o/1olsEwX8WyegNxDCXwBwkBYRlGympTA2F7a&#10;99ZR/0ulRG8zhQr9rQC8w98LYCL7c20zyn5sGjvw+o2t+kR4BeCdcq8iddcauPhZ2+V4NbM/C45k&#10;/6K7OWwP4GRp8iWAlPAXPDxIMGiE+olRD5c7VPWPHVEUI/aeA9lpGEX2NXCTKE7mMFFTy3ZqIbyA&#10;UDkujMLITzbGvyE7qWyvjG3Ihb0EqtY1ygnXULGuMt1VBZe566Th4bGvxXTu9p+ex/UvAAAA//8D&#10;AFBLAwQUAAYACAAAACEA0pdrB9sAAAAEAQAADwAAAGRycy9kb3ducmV2LnhtbEyPQUvDQBCF74L/&#10;YRnBm92kYqkxm1KKeiqCrSDeptlpEpqdDdltkv57Ry96GXi8x5vv5avJtWqgPjSeDaSzBBRx6W3D&#10;lYGP/cvdElSIyBZbz2TgQgFWxfVVjpn1I7/TsIuVkhIOGRqoY+wyrUNZk8Mw8x2xeEffO4wi+0rb&#10;Hkcpd62eJ8lCO2xYPtTY0aam8rQ7OwOvI47r+/R52J6Om8vX/uHtc5uSMbc30/oJVKQp/oXhB1/Q&#10;oRCmgz+zDao1IEPi7xVvsZQVB8mk80fQRa7/wxffAAAA//8DAFBLAQItABQABgAIAAAAIQC2gziS&#10;/gAAAOEBAAATAAAAAAAAAAAAAAAAAAAAAABbQ29udGVudF9UeXBlc10ueG1sUEsBAi0AFAAGAAgA&#10;AAAhADj9If/WAAAAlAEAAAsAAAAAAAAAAAAAAAAALwEAAF9yZWxzLy5yZWxzUEsBAi0AFAAGAAgA&#10;AAAhALCHeiv/AgAAZgcAAA4AAAAAAAAAAAAAAAAALgIAAGRycy9lMm9Eb2MueG1sUEsBAi0AFAAG&#10;AAgAAAAhANKXawfbAAAABAEAAA8AAAAAAAAAAAAAAAAAWQUAAGRycy9kb3ducmV2LnhtbFBLBQYA&#10;AAAABAAEAPMAAABhBgAAAAA=&#10;">
                  <v:shapetype id="_x0000_t32" coordsize="21600,21600" o:oned="t" filled="f" o:spt="32" path="m,l21600,21600e">
                    <v:path fillok="f" arrowok="t" o:connecttype="none"/>
                    <o:lock v:ext="edit" shapetype="t"/>
                  </v:shapetype>
                  <v:shape id="AutoShape 77" style="position:absolute;left:2111;top:15387;width:0;height:441;flip:y;visibility:visible;mso-wrap-style:square" o:spid="_x0000_s1027" strokecolor="#7f7f7f"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gSxwAAAOMAAAAPAAAAZHJzL2Rvd25yZXYueG1sRE/NasJA&#10;EL4LvsMygjfdWJpUU1eRQiEXKZrW85CdJmmzsyG7xujTdwWhx/n+Z70dTCN66lxtWcFiHoEgLqyu&#10;uVTwmb/PliCcR9bYWCYFV3Kw3YxHa0y1vfCB+qMvRQhhl6KCyvs2ldIVFRl0c9sSB+7bdgZ9OLtS&#10;6g4vIdw08imKEmmw5tBQYUtvFRW/x7NREGcv5sdl+eHmZb4/9c1He/6SSk0nw+4VhKfB/4sf7kyH&#10;+fEqiVbJcxzD/acAgNz8AQAA//8DAFBLAQItABQABgAIAAAAIQDb4fbL7gAAAIUBAAATAAAAAAAA&#10;AAAAAAAAAAAAAABbQ29udGVudF9UeXBlc10ueG1sUEsBAi0AFAAGAAgAAAAhAFr0LFu/AAAAFQEA&#10;AAsAAAAAAAAAAAAAAAAAHwEAAF9yZWxzLy5yZWxzUEsBAi0AFAAGAAgAAAAhAE0AWBLHAAAA4wAA&#10;AA8AAAAAAAAAAAAAAAAABwIAAGRycy9kb3ducmV2LnhtbFBLBQYAAAAAAwADALcAAAD7AgAAAAA=&#10;"/>
                  <v:rect id="Rectangle 78" style="position:absolute;left:1743;top:14699;width:688;height:688;visibility:visible;mso-wrap-style:square;v-text-anchor:middle" o:spid="_x0000_s1028" filled="f" strokecolor="#7f7f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t/yQAAAOMAAAAPAAAAZHJzL2Rvd25yZXYueG1sRE9fS8Mw&#10;EH8X9h3CDXxzqRNXV5cNqQqCL9sUp29Hcza1zaU0se2+/SIMfLzf/1ttRtuInjpfOVZwPUtAEBdO&#10;V1wqeH97vroD4QOyxsYxKTiSh816crHCTLuBd9TvQyliCPsMFZgQ2kxKXxiy6GeuJY7ct+sshnh2&#10;pdQdDjHcNnKeJAtpseLYYLCl3FBR73+tgto8/jy91sf8kz/6/LANw/LrsFXqcjo+3IMINIZ/8dn9&#10;ouP8xfLmNpmnaQp/P0UA5PoEAAD//wMAUEsBAi0AFAAGAAgAAAAhANvh9svuAAAAhQEAABMAAAAA&#10;AAAAAAAAAAAAAAAAAFtDb250ZW50X1R5cGVzXS54bWxQSwECLQAUAAYACAAAACEAWvQsW78AAAAV&#10;AQAACwAAAAAAAAAAAAAAAAAfAQAAX3JlbHMvLnJlbHNQSwECLQAUAAYACAAAACEAdGIrf8kAAADj&#10;AAAADwAAAAAAAAAAAAAAAAAHAgAAZHJzL2Rvd25yZXYueG1sUEsFBgAAAAADAAMAtwAAAP0CAAAA&#10;AA==&#10;">
                    <v:textbox>
                      <w:txbxContent>
                        <w:p w:rsidR="003273F4" w:rsidRDefault="003273F4" w14:paraId="06AEDE8C" w14:textId="77777777">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798A" w:rsidP="003273F4" w:rsidRDefault="0019798A" w14:paraId="722FCEB7" w14:textId="77777777">
      <w:pPr>
        <w:spacing w:after="0" w:line="240" w:lineRule="auto"/>
      </w:pPr>
      <w:r>
        <w:separator/>
      </w:r>
    </w:p>
  </w:footnote>
  <w:footnote w:type="continuationSeparator" w:id="0">
    <w:p w:rsidR="0019798A" w:rsidP="003273F4" w:rsidRDefault="0019798A" w14:paraId="1DD9012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aps/>
        <w:color w:val="0E2841" w:themeColor="text2"/>
        <w:sz w:val="20"/>
        <w:szCs w:val="20"/>
      </w:rPr>
      <w:alias w:val="Author"/>
      <w:tag w:val=""/>
      <w:id w:val="-1701008461"/>
      <w:placeholder>
        <w:docPart w:val="F03B637104D143FC9D0663505B4A3906"/>
      </w:placeholder>
      <w:dataBinding w:prefixMappings="xmlns:ns0='http://purl.org/dc/elements/1.1/' xmlns:ns1='http://schemas.openxmlformats.org/package/2006/metadata/core-properties' " w:xpath="/ns1:coreProperties[1]/ns0:creator[1]" w:storeItemID="{6C3C8BC8-F283-45AE-878A-BAB7291924A1}"/>
      <w:text/>
    </w:sdtPr>
    <w:sdtEndPr/>
    <w:sdtContent>
      <w:p w:rsidR="003273F4" w:rsidRDefault="003273F4" w14:paraId="0867CF36" w14:textId="0945DB1E">
        <w:pPr>
          <w:pStyle w:val="Header"/>
          <w:jc w:val="right"/>
          <w:rPr>
            <w:caps/>
            <w:color w:val="0E2841" w:themeColor="text2"/>
            <w:sz w:val="20"/>
            <w:szCs w:val="20"/>
          </w:rPr>
        </w:pPr>
        <w:r>
          <w:rPr>
            <w:caps/>
            <w:color w:val="0E2841" w:themeColor="text2"/>
            <w:sz w:val="20"/>
            <w:szCs w:val="20"/>
          </w:rPr>
          <w:t>CR Barath Narayanan</w:t>
        </w:r>
      </w:p>
    </w:sdtContent>
  </w:sdt>
  <w:p w:rsidR="003273F4" w:rsidRDefault="003273F4" w14:paraId="118505F7" w14:textId="61937B1B">
    <w:pPr>
      <w:pStyle w:val="Header"/>
      <w:jc w:val="right"/>
      <w:rPr>
        <w:caps/>
        <w:color w:val="0E2841" w:themeColor="text2"/>
        <w:sz w:val="20"/>
        <w:szCs w:val="20"/>
      </w:rPr>
    </w:pPr>
    <w:r>
      <w:rPr>
        <w:caps/>
        <w:color w:val="0E2841" w:themeColor="text2"/>
        <w:sz w:val="20"/>
        <w:szCs w:val="20"/>
      </w:rPr>
      <w:t>13 August 2025</w:t>
    </w:r>
  </w:p>
  <w:p w:rsidR="003273F4" w:rsidRDefault="006E39C2" w14:paraId="374282D0" w14:textId="7CA2A9E0">
    <w:pPr>
      <w:pStyle w:val="Header"/>
      <w:jc w:val="center"/>
      <w:rPr>
        <w:color w:val="0E2841" w:themeColor="text2"/>
        <w:sz w:val="20"/>
        <w:szCs w:val="20"/>
      </w:rPr>
    </w:pPr>
    <w:sdt>
      <w:sdtPr>
        <w:rPr>
          <w:caps/>
          <w:color w:val="0E2841" w:themeColor="text2"/>
          <w:sz w:val="20"/>
          <w:szCs w:val="20"/>
        </w:rPr>
        <w:alias w:val="Title"/>
        <w:tag w:val=""/>
        <w:id w:val="-484788024"/>
        <w:placeholder>
          <w:docPart w:val="FE1B6C92FC1A4A59B8ADFDAFA24409A0"/>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3273F4">
          <w:rPr>
            <w:caps/>
            <w:color w:val="0E2841" w:themeColor="text2"/>
            <w:sz w:val="20"/>
            <w:szCs w:val="20"/>
          </w:rPr>
          <w:t>AGile deliverables</w:t>
        </w:r>
      </w:sdtContent>
    </w:sdt>
  </w:p>
  <w:p w:rsidR="003273F4" w:rsidRDefault="003273F4" w14:paraId="71D9EB5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0">
    <w:nsid w:val="12e9d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618f3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107682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c340d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9bb9d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41c21c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7782aa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6cc77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a6f11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ec45a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19a8a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ea551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9eb78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6db0f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2827b2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85608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1C20B91"/>
    <w:multiLevelType w:val="hybridMultilevel"/>
    <w:tmpl w:val="B52AAAA8"/>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0" w15:restartNumberingAfterBreak="0">
    <w:nsid w:val="0714490B"/>
    <w:multiLevelType w:val="hybridMultilevel"/>
    <w:tmpl w:val="D83CFE1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1" w15:restartNumberingAfterBreak="0">
    <w:nsid w:val="07335A00"/>
    <w:multiLevelType w:val="hybridMultilevel"/>
    <w:tmpl w:val="F410BB64"/>
    <w:lvl w:ilvl="0" w:tplc="4009000D">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2" w15:restartNumberingAfterBreak="0">
    <w:nsid w:val="22C8106D"/>
    <w:multiLevelType w:val="hybridMultilevel"/>
    <w:tmpl w:val="B254D59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3" w15:restartNumberingAfterBreak="0">
    <w:nsid w:val="236A5DD4"/>
    <w:multiLevelType w:val="hybridMultilevel"/>
    <w:tmpl w:val="AEA690C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4" w15:restartNumberingAfterBreak="0">
    <w:nsid w:val="27A06165"/>
    <w:multiLevelType w:val="hybridMultilevel"/>
    <w:tmpl w:val="4EFA3B58"/>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5" w15:restartNumberingAfterBreak="0">
    <w:nsid w:val="2C167409"/>
    <w:multiLevelType w:val="hybridMultilevel"/>
    <w:tmpl w:val="7B3877E6"/>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6" w15:restartNumberingAfterBreak="0">
    <w:nsid w:val="301147F6"/>
    <w:multiLevelType w:val="hybridMultilevel"/>
    <w:tmpl w:val="FB8610EE"/>
    <w:lvl w:ilvl="0" w:tplc="4009000D">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7" w15:restartNumberingAfterBreak="0">
    <w:nsid w:val="32465FDE"/>
    <w:multiLevelType w:val="hybridMultilevel"/>
    <w:tmpl w:val="5EA0B988"/>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8" w15:restartNumberingAfterBreak="0">
    <w:nsid w:val="47B65B72"/>
    <w:multiLevelType w:val="hybridMultilevel"/>
    <w:tmpl w:val="E820985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9" w15:restartNumberingAfterBreak="0">
    <w:nsid w:val="49A75DAD"/>
    <w:multiLevelType w:val="hybridMultilevel"/>
    <w:tmpl w:val="F448F8F6"/>
    <w:lvl w:ilvl="0" w:tplc="4009000D">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0" w15:restartNumberingAfterBreak="0">
    <w:nsid w:val="66E94ABC"/>
    <w:multiLevelType w:val="hybridMultilevel"/>
    <w:tmpl w:val="8D80CEC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1" w15:restartNumberingAfterBreak="0">
    <w:nsid w:val="6A4B09F7"/>
    <w:multiLevelType w:val="hybridMultilevel"/>
    <w:tmpl w:val="F7D8E59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2" w15:restartNumberingAfterBreak="0">
    <w:nsid w:val="736A09EB"/>
    <w:multiLevelType w:val="hybridMultilevel"/>
    <w:tmpl w:val="6F4AC78E"/>
    <w:lvl w:ilvl="0" w:tplc="4009000D">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3" w15:restartNumberingAfterBreak="0">
    <w:nsid w:val="783E46C0"/>
    <w:multiLevelType w:val="hybridMultilevel"/>
    <w:tmpl w:val="E95E6B1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4" w15:restartNumberingAfterBreak="0">
    <w:nsid w:val="7A903267"/>
    <w:multiLevelType w:val="hybridMultilevel"/>
    <w:tmpl w:val="AD2C0B66"/>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1" w16cid:durableId="1548108354">
    <w:abstractNumId w:val="16"/>
  </w:num>
  <w:num w:numId="2" w16cid:durableId="1720855046">
    <w:abstractNumId w:val="22"/>
  </w:num>
  <w:num w:numId="3" w16cid:durableId="747382998">
    <w:abstractNumId w:val="19"/>
  </w:num>
  <w:num w:numId="4" w16cid:durableId="32124667">
    <w:abstractNumId w:val="11"/>
  </w:num>
  <w:num w:numId="5" w16cid:durableId="719472850">
    <w:abstractNumId w:val="21"/>
  </w:num>
  <w:num w:numId="6" w16cid:durableId="401097746">
    <w:abstractNumId w:val="17"/>
  </w:num>
  <w:num w:numId="7" w16cid:durableId="1224027858">
    <w:abstractNumId w:val="24"/>
  </w:num>
  <w:num w:numId="8" w16cid:durableId="1275597563">
    <w:abstractNumId w:val="20"/>
  </w:num>
  <w:num w:numId="9" w16cid:durableId="1673948982">
    <w:abstractNumId w:val="14"/>
  </w:num>
  <w:num w:numId="10" w16cid:durableId="2070111949">
    <w:abstractNumId w:val="9"/>
  </w:num>
  <w:num w:numId="11" w16cid:durableId="2010139359">
    <w:abstractNumId w:val="12"/>
  </w:num>
  <w:num w:numId="12" w16cid:durableId="1585409178">
    <w:abstractNumId w:val="13"/>
  </w:num>
  <w:num w:numId="13" w16cid:durableId="1074668884">
    <w:abstractNumId w:val="18"/>
  </w:num>
  <w:num w:numId="14" w16cid:durableId="2043940611">
    <w:abstractNumId w:val="10"/>
  </w:num>
  <w:num w:numId="15" w16cid:durableId="715785717">
    <w:abstractNumId w:val="15"/>
  </w:num>
  <w:num w:numId="16" w16cid:durableId="682785599">
    <w:abstractNumId w:val="23"/>
  </w:num>
  <w:num w:numId="17" w16cid:durableId="677654168">
    <w:abstractNumId w:val="8"/>
  </w:num>
  <w:num w:numId="18" w16cid:durableId="732969678">
    <w:abstractNumId w:val="6"/>
  </w:num>
  <w:num w:numId="19" w16cid:durableId="216474963">
    <w:abstractNumId w:val="5"/>
  </w:num>
  <w:num w:numId="20" w16cid:durableId="755899555">
    <w:abstractNumId w:val="4"/>
  </w:num>
  <w:num w:numId="21" w16cid:durableId="2133553426">
    <w:abstractNumId w:val="7"/>
  </w:num>
  <w:num w:numId="22" w16cid:durableId="679507119">
    <w:abstractNumId w:val="3"/>
  </w:num>
  <w:num w:numId="23" w16cid:durableId="539249657">
    <w:abstractNumId w:val="2"/>
  </w:num>
  <w:num w:numId="24" w16cid:durableId="1632205543">
    <w:abstractNumId w:val="1"/>
  </w:num>
  <w:num w:numId="25" w16cid:durableId="1362240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01"/>
    <w:rsid w:val="00022475"/>
    <w:rsid w:val="00036DE2"/>
    <w:rsid w:val="00051949"/>
    <w:rsid w:val="00095B32"/>
    <w:rsid w:val="000B2B65"/>
    <w:rsid w:val="000B6F7C"/>
    <w:rsid w:val="000C377A"/>
    <w:rsid w:val="00102AE5"/>
    <w:rsid w:val="00142E40"/>
    <w:rsid w:val="00185504"/>
    <w:rsid w:val="0019798A"/>
    <w:rsid w:val="001D3D6A"/>
    <w:rsid w:val="00214B83"/>
    <w:rsid w:val="00244D9D"/>
    <w:rsid w:val="002646CC"/>
    <w:rsid w:val="0029417B"/>
    <w:rsid w:val="002A5F8A"/>
    <w:rsid w:val="002B33D5"/>
    <w:rsid w:val="002B5C56"/>
    <w:rsid w:val="00310817"/>
    <w:rsid w:val="00322A03"/>
    <w:rsid w:val="003273F4"/>
    <w:rsid w:val="00385C5B"/>
    <w:rsid w:val="003A2884"/>
    <w:rsid w:val="003C76F3"/>
    <w:rsid w:val="003D1A50"/>
    <w:rsid w:val="004044DA"/>
    <w:rsid w:val="00434E01"/>
    <w:rsid w:val="00450AB3"/>
    <w:rsid w:val="004A6FE1"/>
    <w:rsid w:val="005032E6"/>
    <w:rsid w:val="00520E9D"/>
    <w:rsid w:val="00545DD1"/>
    <w:rsid w:val="005E0381"/>
    <w:rsid w:val="00617BB4"/>
    <w:rsid w:val="006C247F"/>
    <w:rsid w:val="006D0B38"/>
    <w:rsid w:val="006D6923"/>
    <w:rsid w:val="0073058B"/>
    <w:rsid w:val="00740072"/>
    <w:rsid w:val="00742C19"/>
    <w:rsid w:val="00766301"/>
    <w:rsid w:val="0077298C"/>
    <w:rsid w:val="008241A8"/>
    <w:rsid w:val="008650C5"/>
    <w:rsid w:val="0089879C"/>
    <w:rsid w:val="008A3512"/>
    <w:rsid w:val="008C6096"/>
    <w:rsid w:val="008D3887"/>
    <w:rsid w:val="00941D32"/>
    <w:rsid w:val="00952C55"/>
    <w:rsid w:val="009607AC"/>
    <w:rsid w:val="0098741A"/>
    <w:rsid w:val="009D64E0"/>
    <w:rsid w:val="009E09A8"/>
    <w:rsid w:val="00A12138"/>
    <w:rsid w:val="00A15BC5"/>
    <w:rsid w:val="00A37981"/>
    <w:rsid w:val="00AB0B2D"/>
    <w:rsid w:val="00B20B39"/>
    <w:rsid w:val="00B96937"/>
    <w:rsid w:val="00BB3361"/>
    <w:rsid w:val="00BC6BFB"/>
    <w:rsid w:val="00BD5BF0"/>
    <w:rsid w:val="00C83458"/>
    <w:rsid w:val="00CC45DA"/>
    <w:rsid w:val="00CF1011"/>
    <w:rsid w:val="00D14149"/>
    <w:rsid w:val="00D46DDB"/>
    <w:rsid w:val="00D63ADC"/>
    <w:rsid w:val="00D8630C"/>
    <w:rsid w:val="00DA7558"/>
    <w:rsid w:val="00DE11AA"/>
    <w:rsid w:val="00DF3D6D"/>
    <w:rsid w:val="00DF6D9F"/>
    <w:rsid w:val="00E2363E"/>
    <w:rsid w:val="00E2403A"/>
    <w:rsid w:val="00E90E14"/>
    <w:rsid w:val="00EDAEE8"/>
    <w:rsid w:val="00EF7EF5"/>
    <w:rsid w:val="00FC2284"/>
    <w:rsid w:val="00FC75F9"/>
    <w:rsid w:val="00FE187C"/>
    <w:rsid w:val="00FF40F3"/>
    <w:rsid w:val="0113C1B1"/>
    <w:rsid w:val="01512C6D"/>
    <w:rsid w:val="01975F97"/>
    <w:rsid w:val="01BF9A83"/>
    <w:rsid w:val="01DD5AD9"/>
    <w:rsid w:val="01F36B48"/>
    <w:rsid w:val="01FBA6E7"/>
    <w:rsid w:val="0265A05C"/>
    <w:rsid w:val="02919924"/>
    <w:rsid w:val="02C063EB"/>
    <w:rsid w:val="02F02BEC"/>
    <w:rsid w:val="03390D4E"/>
    <w:rsid w:val="036E4F36"/>
    <w:rsid w:val="039581B5"/>
    <w:rsid w:val="03A94E22"/>
    <w:rsid w:val="041E61A1"/>
    <w:rsid w:val="044C886E"/>
    <w:rsid w:val="048C85B2"/>
    <w:rsid w:val="04DE3393"/>
    <w:rsid w:val="053D0E4A"/>
    <w:rsid w:val="05506E03"/>
    <w:rsid w:val="056B6F40"/>
    <w:rsid w:val="05C233CD"/>
    <w:rsid w:val="060CAA07"/>
    <w:rsid w:val="0629CE90"/>
    <w:rsid w:val="06B572FF"/>
    <w:rsid w:val="06C90F05"/>
    <w:rsid w:val="06FCB5E1"/>
    <w:rsid w:val="06FCE72C"/>
    <w:rsid w:val="07089243"/>
    <w:rsid w:val="0773A248"/>
    <w:rsid w:val="0867907A"/>
    <w:rsid w:val="086B5339"/>
    <w:rsid w:val="087C17F8"/>
    <w:rsid w:val="08B64432"/>
    <w:rsid w:val="08C007D1"/>
    <w:rsid w:val="08E4CF31"/>
    <w:rsid w:val="091883CC"/>
    <w:rsid w:val="0930C9E1"/>
    <w:rsid w:val="09B160E3"/>
    <w:rsid w:val="09B5519D"/>
    <w:rsid w:val="09C1B182"/>
    <w:rsid w:val="0A696488"/>
    <w:rsid w:val="0A8212F4"/>
    <w:rsid w:val="0AA09E35"/>
    <w:rsid w:val="0AE38CC3"/>
    <w:rsid w:val="0B4AE3E2"/>
    <w:rsid w:val="0B6A71C2"/>
    <w:rsid w:val="0BDD9189"/>
    <w:rsid w:val="0C5E2402"/>
    <w:rsid w:val="0C5EC32D"/>
    <w:rsid w:val="0C9F27F9"/>
    <w:rsid w:val="0CD18D67"/>
    <w:rsid w:val="0CF91355"/>
    <w:rsid w:val="0D5B24E5"/>
    <w:rsid w:val="0D5C9270"/>
    <w:rsid w:val="0E0D5306"/>
    <w:rsid w:val="0E2BE255"/>
    <w:rsid w:val="0E642673"/>
    <w:rsid w:val="0EF182C5"/>
    <w:rsid w:val="0F338BC2"/>
    <w:rsid w:val="0F730DAF"/>
    <w:rsid w:val="0FEE3CD7"/>
    <w:rsid w:val="10445A2A"/>
    <w:rsid w:val="10B5A150"/>
    <w:rsid w:val="10D0163C"/>
    <w:rsid w:val="10D73483"/>
    <w:rsid w:val="1126409A"/>
    <w:rsid w:val="11733C16"/>
    <w:rsid w:val="1227A296"/>
    <w:rsid w:val="124A30CC"/>
    <w:rsid w:val="125D109E"/>
    <w:rsid w:val="12662DAB"/>
    <w:rsid w:val="1286E376"/>
    <w:rsid w:val="12B7C5C9"/>
    <w:rsid w:val="12C7DF17"/>
    <w:rsid w:val="133D0B37"/>
    <w:rsid w:val="134E827B"/>
    <w:rsid w:val="137CA89F"/>
    <w:rsid w:val="13B41C4A"/>
    <w:rsid w:val="13E0770A"/>
    <w:rsid w:val="1415764C"/>
    <w:rsid w:val="14865866"/>
    <w:rsid w:val="1497399A"/>
    <w:rsid w:val="14EEA0F9"/>
    <w:rsid w:val="150526B4"/>
    <w:rsid w:val="150A76A6"/>
    <w:rsid w:val="15309AC2"/>
    <w:rsid w:val="157A292D"/>
    <w:rsid w:val="15B056E6"/>
    <w:rsid w:val="15B3C5B3"/>
    <w:rsid w:val="15D9684B"/>
    <w:rsid w:val="15EC5C3F"/>
    <w:rsid w:val="16053733"/>
    <w:rsid w:val="16486EA8"/>
    <w:rsid w:val="16565FEE"/>
    <w:rsid w:val="1686BF99"/>
    <w:rsid w:val="16B9F78C"/>
    <w:rsid w:val="171032DA"/>
    <w:rsid w:val="174165F9"/>
    <w:rsid w:val="1756FAB2"/>
    <w:rsid w:val="1765B163"/>
    <w:rsid w:val="176DD041"/>
    <w:rsid w:val="178013EC"/>
    <w:rsid w:val="17D802A3"/>
    <w:rsid w:val="1831F490"/>
    <w:rsid w:val="1859DCDB"/>
    <w:rsid w:val="188D6DE0"/>
    <w:rsid w:val="18972AAC"/>
    <w:rsid w:val="18C54DE8"/>
    <w:rsid w:val="18CE2C2B"/>
    <w:rsid w:val="18FA3002"/>
    <w:rsid w:val="18FD5602"/>
    <w:rsid w:val="190326C9"/>
    <w:rsid w:val="194E07C0"/>
    <w:rsid w:val="198FD64A"/>
    <w:rsid w:val="19B8E476"/>
    <w:rsid w:val="1A6C192F"/>
    <w:rsid w:val="1ADD7AEF"/>
    <w:rsid w:val="1ADDDAFD"/>
    <w:rsid w:val="1AE3D602"/>
    <w:rsid w:val="1BC1C502"/>
    <w:rsid w:val="1C03ADF7"/>
    <w:rsid w:val="1C67AFDB"/>
    <w:rsid w:val="1C69C7DC"/>
    <w:rsid w:val="1C6EF5A6"/>
    <w:rsid w:val="1C9840C1"/>
    <w:rsid w:val="1CC15F42"/>
    <w:rsid w:val="1CC42B61"/>
    <w:rsid w:val="1CD4B1A6"/>
    <w:rsid w:val="1D047F66"/>
    <w:rsid w:val="1D0A2B06"/>
    <w:rsid w:val="1D609FCD"/>
    <w:rsid w:val="1E0B2BED"/>
    <w:rsid w:val="1E3E7C64"/>
    <w:rsid w:val="1E5F5216"/>
    <w:rsid w:val="1F20174E"/>
    <w:rsid w:val="1F6D4239"/>
    <w:rsid w:val="1FE916E8"/>
    <w:rsid w:val="2000BA28"/>
    <w:rsid w:val="202DE17D"/>
    <w:rsid w:val="2095CDAE"/>
    <w:rsid w:val="20C46F55"/>
    <w:rsid w:val="20F61D6F"/>
    <w:rsid w:val="212D1EE7"/>
    <w:rsid w:val="21503B6E"/>
    <w:rsid w:val="21889802"/>
    <w:rsid w:val="219D2652"/>
    <w:rsid w:val="21AFFE7F"/>
    <w:rsid w:val="22138688"/>
    <w:rsid w:val="221949EF"/>
    <w:rsid w:val="22A92320"/>
    <w:rsid w:val="22E423B1"/>
    <w:rsid w:val="231C598E"/>
    <w:rsid w:val="23A3EE46"/>
    <w:rsid w:val="243864B6"/>
    <w:rsid w:val="246DCB21"/>
    <w:rsid w:val="246FF39D"/>
    <w:rsid w:val="24949064"/>
    <w:rsid w:val="249FBBDA"/>
    <w:rsid w:val="24AFD478"/>
    <w:rsid w:val="25338D83"/>
    <w:rsid w:val="2596E671"/>
    <w:rsid w:val="25E23F92"/>
    <w:rsid w:val="260EABCE"/>
    <w:rsid w:val="2664B4A9"/>
    <w:rsid w:val="267E8703"/>
    <w:rsid w:val="26815BB1"/>
    <w:rsid w:val="2686817B"/>
    <w:rsid w:val="274F8A2F"/>
    <w:rsid w:val="277818A6"/>
    <w:rsid w:val="27D10212"/>
    <w:rsid w:val="27FC03F8"/>
    <w:rsid w:val="28367FB4"/>
    <w:rsid w:val="283971D4"/>
    <w:rsid w:val="2847623E"/>
    <w:rsid w:val="28867825"/>
    <w:rsid w:val="28C05960"/>
    <w:rsid w:val="28D6CCD5"/>
    <w:rsid w:val="28E14CE5"/>
    <w:rsid w:val="2908B9A3"/>
    <w:rsid w:val="290D5519"/>
    <w:rsid w:val="2913E99E"/>
    <w:rsid w:val="2922E98B"/>
    <w:rsid w:val="29A4EB40"/>
    <w:rsid w:val="29B51F33"/>
    <w:rsid w:val="29C7BE63"/>
    <w:rsid w:val="2A67875E"/>
    <w:rsid w:val="2AAD9BFE"/>
    <w:rsid w:val="2ADCCBB1"/>
    <w:rsid w:val="2AE290CA"/>
    <w:rsid w:val="2B67CB5B"/>
    <w:rsid w:val="2B7C593B"/>
    <w:rsid w:val="2B9A88DD"/>
    <w:rsid w:val="2BF51E07"/>
    <w:rsid w:val="2C63090A"/>
    <w:rsid w:val="2C97E457"/>
    <w:rsid w:val="2CAB9FC9"/>
    <w:rsid w:val="2CBC9585"/>
    <w:rsid w:val="2CD70C81"/>
    <w:rsid w:val="2CF343FC"/>
    <w:rsid w:val="2CFF3591"/>
    <w:rsid w:val="2D083296"/>
    <w:rsid w:val="2D178B5B"/>
    <w:rsid w:val="2D39AECB"/>
    <w:rsid w:val="2D4BA9B5"/>
    <w:rsid w:val="2D8A53A2"/>
    <w:rsid w:val="2DC53066"/>
    <w:rsid w:val="2DCC3E35"/>
    <w:rsid w:val="2E2664EA"/>
    <w:rsid w:val="2EC49F70"/>
    <w:rsid w:val="2F1A4D7A"/>
    <w:rsid w:val="2F6CEC14"/>
    <w:rsid w:val="2F80FC37"/>
    <w:rsid w:val="2FA68E1D"/>
    <w:rsid w:val="2FA71F83"/>
    <w:rsid w:val="2FBC5F73"/>
    <w:rsid w:val="30051BFA"/>
    <w:rsid w:val="30115518"/>
    <w:rsid w:val="3060046B"/>
    <w:rsid w:val="3073C380"/>
    <w:rsid w:val="307A526B"/>
    <w:rsid w:val="3085C2D9"/>
    <w:rsid w:val="3091F3C9"/>
    <w:rsid w:val="30A028FD"/>
    <w:rsid w:val="30AE2E94"/>
    <w:rsid w:val="30CC1BF0"/>
    <w:rsid w:val="30F700D6"/>
    <w:rsid w:val="313DF59A"/>
    <w:rsid w:val="314812DB"/>
    <w:rsid w:val="321854E3"/>
    <w:rsid w:val="324982D6"/>
    <w:rsid w:val="3256B281"/>
    <w:rsid w:val="326D289A"/>
    <w:rsid w:val="32AF0041"/>
    <w:rsid w:val="32F309DD"/>
    <w:rsid w:val="334C19B4"/>
    <w:rsid w:val="33A64BBE"/>
    <w:rsid w:val="33ADC76E"/>
    <w:rsid w:val="33BE5C87"/>
    <w:rsid w:val="34339D4D"/>
    <w:rsid w:val="344C8407"/>
    <w:rsid w:val="34A0D3C6"/>
    <w:rsid w:val="34D98E8C"/>
    <w:rsid w:val="3542E64B"/>
    <w:rsid w:val="354753C4"/>
    <w:rsid w:val="35F66E6A"/>
    <w:rsid w:val="362BB45B"/>
    <w:rsid w:val="364852E0"/>
    <w:rsid w:val="36A70B6D"/>
    <w:rsid w:val="36C3FB65"/>
    <w:rsid w:val="36C6F20D"/>
    <w:rsid w:val="36EBC2DA"/>
    <w:rsid w:val="37298DE2"/>
    <w:rsid w:val="373CC047"/>
    <w:rsid w:val="375431D8"/>
    <w:rsid w:val="37B8BFCE"/>
    <w:rsid w:val="37FF37E6"/>
    <w:rsid w:val="38121211"/>
    <w:rsid w:val="3814A878"/>
    <w:rsid w:val="3874455B"/>
    <w:rsid w:val="387CC2DB"/>
    <w:rsid w:val="388B760C"/>
    <w:rsid w:val="38B2B37A"/>
    <w:rsid w:val="38CC2B0F"/>
    <w:rsid w:val="39397BB6"/>
    <w:rsid w:val="394D58D5"/>
    <w:rsid w:val="3978EB2B"/>
    <w:rsid w:val="39B76AA7"/>
    <w:rsid w:val="39C832A6"/>
    <w:rsid w:val="3A0132BF"/>
    <w:rsid w:val="3AE00FD2"/>
    <w:rsid w:val="3B52B215"/>
    <w:rsid w:val="3B6D69C9"/>
    <w:rsid w:val="3B8216F1"/>
    <w:rsid w:val="3B8E9945"/>
    <w:rsid w:val="3B99E4D8"/>
    <w:rsid w:val="3BBBAB24"/>
    <w:rsid w:val="3C020717"/>
    <w:rsid w:val="3C0AE2E0"/>
    <w:rsid w:val="3C0E3A7B"/>
    <w:rsid w:val="3C2ECF56"/>
    <w:rsid w:val="3C3869EE"/>
    <w:rsid w:val="3C474F1E"/>
    <w:rsid w:val="3C5BF5DD"/>
    <w:rsid w:val="3CC5C5D6"/>
    <w:rsid w:val="3CF278D0"/>
    <w:rsid w:val="3D06AD1D"/>
    <w:rsid w:val="3D3BC9CF"/>
    <w:rsid w:val="3DB42467"/>
    <w:rsid w:val="3E6E5579"/>
    <w:rsid w:val="3E7407FA"/>
    <w:rsid w:val="3EBE1156"/>
    <w:rsid w:val="3EDACB99"/>
    <w:rsid w:val="3F105933"/>
    <w:rsid w:val="3F99C027"/>
    <w:rsid w:val="3FABCFCA"/>
    <w:rsid w:val="3FB92532"/>
    <w:rsid w:val="3FBBB31B"/>
    <w:rsid w:val="400ECC38"/>
    <w:rsid w:val="40280985"/>
    <w:rsid w:val="408E7402"/>
    <w:rsid w:val="41496FCF"/>
    <w:rsid w:val="415495A2"/>
    <w:rsid w:val="415ABE98"/>
    <w:rsid w:val="4174836D"/>
    <w:rsid w:val="41B7F6A0"/>
    <w:rsid w:val="41BBBF90"/>
    <w:rsid w:val="423B56DA"/>
    <w:rsid w:val="43691401"/>
    <w:rsid w:val="43872830"/>
    <w:rsid w:val="43996F18"/>
    <w:rsid w:val="43C13D00"/>
    <w:rsid w:val="43E23D18"/>
    <w:rsid w:val="43EAA94A"/>
    <w:rsid w:val="444D0B96"/>
    <w:rsid w:val="446932D5"/>
    <w:rsid w:val="457365B3"/>
    <w:rsid w:val="45810DFD"/>
    <w:rsid w:val="4591042F"/>
    <w:rsid w:val="4622F342"/>
    <w:rsid w:val="468487CE"/>
    <w:rsid w:val="469C6BE4"/>
    <w:rsid w:val="46B5EB83"/>
    <w:rsid w:val="47002B1E"/>
    <w:rsid w:val="470C75EC"/>
    <w:rsid w:val="471038B9"/>
    <w:rsid w:val="4748956F"/>
    <w:rsid w:val="475F5EDE"/>
    <w:rsid w:val="47AD3713"/>
    <w:rsid w:val="47BFE9E0"/>
    <w:rsid w:val="482A0CC1"/>
    <w:rsid w:val="4842F503"/>
    <w:rsid w:val="487F47AA"/>
    <w:rsid w:val="48941B0B"/>
    <w:rsid w:val="48B62FEF"/>
    <w:rsid w:val="48E1D704"/>
    <w:rsid w:val="4923B4D9"/>
    <w:rsid w:val="4928AC48"/>
    <w:rsid w:val="495B241D"/>
    <w:rsid w:val="4A2C1C32"/>
    <w:rsid w:val="4A43DDDA"/>
    <w:rsid w:val="4A6E8E24"/>
    <w:rsid w:val="4A82C955"/>
    <w:rsid w:val="4AAEB2C6"/>
    <w:rsid w:val="4AAF65E1"/>
    <w:rsid w:val="4B2610D1"/>
    <w:rsid w:val="4BCAE635"/>
    <w:rsid w:val="4BF050FC"/>
    <w:rsid w:val="4BF96F5C"/>
    <w:rsid w:val="4C2AA843"/>
    <w:rsid w:val="4CA510E6"/>
    <w:rsid w:val="4CD0CD9D"/>
    <w:rsid w:val="4D2BA0CA"/>
    <w:rsid w:val="4D7B7AEA"/>
    <w:rsid w:val="4DD5F018"/>
    <w:rsid w:val="4DE8A899"/>
    <w:rsid w:val="4E023A2E"/>
    <w:rsid w:val="4E0EF4B0"/>
    <w:rsid w:val="4E6C4665"/>
    <w:rsid w:val="4E74ED04"/>
    <w:rsid w:val="4E80DA37"/>
    <w:rsid w:val="4EC4D7D1"/>
    <w:rsid w:val="4EC63619"/>
    <w:rsid w:val="4F026C02"/>
    <w:rsid w:val="4F33C507"/>
    <w:rsid w:val="4F4358F6"/>
    <w:rsid w:val="4F4892EA"/>
    <w:rsid w:val="4F648E92"/>
    <w:rsid w:val="4F882B77"/>
    <w:rsid w:val="4FD1C5AD"/>
    <w:rsid w:val="4FDBD9F5"/>
    <w:rsid w:val="4FE1CD12"/>
    <w:rsid w:val="504E7CC0"/>
    <w:rsid w:val="50EADE47"/>
    <w:rsid w:val="511B1CFB"/>
    <w:rsid w:val="5131C45F"/>
    <w:rsid w:val="515046E6"/>
    <w:rsid w:val="519820E6"/>
    <w:rsid w:val="51B59649"/>
    <w:rsid w:val="51C17D09"/>
    <w:rsid w:val="520009FE"/>
    <w:rsid w:val="52104288"/>
    <w:rsid w:val="523A5F89"/>
    <w:rsid w:val="531DEF26"/>
    <w:rsid w:val="532DE78E"/>
    <w:rsid w:val="5471697E"/>
    <w:rsid w:val="54F520DE"/>
    <w:rsid w:val="553F8C4C"/>
    <w:rsid w:val="557BADAC"/>
    <w:rsid w:val="558666BC"/>
    <w:rsid w:val="55C63C86"/>
    <w:rsid w:val="56111967"/>
    <w:rsid w:val="5668C705"/>
    <w:rsid w:val="566FF6C9"/>
    <w:rsid w:val="56836244"/>
    <w:rsid w:val="56A94660"/>
    <w:rsid w:val="56C76AC4"/>
    <w:rsid w:val="56CC03B7"/>
    <w:rsid w:val="56F4EE6B"/>
    <w:rsid w:val="574E050A"/>
    <w:rsid w:val="5799603B"/>
    <w:rsid w:val="57B4B34F"/>
    <w:rsid w:val="5803107F"/>
    <w:rsid w:val="587CAC5E"/>
    <w:rsid w:val="596D1BD1"/>
    <w:rsid w:val="59CACA03"/>
    <w:rsid w:val="5A1050DF"/>
    <w:rsid w:val="5A5FD982"/>
    <w:rsid w:val="5AECF064"/>
    <w:rsid w:val="5B190428"/>
    <w:rsid w:val="5B2660AC"/>
    <w:rsid w:val="5B7858B9"/>
    <w:rsid w:val="5B903D5F"/>
    <w:rsid w:val="5BA66C70"/>
    <w:rsid w:val="5BA89176"/>
    <w:rsid w:val="5BCF8571"/>
    <w:rsid w:val="5BE02BF9"/>
    <w:rsid w:val="5C5ECE9B"/>
    <w:rsid w:val="5D100AA0"/>
    <w:rsid w:val="5D44C034"/>
    <w:rsid w:val="5D67A456"/>
    <w:rsid w:val="5D821F46"/>
    <w:rsid w:val="5DA069AF"/>
    <w:rsid w:val="5E0699AD"/>
    <w:rsid w:val="5E374C33"/>
    <w:rsid w:val="5E4E03C9"/>
    <w:rsid w:val="5E7D31B9"/>
    <w:rsid w:val="5ED87A4A"/>
    <w:rsid w:val="5EE7C096"/>
    <w:rsid w:val="5EF5368E"/>
    <w:rsid w:val="5F00D310"/>
    <w:rsid w:val="5F023310"/>
    <w:rsid w:val="5F22EE1C"/>
    <w:rsid w:val="5F5F6F7C"/>
    <w:rsid w:val="5F648CEB"/>
    <w:rsid w:val="60500CB6"/>
    <w:rsid w:val="608E2D09"/>
    <w:rsid w:val="60C33CA3"/>
    <w:rsid w:val="61685C1F"/>
    <w:rsid w:val="6188A299"/>
    <w:rsid w:val="61B84CA1"/>
    <w:rsid w:val="622E5CF0"/>
    <w:rsid w:val="624D6A9B"/>
    <w:rsid w:val="6283B4E5"/>
    <w:rsid w:val="629B9854"/>
    <w:rsid w:val="62D345C1"/>
    <w:rsid w:val="62D55CB5"/>
    <w:rsid w:val="62EDD0A7"/>
    <w:rsid w:val="6374CFD2"/>
    <w:rsid w:val="637DAF4F"/>
    <w:rsid w:val="63D793D7"/>
    <w:rsid w:val="63F3B6AA"/>
    <w:rsid w:val="644EB042"/>
    <w:rsid w:val="64700798"/>
    <w:rsid w:val="64D219F9"/>
    <w:rsid w:val="651FAC81"/>
    <w:rsid w:val="655AED32"/>
    <w:rsid w:val="65676113"/>
    <w:rsid w:val="657CA39A"/>
    <w:rsid w:val="657DE97A"/>
    <w:rsid w:val="6599B9D7"/>
    <w:rsid w:val="65A41F41"/>
    <w:rsid w:val="65D4306C"/>
    <w:rsid w:val="65D6A16C"/>
    <w:rsid w:val="65F18A3F"/>
    <w:rsid w:val="66350864"/>
    <w:rsid w:val="66A9C350"/>
    <w:rsid w:val="66B01E42"/>
    <w:rsid w:val="66B7A04B"/>
    <w:rsid w:val="66EB3D90"/>
    <w:rsid w:val="66F637E6"/>
    <w:rsid w:val="66F9A9A9"/>
    <w:rsid w:val="67418136"/>
    <w:rsid w:val="67C702E0"/>
    <w:rsid w:val="6818FA4D"/>
    <w:rsid w:val="68A8572A"/>
    <w:rsid w:val="68D2901C"/>
    <w:rsid w:val="690938E0"/>
    <w:rsid w:val="69BA6499"/>
    <w:rsid w:val="69CCB703"/>
    <w:rsid w:val="69D9B3EE"/>
    <w:rsid w:val="6A87ABE6"/>
    <w:rsid w:val="6A94A45F"/>
    <w:rsid w:val="6B1BAFC0"/>
    <w:rsid w:val="6B3B0762"/>
    <w:rsid w:val="6B4E3566"/>
    <w:rsid w:val="6B84AFBD"/>
    <w:rsid w:val="6BB959C6"/>
    <w:rsid w:val="6BCF186A"/>
    <w:rsid w:val="6BD0AA58"/>
    <w:rsid w:val="6BE04717"/>
    <w:rsid w:val="6C4D4CAB"/>
    <w:rsid w:val="6CEF3891"/>
    <w:rsid w:val="6D4465D0"/>
    <w:rsid w:val="6D452477"/>
    <w:rsid w:val="6D76EFA8"/>
    <w:rsid w:val="6D8013CD"/>
    <w:rsid w:val="6D87BB0C"/>
    <w:rsid w:val="6DA0D19B"/>
    <w:rsid w:val="6E52689C"/>
    <w:rsid w:val="6E6DCC8E"/>
    <w:rsid w:val="6E8697F1"/>
    <w:rsid w:val="6E9A373F"/>
    <w:rsid w:val="6EC7019F"/>
    <w:rsid w:val="6F0321D8"/>
    <w:rsid w:val="6F3AA872"/>
    <w:rsid w:val="6F73F702"/>
    <w:rsid w:val="6F78A0A2"/>
    <w:rsid w:val="6FA146ED"/>
    <w:rsid w:val="6FAB1F35"/>
    <w:rsid w:val="6FB907E2"/>
    <w:rsid w:val="70D0AD0F"/>
    <w:rsid w:val="711C1C60"/>
    <w:rsid w:val="71D55D1B"/>
    <w:rsid w:val="71E87F34"/>
    <w:rsid w:val="71E8E871"/>
    <w:rsid w:val="7223600C"/>
    <w:rsid w:val="724160A2"/>
    <w:rsid w:val="725631D3"/>
    <w:rsid w:val="72713E91"/>
    <w:rsid w:val="7277F92C"/>
    <w:rsid w:val="7278C2A4"/>
    <w:rsid w:val="728D90E2"/>
    <w:rsid w:val="7291E7C9"/>
    <w:rsid w:val="72DF5EF3"/>
    <w:rsid w:val="72E2C057"/>
    <w:rsid w:val="72E89A47"/>
    <w:rsid w:val="731D4472"/>
    <w:rsid w:val="736AA8E7"/>
    <w:rsid w:val="73816A84"/>
    <w:rsid w:val="73E44EBA"/>
    <w:rsid w:val="74137A1B"/>
    <w:rsid w:val="74176147"/>
    <w:rsid w:val="7474419D"/>
    <w:rsid w:val="74AAAE62"/>
    <w:rsid w:val="74D88989"/>
    <w:rsid w:val="74DA828F"/>
    <w:rsid w:val="74DE6B53"/>
    <w:rsid w:val="74E88ECB"/>
    <w:rsid w:val="75465B96"/>
    <w:rsid w:val="75780D43"/>
    <w:rsid w:val="76D6D95E"/>
    <w:rsid w:val="76EEFE7A"/>
    <w:rsid w:val="770AE62D"/>
    <w:rsid w:val="77104C19"/>
    <w:rsid w:val="7728BF18"/>
    <w:rsid w:val="77344795"/>
    <w:rsid w:val="77C3A700"/>
    <w:rsid w:val="77DC59DC"/>
    <w:rsid w:val="7862B7C7"/>
    <w:rsid w:val="78A37980"/>
    <w:rsid w:val="78F1E72C"/>
    <w:rsid w:val="7918DFA5"/>
    <w:rsid w:val="794894C0"/>
    <w:rsid w:val="79E2BA84"/>
    <w:rsid w:val="7A03B7B9"/>
    <w:rsid w:val="7A6A7A11"/>
    <w:rsid w:val="7AC25A4D"/>
    <w:rsid w:val="7ADBC039"/>
    <w:rsid w:val="7B53BBDF"/>
    <w:rsid w:val="7B6947E9"/>
    <w:rsid w:val="7B74645A"/>
    <w:rsid w:val="7B9B53C5"/>
    <w:rsid w:val="7BBDED62"/>
    <w:rsid w:val="7BC14D64"/>
    <w:rsid w:val="7C4B992A"/>
    <w:rsid w:val="7C7A6057"/>
    <w:rsid w:val="7CA19E73"/>
    <w:rsid w:val="7CAE6A17"/>
    <w:rsid w:val="7CD6DAFD"/>
    <w:rsid w:val="7CF46214"/>
    <w:rsid w:val="7D6119EC"/>
    <w:rsid w:val="7D6E9D0C"/>
    <w:rsid w:val="7E04F1E5"/>
    <w:rsid w:val="7E90B62A"/>
    <w:rsid w:val="7E90B62A"/>
    <w:rsid w:val="7EEC4ACB"/>
    <w:rsid w:val="7F16B0B2"/>
    <w:rsid w:val="7F1CDD4A"/>
    <w:rsid w:val="7F2D2AF9"/>
    <w:rsid w:val="7F6D0CDD"/>
    <w:rsid w:val="7F9E27BD"/>
    <w:rsid w:val="7FE2E4DB"/>
    <w:rsid w:val="7FFCA9EF"/>
  </w:rsids>
  <m:mathPr>
    <m:mathFont m:val="Cambria Math"/>
    <m:brkBin m:val="before"/>
    <m:brkBinSub m:val="--"/>
    <m:smallFrac m:val="0"/>
    <m:dispDef/>
    <m:lMargin m:val="0"/>
    <m:rMargin m:val="0"/>
    <m:defJc m:val="centerGroup"/>
    <m:wrapIndent m:val="1440"/>
    <m:intLim m:val="subSup"/>
    <m:naryLim m:val="undOvr"/>
  </m:mathPr>
  <w:themeFontLang w:val="en-IN"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9A67E"/>
  <w15:chartTrackingRefBased/>
  <w15:docId w15:val="{C863B431-6A97-4AF5-9C94-DA85318E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058B"/>
  </w:style>
  <w:style w:type="paragraph" w:styleId="Heading1">
    <w:name w:val="heading 1"/>
    <w:basedOn w:val="Normal"/>
    <w:next w:val="Normal"/>
    <w:link w:val="Heading1Char"/>
    <w:uiPriority w:val="9"/>
    <w:qFormat/>
    <w:rsid w:val="0076630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630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663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63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63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63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63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63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630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6630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76630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76630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6630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6630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6630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6630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6630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66301"/>
    <w:rPr>
      <w:rFonts w:eastAsiaTheme="majorEastAsia" w:cstheme="majorBidi"/>
      <w:color w:val="272727" w:themeColor="text1" w:themeTint="D8"/>
    </w:rPr>
  </w:style>
  <w:style w:type="paragraph" w:styleId="Title">
    <w:name w:val="Title"/>
    <w:basedOn w:val="Normal"/>
    <w:next w:val="Normal"/>
    <w:link w:val="TitleChar"/>
    <w:uiPriority w:val="10"/>
    <w:qFormat/>
    <w:rsid w:val="0076630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6630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6630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663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6301"/>
    <w:pPr>
      <w:spacing w:before="160"/>
      <w:jc w:val="center"/>
    </w:pPr>
    <w:rPr>
      <w:i/>
      <w:iCs/>
      <w:color w:val="404040" w:themeColor="text1" w:themeTint="BF"/>
    </w:rPr>
  </w:style>
  <w:style w:type="character" w:styleId="QuoteChar" w:customStyle="1">
    <w:name w:val="Quote Char"/>
    <w:basedOn w:val="DefaultParagraphFont"/>
    <w:link w:val="Quote"/>
    <w:uiPriority w:val="29"/>
    <w:rsid w:val="00766301"/>
    <w:rPr>
      <w:i/>
      <w:iCs/>
      <w:color w:val="404040" w:themeColor="text1" w:themeTint="BF"/>
    </w:rPr>
  </w:style>
  <w:style w:type="paragraph" w:styleId="ListParagraph">
    <w:name w:val="List Paragraph"/>
    <w:basedOn w:val="Normal"/>
    <w:uiPriority w:val="34"/>
    <w:qFormat/>
    <w:rsid w:val="00766301"/>
    <w:pPr>
      <w:ind w:left="720"/>
      <w:contextualSpacing/>
    </w:pPr>
  </w:style>
  <w:style w:type="character" w:styleId="IntenseEmphasis">
    <w:name w:val="Intense Emphasis"/>
    <w:basedOn w:val="DefaultParagraphFont"/>
    <w:uiPriority w:val="21"/>
    <w:qFormat/>
    <w:rsid w:val="00766301"/>
    <w:rPr>
      <w:i/>
      <w:iCs/>
      <w:color w:val="0F4761" w:themeColor="accent1" w:themeShade="BF"/>
    </w:rPr>
  </w:style>
  <w:style w:type="paragraph" w:styleId="IntenseQuote">
    <w:name w:val="Intense Quote"/>
    <w:basedOn w:val="Normal"/>
    <w:next w:val="Normal"/>
    <w:link w:val="IntenseQuoteChar"/>
    <w:uiPriority w:val="30"/>
    <w:qFormat/>
    <w:rsid w:val="0076630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66301"/>
    <w:rPr>
      <w:i/>
      <w:iCs/>
      <w:color w:val="0F4761" w:themeColor="accent1" w:themeShade="BF"/>
    </w:rPr>
  </w:style>
  <w:style w:type="character" w:styleId="IntenseReference">
    <w:name w:val="Intense Reference"/>
    <w:basedOn w:val="DefaultParagraphFont"/>
    <w:uiPriority w:val="32"/>
    <w:qFormat/>
    <w:rsid w:val="00766301"/>
    <w:rPr>
      <w:b/>
      <w:bCs/>
      <w:smallCaps/>
      <w:color w:val="0F4761" w:themeColor="accent1" w:themeShade="BF"/>
      <w:spacing w:val="5"/>
    </w:rPr>
  </w:style>
  <w:style w:type="paragraph" w:styleId="Header">
    <w:name w:val="header"/>
    <w:basedOn w:val="Normal"/>
    <w:link w:val="HeaderChar"/>
    <w:uiPriority w:val="99"/>
    <w:unhideWhenUsed/>
    <w:rsid w:val="003273F4"/>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73F4"/>
  </w:style>
  <w:style w:type="paragraph" w:styleId="Footer">
    <w:name w:val="footer"/>
    <w:basedOn w:val="Normal"/>
    <w:link w:val="FooterChar"/>
    <w:uiPriority w:val="99"/>
    <w:unhideWhenUsed/>
    <w:rsid w:val="003273F4"/>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73F4"/>
  </w:style>
  <w:style w:type="character" w:styleId="PlaceholderText">
    <w:name w:val="Placeholder Text"/>
    <w:basedOn w:val="DefaultParagraphFont"/>
    <w:uiPriority w:val="99"/>
    <w:semiHidden/>
    <w:rsid w:val="003273F4"/>
    <w:rPr>
      <w:color w:val="808080"/>
    </w:rPr>
  </w:style>
  <w:style w:type="table" w:styleId="TableGrid">
    <w:name w:val="Table Grid"/>
    <w:basedOn w:val="TableNormal"/>
    <w:uiPriority w:val="59"/>
    <w:rsid w:val="00E240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D46DDB"/>
    <w:rPr>
      <w:rFonts w:ascii="Times New Roman" w:hAnsi="Times New Roman" w:cs="Times New Roman"/>
      <w:sz w:val="24"/>
      <w:szCs w:val="24"/>
    </w:rPr>
  </w:style>
  <w:style w:type="paragraph" w:styleId="NoSpacing">
    <w:name w:val="No Spacing"/>
    <w:uiPriority w:val="1"/>
    <w:qFormat/>
    <w:rsid w:val="00D14149"/>
    <w:pPr>
      <w:spacing w:after="0" w:line="240" w:lineRule="auto"/>
    </w:pPr>
    <w:rPr>
      <w:rFonts w:eastAsiaTheme="minorEastAsia"/>
      <w:kern w:val="0"/>
      <w:lang w:val="en-US" w:bidi="ar-SA"/>
      <w14:ligatures w14:val="none"/>
    </w:rPr>
  </w:style>
  <w:style w:type="paragraph" w:styleId="BodyText">
    <w:name w:val="Body Text"/>
    <w:basedOn w:val="Normal"/>
    <w:link w:val="BodyTextChar"/>
    <w:uiPriority w:val="99"/>
    <w:unhideWhenUsed/>
    <w:rsid w:val="00D14149"/>
    <w:pPr>
      <w:spacing w:after="120" w:line="276" w:lineRule="auto"/>
    </w:pPr>
    <w:rPr>
      <w:rFonts w:eastAsiaTheme="minorEastAsia"/>
      <w:kern w:val="0"/>
      <w:lang w:val="en-US" w:bidi="ar-SA"/>
      <w14:ligatures w14:val="none"/>
    </w:rPr>
  </w:style>
  <w:style w:type="character" w:styleId="BodyTextChar" w:customStyle="1">
    <w:name w:val="Body Text Char"/>
    <w:basedOn w:val="DefaultParagraphFont"/>
    <w:link w:val="BodyText"/>
    <w:uiPriority w:val="99"/>
    <w:rsid w:val="00D14149"/>
    <w:rPr>
      <w:rFonts w:eastAsiaTheme="minorEastAsia"/>
      <w:kern w:val="0"/>
      <w:lang w:val="en-US" w:bidi="ar-SA"/>
      <w14:ligatures w14:val="none"/>
    </w:rPr>
  </w:style>
  <w:style w:type="paragraph" w:styleId="BodyText2">
    <w:name w:val="Body Text 2"/>
    <w:basedOn w:val="Normal"/>
    <w:link w:val="BodyText2Char"/>
    <w:uiPriority w:val="99"/>
    <w:unhideWhenUsed/>
    <w:rsid w:val="00D14149"/>
    <w:pPr>
      <w:spacing w:after="120" w:line="480" w:lineRule="auto"/>
    </w:pPr>
    <w:rPr>
      <w:rFonts w:eastAsiaTheme="minorEastAsia"/>
      <w:kern w:val="0"/>
      <w:lang w:val="en-US" w:bidi="ar-SA"/>
      <w14:ligatures w14:val="none"/>
    </w:rPr>
  </w:style>
  <w:style w:type="character" w:styleId="BodyText2Char" w:customStyle="1">
    <w:name w:val="Body Text 2 Char"/>
    <w:basedOn w:val="DefaultParagraphFont"/>
    <w:link w:val="BodyText2"/>
    <w:uiPriority w:val="99"/>
    <w:rsid w:val="00D14149"/>
    <w:rPr>
      <w:rFonts w:eastAsiaTheme="minorEastAsia"/>
      <w:kern w:val="0"/>
      <w:lang w:val="en-US" w:bidi="ar-SA"/>
      <w14:ligatures w14:val="none"/>
    </w:rPr>
  </w:style>
  <w:style w:type="paragraph" w:styleId="BodyText3">
    <w:name w:val="Body Text 3"/>
    <w:basedOn w:val="Normal"/>
    <w:link w:val="BodyText3Char"/>
    <w:uiPriority w:val="99"/>
    <w:unhideWhenUsed/>
    <w:rsid w:val="00D14149"/>
    <w:pPr>
      <w:spacing w:after="120" w:line="276" w:lineRule="auto"/>
    </w:pPr>
    <w:rPr>
      <w:rFonts w:eastAsiaTheme="minorEastAsia"/>
      <w:kern w:val="0"/>
      <w:sz w:val="16"/>
      <w:szCs w:val="16"/>
      <w:lang w:val="en-US" w:bidi="ar-SA"/>
      <w14:ligatures w14:val="none"/>
    </w:rPr>
  </w:style>
  <w:style w:type="character" w:styleId="BodyText3Char" w:customStyle="1">
    <w:name w:val="Body Text 3 Char"/>
    <w:basedOn w:val="DefaultParagraphFont"/>
    <w:link w:val="BodyText3"/>
    <w:uiPriority w:val="99"/>
    <w:rsid w:val="00D14149"/>
    <w:rPr>
      <w:rFonts w:eastAsiaTheme="minorEastAsia"/>
      <w:kern w:val="0"/>
      <w:sz w:val="16"/>
      <w:szCs w:val="16"/>
      <w:lang w:val="en-US" w:bidi="ar-SA"/>
      <w14:ligatures w14:val="none"/>
    </w:rPr>
  </w:style>
  <w:style w:type="paragraph" w:styleId="List">
    <w:name w:val="List"/>
    <w:basedOn w:val="Normal"/>
    <w:uiPriority w:val="99"/>
    <w:unhideWhenUsed/>
    <w:rsid w:val="00D14149"/>
    <w:pPr>
      <w:spacing w:after="200" w:line="276" w:lineRule="auto"/>
      <w:ind w:left="360" w:hanging="360"/>
      <w:contextualSpacing/>
    </w:pPr>
    <w:rPr>
      <w:rFonts w:eastAsiaTheme="minorEastAsia"/>
      <w:kern w:val="0"/>
      <w:lang w:val="en-US" w:bidi="ar-SA"/>
      <w14:ligatures w14:val="none"/>
    </w:rPr>
  </w:style>
  <w:style w:type="paragraph" w:styleId="List2">
    <w:name w:val="List 2"/>
    <w:basedOn w:val="Normal"/>
    <w:uiPriority w:val="99"/>
    <w:unhideWhenUsed/>
    <w:rsid w:val="00D14149"/>
    <w:pPr>
      <w:spacing w:after="200" w:line="276" w:lineRule="auto"/>
      <w:ind w:left="720" w:hanging="360"/>
      <w:contextualSpacing/>
    </w:pPr>
    <w:rPr>
      <w:rFonts w:eastAsiaTheme="minorEastAsia"/>
      <w:kern w:val="0"/>
      <w:lang w:val="en-US" w:bidi="ar-SA"/>
      <w14:ligatures w14:val="none"/>
    </w:rPr>
  </w:style>
  <w:style w:type="paragraph" w:styleId="List3">
    <w:name w:val="List 3"/>
    <w:basedOn w:val="Normal"/>
    <w:uiPriority w:val="99"/>
    <w:unhideWhenUsed/>
    <w:rsid w:val="00D14149"/>
    <w:pPr>
      <w:spacing w:after="200" w:line="276" w:lineRule="auto"/>
      <w:ind w:left="1080" w:hanging="360"/>
      <w:contextualSpacing/>
    </w:pPr>
    <w:rPr>
      <w:rFonts w:eastAsiaTheme="minorEastAsia"/>
      <w:kern w:val="0"/>
      <w:lang w:val="en-US" w:bidi="ar-SA"/>
      <w14:ligatures w14:val="none"/>
    </w:rPr>
  </w:style>
  <w:style w:type="paragraph" w:styleId="ListBullet">
    <w:name w:val="List Bullet"/>
    <w:basedOn w:val="Normal"/>
    <w:uiPriority w:val="99"/>
    <w:unhideWhenUsed/>
    <w:rsid w:val="00D14149"/>
    <w:pPr>
      <w:numPr>
        <w:numId w:val="17"/>
      </w:numPr>
      <w:tabs>
        <w:tab w:val="clear" w:pos="360"/>
      </w:tabs>
      <w:spacing w:after="200" w:line="276" w:lineRule="auto"/>
      <w:ind w:left="0" w:firstLine="0"/>
      <w:contextualSpacing/>
    </w:pPr>
    <w:rPr>
      <w:rFonts w:eastAsiaTheme="minorEastAsia"/>
      <w:kern w:val="0"/>
      <w:lang w:val="en-US" w:bidi="ar-SA"/>
      <w14:ligatures w14:val="none"/>
    </w:rPr>
  </w:style>
  <w:style w:type="paragraph" w:styleId="ListBullet2">
    <w:name w:val="List Bullet 2"/>
    <w:basedOn w:val="Normal"/>
    <w:uiPriority w:val="99"/>
    <w:unhideWhenUsed/>
    <w:rsid w:val="00D14149"/>
    <w:pPr>
      <w:numPr>
        <w:numId w:val="18"/>
      </w:numPr>
      <w:tabs>
        <w:tab w:val="clear" w:pos="720"/>
      </w:tabs>
      <w:spacing w:after="200" w:line="276" w:lineRule="auto"/>
      <w:ind w:left="0" w:firstLine="0"/>
      <w:contextualSpacing/>
    </w:pPr>
    <w:rPr>
      <w:rFonts w:eastAsiaTheme="minorEastAsia"/>
      <w:kern w:val="0"/>
      <w:lang w:val="en-US" w:bidi="ar-SA"/>
      <w14:ligatures w14:val="none"/>
    </w:rPr>
  </w:style>
  <w:style w:type="paragraph" w:styleId="ListBullet3">
    <w:name w:val="List Bullet 3"/>
    <w:basedOn w:val="Normal"/>
    <w:uiPriority w:val="99"/>
    <w:unhideWhenUsed/>
    <w:rsid w:val="00D14149"/>
    <w:pPr>
      <w:numPr>
        <w:numId w:val="19"/>
      </w:numPr>
      <w:tabs>
        <w:tab w:val="clear" w:pos="1080"/>
      </w:tabs>
      <w:spacing w:after="200" w:line="276" w:lineRule="auto"/>
      <w:ind w:left="0" w:firstLine="0"/>
      <w:contextualSpacing/>
    </w:pPr>
    <w:rPr>
      <w:rFonts w:eastAsiaTheme="minorEastAsia"/>
      <w:kern w:val="0"/>
      <w:lang w:val="en-US" w:bidi="ar-SA"/>
      <w14:ligatures w14:val="none"/>
    </w:rPr>
  </w:style>
  <w:style w:type="paragraph" w:styleId="ListNumber">
    <w:name w:val="List Number"/>
    <w:basedOn w:val="Normal"/>
    <w:uiPriority w:val="99"/>
    <w:unhideWhenUsed/>
    <w:rsid w:val="00D14149"/>
    <w:pPr>
      <w:numPr>
        <w:numId w:val="21"/>
      </w:numPr>
      <w:tabs>
        <w:tab w:val="clear" w:pos="360"/>
      </w:tabs>
      <w:spacing w:after="200" w:line="276" w:lineRule="auto"/>
      <w:ind w:left="0" w:firstLine="0"/>
      <w:contextualSpacing/>
    </w:pPr>
    <w:rPr>
      <w:rFonts w:eastAsiaTheme="minorEastAsia"/>
      <w:kern w:val="0"/>
      <w:lang w:val="en-US" w:bidi="ar-SA"/>
      <w14:ligatures w14:val="none"/>
    </w:rPr>
  </w:style>
  <w:style w:type="paragraph" w:styleId="ListNumber2">
    <w:name w:val="List Number 2"/>
    <w:basedOn w:val="Normal"/>
    <w:uiPriority w:val="99"/>
    <w:unhideWhenUsed/>
    <w:rsid w:val="00D14149"/>
    <w:pPr>
      <w:numPr>
        <w:numId w:val="22"/>
      </w:numPr>
      <w:tabs>
        <w:tab w:val="clear" w:pos="720"/>
      </w:tabs>
      <w:spacing w:after="200" w:line="276" w:lineRule="auto"/>
      <w:ind w:left="0" w:firstLine="0"/>
      <w:contextualSpacing/>
    </w:pPr>
    <w:rPr>
      <w:rFonts w:eastAsiaTheme="minorEastAsia"/>
      <w:kern w:val="0"/>
      <w:lang w:val="en-US" w:bidi="ar-SA"/>
      <w14:ligatures w14:val="none"/>
    </w:rPr>
  </w:style>
  <w:style w:type="paragraph" w:styleId="ListNumber3">
    <w:name w:val="List Number 3"/>
    <w:basedOn w:val="Normal"/>
    <w:uiPriority w:val="99"/>
    <w:unhideWhenUsed/>
    <w:rsid w:val="00D14149"/>
    <w:pPr>
      <w:numPr>
        <w:numId w:val="23"/>
      </w:numPr>
      <w:tabs>
        <w:tab w:val="clear" w:pos="1080"/>
      </w:tabs>
      <w:spacing w:after="200" w:line="276" w:lineRule="auto"/>
      <w:ind w:left="0" w:firstLine="0"/>
      <w:contextualSpacing/>
    </w:pPr>
    <w:rPr>
      <w:rFonts w:eastAsiaTheme="minorEastAsia"/>
      <w:kern w:val="0"/>
      <w:lang w:val="en-US" w:bidi="ar-SA"/>
      <w14:ligatures w14:val="none"/>
    </w:rPr>
  </w:style>
  <w:style w:type="paragraph" w:styleId="ListContinue">
    <w:name w:val="List Continue"/>
    <w:basedOn w:val="Normal"/>
    <w:uiPriority w:val="99"/>
    <w:unhideWhenUsed/>
    <w:rsid w:val="00D14149"/>
    <w:pPr>
      <w:spacing w:after="120" w:line="276" w:lineRule="auto"/>
      <w:ind w:left="360"/>
      <w:contextualSpacing/>
    </w:pPr>
    <w:rPr>
      <w:rFonts w:eastAsiaTheme="minorEastAsia"/>
      <w:kern w:val="0"/>
      <w:lang w:val="en-US" w:bidi="ar-SA"/>
      <w14:ligatures w14:val="none"/>
    </w:rPr>
  </w:style>
  <w:style w:type="paragraph" w:styleId="ListContinue2">
    <w:name w:val="List Continue 2"/>
    <w:basedOn w:val="Normal"/>
    <w:uiPriority w:val="99"/>
    <w:unhideWhenUsed/>
    <w:rsid w:val="00D14149"/>
    <w:pPr>
      <w:spacing w:after="120" w:line="276" w:lineRule="auto"/>
      <w:ind w:left="720"/>
      <w:contextualSpacing/>
    </w:pPr>
    <w:rPr>
      <w:rFonts w:eastAsiaTheme="minorEastAsia"/>
      <w:kern w:val="0"/>
      <w:lang w:val="en-US" w:bidi="ar-SA"/>
      <w14:ligatures w14:val="none"/>
    </w:rPr>
  </w:style>
  <w:style w:type="paragraph" w:styleId="ListContinue3">
    <w:name w:val="List Continue 3"/>
    <w:basedOn w:val="Normal"/>
    <w:uiPriority w:val="99"/>
    <w:unhideWhenUsed/>
    <w:rsid w:val="00D14149"/>
    <w:pPr>
      <w:spacing w:after="120" w:line="276" w:lineRule="auto"/>
      <w:ind w:left="1080"/>
      <w:contextualSpacing/>
    </w:pPr>
    <w:rPr>
      <w:rFonts w:eastAsiaTheme="minorEastAsia"/>
      <w:kern w:val="0"/>
      <w:lang w:val="en-US" w:bidi="ar-SA"/>
      <w14:ligatures w14:val="none"/>
    </w:rPr>
  </w:style>
  <w:style w:type="paragraph" w:styleId="MacroText">
    <w:name w:val="macro"/>
    <w:link w:val="MacroTextChar"/>
    <w:uiPriority w:val="99"/>
    <w:unhideWhenUsed/>
    <w:rsid w:val="00D1414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kern w:val="0"/>
      <w:sz w:val="20"/>
      <w:szCs w:val="20"/>
      <w:lang w:val="en-US" w:bidi="ar-SA"/>
      <w14:ligatures w14:val="none"/>
    </w:rPr>
  </w:style>
  <w:style w:type="character" w:styleId="MacroTextChar" w:customStyle="1">
    <w:name w:val="Macro Text Char"/>
    <w:basedOn w:val="DefaultParagraphFont"/>
    <w:link w:val="MacroText"/>
    <w:uiPriority w:val="99"/>
    <w:rsid w:val="00D14149"/>
    <w:rPr>
      <w:rFonts w:ascii="Courier" w:hAnsi="Courier" w:eastAsiaTheme="minorEastAsia"/>
      <w:kern w:val="0"/>
      <w:sz w:val="20"/>
      <w:szCs w:val="20"/>
      <w:lang w:val="en-US" w:bidi="ar-SA"/>
      <w14:ligatures w14:val="none"/>
    </w:rPr>
  </w:style>
  <w:style w:type="paragraph" w:styleId="Caption">
    <w:name w:val="caption"/>
    <w:basedOn w:val="Normal"/>
    <w:next w:val="Normal"/>
    <w:uiPriority w:val="35"/>
    <w:semiHidden/>
    <w:unhideWhenUsed/>
    <w:qFormat/>
    <w:rsid w:val="00D14149"/>
    <w:pPr>
      <w:spacing w:after="200" w:line="240" w:lineRule="auto"/>
    </w:pPr>
    <w:rPr>
      <w:rFonts w:eastAsiaTheme="minorEastAsia"/>
      <w:b/>
      <w:bCs/>
      <w:color w:val="156082" w:themeColor="accent1"/>
      <w:kern w:val="0"/>
      <w:sz w:val="18"/>
      <w:szCs w:val="18"/>
      <w:lang w:val="en-US" w:bidi="ar-SA"/>
      <w14:ligatures w14:val="none"/>
    </w:rPr>
  </w:style>
  <w:style w:type="character" w:styleId="Strong">
    <w:name w:val="Strong"/>
    <w:basedOn w:val="DefaultParagraphFont"/>
    <w:uiPriority w:val="22"/>
    <w:qFormat/>
    <w:rsid w:val="00D14149"/>
    <w:rPr>
      <w:b/>
      <w:bCs/>
    </w:rPr>
  </w:style>
  <w:style w:type="character" w:styleId="Emphasis">
    <w:name w:val="Emphasis"/>
    <w:basedOn w:val="DefaultParagraphFont"/>
    <w:uiPriority w:val="20"/>
    <w:qFormat/>
    <w:rsid w:val="00D14149"/>
    <w:rPr>
      <w:i/>
      <w:iCs/>
    </w:rPr>
  </w:style>
  <w:style w:type="character" w:styleId="SubtleEmphasis">
    <w:name w:val="Subtle Emphasis"/>
    <w:basedOn w:val="DefaultParagraphFont"/>
    <w:uiPriority w:val="19"/>
    <w:qFormat/>
    <w:rsid w:val="00D14149"/>
    <w:rPr>
      <w:i/>
      <w:iCs/>
      <w:color w:val="808080" w:themeColor="text1" w:themeTint="7F"/>
    </w:rPr>
  </w:style>
  <w:style w:type="character" w:styleId="SubtleReference">
    <w:name w:val="Subtle Reference"/>
    <w:basedOn w:val="DefaultParagraphFont"/>
    <w:uiPriority w:val="31"/>
    <w:qFormat/>
    <w:rsid w:val="00D14149"/>
    <w:rPr>
      <w:smallCaps/>
      <w:color w:val="E97132" w:themeColor="accent2"/>
      <w:u w:val="single"/>
    </w:rPr>
  </w:style>
  <w:style w:type="character" w:styleId="BookTitle">
    <w:name w:val="Book Title"/>
    <w:basedOn w:val="DefaultParagraphFont"/>
    <w:uiPriority w:val="33"/>
    <w:qFormat/>
    <w:rsid w:val="00D14149"/>
    <w:rPr>
      <w:b/>
      <w:bCs/>
      <w:smallCaps/>
      <w:spacing w:val="5"/>
    </w:rPr>
  </w:style>
  <w:style w:type="paragraph" w:styleId="TOCHeading">
    <w:name w:val="TOC Heading"/>
    <w:basedOn w:val="Heading1"/>
    <w:next w:val="Normal"/>
    <w:uiPriority w:val="39"/>
    <w:semiHidden/>
    <w:unhideWhenUsed/>
    <w:qFormat/>
    <w:rsid w:val="00D14149"/>
    <w:pPr>
      <w:spacing w:before="480" w:after="0" w:line="276" w:lineRule="auto"/>
      <w:outlineLvl w:val="9"/>
    </w:pPr>
    <w:rPr>
      <w:b/>
      <w:bCs/>
      <w:kern w:val="0"/>
      <w:sz w:val="28"/>
      <w:szCs w:val="28"/>
      <w:lang w:val="en-US" w:bidi="ar-SA"/>
      <w14:ligatures w14:val="none"/>
    </w:rPr>
  </w:style>
  <w:style w:type="table" w:styleId="LightShading">
    <w:name w:val="Light Shading"/>
    <w:basedOn w:val="TableNormal"/>
    <w:uiPriority w:val="60"/>
    <w:rsid w:val="00D14149"/>
    <w:pPr>
      <w:spacing w:after="0" w:line="240" w:lineRule="auto"/>
    </w:pPr>
    <w:rPr>
      <w:rFonts w:eastAsiaTheme="minorEastAsia"/>
      <w:color w:val="000000" w:themeColor="text1" w:themeShade="BF"/>
      <w:kern w:val="0"/>
      <w:lang w:val="en-US" w:bidi="ar-SA"/>
      <w14:ligatures w14:val="none"/>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14149"/>
    <w:pPr>
      <w:spacing w:after="0" w:line="240" w:lineRule="auto"/>
    </w:pPr>
    <w:rPr>
      <w:rFonts w:eastAsiaTheme="minorEastAsia"/>
      <w:color w:val="0F4761" w:themeColor="accent1" w:themeShade="BF"/>
      <w:kern w:val="0"/>
      <w:lang w:val="en-US" w:bidi="ar-SA"/>
      <w14:ligatures w14:val="none"/>
    </w:rPr>
    <w:tblPr>
      <w:tblStyleRowBandSize w:val="1"/>
      <w:tblStyleColBandSize w:val="1"/>
      <w:tblBorders>
        <w:top w:val="single" w:color="156082" w:themeColor="accent1" w:sz="8" w:space="0"/>
        <w:bottom w:val="single" w:color="156082" w:themeColor="accent1" w:sz="8" w:space="0"/>
      </w:tblBorders>
    </w:tblPr>
    <w:tblStylePr w:type="fir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la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D14149"/>
    <w:pPr>
      <w:spacing w:after="0" w:line="240" w:lineRule="auto"/>
    </w:pPr>
    <w:rPr>
      <w:rFonts w:eastAsiaTheme="minorEastAsia"/>
      <w:color w:val="BF4E14" w:themeColor="accent2" w:themeShade="BF"/>
      <w:kern w:val="0"/>
      <w:lang w:val="en-US" w:bidi="ar-SA"/>
      <w14:ligatures w14:val="none"/>
    </w:rPr>
    <w:tblPr>
      <w:tblStyleRowBandSize w:val="1"/>
      <w:tblStyleColBandSize w:val="1"/>
      <w:tblBorders>
        <w:top w:val="single" w:color="E97132" w:themeColor="accent2" w:sz="8" w:space="0"/>
        <w:bottom w:val="single" w:color="E97132" w:themeColor="accent2" w:sz="8" w:space="0"/>
      </w:tblBorders>
    </w:tblPr>
    <w:tblStylePr w:type="fir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la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D14149"/>
    <w:pPr>
      <w:spacing w:after="0" w:line="240" w:lineRule="auto"/>
    </w:pPr>
    <w:rPr>
      <w:rFonts w:eastAsiaTheme="minorEastAsia"/>
      <w:color w:val="124F1A" w:themeColor="accent3" w:themeShade="BF"/>
      <w:kern w:val="0"/>
      <w:lang w:val="en-US" w:bidi="ar-SA"/>
      <w14:ligatures w14:val="none"/>
    </w:rPr>
    <w:tblPr>
      <w:tblStyleRowBandSize w:val="1"/>
      <w:tblStyleColBandSize w:val="1"/>
      <w:tblBorders>
        <w:top w:val="single" w:color="196B24" w:themeColor="accent3" w:sz="8" w:space="0"/>
        <w:bottom w:val="single" w:color="196B24" w:themeColor="accent3" w:sz="8" w:space="0"/>
      </w:tblBorders>
    </w:tblPr>
    <w:tblStylePr w:type="fir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la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D14149"/>
    <w:pPr>
      <w:spacing w:after="0" w:line="240" w:lineRule="auto"/>
    </w:pPr>
    <w:rPr>
      <w:rFonts w:eastAsiaTheme="minorEastAsia"/>
      <w:color w:val="0B769F" w:themeColor="accent4" w:themeShade="BF"/>
      <w:kern w:val="0"/>
      <w:lang w:val="en-US" w:bidi="ar-SA"/>
      <w14:ligatures w14:val="none"/>
    </w:rPr>
    <w:tblPr>
      <w:tblStyleRowBandSize w:val="1"/>
      <w:tblStyleColBandSize w:val="1"/>
      <w:tblBorders>
        <w:top w:val="single" w:color="0F9ED5" w:themeColor="accent4" w:sz="8" w:space="0"/>
        <w:bottom w:val="single" w:color="0F9ED5" w:themeColor="accent4" w:sz="8" w:space="0"/>
      </w:tblBorders>
    </w:tblPr>
    <w:tblStylePr w:type="fir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la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D14149"/>
    <w:pPr>
      <w:spacing w:after="0" w:line="240" w:lineRule="auto"/>
    </w:pPr>
    <w:rPr>
      <w:rFonts w:eastAsiaTheme="minorEastAsia"/>
      <w:color w:val="77206D" w:themeColor="accent5" w:themeShade="BF"/>
      <w:kern w:val="0"/>
      <w:lang w:val="en-US" w:bidi="ar-SA"/>
      <w14:ligatures w14:val="none"/>
    </w:rPr>
    <w:tblPr>
      <w:tblStyleRowBandSize w:val="1"/>
      <w:tblStyleColBandSize w:val="1"/>
      <w:tblBorders>
        <w:top w:val="single" w:color="A02B93" w:themeColor="accent5" w:sz="8" w:space="0"/>
        <w:bottom w:val="single" w:color="A02B93" w:themeColor="accent5" w:sz="8" w:space="0"/>
      </w:tblBorders>
    </w:tblPr>
    <w:tblStylePr w:type="fir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la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D14149"/>
    <w:pPr>
      <w:spacing w:after="0" w:line="240" w:lineRule="auto"/>
    </w:pPr>
    <w:rPr>
      <w:rFonts w:eastAsiaTheme="minorEastAsia"/>
      <w:color w:val="3A7C22" w:themeColor="accent6" w:themeShade="BF"/>
      <w:kern w:val="0"/>
      <w:lang w:val="en-US" w:bidi="ar-SA"/>
      <w14:ligatures w14:val="none"/>
    </w:rPr>
    <w:tblPr>
      <w:tblStyleRowBandSize w:val="1"/>
      <w:tblStyleColBandSize w:val="1"/>
      <w:tblBorders>
        <w:top w:val="single" w:color="4EA72E" w:themeColor="accent6" w:sz="8" w:space="0"/>
        <w:bottom w:val="single" w:color="4EA72E" w:themeColor="accent6" w:sz="8" w:space="0"/>
      </w:tblBorders>
    </w:tblPr>
    <w:tblStylePr w:type="fir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la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tcBorders>
      </w:tcPr>
    </w:tblStylePr>
    <w:tblStylePr w:type="firstCol">
      <w:rPr>
        <w:b/>
        <w:bCs/>
      </w:rPr>
    </w:tblStylePr>
    <w:tblStylePr w:type="lastCol">
      <w:rPr>
        <w:b/>
        <w:bCs/>
      </w:r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style>
  <w:style w:type="table" w:styleId="LightList-Accent2">
    <w:name w:val="Light List Accent 2"/>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tcBorders>
      </w:tcPr>
    </w:tblStylePr>
    <w:tblStylePr w:type="firstCol">
      <w:rPr>
        <w:b/>
        <w:bCs/>
      </w:rPr>
    </w:tblStylePr>
    <w:tblStylePr w:type="lastCol">
      <w:rPr>
        <w:b/>
        <w:bCs/>
      </w:r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style>
  <w:style w:type="table" w:styleId="LightList-Accent3">
    <w:name w:val="Light List Accent 3"/>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tcBorders>
      </w:tcPr>
    </w:tblStylePr>
    <w:tblStylePr w:type="firstCol">
      <w:rPr>
        <w:b/>
        <w:bCs/>
      </w:rPr>
    </w:tblStylePr>
    <w:tblStylePr w:type="lastCol">
      <w:rPr>
        <w:b/>
        <w:bCs/>
      </w:r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style>
  <w:style w:type="table" w:styleId="LightList-Accent4">
    <w:name w:val="Light List Accent 4"/>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tcBorders>
      </w:tcPr>
    </w:tblStylePr>
    <w:tblStylePr w:type="firstCol">
      <w:rPr>
        <w:b/>
        <w:bCs/>
      </w:rPr>
    </w:tblStylePr>
    <w:tblStylePr w:type="lastCol">
      <w:rPr>
        <w:b/>
        <w:bCs/>
      </w:r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style>
  <w:style w:type="table" w:styleId="LightList-Accent5">
    <w:name w:val="Light List Accent 5"/>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tcBorders>
      </w:tcPr>
    </w:tblStylePr>
    <w:tblStylePr w:type="firstCol">
      <w:rPr>
        <w:b/>
        <w:bCs/>
      </w:rPr>
    </w:tblStylePr>
    <w:tblStylePr w:type="lastCol">
      <w:rPr>
        <w:b/>
        <w:bCs/>
      </w:r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style>
  <w:style w:type="table" w:styleId="LightList-Accent6">
    <w:name w:val="Light List Accent 6"/>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tcBorders>
      </w:tcPr>
    </w:tblStylePr>
    <w:tblStylePr w:type="firstCol">
      <w:rPr>
        <w:b/>
        <w:bCs/>
      </w:rPr>
    </w:tblStylePr>
    <w:tblStylePr w:type="lastCol">
      <w:rPr>
        <w:b/>
        <w:bCs/>
      </w:r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style>
  <w:style w:type="table" w:styleId="LightGrid">
    <w:name w:val="Light Grid"/>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18" w:space="0"/>
          <w:right w:val="single" w:color="156082" w:themeColor="accent1" w:sz="8" w:space="0"/>
          <w:insideH w:val="nil"/>
          <w:insideV w:val="single" w:color="156082"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insideH w:val="nil"/>
          <w:insideV w:val="single" w:color="156082"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shd w:val="clear" w:color="auto" w:fill="B2DEF2" w:themeFill="accent1" w:themeFillTint="3F"/>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color="156082" w:themeColor="accent1" w:sz="8" w:space="0"/>
        </w:tcBorders>
        <w:shd w:val="clear" w:color="auto" w:fill="B2DEF2" w:themeFill="accent1" w:themeFillTint="3F"/>
      </w:tcPr>
    </w:tblStylePr>
    <w:tblStylePr w:type="band2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color="156082" w:themeColor="accent1" w:sz="8" w:space="0"/>
        </w:tcBorders>
      </w:tcPr>
    </w:tblStylePr>
  </w:style>
  <w:style w:type="table" w:styleId="LightGrid-Accent2">
    <w:name w:val="Light Grid Accent 2"/>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18" w:space="0"/>
          <w:right w:val="single" w:color="E97132" w:themeColor="accent2" w:sz="8" w:space="0"/>
          <w:insideH w:val="nil"/>
          <w:insideV w:val="single" w:color="E97132"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insideH w:val="nil"/>
          <w:insideV w:val="single" w:color="E97132"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shd w:val="clear" w:color="auto" w:fill="F9DBCC" w:themeFill="accent2" w:themeFillTint="3F"/>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color="E97132" w:themeColor="accent2" w:sz="8" w:space="0"/>
        </w:tcBorders>
        <w:shd w:val="clear" w:color="auto" w:fill="F9DBCC" w:themeFill="accent2" w:themeFillTint="3F"/>
      </w:tcPr>
    </w:tblStylePr>
    <w:tblStylePr w:type="band2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color="E97132" w:themeColor="accent2" w:sz="8" w:space="0"/>
        </w:tcBorders>
      </w:tcPr>
    </w:tblStylePr>
  </w:style>
  <w:style w:type="table" w:styleId="LightGrid-Accent3">
    <w:name w:val="Light Grid Accent 3"/>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18" w:space="0"/>
          <w:right w:val="single" w:color="196B24" w:themeColor="accent3" w:sz="8" w:space="0"/>
          <w:insideH w:val="nil"/>
          <w:insideV w:val="single" w:color="196B24"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insideH w:val="nil"/>
          <w:insideV w:val="single" w:color="196B24"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shd w:val="clear" w:color="auto" w:fill="B3EDBA" w:themeFill="accent3" w:themeFillTint="3F"/>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color="196B24" w:themeColor="accent3" w:sz="8" w:space="0"/>
        </w:tcBorders>
        <w:shd w:val="clear" w:color="auto" w:fill="B3EDBA" w:themeFill="accent3" w:themeFillTint="3F"/>
      </w:tcPr>
    </w:tblStylePr>
    <w:tblStylePr w:type="band2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color="196B24" w:themeColor="accent3" w:sz="8" w:space="0"/>
        </w:tcBorders>
      </w:tcPr>
    </w:tblStylePr>
  </w:style>
  <w:style w:type="table" w:styleId="LightGrid-Accent4">
    <w:name w:val="Light Grid Accent 4"/>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18" w:space="0"/>
          <w:right w:val="single" w:color="0F9ED5" w:themeColor="accent4" w:sz="8" w:space="0"/>
          <w:insideH w:val="nil"/>
          <w:insideV w:val="single" w:color="0F9ED5"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insideH w:val="nil"/>
          <w:insideV w:val="single" w:color="0F9ED5"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shd w:val="clear" w:color="auto" w:fill="BDE9FA" w:themeFill="accent4" w:themeFillTint="3F"/>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color="0F9ED5" w:themeColor="accent4" w:sz="8" w:space="0"/>
        </w:tcBorders>
        <w:shd w:val="clear" w:color="auto" w:fill="BDE9FA" w:themeFill="accent4" w:themeFillTint="3F"/>
      </w:tcPr>
    </w:tblStylePr>
    <w:tblStylePr w:type="band2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color="0F9ED5" w:themeColor="accent4" w:sz="8" w:space="0"/>
        </w:tcBorders>
      </w:tcPr>
    </w:tblStylePr>
  </w:style>
  <w:style w:type="table" w:styleId="LightGrid-Accent5">
    <w:name w:val="Light Grid Accent 5"/>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18" w:space="0"/>
          <w:right w:val="single" w:color="A02B93" w:themeColor="accent5" w:sz="8" w:space="0"/>
          <w:insideH w:val="nil"/>
          <w:insideV w:val="single" w:color="A02B93"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insideH w:val="nil"/>
          <w:insideV w:val="single" w:color="A02B93"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shd w:val="clear" w:color="auto" w:fill="EFC3E9" w:themeFill="accent5" w:themeFillTint="3F"/>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color="A02B93" w:themeColor="accent5" w:sz="8" w:space="0"/>
        </w:tcBorders>
        <w:shd w:val="clear" w:color="auto" w:fill="EFC3E9" w:themeFill="accent5" w:themeFillTint="3F"/>
      </w:tcPr>
    </w:tblStylePr>
    <w:tblStylePr w:type="band2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color="A02B93" w:themeColor="accent5" w:sz="8" w:space="0"/>
        </w:tcBorders>
      </w:tcPr>
    </w:tblStylePr>
  </w:style>
  <w:style w:type="table" w:styleId="LightGrid-Accent6">
    <w:name w:val="Light Grid Accent 6"/>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18" w:space="0"/>
          <w:right w:val="single" w:color="4EA72E" w:themeColor="accent6" w:sz="8" w:space="0"/>
          <w:insideH w:val="nil"/>
          <w:insideV w:val="single" w:color="4EA72E"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insideH w:val="nil"/>
          <w:insideV w:val="single" w:color="4EA72E"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shd w:val="clear" w:color="auto" w:fill="D0EFC5" w:themeFill="accent6" w:themeFillTint="3F"/>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color="4EA72E" w:themeColor="accent6" w:sz="8" w:space="0"/>
        </w:tcBorders>
        <w:shd w:val="clear" w:color="auto" w:fill="D0EFC5" w:themeFill="accent6" w:themeFillTint="3F"/>
      </w:tcPr>
    </w:tblStylePr>
    <w:tblStylePr w:type="band2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color="4EA72E" w:themeColor="accent6" w:sz="8" w:space="0"/>
        </w:tcBorders>
      </w:tcPr>
    </w:tblStylePr>
  </w:style>
  <w:style w:type="table" w:styleId="MediumShading1">
    <w:name w:val="Medium Shading 1"/>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single" w:color="2198CF" w:themeColor="accent1" w:themeTint="BF" w:sz="8" w:space="0"/>
      </w:tblBorders>
    </w:tblPr>
    <w:tblStylePr w:type="firstRow">
      <w:pPr>
        <w:spacing w:before="0" w:after="0" w:line="240" w:lineRule="auto"/>
      </w:pPr>
      <w:rPr>
        <w:b/>
        <w:bCs/>
        <w:color w:val="FFFFFF" w:themeColor="background1"/>
      </w:rPr>
      <w:tblPr/>
      <w:tcPr>
        <w:tc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nil"/>
          <w:insideV w:val="nil"/>
        </w:tcBorders>
        <w:shd w:val="clear" w:color="auto" w:fill="156082" w:themeFill="accent1"/>
      </w:tcPr>
    </w:tblStylePr>
    <w:tblStylePr w:type="lastRow">
      <w:pPr>
        <w:spacing w:before="0" w:after="0" w:line="240" w:lineRule="auto"/>
      </w:pPr>
      <w:rPr>
        <w:b/>
        <w:bCs/>
      </w:rPr>
      <w:tblPr/>
      <w:tcPr>
        <w:tcBorders>
          <w:top w:val="double" w:color="2198CF" w:themeColor="accent1" w:themeTint="BF" w:sz="6" w:space="0"/>
          <w:left w:val="single" w:color="2198CF" w:themeColor="accent1" w:themeTint="BF" w:sz="8" w:space="0"/>
          <w:bottom w:val="single" w:color="2198CF" w:themeColor="accent1" w:themeTint="BF" w:sz="8" w:space="0"/>
          <w:right w:val="single" w:color="2198C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tblBorders>
    </w:tblPr>
    <w:tblStylePr w:type="firstRow">
      <w:pPr>
        <w:spacing w:before="0" w:after="0" w:line="240" w:lineRule="auto"/>
      </w:pPr>
      <w:rPr>
        <w:b/>
        <w:bCs/>
        <w:color w:val="FFFFFF" w:themeColor="background1"/>
      </w:rPr>
      <w:tblPr/>
      <w:tcPr>
        <w:tc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shd w:val="clear" w:color="auto" w:fill="E97132" w:themeFill="accent2"/>
      </w:tcPr>
    </w:tblStylePr>
    <w:tblStylePr w:type="lastRow">
      <w:pPr>
        <w:spacing w:before="0" w:after="0" w:line="240" w:lineRule="auto"/>
      </w:pPr>
      <w:rPr>
        <w:b/>
        <w:bCs/>
      </w:rPr>
      <w:tblPr/>
      <w:tcPr>
        <w:tcBorders>
          <w:top w:val="double" w:color="EE9465" w:themeColor="accent2" w:themeTint="BF" w:sz="6"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single" w:color="2BB73D" w:themeColor="accent3" w:themeTint="BF" w:sz="8" w:space="0"/>
      </w:tblBorders>
    </w:tblPr>
    <w:tblStylePr w:type="firstRow">
      <w:pPr>
        <w:spacing w:before="0" w:after="0" w:line="240" w:lineRule="auto"/>
      </w:pPr>
      <w:rPr>
        <w:b/>
        <w:bCs/>
        <w:color w:val="FFFFFF" w:themeColor="background1"/>
      </w:rPr>
      <w:tblPr/>
      <w:tcPr>
        <w:tc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nil"/>
          <w:insideV w:val="nil"/>
        </w:tcBorders>
        <w:shd w:val="clear" w:color="auto" w:fill="196B24" w:themeFill="accent3"/>
      </w:tcPr>
    </w:tblStylePr>
    <w:tblStylePr w:type="lastRow">
      <w:pPr>
        <w:spacing w:before="0" w:after="0" w:line="240" w:lineRule="auto"/>
      </w:pPr>
      <w:rPr>
        <w:b/>
        <w:bCs/>
      </w:rPr>
      <w:tblPr/>
      <w:tcPr>
        <w:tcBorders>
          <w:top w:val="double" w:color="2BB73D" w:themeColor="accent3" w:themeTint="BF" w:sz="6" w:space="0"/>
          <w:left w:val="single" w:color="2BB73D" w:themeColor="accent3" w:themeTint="BF" w:sz="8" w:space="0"/>
          <w:bottom w:val="single" w:color="2BB73D" w:themeColor="accent3" w:themeTint="BF" w:sz="8" w:space="0"/>
          <w:right w:val="single" w:color="2BB73D"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tblBorders>
    </w:tblPr>
    <w:tblStylePr w:type="firstRow">
      <w:pPr>
        <w:spacing w:before="0" w:after="0" w:line="240" w:lineRule="auto"/>
      </w:pPr>
      <w:rPr>
        <w:b/>
        <w:bCs/>
        <w:color w:val="FFFFFF" w:themeColor="background1"/>
      </w:rPr>
      <w:tblPr/>
      <w:tcPr>
        <w:tc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shd w:val="clear" w:color="auto" w:fill="0F9ED5" w:themeFill="accent4"/>
      </w:tcPr>
    </w:tblStylePr>
    <w:tblStylePr w:type="lastRow">
      <w:pPr>
        <w:spacing w:before="0" w:after="0" w:line="240" w:lineRule="auto"/>
      </w:pPr>
      <w:rPr>
        <w:b/>
        <w:bCs/>
      </w:rPr>
      <w:tblPr/>
      <w:tcPr>
        <w:tcBorders>
          <w:top w:val="double" w:color="39BEF1" w:themeColor="accent4" w:themeTint="BF" w:sz="6"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tblBorders>
    </w:tblPr>
    <w:tblStylePr w:type="firstRow">
      <w:pPr>
        <w:spacing w:before="0" w:after="0" w:line="240" w:lineRule="auto"/>
      </w:pPr>
      <w:rPr>
        <w:b/>
        <w:bCs/>
        <w:color w:val="FFFFFF" w:themeColor="background1"/>
      </w:rPr>
      <w:tblPr/>
      <w:tcPr>
        <w:tc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shd w:val="clear" w:color="auto" w:fill="A02B93" w:themeFill="accent5"/>
      </w:tcPr>
    </w:tblStylePr>
    <w:tblStylePr w:type="lastRow">
      <w:pPr>
        <w:spacing w:before="0" w:after="0" w:line="240" w:lineRule="auto"/>
      </w:pPr>
      <w:rPr>
        <w:b/>
        <w:bCs/>
      </w:rPr>
      <w:tblPr/>
      <w:tcPr>
        <w:tcBorders>
          <w:top w:val="double" w:color="CE49BF" w:themeColor="accent5" w:themeTint="BF" w:sz="6"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single" w:color="71CF50" w:themeColor="accent6" w:themeTint="BF" w:sz="8" w:space="0"/>
      </w:tblBorders>
    </w:tblPr>
    <w:tblStylePr w:type="firstRow">
      <w:pPr>
        <w:spacing w:before="0" w:after="0" w:line="240" w:lineRule="auto"/>
      </w:pPr>
      <w:rPr>
        <w:b/>
        <w:bCs/>
        <w:color w:val="FFFFFF" w:themeColor="background1"/>
      </w:rPr>
      <w:tblPr/>
      <w:tcPr>
        <w:tc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nil"/>
          <w:insideV w:val="nil"/>
        </w:tcBorders>
        <w:shd w:val="clear" w:color="auto" w:fill="4EA72E" w:themeFill="accent6"/>
      </w:tcPr>
    </w:tblStylePr>
    <w:tblStylePr w:type="lastRow">
      <w:pPr>
        <w:spacing w:before="0" w:after="0" w:line="240" w:lineRule="auto"/>
      </w:pPr>
      <w:rPr>
        <w:b/>
        <w:bCs/>
      </w:rPr>
      <w:tblPr/>
      <w:tcPr>
        <w:tcBorders>
          <w:top w:val="double" w:color="71CF50" w:themeColor="accent6" w:themeTint="BF" w:sz="6" w:space="0"/>
          <w:left w:val="single" w:color="71CF50" w:themeColor="accent6" w:themeTint="BF" w:sz="8" w:space="0"/>
          <w:bottom w:val="single" w:color="71CF50" w:themeColor="accent6" w:themeTint="BF" w:sz="8" w:space="0"/>
          <w:right w:val="single" w:color="71CF5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E2841"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156082" w:themeColor="accent1" w:sz="8" w:space="0"/>
        <w:bottom w:val="single" w:color="156082" w:themeColor="accent1" w:sz="8" w:space="0"/>
      </w:tblBorders>
    </w:tblPr>
    <w:tblStylePr w:type="firstRow">
      <w:rPr>
        <w:rFonts w:asciiTheme="majorHAnsi" w:hAnsiTheme="majorHAnsi" w:eastAsiaTheme="majorEastAsia" w:cstheme="majorBidi"/>
      </w:rPr>
      <w:tblPr/>
      <w:tcPr>
        <w:tcBorders>
          <w:top w:val="nil"/>
          <w:bottom w:val="single" w:color="156082" w:themeColor="accent1" w:sz="8" w:space="0"/>
        </w:tcBorders>
      </w:tcPr>
    </w:tblStylePr>
    <w:tblStylePr w:type="lastRow">
      <w:rPr>
        <w:b/>
        <w:bCs/>
        <w:color w:val="0E2841" w:themeColor="text2"/>
      </w:rPr>
      <w:tblPr/>
      <w:tcPr>
        <w:tcBorders>
          <w:top w:val="single" w:color="156082" w:themeColor="accent1" w:sz="8" w:space="0"/>
          <w:bottom w:val="single" w:color="156082" w:themeColor="accent1" w:sz="8" w:space="0"/>
        </w:tcBorders>
      </w:tcPr>
    </w:tblStylePr>
    <w:tblStylePr w:type="firstCol">
      <w:rPr>
        <w:b/>
        <w:bCs/>
      </w:rPr>
    </w:tblStylePr>
    <w:tblStylePr w:type="lastCol">
      <w:rPr>
        <w:b/>
        <w:bCs/>
      </w:rPr>
      <w:tblPr/>
      <w:tcPr>
        <w:tcBorders>
          <w:top w:val="single" w:color="156082" w:themeColor="accent1" w:sz="8" w:space="0"/>
          <w:bottom w:val="single" w:color="156082" w:themeColor="accent1" w:sz="8" w:space="0"/>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E97132" w:themeColor="accent2" w:sz="8" w:space="0"/>
        <w:bottom w:val="single" w:color="E97132" w:themeColor="accent2" w:sz="8" w:space="0"/>
      </w:tblBorders>
    </w:tblPr>
    <w:tblStylePr w:type="firstRow">
      <w:rPr>
        <w:rFonts w:asciiTheme="majorHAnsi" w:hAnsiTheme="majorHAnsi" w:eastAsiaTheme="majorEastAsia" w:cstheme="majorBidi"/>
      </w:rPr>
      <w:tblPr/>
      <w:tcPr>
        <w:tcBorders>
          <w:top w:val="nil"/>
          <w:bottom w:val="single" w:color="E97132" w:themeColor="accent2" w:sz="8" w:space="0"/>
        </w:tcBorders>
      </w:tcPr>
    </w:tblStylePr>
    <w:tblStylePr w:type="lastRow">
      <w:rPr>
        <w:b/>
        <w:bCs/>
        <w:color w:val="0E2841" w:themeColor="text2"/>
      </w:rPr>
      <w:tblPr/>
      <w:tcPr>
        <w:tcBorders>
          <w:top w:val="single" w:color="E97132" w:themeColor="accent2" w:sz="8" w:space="0"/>
          <w:bottom w:val="single" w:color="E97132" w:themeColor="accent2" w:sz="8" w:space="0"/>
        </w:tcBorders>
      </w:tcPr>
    </w:tblStylePr>
    <w:tblStylePr w:type="firstCol">
      <w:rPr>
        <w:b/>
        <w:bCs/>
      </w:rPr>
    </w:tblStylePr>
    <w:tblStylePr w:type="lastCol">
      <w:rPr>
        <w:b/>
        <w:bCs/>
      </w:rPr>
      <w:tblPr/>
      <w:tcPr>
        <w:tcBorders>
          <w:top w:val="single" w:color="E97132" w:themeColor="accent2" w:sz="8" w:space="0"/>
          <w:bottom w:val="single" w:color="E97132" w:themeColor="accent2" w:sz="8" w:space="0"/>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196B24" w:themeColor="accent3" w:sz="8" w:space="0"/>
        <w:bottom w:val="single" w:color="196B24" w:themeColor="accent3" w:sz="8" w:space="0"/>
      </w:tblBorders>
    </w:tblPr>
    <w:tblStylePr w:type="firstRow">
      <w:rPr>
        <w:rFonts w:asciiTheme="majorHAnsi" w:hAnsiTheme="majorHAnsi" w:eastAsiaTheme="majorEastAsia" w:cstheme="majorBidi"/>
      </w:rPr>
      <w:tblPr/>
      <w:tcPr>
        <w:tcBorders>
          <w:top w:val="nil"/>
          <w:bottom w:val="single" w:color="196B24" w:themeColor="accent3" w:sz="8" w:space="0"/>
        </w:tcBorders>
      </w:tcPr>
    </w:tblStylePr>
    <w:tblStylePr w:type="lastRow">
      <w:rPr>
        <w:b/>
        <w:bCs/>
        <w:color w:val="0E2841" w:themeColor="text2"/>
      </w:rPr>
      <w:tblPr/>
      <w:tcPr>
        <w:tcBorders>
          <w:top w:val="single" w:color="196B24" w:themeColor="accent3" w:sz="8" w:space="0"/>
          <w:bottom w:val="single" w:color="196B24" w:themeColor="accent3" w:sz="8" w:space="0"/>
        </w:tcBorders>
      </w:tcPr>
    </w:tblStylePr>
    <w:tblStylePr w:type="firstCol">
      <w:rPr>
        <w:b/>
        <w:bCs/>
      </w:rPr>
    </w:tblStylePr>
    <w:tblStylePr w:type="lastCol">
      <w:rPr>
        <w:b/>
        <w:bCs/>
      </w:rPr>
      <w:tblPr/>
      <w:tcPr>
        <w:tcBorders>
          <w:top w:val="single" w:color="196B24" w:themeColor="accent3" w:sz="8" w:space="0"/>
          <w:bottom w:val="single" w:color="196B24" w:themeColor="accent3" w:sz="8" w:space="0"/>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0F9ED5" w:themeColor="accent4" w:sz="8" w:space="0"/>
        <w:bottom w:val="single" w:color="0F9ED5" w:themeColor="accent4" w:sz="8" w:space="0"/>
      </w:tblBorders>
    </w:tblPr>
    <w:tblStylePr w:type="firstRow">
      <w:rPr>
        <w:rFonts w:asciiTheme="majorHAnsi" w:hAnsiTheme="majorHAnsi" w:eastAsiaTheme="majorEastAsia" w:cstheme="majorBidi"/>
      </w:rPr>
      <w:tblPr/>
      <w:tcPr>
        <w:tcBorders>
          <w:top w:val="nil"/>
          <w:bottom w:val="single" w:color="0F9ED5" w:themeColor="accent4" w:sz="8" w:space="0"/>
        </w:tcBorders>
      </w:tcPr>
    </w:tblStylePr>
    <w:tblStylePr w:type="lastRow">
      <w:rPr>
        <w:b/>
        <w:bCs/>
        <w:color w:val="0E2841" w:themeColor="text2"/>
      </w:rPr>
      <w:tblPr/>
      <w:tcPr>
        <w:tcBorders>
          <w:top w:val="single" w:color="0F9ED5" w:themeColor="accent4" w:sz="8" w:space="0"/>
          <w:bottom w:val="single" w:color="0F9ED5" w:themeColor="accent4" w:sz="8" w:space="0"/>
        </w:tcBorders>
      </w:tcPr>
    </w:tblStylePr>
    <w:tblStylePr w:type="firstCol">
      <w:rPr>
        <w:b/>
        <w:bCs/>
      </w:rPr>
    </w:tblStylePr>
    <w:tblStylePr w:type="lastCol">
      <w:rPr>
        <w:b/>
        <w:bCs/>
      </w:rPr>
      <w:tblPr/>
      <w:tcPr>
        <w:tcBorders>
          <w:top w:val="single" w:color="0F9ED5" w:themeColor="accent4" w:sz="8" w:space="0"/>
          <w:bottom w:val="single" w:color="0F9ED5" w:themeColor="accent4" w:sz="8" w:space="0"/>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A02B93" w:themeColor="accent5" w:sz="8" w:space="0"/>
        <w:bottom w:val="single" w:color="A02B93" w:themeColor="accent5" w:sz="8" w:space="0"/>
      </w:tblBorders>
    </w:tblPr>
    <w:tblStylePr w:type="firstRow">
      <w:rPr>
        <w:rFonts w:asciiTheme="majorHAnsi" w:hAnsiTheme="majorHAnsi" w:eastAsiaTheme="majorEastAsia" w:cstheme="majorBidi"/>
      </w:rPr>
      <w:tblPr/>
      <w:tcPr>
        <w:tcBorders>
          <w:top w:val="nil"/>
          <w:bottom w:val="single" w:color="A02B93" w:themeColor="accent5" w:sz="8" w:space="0"/>
        </w:tcBorders>
      </w:tcPr>
    </w:tblStylePr>
    <w:tblStylePr w:type="lastRow">
      <w:rPr>
        <w:b/>
        <w:bCs/>
        <w:color w:val="0E2841" w:themeColor="text2"/>
      </w:rPr>
      <w:tblPr/>
      <w:tcPr>
        <w:tcBorders>
          <w:top w:val="single" w:color="A02B93" w:themeColor="accent5" w:sz="8" w:space="0"/>
          <w:bottom w:val="single" w:color="A02B93" w:themeColor="accent5" w:sz="8" w:space="0"/>
        </w:tcBorders>
      </w:tcPr>
    </w:tblStylePr>
    <w:tblStylePr w:type="firstCol">
      <w:rPr>
        <w:b/>
        <w:bCs/>
      </w:rPr>
    </w:tblStylePr>
    <w:tblStylePr w:type="lastCol">
      <w:rPr>
        <w:b/>
        <w:bCs/>
      </w:rPr>
      <w:tblPr/>
      <w:tcPr>
        <w:tcBorders>
          <w:top w:val="single" w:color="A02B93" w:themeColor="accent5" w:sz="8" w:space="0"/>
          <w:bottom w:val="single" w:color="A02B93" w:themeColor="accent5" w:sz="8" w:space="0"/>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4EA72E" w:themeColor="accent6" w:sz="8" w:space="0"/>
        <w:bottom w:val="single" w:color="4EA72E" w:themeColor="accent6" w:sz="8" w:space="0"/>
      </w:tblBorders>
    </w:tblPr>
    <w:tblStylePr w:type="firstRow">
      <w:rPr>
        <w:rFonts w:asciiTheme="majorHAnsi" w:hAnsiTheme="majorHAnsi" w:eastAsiaTheme="majorEastAsia" w:cstheme="majorBidi"/>
      </w:rPr>
      <w:tblPr/>
      <w:tcPr>
        <w:tcBorders>
          <w:top w:val="nil"/>
          <w:bottom w:val="single" w:color="4EA72E" w:themeColor="accent6" w:sz="8" w:space="0"/>
        </w:tcBorders>
      </w:tcPr>
    </w:tblStylePr>
    <w:tblStylePr w:type="lastRow">
      <w:rPr>
        <w:b/>
        <w:bCs/>
        <w:color w:val="0E2841" w:themeColor="text2"/>
      </w:rPr>
      <w:tblPr/>
      <w:tcPr>
        <w:tcBorders>
          <w:top w:val="single" w:color="4EA72E" w:themeColor="accent6" w:sz="8" w:space="0"/>
          <w:bottom w:val="single" w:color="4EA72E" w:themeColor="accent6" w:sz="8" w:space="0"/>
        </w:tcBorders>
      </w:tcPr>
    </w:tblStylePr>
    <w:tblStylePr w:type="firstCol">
      <w:rPr>
        <w:b/>
        <w:bCs/>
      </w:rPr>
    </w:tblStylePr>
    <w:tblStylePr w:type="lastCol">
      <w:rPr>
        <w:b/>
        <w:bCs/>
      </w:rPr>
      <w:tblPr/>
      <w:tcPr>
        <w:tcBorders>
          <w:top w:val="single" w:color="4EA72E" w:themeColor="accent6" w:sz="8" w:space="0"/>
          <w:bottom w:val="single" w:color="4EA72E" w:themeColor="accent6" w:sz="8" w:space="0"/>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rPr>
        <w:sz w:val="24"/>
        <w:szCs w:val="24"/>
      </w:rPr>
      <w:tblPr/>
      <w:tcPr>
        <w:tcBorders>
          <w:top w:val="nil"/>
          <w:left w:val="nil"/>
          <w:bottom w:val="single" w:color="156082" w:themeColor="accent1" w:sz="24" w:space="0"/>
          <w:right w:val="nil"/>
          <w:insideH w:val="nil"/>
          <w:insideV w:val="nil"/>
        </w:tcBorders>
        <w:shd w:val="clear" w:color="auto" w:fill="FFFFFF" w:themeFill="background1"/>
      </w:tcPr>
    </w:tblStylePr>
    <w:tblStylePr w:type="lastRow">
      <w:tblPr/>
      <w:tcPr>
        <w:tcBorders>
          <w:top w:val="single" w:color="156082"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56082" w:themeColor="accent1" w:sz="8" w:space="0"/>
          <w:insideH w:val="nil"/>
          <w:insideV w:val="nil"/>
        </w:tcBorders>
        <w:shd w:val="clear" w:color="auto" w:fill="FFFFFF" w:themeFill="background1"/>
      </w:tcPr>
    </w:tblStylePr>
    <w:tblStylePr w:type="lastCol">
      <w:tblPr/>
      <w:tcPr>
        <w:tcBorders>
          <w:top w:val="nil"/>
          <w:left w:val="single" w:color="156082"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rPr>
        <w:sz w:val="24"/>
        <w:szCs w:val="24"/>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tblPr/>
      <w:tcPr>
        <w:tcBorders>
          <w:top w:val="single" w:color="E97132"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97132" w:themeColor="accent2" w:sz="8" w:space="0"/>
          <w:insideH w:val="nil"/>
          <w:insideV w:val="nil"/>
        </w:tcBorders>
        <w:shd w:val="clear" w:color="auto" w:fill="FFFFFF" w:themeFill="background1"/>
      </w:tcPr>
    </w:tblStylePr>
    <w:tblStylePr w:type="lastCol">
      <w:tblPr/>
      <w:tcPr>
        <w:tcBorders>
          <w:top w:val="nil"/>
          <w:left w:val="single" w:color="E97132"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rPr>
        <w:sz w:val="24"/>
        <w:szCs w:val="24"/>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tblPr/>
      <w:tcPr>
        <w:tcBorders>
          <w:top w:val="single" w:color="196B24"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96B24" w:themeColor="accent3" w:sz="8" w:space="0"/>
          <w:insideH w:val="nil"/>
          <w:insideV w:val="nil"/>
        </w:tcBorders>
        <w:shd w:val="clear" w:color="auto" w:fill="FFFFFF" w:themeFill="background1"/>
      </w:tcPr>
    </w:tblStylePr>
    <w:tblStylePr w:type="lastCol">
      <w:tblPr/>
      <w:tcPr>
        <w:tcBorders>
          <w:top w:val="nil"/>
          <w:left w:val="single" w:color="196B24"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rPr>
        <w:sz w:val="24"/>
        <w:szCs w:val="24"/>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tblPr/>
      <w:tcPr>
        <w:tcBorders>
          <w:top w:val="single" w:color="0F9ED5"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F9ED5" w:themeColor="accent4" w:sz="8" w:space="0"/>
          <w:insideH w:val="nil"/>
          <w:insideV w:val="nil"/>
        </w:tcBorders>
        <w:shd w:val="clear" w:color="auto" w:fill="FFFFFF" w:themeFill="background1"/>
      </w:tcPr>
    </w:tblStylePr>
    <w:tblStylePr w:type="lastCol">
      <w:tblPr/>
      <w:tcPr>
        <w:tcBorders>
          <w:top w:val="nil"/>
          <w:left w:val="single" w:color="0F9ED5"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rPr>
        <w:sz w:val="24"/>
        <w:szCs w:val="24"/>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tblPr/>
      <w:tcPr>
        <w:tcBorders>
          <w:top w:val="single" w:color="A02B93"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02B93" w:themeColor="accent5" w:sz="8" w:space="0"/>
          <w:insideH w:val="nil"/>
          <w:insideV w:val="nil"/>
        </w:tcBorders>
        <w:shd w:val="clear" w:color="auto" w:fill="FFFFFF" w:themeFill="background1"/>
      </w:tcPr>
    </w:tblStylePr>
    <w:tblStylePr w:type="lastCol">
      <w:tblPr/>
      <w:tcPr>
        <w:tcBorders>
          <w:top w:val="nil"/>
          <w:left w:val="single" w:color="A02B93"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rPr>
        <w:sz w:val="24"/>
        <w:szCs w:val="24"/>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tblPr/>
      <w:tcPr>
        <w:tcBorders>
          <w:top w:val="single" w:color="4EA72E"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EA72E" w:themeColor="accent6" w:sz="8" w:space="0"/>
          <w:insideH w:val="nil"/>
          <w:insideV w:val="nil"/>
        </w:tcBorders>
        <w:shd w:val="clear" w:color="auto" w:fill="FFFFFF" w:themeFill="background1"/>
      </w:tcPr>
    </w:tblStylePr>
    <w:tblStylePr w:type="lastCol">
      <w:tblPr/>
      <w:tcPr>
        <w:tcBorders>
          <w:top w:val="nil"/>
          <w:left w:val="single" w:color="4EA72E"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single" w:color="2198CF" w:themeColor="accent1" w:themeTint="BF" w:sz="8" w:space="0"/>
        <w:insideV w:val="single" w:color="2198CF" w:themeColor="accent1" w:themeTint="BF" w:sz="8" w:space="0"/>
      </w:tblBorders>
    </w:tblPr>
    <w:tcPr>
      <w:shd w:val="clear" w:color="auto" w:fill="B2DEF2" w:themeFill="accent1" w:themeFillTint="3F"/>
    </w:tcPr>
    <w:tblStylePr w:type="firstRow">
      <w:rPr>
        <w:b/>
        <w:bCs/>
      </w:rPr>
    </w:tblStylePr>
    <w:tblStylePr w:type="lastRow">
      <w:rPr>
        <w:b/>
        <w:bCs/>
      </w:rPr>
      <w:tblPr/>
      <w:tcPr>
        <w:tcBorders>
          <w:top w:val="single" w:color="2198CF" w:themeColor="accent1" w:themeTint="BF" w:sz="18" w:space="0"/>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insideV w:val="single" w:color="EE9465" w:themeColor="accent2" w:themeTint="BF" w:sz="8" w:space="0"/>
      </w:tblBorders>
    </w:tblPr>
    <w:tcPr>
      <w:shd w:val="clear" w:color="auto" w:fill="F9DBCC" w:themeFill="accent2" w:themeFillTint="3F"/>
    </w:tcPr>
    <w:tblStylePr w:type="firstRow">
      <w:rPr>
        <w:b/>
        <w:bCs/>
      </w:rPr>
    </w:tblStylePr>
    <w:tblStylePr w:type="lastRow">
      <w:rPr>
        <w:b/>
        <w:bCs/>
      </w:rPr>
      <w:tblPr/>
      <w:tcPr>
        <w:tcBorders>
          <w:top w:val="single" w:color="EE9465" w:themeColor="accent2" w:themeTint="BF" w:sz="18" w:space="0"/>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single" w:color="2BB73D" w:themeColor="accent3" w:themeTint="BF" w:sz="8" w:space="0"/>
        <w:insideV w:val="single" w:color="2BB73D" w:themeColor="accent3" w:themeTint="BF" w:sz="8" w:space="0"/>
      </w:tblBorders>
    </w:tblPr>
    <w:tcPr>
      <w:shd w:val="clear" w:color="auto" w:fill="B3EDBA" w:themeFill="accent3" w:themeFillTint="3F"/>
    </w:tcPr>
    <w:tblStylePr w:type="firstRow">
      <w:rPr>
        <w:b/>
        <w:bCs/>
      </w:rPr>
    </w:tblStylePr>
    <w:tblStylePr w:type="lastRow">
      <w:rPr>
        <w:b/>
        <w:bCs/>
      </w:rPr>
      <w:tblPr/>
      <w:tcPr>
        <w:tcBorders>
          <w:top w:val="single" w:color="2BB73D" w:themeColor="accent3" w:themeTint="BF" w:sz="18" w:space="0"/>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insideV w:val="single" w:color="39BEF1" w:themeColor="accent4" w:themeTint="BF" w:sz="8" w:space="0"/>
      </w:tblBorders>
    </w:tblPr>
    <w:tcPr>
      <w:shd w:val="clear" w:color="auto" w:fill="BDE9FA" w:themeFill="accent4" w:themeFillTint="3F"/>
    </w:tcPr>
    <w:tblStylePr w:type="firstRow">
      <w:rPr>
        <w:b/>
        <w:bCs/>
      </w:rPr>
    </w:tblStylePr>
    <w:tblStylePr w:type="lastRow">
      <w:rPr>
        <w:b/>
        <w:bCs/>
      </w:rPr>
      <w:tblPr/>
      <w:tcPr>
        <w:tcBorders>
          <w:top w:val="single" w:color="39BEF1" w:themeColor="accent4" w:themeTint="BF" w:sz="18" w:space="0"/>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insideV w:val="single" w:color="CE49BF" w:themeColor="accent5" w:themeTint="BF" w:sz="8" w:space="0"/>
      </w:tblBorders>
    </w:tblPr>
    <w:tcPr>
      <w:shd w:val="clear" w:color="auto" w:fill="EFC3E9" w:themeFill="accent5" w:themeFillTint="3F"/>
    </w:tcPr>
    <w:tblStylePr w:type="firstRow">
      <w:rPr>
        <w:b/>
        <w:bCs/>
      </w:rPr>
    </w:tblStylePr>
    <w:tblStylePr w:type="lastRow">
      <w:rPr>
        <w:b/>
        <w:bCs/>
      </w:rPr>
      <w:tblPr/>
      <w:tcPr>
        <w:tcBorders>
          <w:top w:val="single" w:color="CE49BF" w:themeColor="accent5" w:themeTint="BF" w:sz="18" w:space="0"/>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single" w:color="71CF50" w:themeColor="accent6" w:themeTint="BF" w:sz="8" w:space="0"/>
        <w:insideV w:val="single" w:color="71CF50" w:themeColor="accent6" w:themeTint="BF" w:sz="8" w:space="0"/>
      </w:tblBorders>
    </w:tblPr>
    <w:tcPr>
      <w:shd w:val="clear" w:color="auto" w:fill="D0EFC5" w:themeFill="accent6" w:themeFillTint="3F"/>
    </w:tcPr>
    <w:tblStylePr w:type="firstRow">
      <w:rPr>
        <w:b/>
        <w:bCs/>
      </w:rPr>
    </w:tblStylePr>
    <w:tblStylePr w:type="lastRow">
      <w:rPr>
        <w:b/>
        <w:bCs/>
      </w:rPr>
      <w:tblPr/>
      <w:tcPr>
        <w:tcBorders>
          <w:top w:val="single" w:color="71CF50" w:themeColor="accent6" w:themeTint="BF" w:sz="18" w:space="0"/>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color="156082" w:themeColor="accent1" w:sz="6" w:space="0"/>
          <w:insideV w:val="single" w:color="156082" w:themeColor="accent1" w:sz="6" w:space="0"/>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color="E97132" w:themeColor="accent2" w:sz="6" w:space="0"/>
          <w:insideV w:val="single" w:color="E97132" w:themeColor="accent2" w:sz="6" w:space="0"/>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color="196B24" w:themeColor="accent3" w:sz="6" w:space="0"/>
          <w:insideV w:val="single" w:color="196B24" w:themeColor="accent3" w:sz="6" w:space="0"/>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color="0F9ED5" w:themeColor="accent4" w:sz="6" w:space="0"/>
          <w:insideV w:val="single" w:color="0F9ED5" w:themeColor="accent4" w:sz="6" w:space="0"/>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color="A02B93" w:themeColor="accent5" w:sz="6" w:space="0"/>
          <w:insideV w:val="single" w:color="A02B93" w:themeColor="accent5" w:sz="6" w:space="0"/>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14149"/>
    <w:pPr>
      <w:spacing w:after="0" w:line="240" w:lineRule="auto"/>
    </w:pPr>
    <w:rPr>
      <w:rFonts w:asciiTheme="majorHAnsi" w:hAnsiTheme="majorHAnsi" w:eastAsiaTheme="majorEastAsia" w:cstheme="majorBidi"/>
      <w:color w:val="000000" w:themeColor="text1"/>
      <w:kern w:val="0"/>
      <w:lang w:val="en-US" w:bidi="ar-SA"/>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color="4EA72E" w:themeColor="accent6" w:sz="6" w:space="0"/>
          <w:insideV w:val="single" w:color="4EA72E" w:themeColor="accent6" w:sz="6" w:space="0"/>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2DEF2"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56082"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56082"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56082"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56082"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4BDE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4BDE6" w:themeFill="accent1" w:themeFillTint="7F"/>
      </w:tcPr>
    </w:tblStylePr>
  </w:style>
  <w:style w:type="table" w:styleId="MediumGrid3-Accent2">
    <w:name w:val="Medium Grid 3 Accent 2"/>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DBCC"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97132"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97132"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97132"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97132"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4B7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4B798" w:themeFill="accent2" w:themeFillTint="7F"/>
      </w:tcPr>
    </w:tblStylePr>
  </w:style>
  <w:style w:type="table" w:styleId="MediumGrid3-Accent3">
    <w:name w:val="Medium Grid 3 Accent 3"/>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3EDB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96B24"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96B24"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96B24"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96B24"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6DB7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6DB75" w:themeFill="accent3" w:themeFillTint="7F"/>
      </w:tcPr>
    </w:tblStylePr>
  </w:style>
  <w:style w:type="table" w:styleId="MediumGrid3-Accent4">
    <w:name w:val="Medium Grid 3 Accent 4"/>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DE9FA"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F9ED5"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F9ED5"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F9ED5"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F9ED5"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BD3F5"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BD3F5" w:themeFill="accent4" w:themeFillTint="7F"/>
      </w:tcPr>
    </w:tblStylePr>
  </w:style>
  <w:style w:type="table" w:styleId="MediumGrid3-Accent5">
    <w:name w:val="Medium Grid 3 Accent 5"/>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C3E9"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02B93"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02B93"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02B93"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02B93"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E86D4"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E86D4" w:themeFill="accent5" w:themeFillTint="7F"/>
      </w:tcPr>
    </w:tblStylePr>
  </w:style>
  <w:style w:type="table" w:styleId="MediumGrid3-Accent6">
    <w:name w:val="Medium Grid 3 Accent 6"/>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EFC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EA72E"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EA72E"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EA72E"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EA72E"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0DF8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0DF8A" w:themeFill="accent6" w:themeFillTint="7F"/>
      </w:tcPr>
    </w:tblStylePr>
  </w:style>
  <w:style w:type="table" w:styleId="DarkList">
    <w:name w:val="Dark List"/>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F476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BF4E1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24F1A"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B769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7206D"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3A7C22"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E97132"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E97132" w:themeColor="accent2" w:sz="24" w:space="0"/>
        <w:left w:val="single" w:color="156082" w:themeColor="accent1" w:sz="4" w:space="0"/>
        <w:bottom w:val="single" w:color="156082" w:themeColor="accent1" w:sz="4" w:space="0"/>
        <w:right w:val="single" w:color="156082" w:themeColor="accent1" w:sz="4" w:space="0"/>
        <w:insideH w:val="single" w:color="FFFFFF" w:themeColor="background1" w:sz="4" w:space="0"/>
        <w:insideV w:val="single" w:color="FFFFFF" w:themeColor="background1" w:sz="4" w:space="0"/>
      </w:tblBorders>
    </w:tblPr>
    <w:tcPr>
      <w:shd w:val="clear" w:color="auto" w:fill="E0F2FA" w:themeFill="accen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color="0C394D" w:themeColor="accent1" w:themeShade="99" w:sz="4" w:space="0"/>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E97132" w:themeColor="accent2" w:sz="24" w:space="0"/>
        <w:left w:val="single" w:color="E97132" w:themeColor="accent2" w:sz="4" w:space="0"/>
        <w:bottom w:val="single" w:color="E97132" w:themeColor="accent2" w:sz="4" w:space="0"/>
        <w:right w:val="single" w:color="E97132" w:themeColor="accent2" w:sz="4" w:space="0"/>
        <w:insideH w:val="single" w:color="FFFFFF" w:themeColor="background1" w:sz="4" w:space="0"/>
        <w:insideV w:val="single" w:color="FFFFFF" w:themeColor="background1" w:sz="4" w:space="0"/>
      </w:tblBorders>
    </w:tblPr>
    <w:tcPr>
      <w:shd w:val="clear" w:color="auto" w:fill="FCF0EA" w:themeFill="accent2"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color="993F10" w:themeColor="accent2" w:themeShade="99" w:sz="4" w:space="0"/>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0F9ED5" w:themeColor="accent4" w:sz="24" w:space="0"/>
        <w:left w:val="single" w:color="196B24" w:themeColor="accent3" w:sz="4" w:space="0"/>
        <w:bottom w:val="single" w:color="196B24" w:themeColor="accent3" w:sz="4" w:space="0"/>
        <w:right w:val="single" w:color="196B24" w:themeColor="accent3" w:sz="4" w:space="0"/>
        <w:insideH w:val="single" w:color="FFFFFF" w:themeColor="background1" w:sz="4" w:space="0"/>
        <w:insideV w:val="single" w:color="FFFFFF" w:themeColor="background1" w:sz="4" w:space="0"/>
      </w:tblBorders>
    </w:tblPr>
    <w:tcPr>
      <w:shd w:val="clear" w:color="auto" w:fill="E0F8E3" w:themeFill="accent3" w:themeFillTint="19"/>
    </w:tcPr>
    <w:tblStylePr w:type="firstRow">
      <w:rPr>
        <w:b/>
        <w:bCs/>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color="0F4015" w:themeColor="accent3" w:themeShade="99" w:sz="4" w:space="0"/>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196B24" w:themeColor="accent3" w:sz="24" w:space="0"/>
        <w:left w:val="single" w:color="0F9ED5" w:themeColor="accent4" w:sz="4" w:space="0"/>
        <w:bottom w:val="single" w:color="0F9ED5" w:themeColor="accent4" w:sz="4" w:space="0"/>
        <w:right w:val="single" w:color="0F9ED5" w:themeColor="accent4" w:sz="4" w:space="0"/>
        <w:insideH w:val="single" w:color="FFFFFF" w:themeColor="background1" w:sz="4" w:space="0"/>
        <w:insideV w:val="single" w:color="FFFFFF" w:themeColor="background1" w:sz="4" w:space="0"/>
      </w:tblBorders>
    </w:tblPr>
    <w:tcPr>
      <w:shd w:val="clear" w:color="auto" w:fill="E5F6FD" w:themeFill="accent4" w:themeFillTint="19"/>
    </w:tcPr>
    <w:tblStylePr w:type="firstRow">
      <w:rPr>
        <w:b/>
        <w:bCs/>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color="095E7F" w:themeColor="accent4" w:themeShade="99" w:sz="4" w:space="0"/>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4EA72E" w:themeColor="accent6" w:sz="24" w:space="0"/>
        <w:left w:val="single" w:color="A02B93" w:themeColor="accent5" w:sz="4" w:space="0"/>
        <w:bottom w:val="single" w:color="A02B93" w:themeColor="accent5" w:sz="4" w:space="0"/>
        <w:right w:val="single" w:color="A02B93" w:themeColor="accent5" w:sz="4" w:space="0"/>
        <w:insideH w:val="single" w:color="FFFFFF" w:themeColor="background1" w:sz="4" w:space="0"/>
        <w:insideV w:val="single" w:color="FFFFFF" w:themeColor="background1" w:sz="4" w:space="0"/>
      </w:tblBorders>
    </w:tblPr>
    <w:tcPr>
      <w:shd w:val="clear" w:color="auto" w:fill="F8E7F6" w:themeFill="accent5" w:themeFillTint="19"/>
    </w:tcPr>
    <w:tblStylePr w:type="firstRow">
      <w:rPr>
        <w:b/>
        <w:bCs/>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color="5F1957" w:themeColor="accent5" w:themeShade="99" w:sz="4" w:space="0"/>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color="A02B93" w:themeColor="accent5" w:sz="24" w:space="0"/>
        <w:left w:val="single" w:color="4EA72E" w:themeColor="accent6" w:sz="4" w:space="0"/>
        <w:bottom w:val="single" w:color="4EA72E" w:themeColor="accent6" w:sz="4" w:space="0"/>
        <w:right w:val="single" w:color="4EA72E" w:themeColor="accent6" w:sz="4" w:space="0"/>
        <w:insideH w:val="single" w:color="FFFFFF" w:themeColor="background1" w:sz="4" w:space="0"/>
        <w:insideV w:val="single" w:color="FFFFFF" w:themeColor="background1" w:sz="4" w:space="0"/>
      </w:tblBorders>
    </w:tblPr>
    <w:tcPr>
      <w:shd w:val="clear" w:color="auto" w:fill="ECF8E8" w:themeFill="accent6" w:themeFillTint="19"/>
    </w:tcPr>
    <w:tblStylePr w:type="firstRow">
      <w:rPr>
        <w:b/>
        <w:bCs/>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color="2E641B" w:themeColor="accent6" w:themeShade="99" w:sz="4" w:space="0"/>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color="FFFFFF" w:themeColor="background1" w:sz="12" w:space="0"/>
        </w:tcBorders>
        <w:shd w:val="clear" w:color="auto" w:fill="0C7EAA" w:themeFill="accent4" w:themeFillShade="CC"/>
      </w:tcPr>
    </w:tblStylePr>
    <w:tblStylePr w:type="lastRow">
      <w:rPr>
        <w:b/>
        <w:bCs/>
        <w:color w:val="0C7EAA"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color="FFFFFF" w:themeColor="background1" w:sz="12" w:space="0"/>
        </w:tcBorders>
        <w:shd w:val="clear" w:color="auto" w:fill="14551C" w:themeFill="accent3" w:themeFillShade="CC"/>
      </w:tcPr>
    </w:tblStylePr>
    <w:tblStylePr w:type="lastRow">
      <w:rPr>
        <w:b/>
        <w:bCs/>
        <w:color w:val="14551C"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color="FFFFFF" w:themeColor="background1" w:sz="12" w:space="0"/>
        </w:tcBorders>
        <w:shd w:val="clear" w:color="auto" w:fill="3E8524" w:themeFill="accent6" w:themeFillShade="CC"/>
      </w:tcPr>
    </w:tblStylePr>
    <w:tblStylePr w:type="lastRow">
      <w:rPr>
        <w:b/>
        <w:bCs/>
        <w:color w:val="3E8524"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color="FFFFFF" w:themeColor="background1" w:sz="12" w:space="0"/>
        </w:tcBorders>
        <w:shd w:val="clear" w:color="auto" w:fill="7F2275" w:themeFill="accent5" w:themeFillShade="CC"/>
      </w:tcPr>
    </w:tblStylePr>
    <w:tblStylePr w:type="lastRow">
      <w:rPr>
        <w:b/>
        <w:bCs/>
        <w:color w:val="7F227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color="FFFFFF" w:themeColor="background1" w:sz="4" w:space="0"/>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color="FFFFFF" w:themeColor="background1" w:sz="4" w:space="0"/>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color="FFFFFF" w:themeColor="background1" w:sz="4" w:space="0"/>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color="FFFFFF" w:themeColor="background1" w:sz="4" w:space="0"/>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color="FFFFFF" w:themeColor="background1" w:sz="4" w:space="0"/>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color="FFFFFF" w:themeColor="background1" w:sz="4" w:space="0"/>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glossaryDocument" Target="glossary/document.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theme" Target="theme/theme1.xml" Id="rId22" /><Relationship Type="http://schemas.openxmlformats.org/officeDocument/2006/relationships/image" Target="/media/imageb.png" Id="rId575952973" /><Relationship Type="http://schemas.openxmlformats.org/officeDocument/2006/relationships/image" Target="/media/imagec.png" Id="rId968235503" /><Relationship Type="http://schemas.openxmlformats.org/officeDocument/2006/relationships/image" Target="/media/imaged.png" Id="rId990844565" /><Relationship Type="http://schemas.openxmlformats.org/officeDocument/2006/relationships/image" Target="/media/imagee.png" Id="rId621482923" /><Relationship Type="http://schemas.openxmlformats.org/officeDocument/2006/relationships/image" Target="/media/imagef.png" Id="rId365458388" /><Relationship Type="http://schemas.openxmlformats.org/officeDocument/2006/relationships/image" Target="/media/image10.png" Id="rId1583160241" /><Relationship Type="http://schemas.openxmlformats.org/officeDocument/2006/relationships/image" Target="/media/image11.png" Id="rId136770129" /><Relationship Type="http://schemas.openxmlformats.org/officeDocument/2006/relationships/image" Target="/media/image12.png" Id="rId1422784020" /><Relationship Type="http://schemas.openxmlformats.org/officeDocument/2006/relationships/image" Target="/media/image13.png" Id="rId417845644" /><Relationship Type="http://schemas.openxmlformats.org/officeDocument/2006/relationships/image" Target="/media/image14.png" Id="rId781582746" /><Relationship Type="http://schemas.openxmlformats.org/officeDocument/2006/relationships/image" Target="/media/image15.png" Id="rId1516510015"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3B637104D143FC9D0663505B4A3906"/>
        <w:category>
          <w:name w:val="General"/>
          <w:gallery w:val="placeholder"/>
        </w:category>
        <w:types>
          <w:type w:val="bbPlcHdr"/>
        </w:types>
        <w:behaviors>
          <w:behavior w:val="content"/>
        </w:behaviors>
        <w:guid w:val="{99ADA461-9B98-4134-A419-616777E91148}"/>
      </w:docPartPr>
      <w:docPartBody>
        <w:p w:rsidR="00664BC1" w:rsidP="00B326B0" w:rsidRDefault="00B326B0">
          <w:pPr>
            <w:pStyle w:val="F03B637104D143FC9D0663505B4A3906"/>
          </w:pPr>
          <w:r>
            <w:rPr>
              <w:rStyle w:val="PlaceholderText"/>
            </w:rPr>
            <w:t>[Author name]</w:t>
          </w:r>
        </w:p>
      </w:docPartBody>
    </w:docPart>
    <w:docPart>
      <w:docPartPr>
        <w:name w:val="FE1B6C92FC1A4A59B8ADFDAFA24409A0"/>
        <w:category>
          <w:name w:val="General"/>
          <w:gallery w:val="placeholder"/>
        </w:category>
        <w:types>
          <w:type w:val="bbPlcHdr"/>
        </w:types>
        <w:behaviors>
          <w:behavior w:val="content"/>
        </w:behaviors>
        <w:guid w:val="{3CAB37FB-52CD-4995-83BB-1E211CE83831}"/>
      </w:docPartPr>
      <w:docPartBody>
        <w:p w:rsidR="00664BC1" w:rsidP="00B326B0" w:rsidRDefault="00B326B0">
          <w:pPr>
            <w:pStyle w:val="FE1B6C92FC1A4A59B8ADFDAFA24409A0"/>
          </w:pPr>
          <w:r>
            <w:rPr>
              <w:color w:val="44546A"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ourier">
    <w:panose1 w:val="020704090202050204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6B0"/>
    <w:rsid w:val="00664BC1"/>
    <w:rsid w:val="00941D32"/>
    <w:rsid w:val="00B326B0"/>
    <w:rsid w:val="00E377A3"/>
    <w:rsid w:val="00FF40F3"/>
  </w:rsids>
  <m:mathPr>
    <m:mathFont m:val="Cambria Math"/>
    <m:brkBin m:val="before"/>
    <m:brkBinSub m:val="--"/>
    <m:smallFrac m:val="0"/>
    <m:dispDef/>
    <m:lMargin m:val="0"/>
    <m:rMargin m:val="0"/>
    <m:defJc m:val="centerGroup"/>
    <m:wrapIndent m:val="1440"/>
    <m:intLim m:val="subSup"/>
    <m:naryLim m:val="undOvr"/>
  </m:mathPr>
  <w:themeFontLang w:val="en-IN" w:eastAsia="ja-JP" w:bidi="t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t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26B0"/>
    <w:rPr>
      <w:color w:val="808080"/>
    </w:rPr>
  </w:style>
  <w:style w:type="paragraph" w:customStyle="1" w:styleId="F03B637104D143FC9D0663505B4A3906">
    <w:name w:val="F03B637104D143FC9D0663505B4A3906"/>
    <w:rsid w:val="00B326B0"/>
  </w:style>
  <w:style w:type="paragraph" w:customStyle="1" w:styleId="AC6575217F094594A767F7A754487D66">
    <w:name w:val="AC6575217F094594A767F7A754487D66"/>
    <w:rsid w:val="00B326B0"/>
  </w:style>
  <w:style w:type="paragraph" w:customStyle="1" w:styleId="FE1B6C92FC1A4A59B8ADFDAFA24409A0">
    <w:name w:val="FE1B6C92FC1A4A59B8ADFDAFA24409A0"/>
    <w:rsid w:val="00B32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2025-08-13T00:00:00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AGile deliverables</dc:title>
  <dc:subject/>
  <dc:creator>CR Barath Narayanan</dc:creator>
  <keywords/>
  <dc:description/>
  <lastModifiedBy>CR Barath Narayanan</lastModifiedBy>
  <revision>47</revision>
  <dcterms:created xsi:type="dcterms:W3CDTF">2025-09-07T13:16:00.0000000Z</dcterms:created>
  <dcterms:modified xsi:type="dcterms:W3CDTF">2025-09-11T10:10:30.6885645Z</dcterms:modified>
</coreProperties>
</file>